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Сковорода (симфонія)</w:t>
      </w:r>
    </w:p>
    <w:p>
      <w:r>
        <w:br/>
        <w:t xml:space="preserve"> ALLEGRO GIOCOSO 1&lt;br /&gt;</w:t>
        <w:br/>
        <w:t>&lt;blockquote class="cita" style='text-align:left'&gt;1 Весело, грайливо. Музична п'єса, що виконується у швидкому&lt;br /&gt;</w:t>
        <w:br/>
        <w:t>темпі (італ.).— Ред.&lt;/blockquote&gt;</w:t>
      </w:r>
    </w:p>
    <w:p>
      <w:r>
        <w:br/>
        <w:t>...Три місяці пробігло,&lt;br /&gt;</w:t>
        <w:br/>
        <w:t>мов кораблі веселі в морі —&lt;br /&gt;</w:t>
        <w:br/>
        <w:t>всіма цвітами процвітані,&lt;br /&gt;</w:t>
        <w:br/>
        <w:t>добрим скарбом переповнені.&lt;br /&gt;</w:t>
        <w:br/>
        <w:t>Три місяці — пустинь Китаївська&lt;br /&gt;</w:t>
        <w:br/>
        <w:t>і в ній Сковорода&lt;br /&gt;</w:t>
        <w:br/>
        <w:t>немов пливли —&lt;br /&gt;</w:t>
        <w:br/>
        <w:t>поміж садами рожаїстими,&lt;br /&gt;</w:t>
        <w:br/>
        <w:t>серед криничного узлісся,&lt;br /&gt;</w:t>
        <w:br/>
        <w:t>на полі повному, де хвиля хвилю ллє&lt;br /&gt;</w:t>
        <w:br/>
        <w:t>і зупинятися не хоче...&lt;br /&gt;</w:t>
        <w:br/>
        <w:t>Уранці,&lt;br /&gt;</w:t>
        <w:br/>
        <w:t>ще тільки небо почне наливаться&lt;br /&gt;</w:t>
        <w:br/>
        <w:t>і вітер зелений одчалить в далечінь,—&lt;br /&gt;</w:t>
        <w:br/>
        <w:t>уже Сковорода&lt;br /&gt;</w:t>
        <w:br/>
        <w:t>встає з досвітньої молитви&lt;br /&gt;</w:t>
        <w:br/>
        <w:t>і в сад іде.&lt;br /&gt;</w:t>
        <w:br/>
        <w:t>Там птиці ранок опадуть,&lt;br /&gt;</w:t>
        <w:br/>
        <w:t>клюють-клюють, не доклюються&lt;br /&gt;</w:t>
        <w:br/>
        <w:t>і солодко співають, сон розказують.&lt;br /&gt;</w:t>
        <w:br/>
        <w:t>А сонце скрізь у всі кінці,&lt;br /&gt;</w:t>
        <w:br/>
        <w:t>мов над главою Моїсея,&lt;br /&gt;</w:t>
        <w:br/>
        <w:t>послало сяючії роги —&lt;br /&gt;</w:t>
        <w:br/>
        <w:t>і дзвонить, і гуде,&lt;br /&gt;</w:t>
        <w:br/>
        <w:t>і світ[л]ом землю наповняє&lt;br /&gt;</w:t>
        <w:br/>
        <w:t>щедро, щедротно.&lt;br /&gt;</w:t>
        <w:br/>
        <w:t>Сковорода&lt;br /&gt;</w:t>
        <w:br/>
        <w:t>на землю упаде,</w:t>
      </w:r>
    </w:p>
    <w:p>
      <w:r>
        <w:br/>
        <w:t>цілує квіти, трави гладить,</w:t>
      </w:r>
    </w:p>
    <w:p>
      <w:r>
        <w:br/>
        <w:t>росою очі, немов незрячі, протирає —&lt;br /&gt;</w:t>
        <w:br/>
        <w:t>О господи, як ти всього мене наповнив&lt;br /&gt;</w:t>
        <w:br/>
        <w:t>щедро, щедротно!&lt;br /&gt;</w:t>
        <w:br/>
        <w:t>Пошли ж душі моїй спокій,&lt;br /&gt;</w:t>
        <w:br/>
        <w:t>І мир, і злагоду, й любов,&lt;br /&gt;</w:t>
        <w:br/>
        <w:t>я більш нічого не бажаю,&lt;br /&gt;</w:t>
        <w:br/>
        <w:t>О всеблаженний!&lt;br /&gt;</w:t>
        <w:br/>
        <w:t>І всеблаженний знову десь почує,&lt;br /&gt;</w:t>
        <w:br/>
        <w:t>і Сковороді&lt;br /&gt;</w:t>
        <w:br/>
        <w:t>такий мир у серце ввійде,&lt;br /&gt;</w:t>
        <w:br/>
        <w:t>що він од радості і бігає, і плаче,&lt;br /&gt;</w:t>
        <w:br/>
        <w:t>і кожне дерево вітає,&lt;br /&gt;</w:t>
        <w:br/>
        <w:t>метелику й комашці дякує —&lt;br /&gt;</w:t>
        <w:br/>
        <w:t>за все, за все!&lt;br /&gt;</w:t>
        <w:br/>
        <w:t>Тим часом дзвін із-за тополь&lt;br /&gt;</w:t>
        <w:br/>
        <w:t>покличе пустинь на обідню.&lt;br /&gt;</w:t>
        <w:br/>
        <w:t>І бога грізного устав&lt;br /&gt;</w:t>
        <w:br/>
        <w:t>ідуть вичитувать ченці похмурі —&lt;br /&gt;</w:t>
        <w:br/>
        <w:t>один по одному,&lt;br /&gt;</w:t>
        <w:br/>
        <w:t>попід оградою,&lt;br /&gt;</w:t>
        <w:br/>
        <w:t>мовчки...&lt;br /&gt;</w:t>
        <w:br/>
        <w:t>І спиниться Сковорода&lt;br /&gt;</w:t>
        <w:br/>
        <w:t>(не може не спинитись!) —&lt;br /&gt;</w:t>
        <w:br/>
        <w:t>він бачить, як вони уже аж перед самим&lt;br /&gt;</w:t>
        <w:br/>
        <w:t>храмом&lt;br /&gt;</w:t>
        <w:br/>
        <w:t>оглядуються й поміж себе жорстоко&lt;br /&gt;</w:t>
        <w:br/>
        <w:t>осуждають,&lt;br /&gt;</w:t>
        <w:br/>
        <w:t>що гість отця Іустина&lt;br /&gt;</w:t>
        <w:br/>
        <w:t>до храму невхожий.&lt;br /&gt;</w:t>
        <w:br/>
        <w:t>І гірко стане на душі.&lt;br /&gt;</w:t>
        <w:br/>
        <w:t>Замість гармонії пійдуть зітхання,&lt;br /&gt;</w:t>
        <w:br/>
        <w:t>і думи тяжкі поженуть&lt;br /&gt;</w:t>
        <w:br/>
        <w:t>у поле, на край світу...&lt;br /&gt;</w:t>
        <w:br/>
        <w:t>Поле, поле!&lt;br /&gt;</w:t>
        <w:br/>
        <w:t>Яке воно кругле!&lt;br /&gt;</w:t>
        <w:br/>
        <w:t>Яке воно просте і довершение —&lt;br /&gt;</w:t>
        <w:br/>
        <w:t>поле!&lt;br /&gt;</w:t>
        <w:br/>
        <w:t>За кругом круг тече,&lt;br /&gt;</w:t>
        <w:br/>
        <w:t>за гору гора забігає.&lt;br /&gt;</w:t>
        <w:br/>
        <w:t>Отут,&lt;br /&gt;</w:t>
        <w:br/>
        <w:t>тут справжній ключ до душі.&lt;br /&gt;</w:t>
        <w:br/>
        <w:t>Колос зігнувся і дивиться в землю —&lt;br /&gt;</w:t>
        <w:br/>
        <w:t>пізнай себе самого.&lt;br /&gt;</w:t>
        <w:br/>
        <w:t>Небо в тисячі люстер перехмарюеться —-&lt;br /&gt;</w:t>
        <w:br/>
        <w:t>пізнай себе самого.&lt;br /&gt;</w:t>
        <w:br/>
        <w:t>Дніпро у тінь пославсь, а повен перебігу —&lt;br /&gt;</w:t>
        <w:br/>
        <w:t>пізнай себе самого.&lt;br /&gt;</w:t>
        <w:br/>
        <w:t>Се ж бо єсть:&lt;br /&gt;</w:t>
        <w:br/>
        <w:t>бренне, текуче і безконечне,&lt;br /&gt;</w:t>
        <w:br/>
        <w:t>немов фігурний триугол, в якому і три,&lt;br /&gt;</w:t>
        <w:br/>
        <w:t>і два, й один —&lt;br /&gt;</w:t>
        <w:br/>
        <w:t>одно і те ж.&lt;br /&gt;</w:t>
        <w:br/>
        <w:t>Одно і те ж старого городища сум —&lt;br /&gt;</w:t>
        <w:br/>
        <w:t>пізнай себе самого.&lt;br /&gt;</w:t>
        <w:br/>
        <w:t>І понад гречкою бриніння бджіл,&lt;br /&gt;</w:t>
        <w:br/>
        <w:t>а ще отари понад лісом,&lt;br /&gt;</w:t>
        <w:br/>
        <w:t>і Києва далекого торжественність нагорна,—-&lt;br /&gt;</w:t>
        <w:br/>
        <w:t>усе, усе в природі каже:&lt;br /&gt;</w:t>
        <w:br/>
        <w:t>пізнай себе самого, пізнай.&lt;br /&gt;</w:t>
        <w:br/>
        <w:t>І знову сповнюється миру&lt;br /&gt;</w:t>
        <w:br/>
        <w:t>душа Сковороди.&lt;br /&gt;</w:t>
        <w:br/>
        <w:t>І тиху флейту з-за пояса діставши,&lt;br /&gt;</w:t>
        <w:br/>
        <w:t>він починає славить світ,&lt;br /&gt;</w:t>
        <w:br/>
        <w:t>того, хто в світ його послав&lt;br /&gt;</w:t>
        <w:br/>
        <w:t>і пізнавать себе самого научив.&lt;br /&gt;</w:t>
        <w:br/>
        <w:t>І тиха флейта, як метелик,&lt;br /&gt;</w:t>
        <w:br/>
        <w:t>летить до лісу, на жита,&lt;br /&gt;</w:t>
        <w:br/>
        <w:t>прозоро над Дніпром тріпоче,&lt;br /&gt;</w:t>
        <w:br/>
        <w:t>до всіх просторів признається&lt;br /&gt;</w:t>
        <w:br/>
        <w:t>і повертається назад, немов голубка&lt;br /&gt;</w:t>
        <w:br/>
        <w:t>з маслиною в дзьобу;&lt;br /&gt;</w:t>
        <w:br/>
        <w:t>мир, мир душі твоїй,— сказав Всевишній,—&lt;br /&gt;</w:t>
        <w:br/>
        <w:t>мир.&lt;br /&gt;</w:t>
        <w:br/>
        <w:t>І слухає Сковорода цю відповідь,&lt;br /&gt;</w:t>
        <w:br/>
        <w:t>нової пісні починає,&lt;br /&gt;</w:t>
        <w:br/>
        <w:t>очі заплющені,&lt;br /&gt;</w:t>
        <w:br/>
        <w:t>хитається в ритм —&lt;br /&gt;</w:t>
        <w:br/>
        <w:t>подяка богові за все.&lt;br /&gt;</w:t>
        <w:br/>
        <w:t>Найперше ж:&lt;br /&gt;</w:t>
        <w:br/>
        <w:t>за те, що потрібне зробив нетрудним,&lt;br /&gt;</w:t>
        <w:br/>
        <w:t>а трудне непотрібним.&lt;br /&gt;</w:t>
        <w:br/>
        <w:t>На всіх шляхах життя&lt;br /&gt;</w:t>
        <w:br/>
        <w:t>єднай свою хисткую волю&lt;br /&gt;</w:t>
        <w:br/>
        <w:t>з волею творця.&lt;br /&gt;</w:t>
        <w:br/>
        <w:t>Подяка богові за все.&lt;br /&gt;</w:t>
        <w:br/>
        <w:t>Грає, грає Сковорода,&lt;br /&gt;</w:t>
        <w:br/>
        <w:t>а день вже хмариться назад&lt;br /&gt;</w:t>
        <w:br/>
        <w:t>і якось хилиться, як колос,&lt;br /&gt;</w:t>
        <w:br/>
        <w:t>в землю.&lt;br /&gt;</w:t>
        <w:br/>
        <w:t>Іде отара од води,&lt;br /&gt;</w:t>
        <w:br/>
        <w:t>і дівчина-пастушка послухать зупинилась.&lt;br /&gt;</w:t>
        <w:br/>
        <w:t>Чернець, подумала,— а не чернець:&lt;br /&gt;</w:t>
        <w:br/>
        <w:t>безвусий, безбородий,&lt;br /&gt;</w:t>
        <w:br/>
        <w:t>і дудка не проста.&lt;br /&gt;</w:t>
        <w:br/>
        <w:t>Почув Сковорода невинний погляд,&lt;br /&gt;</w:t>
        <w:br/>
        <w:t>очі розплющив.&lt;br /&gt;</w:t>
        <w:br/>
        <w:t>— Маріє!.. Ти?..&lt;br /&gt;</w:t>
        <w:br/>
        <w:t>— Е ні, зовуть Маринкою,&lt;br /&gt;</w:t>
        <w:br/>
        <w:t>а почім ви мене знаєте?&lt;br /&gt;</w:t>
        <w:br/>
        <w:t>— Маріє, Маринко...— без ліку повторяв,&lt;br /&gt;</w:t>
        <w:br/>
        <w:t>і брав її за руку, і дивився&lt;br /&gt;</w:t>
        <w:br/>
        <w:t>довго-довго.&lt;br /&gt;</w:t>
        <w:br/>
        <w:t>Такії очі були&lt;br /&gt;</w:t>
        <w:br/>
        <w:t>у його учениці у Марії,&lt;br /&gt;</w:t>
        <w:br/>
        <w:t>коли в знайомого він жив на пасіці.&lt;br /&gt;</w:t>
        <w:br/>
        <w:t>Вже стільки літ пройшло,&lt;br /&gt;</w:t>
        <w:br/>
        <w:t>а він забуть не може&lt;br /&gt;</w:t>
        <w:br/>
        <w:t>її ласкавість, і красу,&lt;br /&gt;</w:t>
        <w:br/>
        <w:t>і повнолітній голос...&lt;br /&gt;</w:t>
        <w:br/>
        <w:t>— Маріє, Маринко...— без ліку повторяв.&lt;br /&gt;</w:t>
        <w:br/>
        <w:t>Маринка сіла.&lt;br /&gt;</w:t>
        <w:br/>
        <w:t>Спідничкою закрила ноги,&lt;br /&gt;</w:t>
        <w:br/>
        <w:t>в долоні всю голівку узяла,&lt;br /&gt;</w:t>
        <w:br/>
        <w:t>говорить.&lt;br /&gt;</w:t>
        <w:br/>
        <w:t>— Чиї вівці пасе?&lt;br /&gt;</w:t>
        <w:br/>
        <w:t>Хіба це не 'днаково, чиї?&lt;br /&gt;</w:t>
        <w:br/>
        <w:t>Колись я думала, що можна жить працюючи,&lt;br /&gt;</w:t>
        <w:br/>
        <w:t>аби земля родила.&lt;br /&gt;</w:t>
        <w:br/>
        <w:t>Тепер — ні.&lt;br /&gt;</w:t>
        <w:br/>
        <w:t>Бо батько й мати горби понаробляли,&lt;br /&gt;</w:t>
        <w:br/>
        <w:t>а все панові, бодай йому не дихать! —&lt;br /&gt;</w:t>
        <w:br/>
        <w:t>Ще більше голівку заховала,&lt;br /&gt;</w:t>
        <w:br/>
        <w:t>щоб сліз не видно.&lt;br /&gt;</w:t>
        <w:br/>
        <w:t>А сльози, сльози, як слова!&lt;br /&gt;</w:t>
        <w:br/>
        <w:t>— Одна&lt;br /&gt;</w:t>
        <w:br/>
        <w:t>пішла я раз у панський двір.&lt;br /&gt;</w:t>
        <w:br/>
        <w:t>А пан на ніч сказав мені зостатись,&lt;br /&gt;</w:t>
        <w:br/>
        <w:t>грозив ножем і мордував,—&lt;br /&gt;</w:t>
        <w:br/>
        <w:t>та не далася я,&lt;br /&gt;</w:t>
        <w:br/>
        <w:t>втекла.&lt;br /&gt;</w:t>
        <w:br/>
        <w:t>А ці ченці,—&lt;br /&gt;</w:t>
        <w:br/>
        <w:t>О господи, пройти й у церкву не дадуть!&lt;br /&gt;</w:t>
        <w:br/>
        <w:t>Та що казать...&lt;br /&gt;</w:t>
        <w:br/>
        <w:t>Помовчала Маринка...&lt;br /&gt;</w:t>
        <w:br/>
        <w:t>Й день затих.&lt;br /&gt;</w:t>
        <w:br/>
        <w:t>То хмари все хмаріли,&lt;br /&gt;</w:t>
        <w:br/>
        <w:t>а то у тучу всі зійшлись&lt;br /&gt;</w:t>
        <w:br/>
        <w:t>1 звідти&lt;br /&gt;</w:t>
        <w:br/>
        <w:t>ціляли в блиск розколотого неба,&lt;br /&gt;</w:t>
        <w:br/>
        <w:t>в Дніпрі одбившись...&lt;br /&gt;</w:t>
        <w:br/>
        <w:t>У купу вівці збились.&lt;br /&gt;</w:t>
        <w:br/>
        <w:t>Немов із холоду,&lt;br /&gt;</w:t>
        <w:br/>
        <w:t>ягнятко на руки полізло.&lt;br /&gt;</w:t>
        <w:br/>
        <w:t>— А вам, напевно, весело живеться,&lt;br /&gt;</w:t>
        <w:br/>
        <w:t>що ви все граєте?&lt;br /&gt;</w:t>
        <w:br/>
        <w:t>Я бачила й учора вас.&lt;br /&gt;</w:t>
        <w:br/>
        <w:t>А брат мій у повстанцях,— та й зразу&lt;br /&gt;</w:t>
        <w:br/>
        <w:t>схаменулась.&lt;br /&gt;</w:t>
        <w:br/>
        <w:t>Взяла ягнятко й понесла.&lt;br /&gt;</w:t>
        <w:br/>
        <w:t>А вітер їй заходив збоку&lt;br /&gt;</w:t>
        <w:br/>
        <w:t>і рвав спідничку і кісник,&lt;br /&gt;</w:t>
        <w:br/>
        <w:t>аж поки з вівцями в яру вона не зникла.&lt;br /&gt;</w:t>
        <w:br/>
        <w:t>А вітер все заходив збоку.&lt;br /&gt;</w:t>
        <w:br/>
        <w:t>Сковорода на бистрі ноги встав,&lt;br /&gt;</w:t>
        <w:br/>
        <w:t>хотів її догнать, обнять, потішить,&lt;br /&gt;</w:t>
        <w:br/>
        <w:t>утерти сльози недитячі,&lt;br /&gt;</w:t>
        <w:br/>
        <w:t>та тут&lt;br /&gt;</w:t>
        <w:br/>
        <w:t>повз нього карета, закрившись курявою,&lt;br /&gt;</w:t>
        <w:br/>
        <w:t>на Київ покуріла.&lt;br /&gt;</w:t>
        <w:br/>
        <w:t>І довго пан з вікна дивився,&lt;br /&gt;</w:t>
        <w:br/>
        <w:t>який то юродивий&lt;br /&gt;</w:t>
        <w:br/>
        <w:t>очима доганяв його, а мо й словами:&lt;br /&gt;</w:t>
        <w:br/>
        <w:t>простягне руки до Дніпра&lt;br /&gt;</w:t>
        <w:br/>
        <w:t>та й знов тремтячі одведе,&lt;br /&gt;</w:t>
        <w:br/>
        <w:t>немовби воздух тихо прийме.&lt;br /&gt;</w:t>
        <w:br/>
        <w:t>Сльози гніву,&lt;br /&gt;</w:t>
        <w:br/>
        <w:t>бурі серця великого&lt;br /&gt;</w:t>
        <w:br/>
        <w:t>говорить не дають.&lt;br /&gt;</w:t>
        <w:br/>
        <w:t>"Напевно, весело живеться".&lt;br /&gt;</w:t>
        <w:br/>
        <w:t>Ніколи блискавка отак не била, не палила,&lt;br /&gt;</w:t>
        <w:br/>
        <w:t>як душу його&lt;br /&gt;</w:t>
        <w:br/>
        <w:t>ці слова.&lt;br /&gt;</w:t>
        <w:br/>
        <w:t>Справді.&lt;br /&gt;</w:t>
        <w:br/>
        <w:t>Чого прийшов він в цюю пустинь?&lt;br /&gt;</w:t>
        <w:br/>
        <w:t>Хіба не на те, щоб пожить?&lt;br /&gt;</w:t>
        <w:br/>
        <w:t>Щоб мир знайти і спокій&lt;br /&gt;</w:t>
        <w:br/>
        <w:t>і бога щасливого в собі відчути, у натурі&lt;br /&gt;</w:t>
        <w:br/>
        <w:t>бога, якого і Сократу не вдалось побачить,&lt;br /&gt;</w:t>
        <w:br/>
        <w:t>гармонію душі?&lt;br /&gt;</w:t>
        <w:br/>
        <w:t>А бог один,&lt;br /&gt;</w:t>
        <w:br/>
        <w:t>і, може, там якраз,&lt;br /&gt;</w:t>
        <w:br/>
        <w:t>де ту гармонію розбито.&lt;br /&gt;</w:t>
        <w:br/>
        <w:t>І як я смів подумать,&lt;br /&gt;</w:t>
        <w:br/>
        <w:t>що вже зробив щось для людей,&lt;br /&gt;</w:t>
        <w:br/>
        <w:t>коли безвинні ллються сльози кругом,&lt;br /&gt;</w:t>
        <w:br/>
        <w:t>кругом, а я од них тікаю!&lt;br /&gt;</w:t>
        <w:br/>
        <w:t>Чи друзями були мої друзі, в яких я жив?&lt;br /&gt;</w:t>
        <w:br/>
        <w:t>Чи справжня була моя проповідь, яку&lt;br /&gt;</w:t>
        <w:br/>
        <w:t>я підносив?&lt;br /&gt;</w:t>
        <w:br/>
        <w:t>І вперше усумнивсь Сковорода.&lt;br /&gt;</w:t>
        <w:br/>
        <w:t>І вперше очима іншими поглянув&lt;br /&gt;</w:t>
        <w:br/>
        <w:t>на небо, на землю, на себе.&lt;br /&gt;</w:t>
        <w:br/>
        <w:t>Хмара ще ширше сиві краї свої закотила&lt;br /&gt;</w:t>
        <w:br/>
        <w:t>і звідти так само ж, здавалось,&lt;br /&gt;</w:t>
        <w:br/>
        <w:t>ціляла в брязк розтріснутого неба,&lt;br /&gt;</w:t>
        <w:br/>
        <w:t>потріскуючи у Дніпрі...&lt;br /&gt;</w:t>
        <w:br/>
        <w:t>Але за цим&lt;br /&gt;</w:t>
        <w:br/>
        <w:t>такий орган гримів і грав простором хором&lt;br /&gt;</w:t>
        <w:br/>
        <w:t>понад хором,&lt;br /&gt;</w:t>
        <w:br/>
        <w:t>що аж земля під низом стугоніла,&lt;br /&gt;</w:t>
        <w:br/>
        <w:t>трепещучи...&lt;br /&gt;</w:t>
        <w:br/>
        <w:t>Дививсь Сковорода і думав:&lt;br /&gt;</w:t>
        <w:br/>
        <w:t>А се ж бо єсть вже інший триугол:&lt;br /&gt;</w:t>
        <w:br/>
        <w:t>.земля — огонь — вода.&lt;br /&gt;</w:t>
        <w:br/>
        <w:t>Земля, що правди прагне, права.&lt;br /&gt;</w:t>
        <w:br/>
        <w:t>Огонь, цей гнів, що сам рождається з землі&lt;br /&gt;</w:t>
        <w:br/>
        <w:t>в задуху, в спеку, у туман.&lt;br /&gt;</w:t>
        <w:br/>
        <w:t>Також вода — душа людини,&lt;br /&gt;</w:t>
        <w:br/>
        <w:t>що все — не тільки радість! —&lt;br /&gt;</w:t>
        <w:br/>
        <w:t>що все одсвічувать повинна.&lt;br /&gt;</w:t>
        <w:br/>
        <w:t>А се ж бо єсть вже інший триугол.</w:t>
      </w:r>
    </w:p>
    <w:p>
      <w:r>
        <w:br/>
        <w:t>Надходив вітер з вітерками,&lt;br /&gt;</w:t>
        <w:br/>
        <w:t>і на одній нозі пісок за яром закрутився.&lt;br /&gt;</w:t>
        <w:br/>
        <w:t>Закрутився пісок&lt;br /&gt;</w:t>
        <w:br/>
        <w:t>і з вітерками вітер...&lt;br /&gt;</w:t>
        <w:br/>
        <w:t>І думав Сковорода:&lt;br /&gt;</w:t>
        <w:br/>
        <w:t>Гармонія неіз'яснима.&lt;br /&gt;</w:t>
        <w:br/>
        <w:t>Налився всесвіт повноти&lt;br /&gt;</w:t>
        <w:br/>
        <w:t>і споглядає сам себе.&lt;br /&gt;</w:t>
        <w:br/>
        <w:t>Але й його чиясь рука на два пересікає:&lt;br /&gt;</w:t>
        <w:br/>
        <w:t>на світ вгорі&lt;br /&gt;</w:t>
        <w:br/>
        <w:t>і світ внизу,&lt;br /&gt;</w:t>
        <w:br/>
        <w:t>і другий — завжди рабство.&lt;br /&gt;</w:t>
        <w:br/>
        <w:t>Чи друзями ж були мої друзі, в яких я жив?&lt;br /&gt;</w:t>
        <w:br/>
        <w:t>Чи справжня була моя проповідь,&lt;br /&gt;</w:t>
        <w:br/>
        <w:t>яку я підносив?</w:t>
      </w:r>
    </w:p>
    <w:p>
      <w:r>
        <w:br/>
        <w:t>І думав:&lt;br /&gt;</w:t>
        <w:br/>
        <w:t>Шляхту,&lt;br /&gt;</w:t>
        <w:br/>
        <w:t>шляхту бачив я, а не народ.&lt;br /&gt;</w:t>
        <w:br/>
        <w:t>Панство просвіщав, а не голоту.&lt;br /&gt;</w:t>
        <w:br/>
        <w:t>У ній,&lt;br /&gt;</w:t>
        <w:br/>
        <w:t>лише у цій останній я мир собі знайду&lt;br /&gt;</w:t>
        <w:br/>
        <w:t>і боротьбу замість спокою.&lt;br /&gt;</w:t>
        <w:br/>
        <w:t>Бо мир не просто правда,—&lt;br /&gt;</w:t>
        <w:br/>
        <w:t>мир е справедливість,&lt;br /&gt;</w:t>
        <w:br/>
        <w:t>за всіх пригноблених піднятий меч.&lt;br /&gt;</w:t>
        <w:br/>
        <w:t>Вже дощ стіною рівною підходив,&lt;br /&gt;</w:t>
        <w:br/>
        <w:t>як Сковорода&lt;br /&gt;</w:t>
        <w:br/>
        <w:t>у пустинь поспішив.&lt;br /&gt;</w:t>
        <w:br/>
        <w:t>GRAVE 1</w:t>
      </w:r>
    </w:p>
    <w:p>
      <w:r>
        <w:br/>
        <w:t>— А ти все сам з собою? —&lt;br /&gt;</w:t>
        <w:br/>
        <w:t>зустрів у брамі Іустин.—&lt;br /&gt;</w:t>
        <w:br/>
        <w:t>Іди, стоїть твоя трапеза,&lt;br /&gt;</w:t>
        <w:br/>
        <w:t>і братія поговорить прийшла із Лаври.&lt;br /&gt;</w:t>
        <w:br/>
        <w:t>— Чого тій братії?! — та й змовк.&lt;br /&gt;</w:t>
        <w:br/>
        <w:t>В душі боролись два боги:&lt;br /&gt;</w:t>
        <w:br/>
        <w:t>гармонія і справедливість.&lt;br /&gt;</w:t>
        <w:br/>
        <w:t>І першу заливала лють,&lt;br /&gt;</w:t>
        <w:br/>
        <w:t>бо де ж гармонія,&lt;br /&gt;</w:t>
        <w:br/>
        <w:t>як справедливості нема?&lt;br /&gt;</w:t>
        <w:br/>
        <w:t>— ...я тут, тут, тут,—&lt;br /&gt;</w:t>
        <w:br/>
        <w:t>затріпотіло в листі, скотилось по даху.&lt;br /&gt;</w:t>
        <w:br/>
        <w:t>— Ходім на ґанок (свят! свят!).&lt;br /&gt;</w:t>
        <w:br/>
        <w:t>Ходім на ґанок: гряд.&lt;br /&gt;</w:t>
        <w:br/>
        <w:t>— Р-раб!—ударило над ними й завалилось.&lt;br /&gt;</w:t>
        <w:br/>
        <w:t>І довго блискавку сікло, сікло&lt;br /&gt;</w:t>
        <w:br/>
        <w:t>і повторяло десь внизу октавою:&lt;br /&gt;</w:t>
        <w:br/>
        <w:t>бруд, брудом бруд...&lt;br /&gt;</w:t>
        <w:br/>
        <w:t>А гряд од стін і від землі одскакувать&lt;br /&gt;</w:t>
        <w:br/>
        <w:t>пішов,&lt;br /&gt;</w:t>
        <w:br/>
        <w:t>мов стукотом підкований,—&lt;br /&gt;</w:t>
        <w:br/>
        <w:t>у шумі, в бризках, в бризкошумі,&lt;br /&gt;</w:t>
        <w:br/>
        <w:t>мов стукотом підкований.&lt;br /&gt;</w:t>
        <w:br/>
        <w:t>Присмерк,&lt;br /&gt;</w:t>
        <w:br/>
        <w:t>як після семидесяти літ,&lt;br /&gt;</w:t>
        <w:br/>
        <w:t>уже доріг недобачав.&lt;br /&gt;</w:t>
        <w:br/>
        <w:t>Тікав під дерева, в кутки, в долинки.&lt;br /&gt;</w:t>
        <w:br/>
        <w:t>А за ним, мов неминуча старості сивина,—&lt;br /&gt;</w:t>
        <w:br/>
        <w:t>водяна курява,</w:t>
      </w:r>
    </w:p>
    <w:p>
      <w:r>
        <w:br/>
        <w:t>Поважно, урочисто (італ.).— Ред.</w:t>
      </w:r>
    </w:p>
    <w:p>
      <w:r>
        <w:br/>
        <w:t>кипляча, свіжа, холодна...&lt;br /&gt;</w:t>
        <w:br/>
        <w:t>І над усім вгорі просторами ридання,&lt;br /&gt;</w:t>
        <w:br/>
        <w:t>душі великої здригання:&lt;br /&gt;</w:t>
        <w:br/>
        <w:t>де ж гармонія,&lt;br /&gt;</w:t>
        <w:br/>
        <w:t>як справедливості нема?&lt;br /&gt;</w:t>
        <w:br/>
        <w:t>— Григорію, ось слухай:&lt;br /&gt;</w:t>
        <w:br/>
        <w:t>ти, бачу, щось замислив,&lt;br /&gt;</w:t>
        <w:br/>
        <w:t>немов тікать із пустині надумав.&lt;br /&gt;</w:t>
        <w:br/>
        <w:t>Останься, поживи!&lt;br /&gt;</w:t>
        <w:br/>
        <w:t>Ти бачиш, як тебе ми поважаєм,&lt;br /&gt;</w:t>
        <w:br/>
        <w:t>як в кожне слово твоє вірим&lt;br /&gt;</w:t>
        <w:br/>
        <w:t>про бога вічного.&lt;br /&gt;</w:t>
        <w:br/>
        <w:t>"Не мечіте бісеру",— Сковорода подумав.&lt;br /&gt;</w:t>
        <w:br/>
        <w:t>Вийшла братія.&lt;br /&gt;</w:t>
        <w:br/>
        <w:t>— Останьсь, останься! — почали&lt;br /&gt;</w:t>
        <w:br/>
        <w:t>вмовлять.—&lt;br /&gt;</w:t>
        <w:br/>
        <w:t>Ще не набридло по світах?&lt;br /&gt;</w:t>
        <w:br/>
        <w:t>Пора подумати за пристань.&lt;br /&gt;</w:t>
        <w:br/>
        <w:t>А пристань тут твоя —&lt;br /&gt;</w:t>
        <w:br/>
        <w:t>У нас,&lt;br /&gt;</w:t>
        <w:br/>
        <w:t>у Києві, у Лаврі.&lt;br /&gt;</w:t>
        <w:br/>
        <w:t>Ми знаєм всі твої таланти,&lt;br /&gt;</w:t>
        <w:br/>
        <w:t>ми знаєм розум твій і святість.&lt;br /&gt;</w:t>
        <w:br/>
        <w:t>Стовпом істини ти будеш в нас&lt;br /&gt;</w:t>
        <w:br/>
        <w:t>і церкви окрасою на Україні.&lt;br /&gt;</w:t>
        <w:br/>
        <w:t>Затремтів Сковорода, мов пламенем&lt;br /&gt;</w:t>
        <w:br/>
        <w:t>об'ятий:&lt;br /&gt;</w:t>
        <w:br/>
        <w:t>— Ой, преподобнії!&lt;br /&gt;</w:t>
        <w:br/>
        <w:t>Яких ще вам стовпів у церкву треба?&lt;br /&gt;</w:t>
        <w:br/>
        <w:t>Доволі й вас,&lt;br /&gt;</w:t>
        <w:br/>
        <w:t>стовпів неотесаних!&lt;br /&gt;</w:t>
        <w:br/>
        <w:t>Ви ж церкву завалили,&lt;br /&gt;</w:t>
        <w:br/>
        <w:t>що й за сто літ вона не встане! —&lt;br /&gt;</w:t>
        <w:br/>
        <w:t>Іустин тихо:&lt;br /&gt;</w:t>
        <w:br/>
        <w:t>— Григорію, ось годі,&lt;br /&gt;</w:t>
        <w:br/>
        <w:t>не ображай лаврських отців.&lt;br /&gt;</w:t>
        <w:br/>
        <w:t>Вони ж прийшли прохать тебе у ризу.&lt;br /&gt;</w:t>
        <w:br/>
        <w:t>Затремтів Сковорода, мов пламенем&lt;br /&gt;</w:t>
        <w:br/>
        <w:t>объятий:&lt;br /&gt;</w:t>
        <w:br/>
        <w:t>— Ризо! ризо!&lt;br /&gt;</w:t>
        <w:br/>
        <w:t>Не багатьох ти преподобними зробила,&lt;br /&gt;</w:t>
        <w:br/>
        <w:t>але премногих вчарувала.&lt;br /&gt;</w:t>
        <w:br/>
        <w:t>Окаянствуйте!&lt;br /&gt;</w:t>
        <w:br/>
        <w:t>Окаянствуйте, поки не встав спаситель&lt;br /&gt;</w:t>
        <w:br/>
        <w:t>церкм&lt;br /&gt;</w:t>
        <w:br/>
        <w:t>А він як встане —&lt;br /&gt;</w:t>
        <w:br/>
        <w:t>то перший же на вас!</w:t>
      </w:r>
    </w:p>
    <w:p>
      <w:r>
        <w:br/>
        <w:t>— Ти гніваєшся, вчителю.&lt;br /&gt;</w:t>
        <w:br/>
        <w:t>Скажи ж хоч на прощання:&lt;br /&gt;</w:t>
        <w:br/>
        <w:t>де наше щастя,&lt;br /&gt;</w:t>
        <w:br/>
        <w:t>кудою йти? —&lt;br /&gt;</w:t>
        <w:br/>
        <w:t>Сковорода:&lt;br /&gt;</w:t>
        <w:br/>
        <w:t>— Всяк єсть там, де серцем сам.&lt;br /&gt;</w:t>
        <w:br/>
        <w:t>— Ах, ми завжди раді ближньому&lt;br /&gt;</w:t>
        <w:br/>
        <w:t>служить!&lt;br /&gt;</w:t>
        <w:br/>
        <w:t>— Покиньте рясу, пахать ідіть!&lt;br /&gt;</w:t>
        <w:br/>
        <w:t>Замовкла братія.&lt;br /&gt;</w:t>
        <w:br/>
        <w:t>Потиху&lt;br /&gt;</w:t>
        <w:br/>
        <w:t>посунула назад.&lt;br /&gt;</w:t>
        <w:br/>
        <w:t>Пішов і отець Іустин із ними в келію.&lt;br /&gt;</w:t>
        <w:br/>
        <w:t>Ще довго там світили свічку,&lt;br /&gt;</w:t>
        <w:br/>
        <w:t>ревли молитву по вечері&lt;br /&gt;</w:t>
        <w:br/>
        <w:t>і, наревівшися, лягли.&lt;br /&gt;</w:t>
        <w:br/>
        <w:t>Зостався сам.&lt;br /&gt;</w:t>
        <w:br/>
        <w:t>Один у темноті,&lt;br /&gt;</w:t>
        <w:br/>
        <w:t>у думах.&lt;br /&gt;</w:t>
        <w:br/>
        <w:t>Дзвіницю хмари обганяли,&lt;br /&gt;</w:t>
        <w:br/>
        <w:t>і бунтувалися вгорі тополі,&lt;br /&gt;</w:t>
        <w:br/>
        <w:t>турляючись на схід...&lt;br /&gt;</w:t>
        <w:br/>
        <w:t>Гроза часами затихала,&lt;br /&gt;</w:t>
        <w:br/>
        <w:t>й тоді&lt;br /&gt;</w:t>
        <w:br/>
        <w:t>другу грозу із Києва чуть було.&lt;br /&gt;</w:t>
        <w:br/>
        <w:t>А що саме —&lt;br /&gt;</w:t>
        <w:br/>
        <w:t>не розібрать.&lt;br /&gt;</w:t>
        <w:br/>
        <w:t>Зашуміла шовковиця,&lt;br /&gt;</w:t>
        <w:br/>
        <w:t>оріх затрепетав.&lt;br /&gt;</w:t>
        <w:br/>
        <w:t>І дзвіниця підскочила в малиновім огні.&lt;br /&gt;</w:t>
        <w:br/>
        <w:t>— Грязь!&lt;br /&gt;</w:t>
        <w:br/>
        <w:t>— Гробокопателі!&lt;br /&gt;</w:t>
        <w:br/>
        <w:t>— Хромії! — розгнівавсь з глибини,&lt;br /&gt;</w:t>
        <w:br/>
        <w:t>потряс вітрянку хмар, і загримів,&lt;br /&gt;</w:t>
        <w:br/>
        <w:t>і довго шар важкий розкочував,&lt;br /&gt;</w:t>
        <w:br/>
        <w:t>щоб знов жбурнуть на землю.&lt;br /&gt;</w:t>
        <w:br/>
        <w:t>(Шибки&lt;br /&gt;</w:t>
        <w:br/>
        <w:t>дзиском розгонистим&lt;br /&gt;</w:t>
        <w:br/>
        <w:t>у темноту в'їхали.)&lt;br /&gt;</w:t>
        <w:br/>
        <w:t>Перевів дух вітер —&lt;br /&gt;</w:t>
        <w:br/>
        <w:t>і зразу у всі ворота розігнавсь!&lt;br /&gt;</w:t>
        <w:br/>
        <w:t>А зверху дощ,&lt;br /&gt;</w:t>
        <w:br/>
        <w:t>а зверху блиск —&lt;br /&gt;</w:t>
        <w:br/>
        <w:t>грязь!&lt;br /&gt;</w:t>
        <w:br/>
        <w:t>грязь!&lt;br /&gt;</w:t>
        <w:br/>
        <w:t>Злякалися ченці,&lt;br /&gt;</w:t>
        <w:br/>
        <w:t>і засвітили свічку в келії,&lt;br /&gt;</w:t>
        <w:br/>
        <w:t>і заревли до бога грізного, до Саваофа:&lt;br /&gt;</w:t>
        <w:br/>
        <w:t>— Свят! свят!&lt;br /&gt;</w:t>
        <w:br/>
        <w:t>Ми чистії, ми духом нищії —&lt;br /&gt;</w:t>
        <w:br/>
        <w:t>помилуй нас...—&lt;br /&gt;</w:t>
        <w:br/>
        <w:t>А зверху дощ,&lt;br /&gt;</w:t>
        <w:br/>
        <w:t>а зверху блиск —&lt;br /&gt;</w:t>
        <w:br/>
        <w:t>грязь!&lt;br /&gt;</w:t>
        <w:br/>
        <w:t>В саду під деревом&lt;br /&gt;</w:t>
        <w:br/>
        <w:t>курінь соломою накритий.&lt;br /&gt;</w:t>
        <w:br/>
        <w:t>Там спав Сковорода&lt;br /&gt;</w:t>
        <w:br/>
        <w:t>годин чотири на добу.&lt;br /&gt;</w:t>
        <w:br/>
        <w:t>А все ж останнє врем'я&lt;br /&gt;</w:t>
        <w:br/>
        <w:t>молився.&lt;br /&gt;</w:t>
        <w:br/>
        <w:t>І зараз він прибіг&lt;br /&gt;</w:t>
        <w:br/>
        <w:t>не від дощу сховатись —&lt;br /&gt;</w:t>
        <w:br/>
        <w:t>молитися, молитись!&lt;br /&gt;</w:t>
        <w:br/>
        <w:t>Гарячі руки простягнув —&lt;br /&gt;</w:t>
        <w:br/>
        <w:t>і попливла земля,&lt;br /&gt;</w:t>
        <w:br/>
        <w:t>а сам возноситись почав&lt;br /&gt;</w:t>
        <w:br/>
        <w:t>все вгору, вище, вище...&lt;br /&gt;</w:t>
        <w:br/>
        <w:t>І бачив землю,&lt;br /&gt;</w:t>
        <w:br/>
        <w:t>всю її неправду, неначе вдень,&lt;br /&gt;</w:t>
        <w:br/>
        <w:t>так ясно.&lt;br /&gt;</w:t>
        <w:br/>
        <w:t>...На землі&lt;br /&gt;</w:t>
        <w:br/>
        <w:t>зв'язана&lt;br /&gt;</w:t>
        <w:br/>
        <w:t>лежала Маринка.&lt;br /&gt;</w:t>
        <w:br/>
        <w:t>Царі ж, вельможі і пани&lt;br /&gt;</w:t>
        <w:br/>
        <w:t>скорпіонами її катували.&lt;br /&gt;</w:t>
        <w:br/>
        <w:t>І наче то вже не Маринка,</w:t>
      </w:r>
    </w:p>
    <w:p>
      <w:r>
        <w:br/>
        <w:t>а його мати, мозоляста чорна чернь.&lt;br /&gt;</w:t>
        <w:br/>
        <w:t>Голову звернула до нього,&lt;br /&gt;</w:t>
        <w:br/>
        <w:t>здавалося, кричить,&lt;br /&gt;</w:t>
        <w:br/>
        <w:t>а крику не чуть було.&lt;br /&gt;</w:t>
        <w:br/>
        <w:t>Тільки рукою показує:&lt;br /&gt;</w:t>
        <w:br/>
        <w:t>Туди! Туди!&lt;br /&gt;</w:t>
        <w:br/>
        <w:t>Ченці ж стояли оддалік&lt;br /&gt;</w:t>
        <w:br/>
        <w:t>і всі співали:&lt;br /&gt;</w:t>
        <w:br/>
        <w:t>"Спаси, господи, люди твоя".&lt;br /&gt;</w:t>
        <w:br/>
        <w:t>І наче сам він стояв десь недалеко&lt;br /&gt;</w:t>
        <w:br/>
        <w:t>од ченціь І&lt;br /&gt;</w:t>
        <w:br/>
        <w:t>і теж співав:&lt;br /&gt;</w:t>
        <w:br/>
        <w:t>"Блаженні милостиві, яко ті помиловані&lt;br /&gt;</w:t>
        <w:br/>
        <w:t>будуть".&lt;br /&gt;</w:t>
        <w:br/>
        <w:t>А пани, слухаючи божественного співу,&lt;br /&gt;</w:t>
        <w:br/>
        <w:t>ще більше милували чернь,&lt;br /&gt;</w:t>
        <w:br/>
        <w:t>аж поки вона справді кров'ю не зчорніла&lt;br /&gt;</w:t>
        <w:br/>
        <w:t>і не перетворилась в грязь.&lt;br /&gt;</w:t>
        <w:br/>
        <w:t>— Грязь! — розбило сон над садом,&lt;br /&gt;</w:t>
        <w:br/>
        <w:t>і Сковорода прокинувсь.&lt;br /&gt;</w:t>
        <w:br/>
        <w:t>Ніч переснилась,&lt;br /&gt;</w:t>
        <w:br/>
        <w:t>і дощ одшумів.&lt;br /&gt;</w:t>
        <w:br/>
        <w:t>Спішили хмари обсушитись,&lt;br /&gt;</w:t>
        <w:br/>
        <w:t>а небо від краєчку —&lt;br /&gt;</w:t>
        <w:br/>
        <w:t>мов антимінс, посиніло...&lt;br /&gt;</w:t>
        <w:br/>
        <w:t>Ніч переснилась,&lt;br /&gt;</w:t>
        <w:br/>
        <w:t>і дощ одшумів.&lt;br /&gt;</w:t>
        <w:br/>
        <w:t>І тільки з Києва грозу ще чуть було,&lt;br /&gt;</w:t>
        <w:br/>
        <w:t>а що саме —&lt;br /&gt;</w:t>
        <w:br/>
        <w:t>не розібрать.&lt;br /&gt;</w:t>
        <w:br/>
        <w:t>На столі лежала розкрита Біблія,&lt;br /&gt;</w:t>
        <w:br/>
        <w:t>і риба на блюді, і хліб.&lt;br /&gt;</w:t>
        <w:br/>
        <w:t>Не доторкнувся до трапези.&lt;br /&gt;</w:t>
        <w:br/>
        <w:t>Пора!&lt;br /&gt;</w:t>
        <w:br/>
        <w:t>На устах рішучих&lt;br /&gt;</w:t>
        <w:br/>
        <w:t>новая радість виросла —&lt;br /&gt;</w:t>
        <w:br/>
        <w:t>пора!&lt;br /&gt;</w:t>
        <w:br/>
        <w:t>Укинув Біблію у торбину,&lt;br /&gt;</w:t>
        <w:br/>
        <w:t>згадав рукою флейту коло пояса,&lt;br /&gt;</w:t>
        <w:br/>
        <w:t>вклонився тричі ранку, саду&lt;br /&gt;</w:t>
        <w:br/>
        <w:t>і бистро-легко&lt;br /&gt;</w:t>
        <w:br/>
        <w:t>пішов на схід.</w:t>
      </w:r>
    </w:p>
    <w:p>
      <w:r>
        <w:br/>
        <w:t>шэоьито1</w:t>
      </w:r>
    </w:p>
    <w:p>
      <w:r>
        <w:br/>
        <w:t>На небі засвітали&lt;br /&gt;</w:t>
        <w:br/>
        <w:t>зарі!&lt;br /&gt;</w:t>
        <w:br/>
        <w:t>зарії&lt;br /&gt;</w:t>
        <w:br/>
        <w:t>Кого там ще убили,&lt;br /&gt;</w:t>
        <w:br/>
        <w:t>зарі-&lt;br /&gt;</w:t>
        <w:br/>
        <w:t>зали?&lt;br /&gt;</w:t>
        <w:br/>
        <w:t>То не березовий-бузовий&lt;br /&gt;</w:t>
        <w:br/>
        <w:t>солодкий сік,&lt;br /&gt;</w:t>
        <w:br/>
        <w:t>по всій землі, по всій землі&lt;br /&gt;</w:t>
        <w:br/>
        <w:t>пройшов головосік.</w:t>
      </w:r>
    </w:p>
    <w:p>
      <w:r>
        <w:br/>
        <w:t>Пройшов чи ще проходить?&lt;br /&gt;</w:t>
        <w:br/>
        <w:t>Замість відповіді&lt;br /&gt;</w:t>
        <w:br/>
        <w:t>Маринчин брат з туману виступив&lt;br /&gt;</w:t>
        <w:br/>
        <w:t>і розтуманився за вітром.&lt;br /&gt;</w:t>
        <w:br/>
        <w:t>Чого?&lt;br /&gt;</w:t>
        <w:br/>
        <w:t>Ніколи він його не бачив,&lt;br /&gt;</w:t>
        <w:br/>
        <w:t>а от же ясно запримітив:&lt;br /&gt;</w:t>
        <w:br/>
        <w:t>рукою в землю вкрючивсь...</w:t>
      </w:r>
    </w:p>
    <w:p>
      <w:r>
        <w:br/>
        <w:t>На небі засвітали&lt;br /&gt;</w:t>
        <w:br/>
        <w:t>зарі!&lt;br /&gt;</w:t>
        <w:br/>
        <w:t>зарі!&lt;br /&gt;</w:t>
        <w:br/>
        <w:t>Кого там ще убили,&lt;br /&gt;</w:t>
        <w:br/>
        <w:t>зарі-&lt;br /&gt;</w:t>
        <w:br/>
        <w:t>зали?&lt;br /&gt;</w:t>
        <w:br/>
        <w:t>То не березовий-бузовий&lt;br /&gt;</w:t>
        <w:br/>
        <w:t>солодкий сік,&lt;br /&gt;</w:t>
        <w:br/>
        <w:t>по всій землі, по всій землі&lt;br /&gt;</w:t>
        <w:br/>
        <w:t>пройшов головосік.</w:t>
      </w:r>
    </w:p>
    <w:p>
      <w:r>
        <w:br/>
        <w:t>Твердо, рішучо, могутньо (італ.).— Ред.</w:t>
      </w:r>
    </w:p>
    <w:p>
      <w:r>
        <w:br/>
        <w:t>Отак козаччина пройшла,&lt;br /&gt;</w:t>
        <w:br/>
        <w:t>а ми немов не чули.&lt;br /&gt;</w:t>
        <w:br/>
        <w:t>Собі шукали миру, коли там кров лилась.&lt;br /&gt;</w:t>
        <w:br/>
        <w:t>Нащо, нащо?&lt;br /&gt;</w:t>
        <w:br/>
        <w:t>К чому цей мир,&lt;br /&gt;</w:t>
        <w:br/>
        <w:t>до чого ця проповідь висока&lt;br /&gt;</w:t>
        <w:br/>
        <w:t>і приоздоблені в герби словесні премудрі&lt;br /&gt;</w:t>
        <w:br/>
        <w:t>алегорії?&lt;br /&gt;</w:t>
        <w:br/>
        <w:t>К чому усі його протести,&lt;br /&gt;</w:t>
        <w:br/>
        <w:t>коли вони м'які, коли вони тендітні?&lt;br /&gt;</w:t>
        <w:br/>
        <w:t>"Блаженні милостивії" — сказать катам?!&lt;br /&gt;</w:t>
        <w:br/>
        <w:t>Ударить так, щоб аж заграло!&lt;br /&gt;</w:t>
        <w:br/>
        <w:t>щоб пронеслося над хатами,&lt;br /&gt;</w:t>
        <w:br/>
        <w:t>над бідними усього світу!&lt;br /&gt;</w:t>
        <w:br/>
        <w:t>щоб пробудилися незрячі,&lt;br /&gt;</w:t>
        <w:br/>
        <w:t>щоб стали зрячими раби,&lt;br /&gt;</w:t>
        <w:br/>
        <w:t>раби, ця сіль землі майбутня,—&lt;br /&gt;</w:t>
        <w:br/>
        <w:t>ударить! вдарить!&lt;br /&gt;</w:t>
        <w:br/>
        <w:t>За думками не помітив,&lt;br /&gt;</w:t>
        <w:br/>
        <w:t>як ліс пройшов,&lt;br /&gt;</w:t>
        <w:br/>
        <w:t>сумний, перестарілий ліс і Голосіївську&lt;br /&gt;</w:t>
        <w:br/>
        <w:t>сонну пустинь.&lt;br /&gt;</w:t>
        <w:br/>
        <w:t>І сам не знав,&lt;br /&gt;</w:t>
        <w:br/>
        <w:t>чого це лісом він пішов, не берегом,&lt;br /&gt;</w:t>
        <w:br/>
        <w:t>і куди спішити мусить.&lt;br /&gt;</w:t>
        <w:br/>
        <w:t>Зайшло невиспанеє сонце&lt;br /&gt;</w:t>
        <w:br/>
        <w:t>і в хмарі досипляло&lt;br /&gt;</w:t>
        <w:br/>
        <w:t>жовтаво-жовто...&lt;br /&gt;</w:t>
        <w:br/>
        <w:t>День хирявий, хмурий, хмаристий&lt;br /&gt;</w:t>
        <w:br/>
        <w:t>заледве кидав тіні&lt;br /&gt;</w:t>
        <w:br/>
        <w:t>од сосен на дорогу.&lt;br /&gt;</w:t>
        <w:br/>
        <w:t>Уже виднілось передмістя,&lt;br /&gt;</w:t>
        <w:br/>
        <w:t>і Київ із туману&lt;br /&gt;</w:t>
        <w:br/>
        <w:t>грязею виблискував...&lt;br /&gt;</w:t>
        <w:br/>
        <w:t>і&lt;br /&gt;</w:t>
        <w:br/>
        <w:t>Спинивсь в яру, щоб виламать собі ціпочок,&lt;br /&gt;</w:t>
        <w:br/>
        <w:t>і затремтів з нестями,&lt;br /&gt;</w:t>
        <w:br/>
        <w:t>закричав!&lt;br /&gt;</w:t>
        <w:br/>
        <w:t>1 Тут і далі двома рядками крапок позначено пропуски в руко-&lt;br /&gt;</w:t>
        <w:br/>
        <w:t>пись— Ред.&lt;br /&gt;</w:t>
        <w:br/>
        <w:t>Чиясь невидима рука його тягнула в рів,&lt;br /&gt;</w:t>
        <w:br/>
        <w:t>і він, іще не бачачи нічого,&lt;br /&gt;</w:t>
        <w:br/>
        <w:t>уперше світ клясти почав&lt;br /&gt;</w:t>
        <w:br/>
        <w:t>і тих, що світ ведуть у тьму&lt;br /&gt;</w:t>
        <w:br/>
        <w:t>і поливають кров'ю.&lt;br /&gt;</w:t>
        <w:br/>
        <w:t>Закричав! —&lt;br /&gt;</w:t>
        <w:br/>
        <w:t>На дні,&lt;br /&gt;</w:t>
        <w:br/>
        <w:t>звернувши голову до нього,&lt;br /&gt;</w:t>
        <w:br/>
        <w:t>лежав козак і теж кричав, здавалось,&lt;br /&gt;</w:t>
        <w:br/>
        <w:t>та тільки крику&lt;br /&gt;</w:t>
        <w:br/>
        <w:t>не чуть було.&lt;br /&gt;</w:t>
        <w:br/>
        <w:t>Однією рукою в землю вкрючивсь,&lt;br /&gt;</w:t>
        <w:br/>
        <w:t>а другу мов на схід сонця простягнув,&lt;br /&gt;</w:t>
        <w:br/>
        <w:t>показував: туди! туди!&lt;br /&gt;</w:t>
        <w:br/>
        <w:t>"Маринчин брат!" — проблисло.&lt;br /&gt;</w:t>
        <w:br/>
        <w:t>І заридав Сковорода.&lt;br /&gt;</w:t>
        <w:br/>
        <w:t>Зверху дуби&lt;br /&gt;</w:t>
        <w:br/>
        <w:t>шуміли — не шуміли,&lt;br /&gt;</w:t>
        <w:br/>
        <w:t>без вітру гомоніли:&lt;br /&gt;</w:t>
        <w:br/>
        <w:t>найшов, найшов, найшов...&lt;br /&gt;</w:t>
        <w:br/>
        <w:t>І справді найшов.&lt;br /&gt;</w:t>
        <w:br/>
        <w:t>Знайшов Сковорода нову гармонію,&lt;br /&gt;</w:t>
        <w:br/>
        <w:t>в якій замість любові&lt;br /&gt;</w:t>
        <w:br/>
        <w:t>щось інше зазгучало.&lt;br /&gt;</w:t>
        <w:br/>
        <w:t>Очі, повні ненависті,&lt;br /&gt;</w:t>
        <w:br/>
        <w:t>метнув у небо він —&lt;br /&gt;</w:t>
        <w:br/>
        <w:t>та й зразу засміявсь:&lt;br /&gt;</w:t>
        <w:br/>
        <w:t>почув навіки,&lt;br /&gt;</w:t>
        <w:br/>
        <w:t>що всеблаженний не дає йому вже&lt;br /&gt;</w:t>
        <w:br/>
        <w:t>заспокоєння,&lt;br /&gt;</w:t>
        <w:br/>
        <w:t>як і віднині він —&lt;br /&gt;</w:t>
        <w:br/>
        <w:t>всеблаженному спокою не дасть.&lt;br /&gt;</w:t>
        <w:br/>
        <w:t>Зря до бога мертвого взивать&lt;br /&gt;</w:t>
        <w:br/>
        <w:t>і потрясати душу перед істуканом,&lt;br /&gt;</w:t>
        <w:br/>
        <w:t>зря.&lt;br /&gt;</w:t>
        <w:br/>
        <w:t>І в тон йому голодний ворон над ярами:&lt;br /&gt;</w:t>
        <w:br/>
        <w:t>зря! зря!&lt;br /&gt;</w:t>
        <w:br/>
        <w:t>А по дорозі люд тікав&lt;br /&gt;</w:t>
        <w:br/>
        <w:t>і криком кидав, як ножами:&lt;br /&gt;</w:t>
        <w:br/>
        <w:t>тікай і ти, чоловіче, тікай!&lt;br /&gt;</w:t>
        <w:br/>
        <w:t>Стояв Сковорода і ждав.&lt;br /&gt;</w:t>
        <w:br/>
        <w:t>За ними ж нічого не було.&lt;br /&gt;</w:t>
        <w:br/>
        <w:t>Тільки жінка в сірому&lt;br /&gt;</w:t>
        <w:br/>
        <w:t>за ярами прокрадалася, як злодій,&lt;br /&gt;</w:t>
        <w:br/>
        <w:t>та карета, поблискуючи, мчалась живо-живо,&lt;br /&gt;</w:t>
        <w:br/>
        <w:t>а пан, блідий як крейда,&lt;br /&gt;</w:t>
        <w:br/>
        <w:t>нагнувши голову з вікна,&lt;br /&gt;</w:t>
        <w:br/>
        <w:t>блював...&lt;br /&gt;</w:t>
        <w:br/>
        <w:t>Десь, певно, на бенкеті&lt;br /&gt;</w:t>
        <w:br/>
        <w:t>за труд, за піт, за долю України&lt;br /&gt;</w:t>
        <w:br/>
        <w:t>всю ніч він нажирався&lt;br /&gt;</w:t>
        <w:br/>
        <w:t>й додому їхав снідать...&lt;br /&gt;</w:t>
        <w:br/>
        <w:t>І це бачить бог?&lt;br /&gt;</w:t>
        <w:br/>
        <w:t>Та й знову засміявся.&lt;br /&gt;</w:t>
        <w:br/>
        <w:t>— Ббог? — ревнуло ревище десь за горою&lt;br /&gt;</w:t>
        <w:br/>
        <w:t>і, сколихнувши воздух, вгорі&lt;br /&gt;</w:t>
        <w:br/>
        <w:t>занило-погуділо.&lt;br /&gt;</w:t>
        <w:br/>
        <w:t>А потім —&lt;br /&gt;</w:t>
        <w:br/>
        <w:t>хлоп-хлоп! — озвалося за лісом.&lt;br /&gt;</w:t>
        <w:br/>
        <w:t>— Не хлоп, а людина,&lt;br /&gt;</w:t>
        <w:br/>
        <w:t>безщасний громадянин всього світу!&lt;br /&gt;</w:t>
        <w:br/>
        <w:t>Але кому ж ти кажеш?&lt;br /&gt;</w:t>
        <w:br/>
        <w:t>Усім, усім скажи, а не собі!&lt;br /&gt;</w:t>
        <w:br/>
        <w:t>Зря виховувати душу в правді&lt;br /&gt;</w:t>
        <w:br/>
        <w:t>і туркотіти голубом,&lt;br /&gt;</w:t>
        <w:br/>
        <w:t>коли кругом насильство — зря!&lt;br /&gt;</w:t>
        <w:br/>
        <w:t>І в тон йому голодний ворон над ярами:&lt;br /&gt;</w:t>
        <w:br/>
        <w:t>зря! зря!&lt;br /&gt;</w:t>
        <w:br/>
        <w:t>І зрозумів Сковорода:&lt;br /&gt;</w:t>
        <w:br/>
        <w:t>повстання.&lt;br /&gt;</w:t>
        <w:br/>
        <w:t>Лише повстання знайдуть язик і мову,&lt;br /&gt;</w:t>
        <w:br/>
        <w:t>якою б можна&lt;br /&gt;</w:t>
        <w:br/>
        <w:t>до панів промовлять.&lt;br /&gt;</w:t>
        <w:br/>
        <w:t>І зрозумів, яку грозу вночі він чув&lt;br /&gt;</w:t>
        <w:br/>
        <w:t>із Києва&lt;br /&gt;</w:t>
        <w:br/>
        <w:t>й куди його так тягне.&lt;br /&gt;</w:t>
        <w:br/>
        <w:t>На села, на села скоріш!&lt;br /&gt;</w:t>
        <w:br/>
        <w:t>Хай піднімається земля!&lt;br /&gt;</w:t>
        <w:br/>
        <w:t>Отам його гармонія:&lt;br /&gt;</w:t>
        <w:br/>
        <w:t>душу свою&lt;br /&gt;</w:t>
        <w:br/>
        <w:t>з суспільною з'єднать —&lt;br /&gt;</w:t>
        <w:br/>
        <w:t>на села!&lt;br /&gt;</w:t>
        <w:br/>
        <w:t>Заспішило серце, заспішило,&lt;br /&gt;</w:t>
        <w:br/>
        <w:t>і душа перестала мовчать&lt;br /&gt;</w:t>
        <w:br/>
        <w:t>і дзвінко-тріско розлетілась,&lt;br /&gt;</w:t>
        <w:br/>
        <w:t>немов суха ікона під сокирою —&lt;br /&gt;</w:t>
        <w:br/>
        <w:t>на села!&lt;br /&gt;</w:t>
        <w:br/>
        <w:t>Зверху дуби&lt;br /&gt;</w:t>
        <w:br/>
        <w:t>шуміли — не шуміли,&lt;br /&gt;</w:t>
        <w:br/>
        <w:t>без вітру гомоніли:&lt;br /&gt;</w:t>
        <w:br/>
        <w:t>прощай, прощай...&lt;br /&gt;</w:t>
        <w:br/>
        <w:t>Пішов Сковорода в ненависний туман.&lt;br /&gt;</w:t>
        <w:br/>
        <w:t>Гарячіла непокрита голова,&lt;br /&gt;</w:t>
        <w:br/>
        <w:t>і свитина полами маяла і доганяла його,&lt;br /&gt;</w:t>
        <w:br/>
        <w:t>мов прокажені пророка...&lt;br /&gt;</w:t>
        <w:br/>
        <w:t>Нехай собі да й шумлять дуби,&lt;br /&gt;</w:t>
        <w:br/>
        <w:t>шумлять дуби, де глибокі рови.&lt;br /&gt;</w:t>
        <w:br/>
        <w:t>Понад ровами бур'ян-будяк.&lt;br /&gt;</w:t>
        <w:br/>
        <w:t>Упав козак — одкрасувався навік,&lt;br /&gt;</w:t>
        <w:br/>
        <w:t>Ніхто ж йому тепер смерті не звидить —&lt;br /&gt;</w:t>
        <w:br/>
        <w:t>тільки рука лягла, де сонце сходить.&lt;br /&gt;</w:t>
        <w:br/>
        <w:t>Чи там мила серце печалить,&lt;br /&gt;</w:t>
        <w:br/>
        <w:t>чи до вікна матінка припадає?&lt;br /&gt;</w:t>
        <w:br/>
        <w:t>Ой не мила, не матінка вбога,&lt;br /&gt;</w:t>
        <w:br/>
        <w:t>то до волі шлях-дорога,&lt;br /&gt;</w:t>
        <w:br/>
        <w:t>шлях-дорога, козаки з прапорами —&lt;br /&gt;</w:t>
        <w:br/>
        <w:t>не жить, не жить нам ніколи з панами!&lt;br /&gt;</w:t>
        <w:br/>
        <w:t>Не помічав ні люду, ні вулиць;&lt;br /&gt;</w:t>
        <w:br/>
        <w:t>ні Либеді бистрин прозорих;&lt;br /&gt;</w:t>
        <w:br/>
        <w:t>що довго його все проводжала, вербами&lt;br /&gt;</w:t>
        <w:br/>
        <w:t>заводячи сюди, туди в байраки;&lt;br /&gt;</w:t>
        <w:br/>
        <w:t>не помічав ні крику крамарів, ні суєти&lt;br /&gt;</w:t>
        <w:br/>
        <w:t>міської,&lt;br /&gt;</w:t>
        <w:br/>
        <w:t>ані співу старців —&lt;br /&gt;</w:t>
        <w:br/>
        <w:t>одна тільки думка кипіла в голові,&lt;br /&gt;</w:t>
        <w:br/>
        <w:t>один шумів гарячий спів:&lt;br /&gt;</w:t>
        <w:br/>
        <w:t>не жить, не жить нам ніколи з панами!&lt;br /&gt;</w:t>
        <w:br/>
        <w:t>І хоч він знав, що не йому піднять&lt;br /&gt;</w:t>
        <w:br/>
        <w:t>безщасних,&lt;br /&gt;</w:t>
        <w:br/>
        <w:t>не йому, що вже під п'ятдесят нахмарило,&lt;br /&gt;</w:t>
        <w:br/>
        <w:t>що й мови народної по академіях забув —&lt;br /&gt;</w:t>
        <w:br/>
        <w:t>душу розвиднювала&lt;br /&gt;</w:t>
        <w:br/>
        <w:t>далека радість,&lt;br /&gt;</w:t>
        <w:br/>
        <w:t>її ще очі не бачили,&lt;br /&gt;</w:t>
        <w:br/>
        <w:t>її ще слух не чув,—&lt;br /&gt;</w:t>
        <w:br/>
        <w:t>але духом розумів,&lt;br /&gt;</w:t>
        <w:br/>
        <w:t>як розумів і те,&lt;br /&gt;</w:t>
        <w:br/>
        <w:t>що зараз, зараз же підготовляти день&lt;br /&gt;</w:t>
        <w:br/>
        <w:t>той треба,&lt;br /&gt;</w:t>
        <w:br/>
        <w:t>зараз!&lt;br /&gt;</w:t>
        <w:br/>
        <w:t>* * *</w:t>
      </w:r>
    </w:p>
    <w:p>
      <w:r>
        <w:br/>
        <w:t>Отак прийшов до того місця,&lt;br /&gt;</w:t>
        <w:br/>
        <w:t>де Київ із гори, мов світ предивний.&lt;br /&gt;</w:t>
        <w:br/>
        <w:t>Хотів із ним він попрощатись —&lt;br /&gt;</w:t>
        <w:br/>
        <w:t>учився ж там і жив.&lt;br /&gt;</w:t>
        <w:br/>
        <w:t>Глянув униз —&lt;br /&gt;</w:t>
        <w:br/>
        <w:t>і заходила гора, мов корабель у бурю.&lt;br /&gt;</w:t>
        <w:br/>
        <w:t>— Охляв! — проблискло в голові,&lt;br /&gt;</w:t>
        <w:br/>
        <w:t>і спокушаюче перед очима пропливла&lt;br /&gt;</w:t>
        <w:br/>
        <w:t>риба на блюді і хліб.&lt;br /&gt;</w:t>
        <w:br/>
        <w:t>Та тут&lt;br /&gt;</w:t>
        <w:br/>
        <w:t>могутній дух його підняв&lt;br /&gt;</w:t>
        <w:br/>
        <w:t>і пелену майбутнього розкрив в тумані&lt;br /&gt;</w:t>
        <w:br/>
        <w:t>перед ним.&lt;br /&gt;</w:t>
        <w:br/>
        <w:t>На мить&lt;br /&gt;</w:t>
        <w:br/>
        <w:t>заблискло все кругом:&lt;br /&gt;</w:t>
        <w:br/>
        <w:t>побідні прапори, і крики,&lt;br /&gt;</w:t>
        <w:br/>
        <w:t>й робочий люд.&lt;br /&gt;</w:t>
        <w:br/>
        <w:t>А з міста нижнього, димами вигинаючись,&lt;br /&gt;</w:t>
        <w:br/>
        <w:t>трупний смрад пішов, як по великому&lt;br /&gt;</w:t>
        <w:br/>
        <w:t>побоїщі&lt;br /&gt;</w:t>
        <w:br/>
        <w:t>(ще й гайвороння чорне),—&lt;br /&gt;</w:t>
        <w:br/>
        <w:t>і знов закрилось.&lt;br /&gt;</w:t>
        <w:br/>
        <w:t>— Земле, на якій стою,&lt;br /&gt;</w:t>
        <w:br/>
        <w:t>земле, яку крізь туман проглядаю,&lt;br /&gt;</w:t>
        <w:br/>
        <w:t>уся ти в неволі чорна у білих,&lt;br /&gt;</w:t>
        <w:br/>
        <w:t>чорна земле.&lt;br /&gt;</w:t>
        <w:br/>
        <w:t>Несвідомо оглянувсь.&lt;br /&gt;</w:t>
        <w:br/>
        <w:t>З-за дерев&lt;br /&gt;</w:t>
        <w:br/>
        <w:t>мовчала до нього жінка в сірому:&lt;br /&gt;</w:t>
        <w:br/>
        <w:t>пізнати чи не пізнать?&lt;br /&gt;</w:t>
        <w:br/>
        <w:t>І, не рішивши,&lt;br /&gt;</w:t>
        <w:br/>
        <w:t>кущами подалась під гору.&lt;br /&gt;</w:t>
        <w:br/>
        <w:t>День хирявий, хмарний, хмаристий...&lt;br /&gt;</w:t>
        <w:br/>
        <w:t>Поділ розсипавсь при воді,&lt;br /&gt;</w:t>
        <w:br/>
        <w:t>і торгував, і сонно метушився.&lt;br /&gt;</w:t>
        <w:br/>
        <w:t>Дніпро ж немов стояв на місці —&lt;br /&gt;</w:t>
        <w:br/>
        <w:t>сліпий-сліпий та більмастий.&lt;br /&gt;</w:t>
        <w:br/>
        <w:t>Не знав, куди сльози, куди скарги свої&lt;br /&gt;</w:t>
        <w:br/>
        <w:t>посилати:&lt;br /&gt;</w:t>
        <w:br/>
        <w:t>чи до моря, моря всесвітнього,&lt;br /&gt;</w:t>
        <w:br/>
        <w:t>чи до Катерини в Москву, до Малоросії&lt;br /&gt;</w:t>
        <w:br/>
        <w:t>любительниді...&lt;br /&gt;</w:t>
        <w:br/>
        <w:t>Як став Сковорода —&lt;br /&gt;</w:t>
        <w:br/>
        <w:t>усе забув од горя.&lt;br /&gt;</w:t>
        <w:br/>
        <w:t>Стояв так не годину.&lt;br /&gt;</w:t>
        <w:br/>
        <w:t>Все поривався говорить:&lt;br /&gt;</w:t>
        <w:br/>
        <w:t>простягне руки до Дніпра&lt;br /&gt;</w:t>
        <w:br/>
        <w:t>та й знов тремтячі одведе,&lt;br /&gt;</w:t>
        <w:br/>
        <w:t>немовби воздух тихо прийме.&lt;br /&gt;</w:t>
        <w:br/>
        <w:t>Сльози гніву,&lt;br /&gt;</w:t>
        <w:br/>
        <w:t>бурі серця великого&lt;br /&gt;</w:t>
        <w:br/>
        <w:t>говорить не дають.&lt;br /&gt;</w:t>
        <w:br/>
        <w:t>Стояв отак не годину.&lt;br /&gt;</w:t>
        <w:br/>
        <w:t>Аж загудів гладкий далекий дзвін,&lt;br /&gt;</w:t>
        <w:br/>
        <w:t>карнавками плакучими Поділ забрязкав,&lt;br /&gt;</w:t>
        <w:br/>
        <w:t>а там ізліва, справа, всюди, скрізь —&lt;br /&gt;</w:t>
        <w:br/>
        <w:t>плакучі, слізні та єлейні...&lt;br /&gt;</w:t>
        <w:br/>
        <w:t>Забув Сковорода неділю,&lt;br /&gt;</w:t>
        <w:br/>
        <w:t>забув себе, годину й час.&lt;br /&gt;</w:t>
        <w:br/>
        <w:t>Лише в лиці своїм мінився,&lt;br /&gt;</w:t>
        <w:br/>
        <w:t>мов дзвони ті —&lt;br /&gt;</w:t>
        <w:br/>
        <w:t>то вороги були&lt;br /&gt;</w:t>
        <w:br/>
        <w:t>і били його, били,&lt;br /&gt;</w:t>
        <w:br/>
        <w:t>догматами сухими&lt;br /&gt;</w:t>
        <w:br/>
        <w:t>забивали.&lt;br /&gt;</w:t>
        <w:br/>
        <w:t>І що дивніше —&lt;br /&gt;</w:t>
        <w:br/>
        <w:t>перша&lt;br /&gt;</w:t>
        <w:br/>
        <w:t>вдарила Софія.&lt;br /&gt;</w:t>
        <w:br/>
        <w:t>Древнє своє ластовиння туманом&lt;br /&gt;</w:t>
        <w:br/>
        <w:t>попудривши,&lt;br /&gt;</w:t>
        <w:br/>
        <w:t>вона&lt;br /&gt;</w:t>
        <w:br/>
        <w:t>підперлася оградою&lt;br /&gt;</w:t>
        <w:br/>
        <w:t>і сіла між церков старих, що хрестяться,&lt;br /&gt;</w:t>
        <w:br/>
        <w:t>ой боже мій, все хрестяться.&lt;br /&gt;</w:t>
        <w:br/>
        <w:t>— Нум драти пір'я, а я вам розкажу,&lt;br /&gt;</w:t>
        <w:br/>
        <w:t>як дівувала я колись.&lt;br /&gt;</w:t>
        <w:br/>
        <w:t>Бувало, підуть дзвони у танець,&lt;br /&gt;</w:t>
        <w:br/>
        <w:t>візьмуся в боки —&lt;br /&gt;</w:t>
        <w:br/>
        <w:t>так тільки Десятинна поглядає.&lt;br /&gt;</w:t>
        <w:br/>
        <w:t>До Візантії чуть було, як підківками&lt;br /&gt;</w:t>
        <w:br/>
        <w:t>одбивала!&lt;br /&gt;</w:t>
        <w:br/>
        <w:t>Що тих гетьманів я міняла!&lt;br /&gt;</w:t>
        <w:br/>
        <w:t>А от же кожен руки цілував&lt;br /&gt;</w:t>
        <w:br/>
        <w:t>і присягав на вірність.&lt;br /&gt;</w:t>
        <w:br/>
        <w:t>Бо треба було&lt;br /&gt;</w:t>
        <w:br/>
        <w:t>народ держать.&lt;br /&gt;</w:t>
        <w:br/>
        <w:t>Не витерпів Сковорода:&lt;br /&gt;</w:t>
        <w:br/>
        <w:t>— Софіє, не бреши!&lt;br /&gt;</w:t>
        <w:br/>
        <w:t>Народу цим не вдержиш.&lt;br /&gt;</w:t>
        <w:br/>
        <w:t>Прийдуть зо сходу,&lt;br /&gt;</w:t>
        <w:br/>
        <w:t>зрівняють всіх і рознесуть&lt;br /&gt;</w:t>
        <w:br/>
        <w:t>і на твоїх руїнах нову премудрість&lt;br /&gt;</w:t>
        <w:br/>
        <w:t>проголосять,&lt;br /&gt;</w:t>
        <w:br/>
        <w:t>та не по-темному, а просто.&lt;br /&gt;</w:t>
        <w:br/>
        <w:t>А ген за полем, за горою&lt;br /&gt;</w:t>
        <w:br/>
        <w:t>Лавра богобоязлива&lt;br /&gt;</w:t>
        <w:br/>
        <w:t>перстом у небо указує,&lt;br /&gt;</w:t>
        <w:br/>
        <w:t>навколо гордо позира.&lt;br /&gt;</w:t>
        <w:br/>
        <w:t>Хрестом вона черкнутись хмари хоче.&lt;br /&gt;</w:t>
        <w:br/>
        <w:t>Ну, як черкнеться, то вже що? —&lt;br /&gt;</w:t>
        <w:br/>
        <w:t>Воістину фортеця чванства і покори,&lt;br /&gt;</w:t>
        <w:br/>
        <w:t>дум темних властителька.&lt;br /&gt;</w:t>
        <w:br/>
        <w:t>— Дум... дум...— односить вітер в поле,&lt;br /&gt;</w:t>
        <w:br/>
        <w:t>дзвіниці рота затуля,&lt;br /&gt;</w:t>
        <w:br/>
        <w:t>а та гуде, містично виє,&lt;br /&gt;</w:t>
        <w:br/>
        <w:t>часом в дрібушки дзвони пустить —&lt;br /&gt;</w:t>
        <w:br/>
        <w:t>і знов: у!., у!..&lt;br /&gt;</w:t>
        <w:br/>
        <w:t>А високо, аж під хрестом дзвіниці,&lt;br /&gt;</w:t>
        <w:br/>
        <w:t>дзиґарі кожну четь години&lt;br /&gt;</w:t>
        <w:br/>
        <w:t>цитату з дзвонів кидають, мов брязкотельця.&lt;br /&gt;</w:t>
        <w:br/>
        <w:t>Барокко рідне&lt;br /&gt;</w:t>
        <w:br/>
        <w:t>цитату ловить ту і зголодніло одбиває,&lt;br /&gt;</w:t>
        <w:br/>
        <w:t>повторює у всіх кутках, поза колонами&lt;br /&gt;</w:t>
        <w:br/>
        <w:t>і на карнизах,&lt;br /&gt;</w:t>
        <w:br/>
        <w:t>а потім облуплюється й тихо пада.&lt;br /&gt;</w:t>
        <w:br/>
        <w:t>І лишаї на стінах, в нішах сліпих&lt;br /&gt;</w:t>
        <w:br/>
        <w:t>і впоперек колон —&lt;br /&gt;</w:t>
        <w:br/>
        <w:t>мов обриси материків на мапі.&lt;br /&gt;</w:t>
        <w:br/>
        <w:t>І так не хочеться святим, що вже&lt;br /&gt;</w:t>
        <w:br/>
        <w:t>наполовину стерлись,&lt;br /&gt;</w:t>
        <w:br/>
        <w:t>зіходити з стіни.&lt;br /&gt;</w:t>
        <w:br/>
        <w:t>Ловко держати фоліант і вічно брови&lt;br /&gt;</w:t>
        <w:br/>
        <w:t>хмурить&lt;br /&gt;</w:t>
        <w:br/>
        <w:t>і од прочан немов парад приймать:&lt;br /&gt;</w:t>
        <w:br/>
        <w:t>святителю, моли бога за нас!&lt;br /&gt;</w:t>
        <w:br/>
        <w:t>Легко стояти у сяйві на хмарах,&lt;br /&gt;</w:t>
        <w:br/>
        <w:t>і поглядати за Дніпро,&lt;br /&gt;</w:t>
        <w:br/>
        <w:t>і безконечно думать, мріять, уповать.&lt;br /&gt;</w:t>
        <w:br/>
        <w:t>А тепер...&lt;br /&gt;</w:t>
        <w:br/>
        <w:t>Барокко рідне облуплюється й тихо пада.&lt;br /&gt;</w:t>
        <w:br/>
        <w:t>І точать сльози бані церков печерних,&lt;br /&gt;</w:t>
        <w:br/>
        <w:t>що сіли над мощами, наче квочки.&lt;br /&gt;</w:t>
        <w:br/>
        <w:t>Лавра богобоязлива&lt;br /&gt;</w:t>
        <w:br/>
        <w:t>хрестом черкнутись хмари хоче.&lt;br /&gt;</w:t>
        <w:br/>
        <w:t>Ну, нехай...&lt;br /&gt;</w:t>
        <w:br/>
        <w:t>Одна тільки церква не дзвонила —&lt;br /&gt;</w:t>
        <w:br/>
        <w:t>Андріївська.&lt;br /&gt;</w:t>
        <w:br/>
        <w:t>Як лялечка, як панночка, стояла над горою.&lt;br /&gt;</w:t>
        <w:br/>
        <w:t>Стоїть, не журиться.&lt;br /&gt;</w:t>
        <w:br/>
        <w:t>Упасти не впаде —&lt;br /&gt;</w:t>
        <w:br/>
        <w:t>кріпкйй під нею чорний горб.&lt;br /&gt;</w:t>
        <w:br/>
        <w:t>Цариця поставила в знак приязні киянам,&lt;br /&gt;</w:t>
        <w:br/>
        <w:t>немов хотіла цим сказать,&lt;br /&gt;</w:t>
        <w:br/>
        <w:t>що України вольний дух&lt;br /&gt;</w:t>
        <w:br/>
        <w:t>отак в Москві над прірвою, над кручею&lt;br /&gt;</w:t>
        <w:br/>
        <w:t>поставлено.&lt;br /&gt;</w:t>
        <w:br/>
        <w:t>Ось тільки збуди,&lt;br /&gt;</w:t>
        <w:br/>
        <w:t>збунтуй той чорний грунт —&lt;br /&gt;</w:t>
        <w:br/>
        <w:t>навіки підеш в прірву,&lt;br /&gt;</w:t>
        <w:br/>
        <w:t>дощенту рознесем!&lt;br /&gt;</w:t>
        <w:br/>
        <w:t>Поділ розсипавсь при воді&lt;br /&gt;</w:t>
        <w:br/>
        <w:t>і сонно метушився.&lt;br /&gt;</w:t>
        <w:br/>
        <w:t>Здавалось, світ увесь заснув!&lt;br /&gt;</w:t>
        <w:br/>
        <w:t>А дзвони все гудуть,&lt;br /&gt;</w:t>
        <w:br/>
        <w:t>а дзвони присипляють:&lt;br /&gt;</w:t>
        <w:br/>
        <w:t>спи, спи, місце добре — нічого боятись,&lt;br /&gt;</w:t>
        <w:br/>
        <w:t>спи...&lt;br /&gt;</w:t>
        <w:br/>
        <w:t>І раптом настала така тиша,&lt;br /&gt;</w:t>
        <w:br/>
        <w:t>якої ніколи ще не чув.&lt;br /&gt;</w:t>
        <w:br/>
        <w:t>Та дивно!&lt;br /&gt;</w:t>
        <w:br/>
        <w:t>Тиша — горіла.&lt;br /&gt;</w:t>
        <w:br/>
        <w:t>То в однім місці схопиться,&lt;br /&gt;</w:t>
        <w:br/>
        <w:t>то в другому вогнем,&lt;br /&gt;</w:t>
        <w:br/>
        <w:t>ще й завалує валом дим, немов із фабрик.</w:t>
      </w:r>
    </w:p>
    <w:p>
      <w:r>
        <w:br/>
        <w:t>А коло Дніпра&lt;br /&gt;</w:t>
        <w:br/>
        <w:t>хтось черева повзо:&lt;br /&gt;</w:t>
        <w:br/>
        <w:t>тихше!&lt;br /&gt;</w:t>
        <w:br/>
        <w:t>тихше, бо почують!&lt;br /&gt;</w:t>
        <w:br/>
        <w:t>І сама гора&lt;br /&gt;</w:t>
        <w:br/>
        <w:t>у тил комусь заходить почала,&lt;br /&gt;</w:t>
        <w:br/>
        <w:t>навшпиньках,&lt;br /&gt;</w:t>
        <w:br/>
        <w:t>рачки,&lt;br /&gt;</w:t>
        <w:br/>
        <w:t>з очима, нагостреними в бій.&lt;br /&gt;</w:t>
        <w:br/>
        <w:t>Тихше...&lt;br /&gt;</w:t>
        <w:br/>
        <w:t>Тиша.</w:t>
      </w:r>
    </w:p>
    <w:p>
      <w:r>
        <w:br/>
        <w:t>FINALE 1&lt;br /&gt;</w:t>
        <w:br/>
        <w:t>— ...Я знала, що ви тут.&lt;br /&gt;</w:t>
        <w:br/>
        <w:t>Хотіла йти попід горою,&lt;br /&gt;</w:t>
        <w:br/>
        <w:t>а вийшла сюди.&lt;br /&gt;</w:t>
        <w:br/>
        <w:t>— Маріє!!&lt;br /&gt;</w:t>
        <w:br/>
        <w:t>Мов пробудився з того світу,&lt;br /&gt;</w:t>
        <w:br/>
        <w:t>мов двісті сонць ізразу засіяло —&lt;br /&gt;</w:t>
        <w:br/>
        <w:t>блакитно!&lt;br /&gt;</w:t>
        <w:br/>
        <w:t>весело!&lt;br /&gt;</w:t>
        <w:br/>
        <w:t>червоно!&lt;br /&gt;</w:t>
        <w:br/>
        <w:t>— Маріє, світе мій, та звідки?&lt;br /&gt;</w:t>
        <w:br/>
        <w:t>Маріє... мріє моя дорога! —&lt;br /&gt;</w:t>
        <w:br/>
        <w:t>І пригортав її до себе, й цілував,&lt;br /&gt;</w:t>
        <w:br/>
        <w:t>і голос пив грудний-грудний, кленовий.&lt;br /&gt;</w:t>
        <w:br/>
        <w:t>Марія зразу запручалась:&lt;br /&gt;</w:t>
        <w:br/>
        <w:t>— Чекайте... зараз... потім...&lt;br /&gt;</w:t>
        <w:br/>
        <w:t>що я хотіла сказать? —&lt;br /&gt;</w:t>
        <w:br/>
        <w:t>Звела очиці між собою,&lt;br /&gt;</w:t>
        <w:br/>
        <w:t>бровами пам'ять попитала&lt;br /&gt;</w:t>
        <w:br/>
        <w:t>і так застигла в сірому.&lt;br /&gt;</w:t>
        <w:br/>
        <w:t>У сірому!&lt;br /&gt;</w:t>
        <w:br/>
        <w:t>Та це ж вона допіру тут стояла!&lt;br /&gt;</w:t>
        <w:br/>
        <w:t>Невже змінився так, що й не впізнать?&lt;br /&gt;</w:t>
        <w:br/>
        <w:t>Маріє!&lt;br /&gt;</w:t>
        <w:br/>
        <w:t>Маріє, дитя моє, що з тобою?&lt;br /&gt;</w:t>
        <w:br/>
        <w:t>— ...бою,— промовила стиха&lt;br /&gt;</w:t>
        <w:br/>
        <w:t>і все дивилася кудись,&lt;br /&gt;</w:t>
        <w:br/>
        <w:t>і руки свої звільнила&lt;br /&gt;</w:t>
        <w:br/>
        <w:t>від рук учителя.&lt;br /&gt;</w:t>
        <w:br/>
        <w:t>— Бою не видержать:&lt;br /&gt;</w:t>
        <w:br/>
        <w:t>1 Остання, завершальна частина музичного твору (сюїти, со-&lt;br /&gt;</w:t>
        <w:br/>
        <w:t>нати, симфонії) (італ.).-Ред.</w:t>
      </w:r>
    </w:p>
    <w:p>
      <w:r>
        <w:br/>
        <w:t>вже ж я своїх не підготую,&lt;br /&gt;</w:t>
        <w:br/>
        <w:t>отут і впаду.&lt;br /&gt;</w:t>
        <w:br/>
        <w:t>Почув Сковорода,&lt;br /&gt;</w:t>
        <w:br/>
        <w:t>як у серці&lt;br /&gt;</w:t>
        <w:br/>
        <w:t>радість&lt;br /&gt;</w:t>
        <w:br/>
        <w:t>поволі опадала на сум:&lt;br /&gt;</w:t>
        <w:br/>
        <w:t>не та його Марія вже, не та...&lt;br /&gt;</w:t>
        <w:br/>
        <w:t>Ні мрійності тієї, що на пасіці,&lt;br /&gt;</w:t>
        <w:br/>
        <w:t>ні щебетання, ні тепла&lt;br /&gt;</w:t>
        <w:br/>
        <w:t>(і звідки вона така?)&lt;br /&gt;</w:t>
        <w:br/>
        <w:t>І тільки прочуття близької смерті&lt;br /&gt;</w:t>
        <w:br/>
        <w:t>ще дивувало його —&lt;br /&gt;</w:t>
        <w:br/>
        <w:t>"отут і впаду".&lt;br /&gt;</w:t>
        <w:br/>
        <w:t>Сковорода ніжно, мов до дитини:&lt;br /&gt;</w:t>
        <w:br/>
        <w:t>— Заспокойся, не знаєш, що говориш.&lt;br /&gt;</w:t>
        <w:br/>
        <w:t>Глянь: немов з хреста ізнята.&lt;br /&gt;</w:t>
        <w:br/>
        <w:t>— Я цілу ніч не спала.&lt;br /&gt;</w:t>
        <w:br/>
        <w:t>— Заспокойся.&lt;br /&gt;</w:t>
        <w:br/>
        <w:t>— ...проклята ніч!&lt;br /&gt;</w:t>
        <w:br/>
        <w:t>За-&lt;br /&gt;</w:t>
        <w:br/>
        <w:t>спо-&lt;br /&gt;</w:t>
        <w:br/>
        <w:t>койсь.&lt;br /&gt;</w:t>
        <w:br/>
        <w:t>Марія посміхнулась,&lt;br /&gt;</w:t>
        <w:br/>
        <w:t>Марія очима страшно повела,&lt;br /&gt;</w:t>
        <w:br/>
        <w:t>руками ж — мов горло комусь...&lt;br /&gt;</w:t>
        <w:br/>
        <w:t>— Учителю,&lt;br /&gt;</w:t>
        <w:br/>
        <w:t>ти сам не знаєш, що говориш!&lt;br /&gt;</w:t>
        <w:br/>
        <w:t>Хіба спокійним можна буть,&lt;br /&gt;</w:t>
        <w:br/>
        <w:t>коли вирішується доля народу?&lt;br /&gt;</w:t>
        <w:br/>
        <w:t>— Про що говориш ти?&lt;br /&gt;</w:t>
        <w:br/>
        <w:t>— Про Коліївщину!&lt;br /&gt;</w:t>
        <w:br/>
        <w:t>Невже не чув учитель,&lt;br /&gt;</w:t>
        <w:br/>
        <w:t>що Україна вся в огні?&lt;br /&gt;</w:t>
        <w:br/>
        <w:t>Я з хутора,&lt;br /&gt;</w:t>
        <w:br/>
        <w:t>я з генералом за Голосієвом зустрілась,&lt;br /&gt;</w:t>
        <w:br/>
        <w:t>полюбовницею стала...&lt;br /&gt;</w:t>
        <w:br/>
        <w:t>Ви ж чуєте: я цілу ніч не спала.&lt;br /&gt;</w:t>
        <w:br/>
        <w:t>Я поруч з чоловіком повстанців била,&lt;br /&gt;</w:t>
        <w:br/>
        <w:t>одного в яру&lt;br /&gt;</w:t>
        <w:br/>
        <w:t>просто руками задушила!&lt;br /&gt;</w:t>
        <w:br/>
        <w:t>І зараз хочу я повідомить своїх.&lt;br /&gt;</w:t>
        <w:br/>
        <w:t>Але за мною стежать.&lt;br /&gt;</w:t>
        <w:br/>
        <w:t>Може б, учитель передать узявся:&lt;br /&gt;</w:t>
        <w:br/>
        <w:t>нехай не виступають —&lt;br /&gt;</w:t>
        <w:br/>
        <w:t>бою не видержать...&lt;br /&gt;</w:t>
        <w:br/>
        <w:t>— Маріє! —&lt;br /&gt;</w:t>
        <w:br/>
        <w:t>І потемніло в очах Сковороди.—&lt;br /&gt;</w:t>
        <w:br/>
        <w:t>Так от хто вбив Маринчиного брата!&lt;br /&gt;</w:t>
        <w:br/>
        <w:t>Марія, учениця його, любителя свободи!&lt;br /&gt;</w:t>
        <w:br/>
        <w:t>Пробігла тиша.&lt;br /&gt;</w:t>
        <w:br/>
        <w:t>Напружилась з останніх сил,&lt;br /&gt;</w:t>
        <w:br/>
        <w:t>залягла круг Києва&lt;br /&gt;</w:t>
        <w:br/>
        <w:t>і віддих затаїла.&lt;br /&gt;</w:t>
        <w:br/>
        <w:t>— Маріє, скажи, що це не ти...&lt;br /&gt;</w:t>
        <w:br/>
        <w:t>Ти ж перша жінка,&lt;br /&gt;</w:t>
        <w:br/>
        <w:t>що пішла до світла, до науки,—&lt;br /&gt;</w:t>
        <w:br/>
        <w:t>і це зробила ти?&lt;br /&gt;</w:t>
        <w:br/>
        <w:t>Там — полюбовниця,&lt;br /&gt;</w:t>
        <w:br/>
        <w:t>тут — зрадниця.&lt;br /&gt;</w:t>
        <w:br/>
        <w:t>А я все спав у пустині&lt;br /&gt;</w:t>
        <w:br/>
        <w:t>та з слова свого любував:&lt;br /&gt;</w:t>
        <w:br/>
        <w:t>надіявся, який-то урожай із нього буде.&lt;br /&gt;</w:t>
        <w:br/>
        <w:t>Ось врожай.&lt;br /&gt;</w:t>
        <w:br/>
        <w:t>Навчив...&lt;br /&gt;</w:t>
        <w:br/>
        <w:t>Трупи, трупи!&lt;br /&gt;</w:t>
        <w:br/>
        <w:t>Бо шляхту бачив — не народ,&lt;br /&gt;</w:t>
        <w:br/>
        <w:t>бо панство просвіщав, а не голоту.&lt;br /&gt;</w:t>
        <w:br/>
        <w:t>На села, на села скоріш!&lt;br /&gt;</w:t>
        <w:br/>
        <w:t>Хай піднімається земля.&lt;br /&gt;</w:t>
        <w:br/>
        <w:t>Душу свою&lt;br /&gt;</w:t>
        <w:br/>
        <w:t>з суспільною з'єднать!&lt;br /&gt;</w:t>
        <w:br/>
        <w:t>І, відступивши від Марії,&lt;br /&gt;</w:t>
        <w:br/>
        <w:t>він їй руками посилав прокляття.&lt;br /&gt;</w:t>
        <w:br/>
        <w:t>— Іди! Іди! — хотів їй кинуть,&lt;br /&gt;</w:t>
        <w:br/>
        <w:t>а мо*, й кричав, та тільки крику&lt;br /&gt;</w:t>
        <w:br/>
        <w:t>не чуть було.&lt;br /&gt;</w:t>
        <w:br/>
        <w:t>Замість нього за Софією закричало,&lt;br /&gt;</w:t>
        <w:br/>
        <w:t>аж затрусилася земля,—&lt;br /&gt;</w:t>
        <w:br/>
        <w:t>і затрусилася Марія,&lt;br /&gt;</w:t>
        <w:br/>
        <w:t>зашепотіла страшно:&lt;br /&gt;</w:t>
        <w:br/>
        <w:t>— Учителю, не проклинай,&lt;br /&gt;</w:t>
        <w:br/>
        <w:t>не винна я, що філософствувать не вмію&lt;br /&gt;</w:t>
        <w:br/>
        <w:t>і воздівати руки в небо.&lt;br /&gt;</w:t>
        <w:br/>
        <w:t>Не винна я, що розійшлась з тобою.&lt;br /&gt;</w:t>
        <w:br/>
        <w:t>Я розійшлася з твоїм степом,&lt;br /&gt;</w:t>
        <w:br/>
        <w:t>з байками, що затуманюють ще більше.&lt;br /&gt;</w:t>
        <w:br/>
        <w:t>Не винен, може, й ти, а винна пасіка.&lt;br /&gt;</w:t>
        <w:br/>
        <w:t>Коли вже кинемо ми хутори?&lt;br /&gt;</w:t>
        <w:br/>
        <w:t>Сонливість бджіл і запах меду —&lt;br /&gt;</w:t>
        <w:br/>
        <w:t>над цілою Вкраїною!&lt;br /&gt;</w:t>
        <w:br/>
        <w:t>Чи не прокляття?&lt;br /&gt;</w:t>
        <w:br/>
        <w:t>Взяла від тебе я багато,&lt;br /&gt;</w:t>
        <w:br/>
        <w:t>але пішла ще далі.&lt;br /&gt;</w:t>
        <w:br/>
        <w:t>Ти весь у притчах, в спогляданню,&lt;br /&gt;</w:t>
        <w:br/>
        <w:t>а я в роботі,—&lt;br /&gt;</w:t>
        <w:br/>
        <w:t>як хочеш — так приймай!&lt;br /&gt;</w:t>
        <w:br/>
        <w:t>Сковорода&lt;br /&gt;</w:t>
        <w:br/>
        <w:t>заплющив очі,&lt;br /&gt;</w:t>
        <w:br/>
        <w:t>щось у душі своїй важив.&lt;br /&gt;</w:t>
        <w:br/>
        <w:t>(Земле, на якій стою,&lt;br /&gt;</w:t>
        <w:br/>
        <w:t>земле, яку крізь туман проглядаю,&lt;br /&gt;</w:t>
        <w:br/>
        <w:t>завжди ти бунтуєш,&lt;br /&gt;</w:t>
        <w:br/>
        <w:t>чорна земле!)&lt;br /&gt;</w:t>
        <w:br/>
        <w:t>Марія:&lt;br /&gt;</w:t>
        <w:br/>
        <w:t>— Не з тобою, учителю,—&lt;br /&gt;</w:t>
        <w:br/>
        <w:t>я розійшлася з твоїм степом,&lt;br /&gt;</w:t>
        <w:br/>
        <w:t>з байками твоїми, що затуманюють&lt;br /&gt;</w:t>
        <w:br/>
        <w:t>ще більше.&lt;br /&gt;</w:t>
        <w:br/>
        <w:t>Я зрозуміла: мені як жінці&lt;br /&gt;</w:t>
        <w:br/>
        <w:t>не досить світла науки,&lt;br /&gt;</w:t>
        <w:br/>
        <w:t>мені ще треба боротьби.&lt;br /&gt;</w:t>
        <w:br/>
        <w:t>Бо тільки сильна мати&lt;br /&gt;</w:t>
        <w:br/>
        <w:t>може родити сильних.&lt;br /&gt;</w:t>
        <w:br/>
        <w:t>Іще я зрозуміла:&lt;br /&gt;</w:t>
        <w:br/>
        <w:t>шматок між Заходом і Сходом&lt;br /&gt;</w:t>
        <w:br/>
        <w:t>ніколи не створить себе, не ствердіє,&lt;br /&gt;</w:t>
        <w:br/>
        <w:t>завжди з нього тягатимуть,&lt;br /&gt;</w:t>
        <w:br/>
        <w:t>як корпію на рани свої,&lt;br /&gt;</w:t>
        <w:br/>
        <w:t>другі держави.&lt;br /&gt;</w:t>
        <w:br/>
        <w:t>То чи ж не краще під Росію?&lt;br /&gt;</w:t>
        <w:br/>
        <w:t>Ти кажеш: простий люд? темнота?&lt;br /&gt;</w:t>
        <w:br/>
        <w:t>і злидні?&lt;br /&gt;</w:t>
        <w:br/>
        <w:t>Усе це я уважила в своєму серці —&lt;br /&gt;</w:t>
        <w:br/>
        <w:t>думаю, що краще&lt;br /&gt;</w:t>
        <w:br/>
        <w:t>зсередини зірвати всю Росію,&lt;br /&gt;</w:t>
        <w:br/>
        <w:t>аніж боротись за свободу по куточках&lt;br /&gt;</w:t>
        <w:br/>
        <w:t>і плямувать себе повстанцями.&lt;br /&gt;</w:t>
        <w:br/>
        <w:t>Ну, хто почує нас, скажи?&lt;br /&gt;</w:t>
        <w:br/>
        <w:t>Сковорода: — Для цього треба душити&lt;br /&gt;</w:t>
        <w:br/>
        <w:t>повстанців?&lt;br /&gt;</w:t>
        <w:br/>
        <w:t>нести прапори царицині?&lt;br /&gt;</w:t>
        <w:br/>
        <w:t>і...&lt;br /&gt;</w:t>
        <w:br/>
        <w:t>Шумом незвичайним Поділ зашумів,&lt;br /&gt;</w:t>
        <w:br/>
        <w:t>і стала гора у тил комусь заходити&lt;br /&gt;</w:t>
        <w:br/>
        <w:t>і готуватися до бою.&lt;br /&gt;</w:t>
        <w:br/>
        <w:t>А поміж деревами два повстанці бігли —&lt;br /&gt;</w:t>
        <w:br/>
        <w:t>просто на них.&lt;br /&gt;</w:t>
        <w:br/>
        <w:t>Марія крикнула, рвонулась вниз —&lt;br /&gt;</w:t>
        <w:br/>
        <w:t>та тут огонь із двох рушниць&lt;br /&gt;</w:t>
        <w:br/>
        <w:t>догнав її між плечі —&lt;br /&gt;</w:t>
        <w:br/>
        <w:t>і під горою,&lt;br /&gt;</w:t>
        <w:br/>
        <w:t>двічі перевернувшись,&lt;br /&gt;</w:t>
        <w:br/>
        <w:t>у кущах&lt;br /&gt;</w:t>
        <w:br/>
        <w:t>лягла вона лицем униз&lt;br /&gt;</w:t>
        <w:br/>
        <w:t>і востаннє захрипіла страшно.&lt;br /&gt;</w:t>
        <w:br/>
        <w:t>А одна рука, немов виламана,&lt;br /&gt;</w:t>
        <w:br/>
        <w:t>незручно-болісно здригалась&lt;br /&gt;</w:t>
        <w:br/>
        <w:t>і опадала.&lt;br /&gt;</w:t>
        <w:br/>
        <w:t>Сковорода почув:&lt;br /&gt;</w:t>
        <w:br/>
        <w:t>біле&lt;br /&gt;</w:t>
        <w:br/>
        <w:t>вступило в мозок,&lt;br /&gt;</w:t>
        <w:br/>
        <w:t>вступило й шумить,&lt;br /&gt;</w:t>
        <w:br/>
        <w:t>вступило й шумить.&lt;br /&gt;</w:t>
        <w:br/>
        <w:t>Невже божевілля?&lt;br /&gt;</w:t>
        <w:br/>
        <w:t>У грудях ридання —&lt;br /&gt;</w:t>
        <w:br/>
        <w:t>чого ж він не плаче?&lt;br /&gt;</w:t>
        <w:br/>
        <w:t>У табір прокрастись —&lt;br /&gt;</w:t>
        <w:br/>
        <w:t>чого ж він не йде?&lt;br /&gt;</w:t>
        <w:br/>
        <w:t>І тільки руки здригалися, ще щось&lt;br /&gt;</w:t>
        <w:br/>
        <w:t>творили,&lt;br /&gt;</w:t>
        <w:br/>
        <w:t>ще нагадували про щось, та тільки&lt;br /&gt;</w:t>
        <w:br/>
        <w:t>от забув.&lt;br /&gt;</w:t>
        <w:br/>
        <w:t>Вступило й шумить,&lt;br /&gt;</w:t>
        <w:br/>
        <w:t>вступило й шумить!</w:t>
      </w:r>
    </w:p>
    <w:p>
      <w:r>
        <w:br/>
        <w:t>— Ставай під дерево, не чуєш?&lt;br /&gt;</w:t>
        <w:br/>
        <w:t>Ти хто? Яка твоя віра?&lt;br /&gt;</w:t>
        <w:br/>
        <w:t>Ви чуєте, він із нею був!&lt;br /&gt;</w:t>
        <w:br/>
        <w:t>Я бачив!&lt;br /&gt;</w:t>
        <w:br/>
        <w:t>— Був! був! — закричало кругом,&lt;br /&gt;</w:t>
        <w:br/>
        <w:t>і заревло,&lt;br /&gt;</w:t>
        <w:br/>
        <w:t>і все змішало в хаос.&lt;br /&gt;</w:t>
        <w:br/>
        <w:t>— Був! був! — ревіло од Софії.&lt;br /&gt;</w:t>
        <w:br/>
        <w:t>— Був! — громами двигало ізнизу,&lt;br /&gt;</w:t>
        <w:br/>
        <w:t>стругало стружки вгорі&lt;br /&gt;</w:t>
        <w:br/>
        <w:t>і воздух потрясало,&lt;br /&gt;</w:t>
        <w:br/>
        <w:t>Хоч добре й не розрізняв,&lt;br /&gt;</w:t>
        <w:br/>
        <w:t>чи то з гармат гуло,&lt;br /&gt;</w:t>
        <w:br/>
        <w:t>чи над ухом...&lt;br /&gt;</w:t>
        <w:br/>
        <w:t>Але Сковороду пізнали.&lt;br /&gt;</w:t>
        <w:br/>
        <w:t>Хвиля підхопила й понесла,&lt;br /&gt;</w:t>
        <w:br/>
        <w:t>і сам він біг,&lt;br /&gt;</w:t>
        <w:br/>
        <w:t>а за Голосієвом раз по раз&lt;br /&gt;</w:t>
        <w:br/>
        <w:t>бухало і розбухало...&lt;br /&gt;</w:t>
        <w:br/>
        <w:t>Дух перевів коло Дніпра,&lt;br /&gt;</w:t>
        <w:br/>
        <w:t>куди його хвиля народу винесла.&lt;br /&gt;</w:t>
        <w:br/>
        <w:t>Якийсь студент весь час від нього&lt;br /&gt;</w:t>
        <w:br/>
        <w:t>не відходив&lt;br /&gt;</w:t>
        <w:br/>
        <w:t>і всіма богами благав не йти на гору.&lt;br /&gt;</w:t>
        <w:br/>
        <w:t>Довго не міг і слова зрозуміти&lt;br /&gt;</w:t>
        <w:br/>
        <w:t>(такого величного гніву&lt;br /&gt;</w:t>
        <w:br/>
        <w:t>ніколи ще він не бачив),&lt;br /&gt;</w:t>
        <w:br/>
        <w:t>а потім трохи о дійшов.&lt;br /&gt;</w:t>
        <w:br/>
        <w:t>— Учителю!&lt;br /&gt;</w:t>
        <w:br/>
        <w:t>Коли б не я, то вас убили б.&lt;br /&gt;</w:t>
        <w:br/>
        <w:t>То ж жінка офіціра,&lt;br /&gt;</w:t>
        <w:br/>
        <w:t>який повстання за Голосієвом придушив.&lt;br /&gt;</w:t>
        <w:br/>
        <w:t>Випадково вона з вами була чи ні?&lt;br /&gt;</w:t>
        <w:br/>
        <w:t>Ну, та це не суть важно...—&lt;br /&gt;</w:t>
        <w:br/>
        <w:t>І знову зашуміло над Подолом,&lt;br /&gt;</w:t>
        <w:br/>
        <w:t>і в різних кінцях кресати почало,&lt;br /&gt;</w:t>
        <w:br/>
        <w:t>і піднімати гори грому...</w:t>
      </w:r>
    </w:p>
    <w:p>
      <w:r>
        <w:br/>
        <w:t>[1920—1922]</w:t>
      </w:r>
    </w:p>
    <w:p>
      <w:r>
        <w:br/>
        <w:t>ІНШІ РОЗДІЛИ&lt;br /&gt;</w:t>
        <w:br/>
        <w:t>СИМФОНІЇ&lt;br /&gt;</w:t>
        <w:br/>
        <w:t>"СКОВОРОДА"</w:t>
      </w:r>
    </w:p>
    <w:p>
      <w:r>
        <w:br/>
        <w:t>1920-1940</w:t>
      </w:r>
    </w:p>
    <w:p>
      <w:r>
        <w:br/>
        <w:t>[ПІДНЯТИЙ МЕЧ]1</w:t>
      </w:r>
    </w:p>
    <w:p>
      <w:r>
        <w:br/>
        <w:t>...— Дворянство бачив я, а не народ,&lt;br /&gt;</w:t>
        <w:br/>
        <w:t>панство просвіщав, а не голоту.&lt;br /&gt;</w:t>
        <w:br/>
        <w:t>У ній,&lt;br /&gt;</w:t>
        <w:br/>
        <w:t>лише у цій останній я мир собі&lt;br /&gt;</w:t>
        <w:br/>
        <w:t>знайду&lt;br /&gt;</w:t>
        <w:br/>
        <w:t>і боротьбу замість спокою.&lt;br /&gt;</w:t>
        <w:br/>
        <w:t>Бо мир не просто правда,—&lt;br /&gt;</w:t>
        <w:br/>
        <w:t>мир е справедливість,&lt;br /&gt;</w:t>
        <w:br/>
        <w:t>за всіх пригноблених піднятий меч.&lt;br /&gt;</w:t>
        <w:br/>
        <w:t>Будь славна, природо, за все —&lt;br /&gt;</w:t>
        <w:br/>
        <w:t>чи тут, чи отам, чи осе —&lt;br /&gt;</w:t>
        <w:br/>
        <w:t>будь славна, природо, за все.&lt;br /&gt;</w:t>
        <w:br/>
        <w:t>Дозрілий я, мудрий і сиз,&lt;br /&gt;</w:t>
        <w:br/>
        <w:t>а так мною кидаєш вниз —&lt;br /&gt;</w:t>
        <w:br/>
        <w:t>аж вітер там бурю несе!&lt;br /&gt;</w:t>
        <w:br/>
        <w:t>Аж буря там бурю несе!&lt;br /&gt;</w:t>
        <w:br/>
        <w:t>Шляхетство — одна йому путь.&lt;br /&gt;</w:t>
        <w:br/>
        <w:t>Пригноблені к бою стають —&lt;br /&gt;</w:t>
        <w:br/>
        <w:t>аж вітер там бурю несе!&lt;br /&gt;</w:t>
        <w:br/>
        <w:t>Аж буря там бурю несе!&lt;br /&gt;</w:t>
        <w:br/>
        <w:t>На горах, в далекім краю&lt;br /&gt;</w:t>
        <w:br/>
        <w:t>я бачу країну свою —&lt;br /&gt;</w:t>
        <w:br/>
        <w:t>там вітер нам бурю несе!&lt;br /&gt;</w:t>
        <w:br/>
        <w:t>Там буря нам бурю несе!&lt;br /&gt;</w:t>
        <w:br/>
        <w:t>Хай жертви, і кпини, і сміх —&lt;br /&gt;</w:t>
        <w:br/>
        <w:t>дійти б до верхів'їв отих —&lt;br /&gt;</w:t>
        <w:br/>
        <w:t>туди хай нас буря несе.&lt;br /&gt;</w:t>
        <w:br/>
        <w:t>Будь славна, природо, за все!&lt;br /&gt;</w:t>
        <w:br/>
        <w:t>1 Тут і далі назви розділів, дані упорядником, а також дописа-&lt;br /&gt;</w:t>
        <w:br/>
        <w:t>ним слова і частини слів подаються у квадратових дужках.—&lt;br /&gt;</w:t>
        <w:br/>
        <w:t>[1920-1922]</w:t>
      </w:r>
    </w:p>
    <w:p>
      <w:r>
        <w:br/>
        <w:t>[НАД ДНІПРОМ]</w:t>
      </w:r>
    </w:p>
    <w:p>
      <w:r>
        <w:br/>
        <w:t>Тоді саме блискотіло на верхів'ях!&lt;br /&gt;</w:t>
        <w:br/>
        <w:t>Тоді саме тріщали двері в Європі!&lt;br /&gt;</w:t>
        <w:br/>
        <w:t>І вітер, продуваючи, на петлях кидав їх од Англії, од&lt;br /&gt;</w:t>
        <w:br/>
        <w:t>Франції.&lt;br /&gt;</w:t>
        <w:br/>
        <w:t>І содрогалися держави!&lt;br /&gt;</w:t>
        <w:br/>
        <w:t>І скрип був од дверей, аж у Запоріжжі сірома з сереж-&lt;br /&gt;</w:t>
        <w:br/>
        <w:t>кою в усі почула...&lt;br /&gt;</w:t>
        <w:br/>
        <w:t>І тоді ж приматкобожна Польща смерділа латиною й&lt;br /&gt;</w:t>
        <w:br/>
        <w:t>королем.&lt;br /&gt;</w:t>
        <w:br/>
        <w:t>Та ще Росія розсілася Катериною. Ручкою пухлою,&lt;br /&gt;</w:t>
        <w:br/>
        <w:t>віялом китайським на свободи дворянські: "Ой дворяне,&lt;br /&gt;</w:t>
        <w:br/>
        <w:t>дворяне! У мій вік, вік захоплень і мод, я не таких ще дам&lt;br /&gt;</w:t>
        <w:br/>
        <w:t>вам свобод. Тільки допоможіть мені укоськати народ! Він&lt;br /&gt;</w:t>
        <w:br/>
        <w:t>хоче піднятись із темноти".— "Укоськаєм! придушимо!" —&lt;br /&gt;</w:t>
        <w:br/>
        <w:t>закричали поміщики з усіх кутків. Тоді цариця встала&lt;br /&gt;</w:t>
        <w:br/>
        <w:t>з трону і прочитала напам'ять протяжним строгим голосом,&lt;br /&gt;</w:t>
        <w:br/>
        <w:t>немов у церкві: "Розрішаю вам, дворяне, піднять народ із&lt;br /&gt;</w:t>
        <w:br/>
        <w:t>темноти. Чи канчуком, чи законами, чим буде ліпше. А там&lt;br /&gt;</w:t>
        <w:br/>
        <w:t>хоч і зовсім його з'їжте..."</w:t>
      </w:r>
    </w:p>
    <w:p>
      <w:r>
        <w:br/>
        <w:t>...Колос зігнувся і дивиться в землю —&lt;br /&gt;</w:t>
        <w:br/>
        <w:t>пізнай себе самого.&lt;br /&gt;</w:t>
        <w:br/>
        <w:t>Небо в тисячі люстер перехмарюється —&lt;br /&gt;</w:t>
        <w:br/>
        <w:t>пізнай себе самого.&lt;br /&gt;</w:t>
        <w:br/>
        <w:t>Дніпро у тінь пославсь, а повен перебігу —&lt;br /&gt;</w:t>
        <w:br/>
        <w:t>пізнай себе самого.&lt;br /&gt;</w:t>
        <w:br/>
        <w:t>Гнофті се автон!&lt;br /&gt;</w:t>
        <w:br/>
        <w:t>Тень до танцю цундри 1—&lt;br /&gt;</w:t>
        <w:br/>
        <w:t>1 Діалектне — бідняки, голота. В інших розділах поеми — ім'я&lt;br /&gt;</w:t>
        <w:br/>
        <w:t>одного з її героїв.— Ред.&lt;br /&gt;</w:t>
        <w:br/>
        <w:t>2 Пізнай себе самого (грецьк.).— Ред.&lt;br /&gt;</w:t>
        <w:br/>
        <w:t>уусоФі аєоитог!2</w:t>
      </w:r>
    </w:p>
    <w:p>
      <w:r>
        <w:br/>
        <w:t>"Щастя, де ти живеш? — горлиці, скажіть!&lt;br /&gt;</w:t>
        <w:br/>
        <w:t>Чи в полі вівці пасеш? — голуби,&lt;br /&gt;</w:t>
        <w:br/>
        <w:t>докрильте!"&lt;br /&gt;</w:t>
        <w:br/>
        <w:t>І знову сповнюється миру&lt;br /&gt;</w:t>
        <w:br/>
        <w:t>душа Сковороди.&lt;br /&gt;</w:t>
        <w:br/>
        <w:t>І, тиху флейту з-за пояса діставши,&lt;br /&gt;</w:t>
        <w:br/>
        <w:t>він починає славить світ,—&lt;br /&gt;</w:t>
        <w:br/>
        <w:t>він починає славить світ,&lt;br /&gt;</w:t>
        <w:br/>
        <w:t>що в той же черк узький і стеклий&lt;br /&gt;</w:t>
        <w:br/>
        <w:t>і все ж розмружений стораз.&lt;br /&gt;</w:t>
        <w:br/>
        <w:t>Гнофті се автон!&lt;br /&gt;</w:t>
        <w:br/>
        <w:t>Тень до танцю цундри —&lt;br /&gt;</w:t>
        <w:br/>
        <w:t>уусоФі aeavxov&lt;br /&gt;</w:t>
        <w:br/>
        <w:t>І тиха флейта, як метелик,&lt;br /&gt;</w:t>
        <w:br/>
        <w:t>летить до лісу, на жита,&lt;br /&gt;</w:t>
        <w:br/>
        <w:t>прозоро над Дніпром тріпоче,&lt;br /&gt;</w:t>
        <w:br/>
        <w:t>до всіх просторів признається&lt;br /&gt;</w:t>
        <w:br/>
        <w:t>і повертається назад, немов голубка&lt;br /&gt;</w:t>
        <w:br/>
        <w:t>з маслиною в дзьобу;&lt;br /&gt;</w:t>
        <w:br/>
        <w:t>мир, мир душі твоїй — луною всесвіт,&lt;br /&gt;</w:t>
        <w:br/>
        <w:t>мир.&lt;br /&gt;</w:t>
        <w:br/>
        <w:t>Подяка природі за все,—&lt;br /&gt;</w:t>
        <w:br/>
        <w:t>чи тут, чи отам, чи осе,—&lt;br /&gt;</w:t>
        <w:br/>
        <w:t>подяка природі за все.&lt;br /&gt;</w:t>
        <w:br/>
        <w:t>Ой щастя-нещастя ой срібне!&lt;br /&gt;</w:t>
        <w:br/>
        <w:t>Чому все трудне — непотрібне?&lt;br /&gt;</w:t>
        <w:br/>
        <w:t>Тому, що потрібне — це все.&lt;br /&gt;</w:t>
        <w:br/>
        <w:t>Як будеш шукать свою стать,—&lt;br /&gt;</w:t>
        <w:br/>
        <w:t>користь, любов чи верстать *,—&lt;br /&gt;</w:t>
        <w:br/>
        <w:t>шукай свою стать, бо це все.&lt;br /&gt;</w:t>
        <w:br/>
        <w:t>Ой щастя-нещастя ой стекле!&lt;br /&gt;</w:t>
        <w:br/>
        <w:t>Життя — розсипне та утекле,&lt;br /&gt;</w:t>
        <w:br/>
        <w:t>ну як же шукать, коли все...&lt;br /&gt;</w:t>
        <w:br/>
        <w:t>1 Кросна, ткацький верстат (діал.).-Ред.&lt;br /&gt;</w:t>
        <w:br/>
        <w:t>Шукай лиш властивую стать —&lt;br /&gt;</w:t>
        <w:br/>
        <w:t>барабан, чи торжок, чи верстать,&lt;br /&gt;</w:t>
        <w:br/>
        <w:t>шукай свою стать, бо це все.&lt;br /&gt;</w:t>
        <w:br/>
        <w:t>Слухаючи Сковорода цю відповідь,&lt;br /&gt;</w:t>
        <w:br/>
        <w:t>стенається&lt;br /&gt;</w:t>
        <w:br/>
        <w:t>і йде туди, де насхиль на шляху&lt;br /&gt;</w:t>
        <w:br/>
        <w:t>збіднивсь високий,&lt;br /&gt;</w:t>
        <w:br/>
        <w:t>косоокий, як панська совість,&lt;br /&gt;</w:t>
        <w:br/>
        <w:t>абияк збитий хрест.&lt;br /&gt;</w:t>
        <w:br/>
        <w:t>Сяде по-турецьки, як дитя,&lt;br /&gt;</w:t>
        <w:br/>
        <w:t>ізнов про цундру починає,&lt;br /&gt;</w:t>
        <w:br/>
        <w:t>— заплющені,&lt;br /&gt;</w:t>
        <w:br/>
        <w:t>хитається в ритм —&lt;br /&gt;</w:t>
        <w:br/>
        <w:t>Гнофті се автон!&lt;br /&gt;</w:t>
        <w:br/>
        <w:t>Тень до танцю цундри —</w:t>
      </w:r>
    </w:p>
    <w:p>
      <w:r>
        <w:br/>
        <w:t>Цундра-голодранець,&lt;br /&gt;</w:t>
        <w:br/>
        <w:t>голякам у тон,&lt;br /&gt;</w:t>
        <w:br/>
        <w:t>з голяками вічно —</w:t>
      </w:r>
    </w:p>
    <w:p>
      <w:r>
        <w:br/>
        <w:t>Тень до танцю цундри!&lt;br /&gt;</w:t>
        <w:br/>
        <w:t>Твій запнуто світ?&lt;br /&gt;</w:t>
        <w:br/>
        <w:t>Одколи всі спонки —</w:t>
      </w:r>
    </w:p>
    <w:p>
      <w:r>
        <w:br/>
        <w:t>Тень до танцю цундри!&lt;br /&gt;</w:t>
        <w:br/>
        <w:t>В гончаря чамур?&lt;br /&gt;</w:t>
        <w:br/>
        <w:t>Чуйсь, як чин, як розчин —&lt;br /&gt;</w:t>
        <w:br/>
        <w:t>Yvo)'G,l аеоитог!&lt;br /&gt;</w:t>
        <w:br/>
        <w:t>Чуйсь, як чин, як радість,&lt;br /&gt;</w:t>
        <w:br/>
        <w:t>як чуйна печаль.&lt;br /&gt;</w:t>
        <w:br/>
        <w:t>Чаль до бунту цундри,&lt;br /&gt;</w:t>
        <w:br/>
        <w:t>до бідноти чаль!&lt;br /&gt;</w:t>
        <w:br/>
        <w:t>Грає, грає Сковорода,&lt;br /&gt;</w:t>
        <w:br/>
        <w:t>а день вже хмариться назад&lt;br /&gt;</w:t>
        <w:br/>
        <w:t>і якось хилиться, як колос,—&lt;br /&gt;</w:t>
        <w:br/>
        <w:t>в землю.&lt;br /&gt;</w:t>
        <w:br/>
        <w:t>Іде отара до води,&lt;br /&gt;</w:t>
        <w:br/>
        <w:t>і дівчина-пастушка послухать зупинилась.&lt;br /&gt;</w:t>
        <w:br/>
        <w:t>Почув Сковорода невинний погляд,&lt;br /&gt;</w:t>
        <w:br/>
        <w:t>очі розплющив.&lt;br /&gt;</w:t>
        <w:br/>
        <w:t>А небо —&lt;br /&gt;</w:t>
        <w:br/>
        <w:t>там бог собі десь випив і лежить,&lt;br /&gt;</w:t>
        <w:br/>
        <w:t>лиш інколи до бусела, що в лузі,&lt;br /&gt;</w:t>
        <w:br/>
        <w:t>прибринькне чапко на губах,—&lt;br /&gt;</w:t>
        <w:br/>
        <w:t>та все хихоче, все хихоче...&lt;br /&gt;</w:t>
        <w:br/>
        <w:t>— Ну от, такий і приділ тут наш.&lt;br /&gt;</w:t>
        <w:br/>
        <w:t>Ми плачем. Цей кричить. А той он хрестить.&lt;br /&gt;</w:t>
        <w:br/>
        <w:t>Усі як біснуваті,—&lt;br /&gt;</w:t>
        <w:br/>
        <w:t>і задивилася туди кудись у придолинок&lt;br /&gt;</w:t>
        <w:br/>
        <w:t>на підгір'я,&lt;br /&gt;</w:t>
        <w:br/>
        <w:t>де справді перед печерою своєю схимник&lt;br /&gt;</w:t>
        <w:br/>
        <w:t>Досифей,&lt;br /&gt;</w:t>
        <w:br/>
        <w:t>задерши лису, як цибуля, голову,&lt;br /&gt;</w:t>
        <w:br/>
        <w:t>одмахувався од крику, що згори...&lt;br /&gt;</w:t>
        <w:br/>
        <w:t>В торбинках&lt;br /&gt;</w:t>
        <w:br/>
        <w:t>надійшли селяни.&lt;br /&gt;</w:t>
        <w:br/>
        <w:t>Непривітно хитнувши головою,&lt;br /&gt;</w:t>
        <w:br/>
        <w:t>пучками стали водить по перехрестю:&lt;br /&gt;</w:t>
        <w:br/>
        <w:t>скільки дірок?&lt;br /&gt;</w:t>
        <w:br/>
        <w:t>і чи нема якої об'яви?&lt;br /&gt;</w:t>
        <w:br/>
        <w:t>Об'яву, ось видно, дощ ізмив,&lt;br /&gt;</w:t>
        <w:br/>
        <w:t>а на хресті було такого дірок,&lt;br /&gt;</w:t>
        <w:br/>
        <w:t>що хто його й розбере, скільки ж саме&lt;br /&gt;</w:t>
        <w:br/>
        <w:t>та на пана працювать?&lt;br /&gt;</w:t>
        <w:br/>
        <w:t>Цей теж, як і всі,&lt;br /&gt;</w:t>
        <w:br/>
        <w:t>на свою руч горне.&lt;br /&gt;</w:t>
        <w:br/>
        <w:t>Маринка радісно до них:&lt;br /&gt;</w:t>
        <w:br/>
        <w:t>— А звідки ви, люди? —&lt;br /&gt;</w:t>
        <w:br/>
        <w:t>Та люди, відступивши, почали радитись.&lt;br /&gt;</w:t>
        <w:br/>
        <w:t>Все поглядали туди,&lt;br /&gt;</w:t>
        <w:br/>
        <w:t>де так тужно серпи ряхтіли в житі.&lt;br /&gt;</w:t>
        <w:br/>
        <w:t>Сковорода: — Утікачі? —&lt;br /&gt;</w:t>
        <w:br/>
        <w:t>Селяни бистро обернулись:&lt;br /&gt;</w:t>
        <w:br/>
        <w:t>— А що як і так? —&lt;br /&gt;</w:t>
        <w:br/>
        <w:t>Один з них прикро підійшов&lt;br /&gt;</w:t>
        <w:br/>
        <w:t>і, накарячки сівши,&lt;br /&gt;</w:t>
        <w:br/>
        <w:t>зневажливо крізь зуби чвиркнув:&lt;br /&gt;</w:t>
        <w:br/>
        <w:t>— Тобі, пане, хіба не все одно?&lt;br /&gt;</w:t>
        <w:br/>
        <w:t>— Та я не пан.&lt;br /&gt;</w:t>
        <w:br/>
        <w:t>— Ну, дак од пана.&lt;br /&gt;</w:t>
        <w:br/>
        <w:t>Бач,&lt;br /&gt;</w:t>
        <w:br/>
        <w:t>із дудкою його тут посадили,&lt;br /&gt;</w:t>
        <w:br/>
        <w:t>щоб переманював народ.&lt;br /&gt;</w:t>
        <w:br/>
        <w:t>Скажи по правді,&lt;br /&gt;</w:t>
        <w:br/>
        <w:t>чи й тут таке, як у Старій Басані:&lt;br /&gt;</w:t>
        <w:br/>
        <w:t>чотири дні на пана,&lt;br /&gt;</w:t>
        <w:br/>
        <w:t>шістдесят копійок поголовного,&lt;br /&gt;</w:t>
        <w:br/>
        <w:t>та п'ятдесят — за землю,&lt;br /&gt;</w:t>
        <w:br/>
        <w:t>та дві копійки на пошту,&lt;br /&gt;</w:t>
        <w:br/>
        <w:t>та ще копійку на теє, як його...—&lt;br /&gt;</w:t>
        <w:br/>
        <w:t>Сковорода й собі на нього подививсь.&lt;br /&gt;</w:t>
        <w:br/>
        <w:t>Гордий ніс. Подзьобане обличчя.&lt;br /&gt;</w:t>
        <w:br/>
        <w:t>Колючі брови. Усмішка колюча.&lt;br /&gt;</w:t>
        <w:br/>
        <w:t>Воля світилась в очах і розум.&lt;br /&gt;</w:t>
        <w:br/>
        <w:t>А ще до того й ненависть велика.&lt;br /&gt;</w:t>
        <w:br/>
        <w:t>А тому стежив за ним, милувався.&lt;br /&gt;</w:t>
        <w:br/>
        <w:t>Хотів сказать йому.&lt;br /&gt;</w:t>
        <w:br/>
        <w:t>Та той, вихвативши дудку&lt;br /&gt;</w:t>
        <w:br/>
        <w:t>і держачи її в тісних руках, як ціпа,&lt;br /&gt;</w:t>
        <w:br/>
        <w:t>коли йому капицю зубами стягуєш,&lt;br /&gt;</w:t>
        <w:br/>
        <w:t>пронизливо у неї свиснув.&lt;br /&gt;</w:t>
        <w:br/>
        <w:t>І знову чвиркнув.&lt;br /&gt;</w:t>
        <w:br/>
        <w:t>Кудлан схопивсь і загарчав,&lt;br /&gt;</w:t>
        <w:br/>
        <w:t>а Маринка, звівшись на коліна,&lt;br /&gt;</w:t>
        <w:br/>
        <w:t>аж затрусилася:&lt;br /&gt;</w:t>
        <w:br/>
        <w:t>— Оддайте, дядьку, дудку,&lt;br /&gt;</w:t>
        <w:br/>
        <w:t>чого ви причепились! —&lt;br /&gt;</w:t>
        <w:br/>
        <w:t>Сковорода її за руку: хай!&lt;br /&gt;</w:t>
        <w:br/>
        <w:t>Сидів у глибокім пригніченні.&lt;br /&gt;</w:t>
        <w:br/>
        <w:t>Не від цієї дудки, ні.&lt;br /&gt;</w:t>
        <w:br/>
        <w:t>Народ його ще за пана признає.&lt;br /&gt;</w:t>
        <w:br/>
        <w:t>Народ, з якого ж він і сам.</w:t>
      </w:r>
    </w:p>
    <w:p>
      <w:r>
        <w:br/>
        <w:t>...Той, не зводячи очей з Сковороди,&lt;br /&gt;</w:t>
        <w:br/>
        <w:t>накрючився руками злісно&lt;br /&gt;</w:t>
        <w:br/>
        <w:t>і кинувсь весь —&lt;br /&gt;</w:t>
        <w:br/>
        <w:t>немов до горла!&lt;br /&gt;</w:t>
        <w:br/>
        <w:t>О ні (над ними саме хмара і тінь),&lt;br /&gt;</w:t>
        <w:br/>
        <w:t>немовби до очей!&lt;br /&gt;</w:t>
        <w:br/>
        <w:t>О ні (над ними саме тіння і шум),&lt;br /&gt;</w:t>
        <w:br/>
        <w:t>1 зраз-зу&lt;br /&gt;</w:t>
        <w:br/>
        <w:t>х-хвать! над головою.&lt;br /&gt;</w:t>
        <w:br/>
        <w:t>Скрутив за його шию, хруснув, одірвав,—&lt;br /&gt;</w:t>
        <w:br/>
        <w:t>і вже жовтоязикий соняшник ось тут,&lt;br /&gt;</w:t>
        <w:br/>
        <w:t>а нещасна соняшничина,&lt;br /&gt;</w:t>
        <w:br/>
        <w:t>метнувшись кілька раз обірваним горлом,&lt;br /&gt;</w:t>
        <w:br/>
        <w:t>завмерла в порожнечі, зупинилась...&lt;br /&gt;</w:t>
        <w:br/>
        <w:t>— Отак зроблю я і з панами! Чуєш? —&lt;br /&gt;</w:t>
        <w:br/>
        <w:t>Сковорода — голосом: — Добре,—&lt;br /&gt;</w:t>
        <w:br/>
        <w:t>протягнув.&lt;br /&gt;</w:t>
        <w:br/>
        <w:t>— Та ти не "добре", а й сам, брат,&lt;br /&gt;</w:t>
        <w:br/>
        <w:t>не сиди.—&lt;br /&gt;</w:t>
        <w:br/>
        <w:t>Сковорода: — Кажу ж тобі — добре.—&lt;br /&gt;</w:t>
        <w:br/>
        <w:t>Гурт засміявсь.&lt;br /&gt;</w:t>
        <w:br/>
        <w:t>Маринка губу закусила&lt;br /&gt;</w:t>
        <w:br/>
        <w:t>і кинула грудкою в ягня,&lt;br /&gt;</w:t>
        <w:br/>
        <w:t>що від отари аж сюди прибилось.&lt;br /&gt;</w:t>
        <w:br/>
        <w:t>— Діду! Завертайте отару! Я зараз іду-у! —&lt;br /&gt;</w:t>
        <w:br/>
        <w:t>І знову тиша.&lt;br /&gt;</w:t>
        <w:br/>
        <w:t>Ховрашок перебіг стернею.&lt;br /&gt;</w:t>
        <w:br/>
        <w:t>Та на далеких хмарах&lt;br /&gt;</w:t>
        <w:br/>
        <w:t>безстидна райдуга розкрилась.&lt;br /&gt;</w:t>
        <w:br/>
        <w:t>Упершись ніжками в поршні світу,&lt;br /&gt;</w:t>
        <w:br/>
        <w:t>назад вона на руки перекинулась&lt;br /&gt;</w:t>
        <w:br/>
        <w:t>і, так легко дугою вигнувшись,&lt;br /&gt;</w:t>
        <w:br/>
        <w:t>як міст, вигнувшись передом до блакиті,&lt;br /&gt;</w:t>
        <w:br/>
        <w:t>гола тремтіла.&lt;br /&gt;</w:t>
        <w:br/>
        <w:t>Немовби й не дивиться,&lt;br /&gt;</w:t>
        <w:br/>
        <w:t>а хитрий сміх її кирпатий&lt;br /&gt;</w:t>
        <w:br/>
        <w:t>на самих кінчиках здивованих грудей&lt;br /&gt;</w:t>
        <w:br/>
        <w:t>опуклих&lt;br /&gt;</w:t>
        <w:br/>
        <w:t>танцює, танцює,&lt;br /&gt;</w:t>
        <w:br/>
        <w:t>м'яко передається на живіт&lt;br /&gt;</w:t>
        <w:br/>
        <w:t>і там десь западає&lt;br /&gt;</w:t>
        <w:br/>
        <w:t>в тьмяно-фіалковий&lt;br /&gt;</w:t>
        <w:br/>
        <w:t>у чорний трикутник...&lt;br /&gt;</w:t>
        <w:br/>
        <w:t>Глянув Сковорода на райдугу:&lt;br /&gt;</w:t>
        <w:br/>
        <w:t>півколо.&lt;br /&gt;</w:t>
        <w:br/>
        <w:t>В Дніпрі одбилося й тремтить.&lt;br /&gt;</w:t>
        <w:br/>
        <w:t>І утворило довершену форму —&lt;br /&gt;</w:t>
        <w:br/>
        <w:t>коло.&lt;br /&gt;</w:t>
        <w:br/>
        <w:t>Зраділа райдузі Маринка&lt;br /&gt;</w:t>
        <w:br/>
        <w:t>і, простягнувши руки, побігла,&lt;br /&gt;</w:t>
        <w:br/>
        <w:t>та, не діставши,&lt;br /&gt;</w:t>
        <w:br/>
        <w:t>квітами почала в неї кидати&lt;br /&gt;</w:t>
        <w:br/>
        <w:t>і підтанцьовувати:&lt;br /&gt;</w:t>
        <w:br/>
        <w:t>— Ой ловке ж яке, ой якеє ж любе!&lt;br /&gt;</w:t>
        <w:br/>
        <w:t>Райдуго, знаєш, хто ти така?&lt;br /&gt;</w:t>
        <w:br/>
        <w:t>Ти...-&lt;br /&gt;</w:t>
        <w:br/>
        <w:t>I заплакала від ніжності.&lt;br /&gt;</w:t>
        <w:br/>
        <w:t>Сковорода: — Ах ти, дурне, дурне...—&lt;br /&gt;</w:t>
        <w:br/>
        <w:t>Глянув і собі Сковорода:&lt;br /&gt;</w:t>
        <w:br/>
        <w:t>круг, довершенна форма,—&lt;br /&gt;</w:t>
        <w:br/>
        <w:t>і зв'язалось це в голосі&lt;br /&gt;</w:t>
        <w:br/>
        <w:t>з світлим майбутнім.&lt;br /&gt;</w:t>
        <w:br/>
        <w:t>...А їй із ближчих хмар&lt;br /&gt;</w:t>
        <w:br/>
        <w:t>на саму голівку й за шию&lt;br /&gt;</w:t>
        <w:br/>
        <w:t>упало три краплі.&lt;br /&gt;</w:t>
        <w:br/>
        <w:t>Упало три холодних краплі,&lt;br /&gt;</w:t>
        <w:br/>
        <w:t>аж плечики здригнулись горбато...&lt;br /&gt;</w:t>
        <w:br/>
        <w:t>...Стояла на стерні.&lt;br /&gt;</w:t>
        <w:br/>
        <w:t>Червона вся, з очима сірими, з безжурним&lt;br /&gt;</w:t>
        <w:br/>
        <w:t>носиком,&lt;br /&gt;</w:t>
        <w:br/>
        <w:t>з кораловим намистом...&lt;br /&gt;</w:t>
        <w:br/>
        <w:t>Вже вітер підіймався&lt;br /&gt;</w:t>
        <w:br/>
        <w:t>і злегка надував їй пазуху,&lt;br /&gt;</w:t>
        <w:br/>
        <w:t>що вгору підбилась.&lt;br /&gt;</w:t>
        <w:br/>
        <w:t>А спідничку на ногах&lt;br /&gt;</w:t>
        <w:br/>
        <w:t>так шпетно обдував,&lt;br /&gt;</w:t>
        <w:br/>
        <w:t>що западала тая в лоно;&lt;br /&gt;</w:t>
        <w:br/>
        <w:t>обдував і аж назад заносив,&lt;br /&gt;</w:t>
        <w:br/>
        <w:t>рівні, у підколінках кривенькі,&lt;br /&gt;</w:t>
        <w:br/>
        <w:t>ноги одкриваючи на мить, як книгу...&lt;br /&gt;</w:t>
        <w:br/>
        <w:t>Гордий Ніс&lt;br /&gt;</w:t>
        <w:br/>
        <w:t>чвиркнув крізь зуби&lt;br /&gt;</w:t>
        <w:br/>
        <w:t>й поволі підвівсь: пора!&lt;br /&gt;</w:t>
        <w:br/>
        <w:t>Гурт: а що ж, пійдемо?&lt;br /&gt;</w:t>
        <w:br/>
        <w:t>Й почали прив'язувати торбини.&lt;br /&gt;</w:t>
        <w:br/>
        <w:t>Та Ніс чогось ізнову сів!&lt;br /&gt;</w:t>
        <w:br/>
        <w:t>Нігтем злегка почухав свої порепані ноги,&lt;br /&gt;</w:t>
        <w:br/>
        <w:t>обірвав десь пацьорку на лахмітті ззаду&lt;br /&gt;</w:t>
        <w:br/>
        <w:t>і так ясно признавсь до Сковороди:&lt;br /&gt;</w:t>
        <w:br/>
        <w:t>— Ось я з тобою й пожартував.&lt;br /&gt;</w:t>
        <w:br/>
        <w:t>Ось ти мовчиш.&lt;br /&gt;</w:t>
        <w:br/>
        <w:t>А чується, що ти нам не чужий.&lt;br /&gt;</w:t>
        <w:br/>
        <w:t>Ну що робить, скажи, ну що?&lt;br /&gt;</w:t>
        <w:br/>
        <w:t>Глянь:&lt;br /&gt;</w:t>
        <w:br/>
        <w:t>чи не їдуть чумаки з Криму?&lt;br /&gt;</w:t>
        <w:br/>
        <w:t>чи не біжать купці через Умань із Польщі?&lt;br /&gt;</w:t>
        <w:br/>
        <w:t>Дарма й гукать.&lt;br /&gt;</w:t>
        <w:br/>
        <w:t>Закрито всі кордони, закрито.&lt;br /&gt;</w:t>
        <w:br/>
        <w:t>Бо чого й Січ гуде, як не через це?&lt;br /&gt;</w:t>
        <w:br/>
        <w:t>— Ну що робить, скажи, ну що?&lt;br /&gt;</w:t>
        <w:br/>
        <w:t>Земля — в чужих руках.&lt;br /&gt;</w:t>
        <w:br/>
        <w:t>Еж ми шукаємо її, святу!&lt;br /&gt;</w:t>
        <w:br/>
        <w:t>Ми чули: в Бахмуті вугіль нібито якийсь&lt;br /&gt;</w:t>
        <w:br/>
        <w:t>знайшли,&lt;br /&gt;</w:t>
        <w:br/>
        <w:t>чи що.&lt;br /&gt;</w:t>
        <w:br/>
        <w:t>Сіль своя десь завелася.&lt;br /&gt;</w:t>
        <w:br/>
        <w:t>Подамось туди.&lt;br /&gt;</w:t>
        <w:br/>
        <w:t>Коли земля не наша —&lt;br /&gt;</w:t>
        <w:br/>
        <w:t>під землю ввійдем, влізем, втиснемось,&lt;br /&gt;</w:t>
        <w:br/>
        <w:t>а таки її колись собі повернем!&lt;br /&gt;</w:t>
        <w:br/>
        <w:t>Глянь: на Дніпрі як порожньо,&lt;br /&gt;</w:t>
        <w:br/>
        <w:t>а раніше ж ліс, хліб сплавляли та м'ясо —&lt;br /&gt;</w:t>
        <w:br/>
        <w:t>Бугом до Вісли, а там у Гданське...&lt;br /&gt;</w:t>
        <w:br/>
        <w:t>Ой дуки ви, дуки!&lt;br /&gt;</w:t>
        <w:br/>
        <w:t>За вами всі луги й луки!&lt;br /&gt;</w:t>
        <w:br/>
        <w:t>Ніде нашому брату, козаку-нетязі, стати,&lt;br /&gt;</w:t>
        <w:br/>
        <w:t>ніде коня попасти!&lt;br /&gt;</w:t>
        <w:br/>
        <w:t>Ой горе нам не гетьманщина —&lt;br /&gt;</w:t>
        <w:br/>
        <w:t>надокучила вража панщина,&lt;br /&gt;</w:t>
        <w:br/>
        <w:t>що ходячи поїси, сидячи виспишся...&lt;br /&gt;</w:t>
        <w:br/>
        <w:t>Отак все життя туляємось...—&lt;br /&gt;</w:t>
        <w:br/>
        <w:t>І враз — несподівано:&lt;br /&gt;</w:t>
        <w:br/>
        <w:t>— Чи нема хоч скоринки?&lt;br /&gt;</w:t>
        <w:br/>
        <w:t>Ну чисто ж вибились із хліба,&lt;br /&gt;</w:t>
        <w:br/>
        <w:t>із-за Десни продираючись.—&lt;br /&gt;</w:t>
        <w:br/>
        <w:t>Сковорода безпорадно заметушився,&lt;br /&gt;</w:t>
        <w:br/>
        <w:t>оглядувавсь круг себе, щось шукав.&lt;br /&gt;</w:t>
        <w:br/>
        <w:t>Чомусь кістляві свої ноги потиху&lt;br /&gt;</w:t>
        <w:br/>
        <w:t>підібгав під себе&lt;br /&gt;</w:t>
        <w:br/>
        <w:t>і винувато глянув в нужденні очі&lt;br /&gt;</w:t>
        <w:br/>
        <w:t>подзьобаного:&lt;br /&gt;</w:t>
        <w:br/>
        <w:t>— Ти хочеш їсти? —&lt;br /&gt;</w:t>
        <w:br/>
        <w:t>(...Там були у підсусідках,&lt;br /&gt;</w:t>
        <w:br/>
        <w:t>шару юшку їли...)&lt;br /&gt;</w:t>
        <w:br/>
        <w:t>Затис лице своє в долоні,&lt;br /&gt;</w:t>
        <w:br/>
        <w:t>держить, мов у залізах,&lt;br /&gt;</w:t>
        <w:br/>
        <w:t>а чує:&lt;br /&gt;</w:t>
        <w:br/>
        <w:t>не спинить долонями стида.&lt;br /&gt;</w:t>
        <w:br/>
        <w:t>Горить той сором, вибухає вогнем&lt;br /&gt;</w:t>
        <w:br/>
        <w:t>і стукає в скроні.&lt;br /&gt;</w:t>
        <w:br/>
        <w:t>Вони голодні —&lt;br /&gt;</w:t>
        <w:br/>
        <w:t>а я тут граю!&lt;br /&gt;</w:t>
        <w:br/>
        <w:t>Пальці,&lt;br /&gt;</w:t>
        <w:br/>
        <w:t>скошлавши брови, зійшлися на переніссі,&lt;br /&gt;</w:t>
        <w:br/>
        <w:t>і руки все лице його затиснули, закрили.&lt;br /&gt;</w:t>
        <w:br/>
        <w:t>О сором який, сором!&lt;br /&gt;</w:t>
        <w:br/>
        <w:t>Вони голодні,&lt;br /&gt;</w:t>
        <w:br/>
        <w:t>а я тут граю!</w:t>
      </w:r>
    </w:p>
    <w:p>
      <w:r>
        <w:br/>
        <w:t>І чує:&lt;br /&gt;</w:t>
        <w:br/>
        <w:t>хтось бере його за руку.&lt;br /&gt;</w:t>
        <w:br/>
        <w:t>— Нате й вам, хоч погризіть! —&lt;br /&gt;</w:t>
        <w:br/>
        <w:t>Не приймаючи з обличчя рук, розкрив очі.&lt;br /&gt;</w:t>
        <w:br/>
        <w:t>Шелестіли вії в тісноті,&lt;br /&gt;</w:t>
        <w:br/>
        <w:t>й крізь розсунені пальці&lt;br /&gt;</w:t>
        <w:br/>
        <w:t>таке побачив:&lt;br /&gt;</w:t>
        <w:br/>
        <w:t>Подзьобане обличчя, до гурту сміючись&lt;br /&gt;</w:t>
        <w:br/>
        <w:t>("Ограбив дівчину!" — кричали),&lt;br /&gt;</w:t>
        <w:br/>
        <w:t>жував, кусав скоринку,&lt;br /&gt;</w:t>
        <w:br/>
        <w:t>а другою рукою по голівці Маринку гладив.&lt;br /&gt;</w:t>
        <w:br/>
        <w:t>— Ах ти ж моя славна!&lt;br /&gt;</w:t>
        <w:br/>
        <w:t>Хочеш бути царицею?&lt;br /&gt;</w:t>
        <w:br/>
        <w:t>Ой, їй-богу, скину Катерину,&lt;br /&gt;</w:t>
        <w:br/>
        <w:t>а тебе на її місце посаджу.—&lt;br /&gt;</w:t>
        <w:br/>
        <w:t>Маринка в груди йому пхнула:&lt;br /&gt;</w:t>
        <w:br/>
        <w:t>— Таке й видумають, чортзна-що! —&lt;br /&gt;</w:t>
        <w:br/>
        <w:t>А сама все ближче тулилась, ближче,&lt;br /&gt;</w:t>
        <w:br/>
        <w:t>хотілось їй руками міцно-міцно обійнять&lt;br /&gt;</w:t>
        <w:br/>
        <w:t>цього парубка,&lt;br /&gt;</w:t>
        <w:br/>
        <w:t>та соромилась людей,&lt;br /&gt;</w:t>
        <w:br/>
        <w:t>тільки щоку свою од парубоцької&lt;br /&gt;</w:t>
        <w:br/>
        <w:t>не відтуляла.&lt;br /&gt;</w:t>
        <w:br/>
        <w:t>— Ну хочеш, Сковороді в науку віддам?&lt;br /&gt;</w:t>
        <w:br/>
        <w:t>Він, кажуть, землю всю наскрізь бачить,&lt;br /&gt;</w:t>
        <w:br/>
        <w:t>розказує щастя і врем'я цихвирами одміряс.&lt;br /&gt;</w:t>
        <w:br/>
        <w:t>— Сковороді? Якій сковороді? —&lt;br /&gt;</w:t>
        <w:br/>
        <w:t>І залилася сміхом: послухайте хоч ви,&lt;br /&gt;</w:t>
        <w:br/>
        <w:t>яке смішне він каже.&lt;br /&gt;</w:t>
        <w:br/>
        <w:t>Оглянулася і враз замовкла:&lt;br /&gt;</w:t>
        <w:br/>
        <w:t>безвусий чоловік, що коло його валялася&lt;br /&gt;</w:t>
        <w:br/>
        <w:t>флейта,&lt;br /&gt;</w:t>
        <w:br/>
        <w:t>а на колінах — сухар,&lt;br /&gt;</w:t>
        <w:br/>
        <w:t>одсіпнув свої руки з обличчя,&lt;br /&gt;</w:t>
        <w:br/>
        <w:t>чогось уп'явсь в її очима&lt;br /&gt;</w:t>
        <w:br/>
        <w:t>й дивиться радісно-радісно!&lt;br /&gt;</w:t>
        <w:br/>
        <w:t>Так вони знають його, Сковороду?&lt;br /&gt;</w:t>
        <w:br/>
        <w:t>Признатися, що він і є той самий учитель,&lt;br /&gt;</w:t>
        <w:br/>
        <w:t>що людям щастя розказує?&lt;br /&gt;</w:t>
        <w:br/>
        <w:t>О ні! Ніколи!&lt;br /&gt;</w:t>
        <w:br/>
        <w:t>Підвівсь Сковорода на 'дне коліно&lt;br /&gt;</w:t>
        <w:br/>
        <w:t>(сухар скотивсь на землю),&lt;br /&gt;</w:t>
        <w:br/>
        <w:t>хотів-таки сказати щось, а мо', боровся?&lt;br /&gt;</w:t>
        <w:br/>
        <w:t>Бо радісно було признатись,&lt;br /&gt;</w:t>
        <w:br/>
        <w:t>що він і є той самий Сковорода.&lt;br /&gt;</w:t>
        <w:br/>
        <w:t>Але нічого не сказав&lt;br /&gt;</w:t>
        <w:br/>
        <w:t>1 знову сів.&lt;br /&gt;</w:t>
        <w:br/>
        <w:t>Душно йому було перед грозою.&lt;br /&gt;</w:t>
        <w:br/>
        <w:t>Жахнуло пушкою по хмарах.&lt;br /&gt;</w:t>
        <w:br/>
        <w:t>Кудлан, поглядаючи хитро-хитро,&lt;br /&gt;</w:t>
        <w:br/>
        <w:t>покірно, тихо підійшов,&lt;br /&gt;</w:t>
        <w:br/>
        <w:t>захакав до Сковороди, висолопивши язика,&lt;br /&gt;</w:t>
        <w:br/>
        <w:t>ковтнув слину, обмахнув лапою муху&lt;br /&gt;</w:t>
        <w:br/>
        <w:t>на морді&lt;br /&gt;</w:t>
        <w:br/>
        <w:t>і знову засміявсь, захакав.&lt;br /&gt;</w:t>
        <w:br/>
        <w:t>Тільки хвіст — вильне та й стане.&lt;br /&gt;</w:t>
        <w:br/>
        <w:t>Маринка: — І видумають же таке:&lt;br /&gt;</w:t>
        <w:br/>
        <w:t>Ско-во-ро-да...—-&lt;br /&gt;</w:t>
        <w:br/>
        <w:t>Кудлан, немов приміряючись,&lt;br /&gt;</w:t>
        <w:br/>
        <w:t>взяв на ліві зуби сухар,&lt;br /&gt;</w:t>
        <w:br/>
        <w:t>переклав його язиком на праві&lt;br /&gt;</w:t>
        <w:br/>
        <w:t>і, вдячно поглядаючи на всіх присутніх,&lt;br /&gt;</w:t>
        <w:br/>
        <w:t>обережно хруснув, аж оком надавив.&lt;br /&gt;</w:t>
        <w:br/>
        <w:t>Маринка: — Пшов! найшовсь який&lt;br /&gt;</w:t>
        <w:br/>
        <w:t>трудящий! —&lt;br /&gt;</w:t>
        <w:br/>
        <w:t>Трудящий одбіг трохи далі,&lt;br /&gt;</w:t>
        <w:br/>
        <w:t>упав на передні лапи,&lt;br /&gt;</w:t>
        <w:br/>
        <w:t>а зад підняв з хвостом угору&lt;br /&gt;</w:t>
        <w:br/>
        <w:t>й довго там старався коло сухаря,&lt;br /&gt;</w:t>
        <w:br/>
        <w:t>мов добре діло комусь робив...</w:t>
      </w:r>
    </w:p>
    <w:p>
      <w:r>
        <w:br/>
        <w:t>...Та тут од верб із-за поворотки&lt;br /&gt;</w:t>
        <w:br/>
        <w:t>карета як дурна&lt;br /&gt;</w:t>
        <w:br/>
        <w:t>вихопилась тупокопитно&lt;br /&gt;</w:t>
        <w:br/>
        <w:t>й, ходи плавкої применшивши,&lt;br /&gt;</w:t>
        <w:br/>
        <w:t>тупокопи —&lt;br /&gt;</w:t>
        <w:br/>
        <w:t>близ нього стала.&lt;br /&gt;</w:t>
        <w:br/>
        <w:t>Пан, хоробами розтруджений, пан&lt;br /&gt;</w:t>
        <w:br/>
        <w:t>придохлий, рудобривий,&lt;br /&gt;</w:t>
        <w:br/>
        <w:t>ласкаво виліз на повітря.&lt;br /&gt;</w:t>
        <w:br/>
        <w:t>Рука трусилась, як спирався на карлючку,&lt;br /&gt;</w:t>
        <w:br/>
        <w:t>а другою, що в перснях,&lt;br /&gt;</w:t>
        <w:br/>
        <w:t>все гнійні тіменпиці на шиї приколупував,&lt;br /&gt;</w:t>
        <w:br/>
        <w:t>і падала лупа на його шатну одіж,&lt;br /&gt;</w:t>
        <w:br/>
        <w:t>мов сніг сухий...&lt;br /&gt;</w:t>
        <w:br/>
        <w:t>— А! Філозоп?&lt;br /&gt;</w:t>
        <w:br/>
        <w:t>Я радий, радий говорити.&lt;br /&gt;</w:t>
        <w:br/>
        <w:t>Ну що ж: Матерія чи Дух?&lt;br /&gt;</w:t>
        <w:br/>
        <w:t>Матерію приемлю,&lt;br /&gt;</w:t>
        <w:br/>
        <w:t>але й Дух — ти розумієш?&lt;br /&gt;</w:t>
        <w:br/>
        <w:t>Пане філозоп,&lt;br /&gt;</w:t>
        <w:br/>
        <w:t>останнього разу&lt;br /&gt;</w:t>
        <w:br/>
        <w:t>ти надто гарячився.&lt;br /&gt;</w:t>
        <w:br/>
        <w:t>Мене, високого дворянина, образив,&lt;br /&gt;</w:t>
        <w:br/>
        <w:t>"блощичного роду", ікономаз!!!&lt;br /&gt;</w:t>
        <w:br/>
        <w:t>Та ти хоч зараз поміркуй.&lt;br /&gt;</w:t>
        <w:br/>
        <w:t>Які безодні дух наш відкриває!&lt;br /&gt;</w:t>
        <w:br/>
        <w:t>Яку нам радість подає любов,&lt;br /&gt;</w:t>
        <w:br/>
        <w:t>любов до брата, до людини,&lt;br /&gt;</w:t>
        <w:br/>
        <w:t>а надто ще тепер, коли Месія&lt;br /&gt;</w:t>
        <w:br/>
        <w:t>з Польщі прийде.&lt;br /&gt;</w:t>
        <w:br/>
        <w:t>Я не поляк. Зате ж масон.&lt;br /&gt;</w:t>
        <w:br/>
        <w:t>І як масон я вірю й знаю...&lt;br /&gt;</w:t>
        <w:br/>
        <w:t>Але чи слід плебеям тайну одкривать?&lt;br /&gt;</w:t>
        <w:br/>
        <w:t>Бидло ж ось селянське слуха.&lt;br /&gt;</w:t>
        <w:br/>
        <w:t>До речі:&lt;br /&gt;</w:t>
        <w:br/>
        <w:t>нарешті я вже змінив свою фамілію&lt;br /&gt;</w:t>
        <w:br/>
        <w:t>із Блюдолиза&lt;br /&gt;</w:t>
        <w:br/>
        <w:t>на Мосціцький.&lt;br /&gt;</w:t>
        <w:br/>
        <w:t>Це так мені зробить порадив&lt;br /&gt;</w:t>
        <w:br/>
        <w:t>монастирський обер-офіцер.&lt;br /&gt;</w:t>
        <w:br/>
        <w:t>Рекомендуюсь! S'il vous pla&amp;#238;t! 1 —&lt;br /&gt;</w:t>
        <w:br/>
        <w:t>...Рука трусилась, як переставляв&lt;br /&gt;</w:t>
        <w:br/>
        <w:t>карлючку,&lt;br /&gt;</w:t>
        <w:br/>
        <w:t>а пуголовки очей&lt;br /&gt;</w:t>
        <w:br/>
        <w:t>в білках, порослих жилками,&lt;br /&gt;</w:t>
        <w:br/>
        <w:t>так солодко, так неприязно бігали,&lt;br /&gt;</w:t>
        <w:br/>
        <w:t>1 Будьте ласкаві (франц.).—Ред.&lt;br /&gt;</w:t>
        <w:br/>
        <w:t>I падала лупа на його шатну одіж,&lt;br /&gt;</w:t>
        <w:br/>
        <w:t>мов сніг сухий...&lt;br /&gt;</w:t>
        <w:br/>
        <w:t>Сковорода все ще стояв і дививсь туди,&lt;br /&gt;</w:t>
        <w:br/>
        <w:t>де з вівцями Маринка зникла.&lt;br /&gt;</w:t>
        <w:br/>
        <w:t>Вона про Генію щось знає?&lt;br /&gt;</w:t>
        <w:br/>
        <w:t>Огенія десь тут? У цього гада, у масона,&lt;br /&gt;</w:t>
        <w:br/>
        <w:t>що оце про тайну щось сказав?&lt;br /&gt;</w:t>
        <w:br/>
        <w:t>О ні, це не причулось!&lt;br /&gt;</w:t>
        <w:br/>
        <w:t>"Плебеям тайну одкривать".&lt;br /&gt;</w:t>
        <w:br/>
        <w:t>Сковорода відразу обернувся.&lt;br /&gt;</w:t>
        <w:br/>
        <w:t>Пап саме примастками з селянами балакав,&lt;br /&gt;</w:t>
        <w:br/>
        <w:t>1 уговорював їх, і улещав,&lt;br /&gt;</w:t>
        <w:br/>
        <w:t>аж поки не зірвавсь на сваркий тон&lt;br /&gt;</w:t>
        <w:br/>
        <w:t>і не почав грозить,&lt;br /&gt;</w:t>
        <w:br/>
        <w:t>а одного (ей, пане, не дражнись!)&lt;br /&gt;</w:t>
        <w:br/>
        <w:t>карлючкою у груди ткнув, щоб шапку&lt;br /&gt;</w:t>
        <w:br/>
        <w:t>скинув.&lt;br /&gt;</w:t>
        <w:br/>
        <w:t>(Ей, пане, не дражнись!)&lt;br /&gt;</w:t>
        <w:br/>
        <w:t>Сковорода загруз бровою.&lt;br /&gt;</w:t>
        <w:br/>
        <w:t>Мов сокиру,&lt;br /&gt;</w:t>
        <w:br/>
        <w:t>очі в цього чорта устромив&lt;br /&gt;</w:t>
        <w:br/>
        <w:t>і (сам не знаючи чому) наступав,&lt;br /&gt;</w:t>
        <w:br/>
        <w:t>наступав,&lt;br /&gt;</w:t>
        <w:br/>
        <w:t>як на ту жабу, наступав, що й роздушити&lt;br /&gt;</w:t>
        <w:br/>
        <w:t>гидко.&lt;br /&gt;</w:t>
        <w:br/>
        <w:t>— Я бачу, ти промовен! —&lt;br /&gt;</w:t>
        <w:br/>
        <w:t>І впав масон. Шарпнулись коні:&lt;br /&gt;</w:t>
        <w:br/>
        <w:t>карлючка, бач, одскочила і просто в підкову&lt;br /&gt;</w:t>
        <w:br/>
        <w:t>буланому черконула.&lt;br /&gt;</w:t>
        <w:br/>
        <w:t>Чергинькнув бусел на болоті&lt;br /&gt;</w:t>
        <w:br/>
        <w:t>й, заливаючись реготом, заклекотів.&lt;br /&gt;</w:t>
        <w:br/>
        <w:t>Закричав Біснуватий з сусідньої гори,&lt;br /&gt;</w:t>
        <w:br/>
        <w:t>як Прометей!&lt;br /&gt;</w:t>
        <w:br/>
        <w:t>Чи ж довго його будуть держать і мучить?&lt;br /&gt;</w:t>
        <w:br/>
        <w:t>Прокля'! цара'! Чи довго? —&lt;br /&gt;</w:t>
        <w:br/>
        <w:t>І цей клекіт і крик;&lt;br /&gt;</w:t>
        <w:br/>
        <w:t>і ці селяни, що, присідаючи, валилися ,&lt;br /&gt;</w:t>
        <w:br/>
        <w:t>од сміху;&lt;br /&gt;</w:t>
        <w:br/>
        <w:t>і ці женці під нагаями;&lt;br /&gt;</w:t>
        <w:br/>
        <w:t>і брезклий пан, якого машталір&lt;br /&gt;</w:t>
        <w:br/>
        <w:t>підсаджував в карету,—&lt;br /&gt;</w:t>
        <w:br/>
        <w:t>усе було таке дике,&lt;br /&gt;</w:t>
        <w:br/>
        <w:t>таке заплутане, неясне,&lt;br /&gt;</w:t>
        <w:br/>
        <w:t>що й сам Сковорода&lt;br /&gt;</w:t>
        <w:br/>
        <w:t>зареготав, завив,&lt;br /&gt;</w:t>
        <w:br/>
        <w:t>схопив за заднії два колеса&lt;br /&gt;</w:t>
        <w:br/>
        <w:t>і, струсонувши разів два каретою із паном,&lt;br /&gt;</w:t>
        <w:br/>
        <w:t>так її на землю посадив,&lt;br /&gt;</w:t>
        <w:br/>
        <w:t>що аж позлітали золоті герби&lt;br /&gt;</w:t>
        <w:br/>
        <w:t>і все барокко розкотилось...&lt;br /&gt;</w:t>
        <w:br/>
        <w:t>— Ану лиш, поганяй,&lt;br /&gt;</w:t>
        <w:br/>
        <w:t>їдь, будь ти проклятий навіки!&lt;br /&gt;</w:t>
        <w:br/>
        <w:t>Як курява вляглася,—&lt;br /&gt;</w:t>
        <w:br/>
        <w:t>селяни вже були далеко&lt;br /&gt;</w:t>
        <w:br/>
        <w:t>і ні до кого було промовити.&lt;br /&gt;</w:t>
        <w:br/>
        <w:t>Чи, може, крикнуть?&lt;br /&gt;</w:t>
        <w:br/>
        <w:t>Мо крикнуть, щоб вернулись?&lt;br /&gt;</w:t>
        <w:br/>
        <w:t>Він їх порадив би у світі,&lt;br /&gt;</w:t>
        <w:br/>
        <w:t>тісне життя розговорив.&lt;br /&gt;</w:t>
        <w:br/>
        <w:t>— Піду і я із вами, гей!&lt;br /&gt;</w:t>
        <w:br/>
        <w:t>Піду і я — гей!&lt;br /&gt;</w:t>
        <w:br/>
        <w:t>...Подзьобане обличчя обернулось.&lt;br /&gt;</w:t>
        <w:br/>
        <w:t>Ціпок до рота, немов на дудку грав,&lt;br /&gt;</w:t>
        <w:br/>
        <w:t>і щось такеє крикнув,&lt;br /&gt;</w:t>
        <w:br/>
        <w:t>вибиваючи у соняшник, як у бубон,&lt;br /&gt;</w:t>
        <w:br/>
        <w:t>а другі засміялись.&lt;br /&gt;</w:t>
        <w:br/>
        <w:t>Аж ось подовбане обличчя стало&lt;br /&gt;</w:t>
        <w:br/>
        <w:t>і щось між долоні крикнуло.&lt;br /&gt;</w:t>
        <w:br/>
        <w:t>— Вночі! У пана! —&lt;br /&gt;</w:t>
        <w:br/>
        <w:t>Тільки що саме вночі у пана?..&lt;br /&gt;</w:t>
        <w:br/>
        <w:t>І не знать було:&lt;br /&gt;</w:t>
        <w:br/>
        <w:t>чи то з подякою всміхались,&lt;br /&gt;</w:t>
        <w:br/>
        <w:t>як свойому,&lt;br /&gt;</w:t>
        <w:br/>
        <w:t>чи все ще&lt;br /&gt;</w:t>
        <w:br/>
        <w:t>за пана його брали...</w:t>
      </w:r>
    </w:p>
    <w:p>
      <w:r>
        <w:br/>
        <w:t>Обперся спиною об хрест.&lt;br /&gt;</w:t>
        <w:br/>
        <w:t>Руки самі звелись на хресторам'я.&lt;br /&gt;</w:t>
        <w:br/>
        <w:t>І так стояв,&lt;br /&gt;</w:t>
        <w:br/>
        <w:t>мов розіп'ятий.&lt;br /&gt;</w:t>
        <w:br/>
        <w:t>І враз почув за спиною:&lt;br /&gt;</w:t>
        <w:br/>
        <w:t>— Ізображаєте Христа?&lt;br /&gt;</w:t>
        <w:br/>
        <w:t>(Хихотіння.)&lt;br /&gt;</w:t>
        <w:br/>
        <w:t>Рекомендуюсь:&lt;br /&gt;</w:t>
        <w:br/>
        <w:t>Я обер-офіцер, присланий сюди&lt;br /&gt;</w:t>
        <w:br/>
        <w:t>для наблюдєнія,</w:t>
      </w:r>
    </w:p>
    <w:p>
      <w:r>
        <w:br/>
        <w:t>а также&lt;br /&gt;</w:t>
        <w:br/>
        <w:t>пріходно-расходние кнігі содержать.&lt;br /&gt;</w:t>
        <w:br/>
        <w:t>К концу сєй сцени подоспев,&lt;br /&gt;</w:t>
        <w:br/>
        <w:t>я всьо здесь ВІД6Л&lt;br /&gt;</w:t>
        <w:br/>
        <w:t>і очень за вас скорблю душою.&lt;br /&gt;</w:t>
        <w:br/>
        <w:t>А впрочем...&lt;br /&gt;</w:t>
        <w:br/>
        <w:t>(хихотіння)&lt;br /&gt;</w:t>
        <w:br/>
        <w:t>рекомендуюсь!&lt;br /&gt;</w:t>
        <w:br/>
        <w:t>Стон бєдних помєщіков і прітом вдов&lt;br /&gt;</w:t>
        <w:br/>
        <w:t>і сірот&lt;br /&gt;</w:t>
        <w:br/>
        <w:t>вопієт до неба.&lt;br /&gt;</w:t>
        <w:br/>
        <w:t>Ах, жалко мені пана Мосціцького. Єслі би только по-&lt;br /&gt;</w:t>
        <w:br/>
        <w:t>слушался моей теорії, как надо собірать подать!&lt;br /&gt;</w:t>
        <w:br/>
        <w:t>В арабских кнігах напісано:&lt;br /&gt;</w:t>
        <w:br/>
        <w:t>каждий зіммі, хрістіанін і єврей, отправітся в назначений&lt;br /&gt;</w:t>
        <w:br/>
        <w:t>день к еміру, взімающему подать, которий сідіт на сєдалі-&lt;br /&gt;</w:t>
        <w:br/>
        <w:t>щє в відє трона. Зіммі пріблізітся к нему, держа на ладоні&lt;br /&gt;</w:t>
        <w:br/>
        <w:t>подать, емір возьмьот єйо так, чтоб его рука находілась&lt;br /&gt;</w:t>
        <w:br/>
        <w:t>зверху, а рука зіммі внізу. Затем емір ударіт єго кулаком&lt;br /&gt;</w:t>
        <w:br/>
        <w:t>по шеє, а стоящий подлє еміра человек прогоніт зіммі. За&lt;br /&gt;</w:t>
        <w:br/>
        <w:t>пєрвим последует второй, третій і так далее. Ви знаєте:&lt;br /&gt;</w:t>
        <w:br/>
        <w:t>послушна била би Росія і упорядочена.&lt;br /&gt;</w:t>
        <w:br/>
        <w:t>Сковорода плюнув,&lt;br /&gt;</w:t>
        <w:br/>
        <w:t>а сам зірвався і побіг.&lt;br /&gt;</w:t>
        <w:br/>
        <w:t>Сковорода&lt;br /&gt;</w:t>
        <w:br/>
        <w:t>побіг!&lt;br /&gt;</w:t>
        <w:br/>
        <w:t>Хмара ще ширше сиві краї свої закотила&lt;br /&gt;</w:t>
        <w:br/>
        <w:t>і звідти так само ж, здавалось, ціляла&lt;br /&gt;</w:t>
        <w:br/>
        <w:t>у брязк розтріснутого неба,&lt;br /&gt;</w:t>
        <w:br/>
        <w:t>потріскуючи у Дніпрі...&lt;br /&gt;</w:t>
        <w:br/>
        <w:t>Але за цим&lt;br /&gt;</w:t>
        <w:br/>
        <w:t>такий орган гримів і грав простором хором&lt;br /&gt;</w:t>
        <w:br/>
        <w:t>понад хором,&lt;br /&gt;</w:t>
        <w:br/>
        <w:t>що аж земля під низом стугоніла,&lt;br /&gt;</w:t>
        <w:br/>
        <w:t>трепещучи...&lt;br /&gt;</w:t>
        <w:br/>
        <w:t>[1920-1922]</w:t>
      </w:r>
    </w:p>
    <w:p>
      <w:r>
        <w:br/>
        <w:t>[ТИША]</w:t>
      </w:r>
    </w:p>
    <w:p>
      <w:r>
        <w:br/>
        <w:t>Я згадую. Свої літа дитячі&lt;br /&gt;</w:t>
        <w:br/>
        <w:t>я згадую. Як сон. Як протисон.&lt;br /&gt;</w:t>
        <w:br/>
        <w:t>Цяцянкою життя мене манило,&lt;br /&gt;</w:t>
        <w:br/>
        <w:t>всміхаючись, а все ж таки печаль.&lt;br /&gt;</w:t>
        <w:br/>
        <w:t>Чи вже тоді малим відчув я міру,&lt;br /&gt;</w:t>
        <w:br/>
        <w:t>закони тіл і співвідношення&lt;br /&gt;</w:t>
        <w:br/>
        <w:t>молекул, тіл і груп, що наповняли&lt;br /&gt;</w:t>
        <w:br/>
        <w:t>мене всього? Чому ж тоді печаль?</w:t>
      </w:r>
    </w:p>
    <w:p>
      <w:r>
        <w:br/>
        <w:t>Переліз через ограду&lt;br /&gt;</w:t>
        <w:br/>
        <w:t>(по оріховому дереву)&lt;br /&gt;</w:t>
        <w:br/>
        <w:t>і вийшов...&lt;br /&gt;</w:t>
        <w:br/>
        <w:t>І так тихо було навкруг,&lt;br /&gt;</w:t>
        <w:br/>
        <w:t>тільки огонь горів у Досифея,&lt;br /&gt;</w:t>
        <w:br/>
        <w:t>та ще йому здалось,&lt;br /&gt;</w:t>
        <w:br/>
        <w:t>що там, де землянка,&lt;br /&gt;</w:t>
        <w:br/>
        <w:t>наче стогнав хто&lt;br /&gt;</w:t>
        <w:br/>
        <w:t>і підскугилював, як собака.&lt;br /&gt;</w:t>
        <w:br/>
        <w:t>Пішов&lt;br /&gt;</w:t>
        <w:br/>
        <w:t>туди навпростець.&lt;br /&gt;</w:t>
        <w:br/>
        <w:t>Через кущі, через чагарі...&lt;br /&gt;</w:t>
        <w:br/>
        <w:t>І як спустився&lt;br /&gt;</w:t>
        <w:br/>
        <w:t>в яр вогкий,&lt;br /&gt;</w:t>
        <w:br/>
        <w:t>що глеєм пах,&lt;br /&gt;</w:t>
        <w:br/>
        <w:t>згадав, що Біблію забув на столі.&lt;br /&gt;</w:t>
        <w:br/>
        <w:t>Не так було Біблії тії жалко,&lt;br /&gt;</w:t>
        <w:br/>
        <w:t>як те,&lt;br /&gt;</w:t>
        <w:br/>
        <w:t>що вперше Сковорода&lt;br /&gt;</w:t>
        <w:br/>
        <w:t>опинився на просторі&lt;br /&gt;</w:t>
        <w:br/>
        <w:t>без Біблії.&lt;br /&gt;</w:t>
        <w:br/>
        <w:t>Та ще й і той образ&lt;br /&gt;</w:t>
        <w:br/>
        <w:t>дуже непокоїв і нервував:&lt;br /&gt;</w:t>
        <w:br/>
        <w:t>курінь.</w:t>
      </w:r>
    </w:p>
    <w:p>
      <w:r>
        <w:br/>
        <w:t>Павучок в своїм глибокім коридорі&lt;br /&gt;</w:t>
        <w:br/>
        <w:t>з павутини,&lt;br /&gt;</w:t>
        <w:br/>
        <w:t>і хліб на блюді, і риба,&lt;br /&gt;</w:t>
        <w:br/>
        <w:t>і Біблія розкрита.&lt;br /&gt;</w:t>
        <w:br/>
        <w:t>І найбільше турбувало чогось,&lt;br /&gt;</w:t>
        <w:br/>
        <w:t>що розкрита...&lt;br /&gt;</w:t>
        <w:br/>
        <w:t>[1926]</w:t>
      </w:r>
    </w:p>
    <w:p>
      <w:r>
        <w:br/>
        <w:t>ПЕРШИЙ МОНОЛОГ СКОВОРОДИ</w:t>
      </w:r>
    </w:p>
    <w:p>
      <w:r>
        <w:br/>
        <w:t>Огонь. Печаль (...леліє світ. Калину&lt;br /&gt;</w:t>
        <w:br/>
        <w:t>заледве клю'-наклюн' — і мисль —&lt;br /&gt;</w:t>
        <w:br/>
        <w:t>як лінія). Тяжіння. Рух (.. .ЯК ЛІ&lt;br /&gt;</w:t>
        <w:br/>
        <w:t>ні я, ні ти. Поки що так).&lt;br /&gt;</w:t>
        <w:br/>
        <w:t>Свідомість.&lt;br /&gt;</w:t>
        <w:br/>
        <w:t>Матерія. (Поки що...)</w:t>
      </w:r>
    </w:p>
    <w:p>
      <w:r>
        <w:br/>
        <w:t>Огонь. Буран. Тяжіння. Рух. Свідомість.&lt;br /&gt;</w:t>
        <w:br/>
        <w:t>Матерія... Біжить життя моє&lt;br /&gt;</w:t>
        <w:br/>
        <w:t>спіралями. В спіралях тих я гину!&lt;br /&gt;</w:t>
        <w:br/>
        <w:t>(Самотністю подоланий.) І я&lt;br /&gt;</w:t>
        <w:br/>
        <w:t>в спіралях тих — як у страшних обіймах&lt;br /&gt;</w:t>
        <w:br/>
        <w:t>Лаокоон! (Самотністю.) Печаль.&lt;br /&gt;</w:t>
        <w:br/>
        <w:t>Постій, життя! (Печаль) Постій, спинися.&lt;br /&gt;</w:t>
        <w:br/>
        <w:t>Я добіжу, я порівняюсь. Я —&lt;br /&gt;</w:t>
        <w:br/>
        <w:t>о ні, о ні!&lt;br /&gt;</w:t>
        <w:br/>
        <w:t>(Іронізуючи, філософським жестом.)&lt;br /&gt;</w:t>
        <w:br/>
        <w:t>Хіба спинитись може&lt;br /&gt;</w:t>
        <w:br/>
        <w:t>самий закон буття? "Постій, життя".&lt;br /&gt;</w:t>
        <w:br/>
        <w:t>Та ж смішно це! Хіба потрібне чудо&lt;br /&gt;</w:t>
        <w:br/>
        <w:t>у сферах тих, де розум діє, мисль,&lt;br /&gt;</w:t>
        <w:br/>
        <w:t>окреслення? — Печаль. В Європі Фауст&lt;br /&gt;</w:t>
        <w:br/>
        <w:t>ще брязкотить сумнівами. Туман&lt;br /&gt;</w:t>
        <w:br/>
        <w:t>алхімії — і природничі точні&lt;br /&gt;</w:t>
        <w:br/>
        <w:t>покільчення? Що ж! Європейський бруд&lt;br /&gt;</w:t>
        <w:br/>
        <w:t>перетворить у золото — послуга.&lt;br /&gt;</w:t>
        <w:br/>
        <w:t>Та не така. (Та не така.) Печаль.&lt;br /&gt;</w:t>
        <w:br/>
        <w:t>(Рішуче і в грудомахах речень раптом виростаючи.)&lt;br /&gt;</w:t>
        <w:br/>
        <w:t>Перетворить у золото я хочу&lt;br /&gt;</w:t>
        <w:br/>
        <w:t>енергію голоти, що змоглась!&lt;br /&gt;</w:t>
        <w:br/>
        <w:t>Перетворить у золото я хочу</w:t>
      </w:r>
    </w:p>
    <w:p>
      <w:r>
        <w:br/>
        <w:t>обурення і труд! І боротьбу!&lt;br /&gt;</w:t>
        <w:br/>
        <w:t>(І боротьбу.) Ви чуєте? — там бурі!&lt;br /&gt;</w:t>
        <w:br/>
        <w:t>Там бурі бур! Прорвалися. І йдуть...&lt;br /&gt;</w:t>
        <w:br/>
        <w:t>Ви чуєте? Там бори! Там-бо борви!&lt;br /&gt;</w:t>
        <w:br/>
        <w:t>Прорвалися. І йдуть... І грають бризк',—&lt;br /&gt;</w:t>
        <w:br/>
        <w:t>і грають бризк', і грають бризки, грають!&lt;br /&gt;</w:t>
        <w:br/>
        <w:t>І брань черлен', і крок черлен', і крик&lt;br /&gt;</w:t>
        <w:br/>
        <w:t>і шум черлен'! — і я...&lt;br /&gt;</w:t>
        <w:br/>
        <w:t>(Руками небо потрясаючи.)&lt;br /&gt;</w:t>
        <w:br/>
        <w:t>Я вас питаю —&lt;br /&gt;</w:t>
        <w:br/>
        <w:t>а хто ж ви є? А хто ж ви справді є,&lt;br /&gt;</w:t>
        <w:br/>
        <w:t>щоб нас на глум під панські ноги кидать&lt;br /&gt;</w:t>
        <w:br/>
        <w:t>і друбцювать: проси, мо здобряться.—&lt;br /&gt;</w:t>
        <w:br/>
        <w:t>Ви чуєте? — питаю!&lt;br /&gt;</w:t>
        <w:br/>
        <w:t>(Відступаючи од глибоченного сміху, слова потрібного&lt;br /&gt;</w:t>
        <w:br/>
        <w:t>шукав. Руки самі зрікаються попереднього.)&lt;br /&gt;</w:t>
        <w:br/>
        <w:t>От. Здитинивсь.&lt;br /&gt;</w:t>
        <w:br/>
        <w:t>Ще й змалився. Питать? Нащо?! Невже&lt;br /&gt;</w:t>
        <w:br/>
        <w:t>питаннями я притамую злидні,&lt;br /&gt;</w:t>
        <w:br/>
        <w:t>розхльоскані по наших спинах так,&lt;br /&gt;</w:t>
        <w:br/>
        <w:t>як ще ніхто у світі не помітив!&lt;br /&gt;</w:t>
        <w:br/>
        <w:t>Погнобленню — кінець! (І грають бризк',—&lt;br /&gt;</w:t>
        <w:br/>
        <w:t>і грають бризк', і грають бризки, грають!&lt;br /&gt;</w:t>
        <w:br/>
        <w:t>І брань черлен', і крок черлен', і крик.)&lt;br /&gt;</w:t>
        <w:br/>
        <w:t>... Д и т и н а ж я! Пописане по спинах&lt;br /&gt;</w:t>
        <w:br/>
        <w:t>хай у віки докрикне! — То ж і є&lt;br /&gt;</w:t>
        <w:br/>
        <w:t>та грамота! Ота Абетка Світу —&lt;br /&gt;</w:t>
        <w:br/>
        <w:t>розгорнута — що ми погноблених&lt;br /&gt;</w:t>
        <w:br/>
        <w:t>навчатимем по ній (безпомилково!) —&lt;br /&gt;</w:t>
        <w:br/>
        <w:t>ненависті! любові! То ж і є&lt;br /&gt;</w:t>
        <w:br/>
        <w:t>та грамота!&lt;br /&gt;</w:t>
        <w:br/>
        <w:t>[1929]</w:t>
      </w:r>
    </w:p>
    <w:p>
      <w:r>
        <w:br/>
        <w:t>[ПЕРШЕ] ВИДІННЯ СКЇОВОРОДИ]. НІЧ</w:t>
      </w:r>
    </w:p>
    <w:p>
      <w:r>
        <w:br/>
        <w:t>Келія. Ніч. Свічка. Надворі сторож калатав в дошку. Сковорода,&lt;br /&gt;</w:t>
        <w:br/>
        <w:t>одірвавшись од рукопису, уголос думав: "...Солі мінеральні, галун,&lt;br /&gt;</w:t>
        <w:br/>
        <w:t>купервас, кам'яна сіль, селітра? Добре". І так, немовби з ким спе-&lt;br /&gt;</w:t>
        <w:br/>
        <w:t>речаючись, говорить:&lt;br /&gt;</w:t>
        <w:br/>
        <w:t>Ну добре. Так. Нехай одкриєм шахти&lt;br /&gt;</w:t>
        <w:br/>
        <w:t>й понад Дінцем — то що ж тут зміниться?&lt;br /&gt;</w:t>
        <w:br/>
        <w:t>Ну наживем скарбницю, а біднота —&lt;br /&gt;</w:t>
        <w:br/>
        <w:t>чи поживе той скарб?&lt;br /&gt;</w:t>
        <w:br/>
        <w:t>(Похмуро.)&lt;br /&gt;</w:t>
        <w:br/>
        <w:t>Ізнов. Пани.&lt;br /&gt;</w:t>
        <w:br/>
        <w:t>Закріпостять. Закріпостять? Аж смішно:&lt;br /&gt;</w:t>
        <w:br/>
        <w:t>хіба забув — життя ж е рух, рушій,&lt;br /&gt;</w:t>
        <w:br/>
        <w:t>напруження! Напружмося, удармо,&lt;br /&gt;</w:t>
        <w:br/>
        <w:t>щоб був кінець! Нехай вельможних гниль&lt;br /&gt;</w:t>
        <w:br/>
        <w:t>хоч і заллє, а нам, здоровим, простим,—&lt;br /&gt;</w:t>
        <w:br/>
        <w:t>тверезості, здоров'я треба! Злам&lt;br /&gt;</w:t>
        <w:br/>
        <w:t>буття цього, царево-пано-бого-&lt;br /&gt;</w:t>
        <w:br/>
        <w:t>мертвотного, салосонливого —&lt;br /&gt;</w:t>
        <w:br/>
        <w:t>лише в одній бідноті!&lt;br /&gt;</w:t>
        <w:br/>
        <w:t>З голяками ж&lt;br /&gt;</w:t>
        <w:br/>
        <w:t>і будемо. Весь час.&lt;br /&gt;</w:t>
        <w:br/>
        <w:t>Сторож калатає.&lt;br /&gt;</w:t>
        <w:br/>
        <w:t>Як тихо тут,&lt;br /&gt;</w:t>
        <w:br/>
        <w:t>в монастирі,— до млості! Трепет. Свічка.&lt;br /&gt;</w:t>
        <w:br/>
        <w:t>Заснув і ц е й, хоч довго ще вві сні&lt;br /&gt;</w:t>
        <w:br/>
        <w:t>варнякав щось і бурмотів осипло:&lt;br /&gt;</w:t>
        <w:br/>
        <w:t>набрався десь бідняга, аж опух,&lt;br /&gt;</w:t>
        <w:br/>
        <w:t>і в келію насилу вліз, спасенний.&lt;br /&gt;</w:t>
        <w:br/>
        <w:t>Та чорт мені надав до родича&lt;br /&gt;</w:t>
        <w:br/>
        <w:t>зайти — тепер і грайся в киці-баби,&lt;br /&gt;</w:t>
        <w:br/>
        <w:t>жартуй тепер і текстами товчи&lt;br /&gt;</w:t>
        <w:br/>
        <w:t>слов'янськими, як в ступі просо,— чей же,</w:t>
      </w:r>
    </w:p>
    <w:p>
      <w:r>
        <w:br/>
        <w:t>хоч одверну увагу. А зробить&lt;br /&gt;</w:t>
        <w:br/>
        <w:t>я те зроблю, що друзі доручили!&lt;br /&gt;</w:t>
        <w:br/>
        <w:t>...Чи хто мене гукав?&lt;br /&gt;</w:t>
        <w:br/>
        <w:t>Надворі гомін. Щось багатоноге заскочило у сіни і, причаївшись,&lt;br /&gt;</w:t>
        <w:br/>
        <w:t>взялося наслухати.&lt;br /&gt;</w:t>
        <w:br/>
        <w:t>Гукав? О ні.&lt;br /&gt;</w:t>
        <w:br/>
        <w:t>Здалось. Ану ж піду, на зорі гляну,&lt;br /&gt;</w:t>
        <w:br/>
        <w:t>чи скоро світ...&lt;br /&gt;</w:t>
        <w:br/>
        <w:t>(Встає.)&lt;br /&gt;</w:t>
        <w:br/>
        <w:t>Та що се — падаю!&lt;br /&gt;</w:t>
        <w:br/>
        <w:t>І голова як шум. Невже гарячка&lt;br /&gt;</w:t>
        <w:br/>
        <w:t>і досі ще?.. Все причувається,&lt;br /&gt;</w:t>
        <w:br/>
        <w:t>мов хтось нявчить. Ну от. Ізнову. Двері&lt;br /&gt;</w:t>
        <w:br/>
        <w:t>прочинені — і шепіт, шепіт, ше...&lt;br /&gt;</w:t>
        <w:br/>
        <w:t>...підводиться. Киває.&lt;br /&gt;</w:t>
        <w:br/>
        <w:t>— Гей, а хто там?!&lt;br /&gt;</w:t>
        <w:br/>
        <w:t>Хихотіння.&lt;br /&gt;</w:t>
        <w:br/>
        <w:t>Чи це прийшли до мене з вісткою,&lt;br /&gt;</w:t>
        <w:br/>
        <w:t>чи жартувать кого розмордувало —&lt;br /&gt;</w:t>
        <w:br/>
        <w:t>не втну ніяк. А хто там — озивайсь!&lt;br /&gt;</w:t>
        <w:br/>
        <w:t>Голос&lt;br /&gt;</w:t>
        <w:br/>
        <w:t>Ідея.&lt;br /&gt;</w:t>
        <w:br/>
        <w:t>Машкара вислизла з дверей. Стоїть. Хихоче.&lt;br /&gt;</w:t>
        <w:br/>
        <w:t>Сковорода&lt;br /&gt;</w:t>
        <w:br/>
        <w:t>Що?! Потвора? Отже, й справді&lt;br /&gt;</w:t>
        <w:br/>
        <w:t>захворів я, коли мені бридня&lt;br /&gt;</w:t>
        <w:br/>
        <w:t>ввижається...&lt;br /&gt;</w:t>
        <w:br/>
        <w:t>Потвора&lt;br /&gt;</w:t>
        <w:br/>
        <w:t>Яка ж бридня,— ідея&lt;br /&gt;</w:t>
        <w:br/>
        <w:t>Платонова.&lt;br /&gt;</w:t>
        <w:br/>
        <w:t>Сковорода&lt;br /&gt;</w:t>
        <w:br/>
        <w:t>(не звертаючи уваги)&lt;br /&gt;</w:t>
        <w:br/>
        <w:t>...це дощ мене напав,&lt;br /&gt;</w:t>
        <w:br/>
        <w:t>Як я спішив із Приорки. Весь табір,&lt;br /&gt;</w:t>
        <w:br/>
        <w:t>розбуджений вночі, заметушивсь!&lt;br /&gt;</w:t>
        <w:br/>
        <w:t>За мить — знялись і розділились: Помста&lt;br /&gt;</w:t>
        <w:br/>
        <w:t>з ватагою подавсь у глиб лісів;&lt;br /&gt;</w:t>
        <w:br/>
        <w:t>січовики, старцями перебравшись,&lt;br /&gt;</w:t>
        <w:br/>
        <w:t>побралися на шлях, на села; я ж,&lt;br /&gt;</w:t>
        <w:br/>
        <w:t>та кобзарі, та слушно-юродивий —&lt;br /&gt;</w:t>
        <w:br/>
        <w:t>на лівий бік Дніпра. Щоб там. Щоб тут.&lt;br /&gt;</w:t>
        <w:br/>
        <w:t>Зв'язатися. І зрушити голоту.&lt;br /&gt;</w:t>
        <w:br/>
        <w:t>І от. Тепер. Це вже которий день.&lt;br /&gt;</w:t>
        <w:br/>
        <w:t>Я гасла жду, щоб врешті починати,—&lt;br /&gt;</w:t>
        <w:br/>
        <w:t>й нема його, ні гасла, ні людей.&lt;br /&gt;</w:t>
        <w:br/>
        <w:t>Постать з собачою головою&lt;br /&gt;</w:t>
        <w:br/>
        <w:t>Ага, так ось який у тебе намір —&lt;br /&gt;</w:t>
        <w:br/>
        <w:t>"щоб зрушити голоту". Хм. Максим&lt;br /&gt;</w:t>
        <w:br/>
        <w:t>ув Умані багато зрушив?&lt;br /&gt;</w:t>
        <w:br/>
        <w:t>Сковорода&lt;br /&gt;</w:t>
        <w:br/>
        <w:t>Себто?&lt;br /&gt;</w:t>
        <w:br/>
        <w:t>Кажи ясніш.&lt;br /&gt;</w:t>
        <w:br/>
        <w:t>Осляча голова&lt;br /&gt;</w:t>
        <w:br/>
        <w:t>Таке, що Залізняк&lt;br /&gt;</w:t>
        <w:br/>
        <w:t>попався — чув? — чого б же ви й тікали!&lt;br /&gt;</w:t>
        <w:br/>
        <w:t>Сковорода&lt;br /&gt;</w:t>
        <w:br/>
        <w:t>Не насміхай: ніхто з нас не тікав.&lt;br /&gt;</w:t>
        <w:br/>
        <w:t>Бо як умре Максим — повстане цундра!&lt;br /&gt;</w:t>
        <w:br/>
        <w:t>А цундра є: голоколінники,&lt;br /&gt;</w:t>
        <w:br/>
        <w:t>сам чорний люд, сама голота...&lt;br /&gt;</w:t>
        <w:br/>
        <w:t>Потвора&lt;br /&gt;</w:t>
        <w:br/>
        <w:t>Любий,&lt;br /&gt;</w:t>
        <w:br/>
        <w:t>не поясняй ти нам словес. Скажи:&lt;br /&gt;</w:t>
        <w:br/>
        <w:t>чого ти йдеш проти старшини?&lt;br /&gt;</w:t>
        <w:br/>
        <w:t>Осли&lt;br /&gt;</w:t>
        <w:br/>
        <w:t>( пританцьовуючи)&lt;br /&gt;</w:t>
        <w:br/>
        <w:t>Ну ж бо!&lt;br /&gt;</w:t>
        <w:br/>
        <w:t>Чого, чого — проти старшини?!&lt;br /&gt;</w:t>
        <w:br/>
        <w:t>Потвора&lt;br /&gt;</w:t>
        <w:br/>
        <w:t>Тс!..&lt;br /&gt;</w:t>
        <w:br/>
        <w:t>І ще: скажи, чи згоден ти з цим гаслом:&lt;br /&gt;</w:t>
        <w:br/>
        <w:t>"Проти чужих,&lt;br /&gt;</w:t>
        <w:br/>
        <w:t>проти своїх панів"?&lt;br /&gt;</w:t>
        <w:br/>
        <w:t>Собаки&lt;br /&gt;</w:t>
        <w:br/>
        <w:t>(пригавкуючи)&lt;br /&gt;</w:t>
        <w:br/>
        <w:t>Ага! ага! проти панів? Селянським&lt;br /&gt;</w:t>
        <w:br/>
        <w:t>філософом не хочеш буть, а все —&lt;br /&gt;</w:t>
        <w:br/>
        <w:t>голоту, бач, ремісників,&lt;br /&gt;</w:t>
        <w:br/>
        <w:t>заводи&lt;br /&gt;</w:t>
        <w:br/>
        <w:t>під'юджуєш? Ще й нахиляєш їх&lt;br /&gt;</w:t>
        <w:br/>
        <w:t>на вольності права? Ну що ж,&lt;br /&gt;</w:t>
        <w:br/>
        <w:t>накопуйсь —&lt;br /&gt;</w:t>
        <w:br/>
        <w:t>укоськаєм, як Стеньку Разіна&lt;br /&gt;</w:t>
        <w:br/>
        <w:t>чи козака донського Уса. Гаєш&lt;br /&gt;</w:t>
        <w:br/>
        <w:t>себе. Ось почепи за гак ребром&lt;br /&gt;</w:t>
        <w:br/>
        <w:t>свободу — й гавк оцей наш перестане.&lt;br /&gt;</w:t>
        <w:br/>
        <w:t>Одкриється тобі дорога, гафт&lt;br /&gt;</w:t>
        <w:br/>
        <w:t>гаптований простелиться під ноги,&lt;br /&gt;</w:t>
        <w:br/>
        <w:t>той гафт, що йшли по ньому владарі,&lt;br /&gt;</w:t>
        <w:br/>
        <w:t>гафт, гафт, що йшли царі, гетьмани...&lt;br /&gt;</w:t>
        <w:br/>
        <w:t>Потвора&lt;br /&gt;</w:t>
        <w:br/>
        <w:t>Кажу ж вам — тс! Бо он хтось спить...&lt;br /&gt;</w:t>
        <w:br/>
        <w:t>( Приглядається.)&lt;br /&gt;</w:t>
        <w:br/>
        <w:t>Пастух і пастушка&lt;br /&gt;</w:t>
        <w:br/>
        <w:t>(вскакуючи)&lt;br /&gt;</w:t>
        <w:br/>
        <w:t>Іч, які хитрі,— вони вже тут! А в нашій кареті, ви уявіть&lt;br /&gt;</w:t>
        <w:br/>
        <w:t>собі, щось поламалося, і ми змушені були...&lt;br /&gt;</w:t>
        <w:br/>
        <w:t>Пастух&lt;br /&gt;</w:t>
        <w:br/>
        <w:t>...біля саду...&lt;br /&gt;</w:t>
        <w:br/>
        <w:t>Пастушка&lt;br /&gt;</w:t>
        <w:br/>
        <w:t>Не вірте йому, не вірте!&lt;br /&gt;</w:t>
        <w:br/>
        <w:t>Всі так і замахали на них руками.&lt;br /&gt;</w:t>
        <w:br/>
        <w:t>Пастух&lt;br /&gt;</w:t>
        <w:br/>
        <w:t>...А що хіба? Хто вмер? Чого ви сумні такі? Ну що — вго-&lt;br /&gt;</w:t>
        <w:br/>
        <w:t>щає вином Сковорода?&lt;br /&gt;</w:t>
        <w:br/>
        <w:t>Сковорода&lt;br /&gt;</w:t>
        <w:br/>
        <w:t>О!&lt;br /&gt;</w:t>
        <w:br/>
        <w:t>Та вас уже тут цілий гурт? Я знаю,&lt;br /&gt;</w:t>
        <w:br/>
        <w:t>чого прийшли! Ну-ну! Будь ласка. Знов&lt;br /&gt;</w:t>
        <w:br/>
        <w:t>попосмішіть.&lt;br /&gt;</w:t>
        <w:br/>
        <w:t>Пастух&lt;br /&gt;</w:t>
        <w:br/>
        <w:t>Смішного нічого тут нема. Навпаки — я плачу. Отже,&lt;br /&gt;</w:t>
        <w:br/>
        <w:t>зайшли ми в сей сад. А ніч! А зорі! Травка? Хо-хо! Пане&lt;br /&gt;</w:t>
        <w:br/>
        <w:t>філософе, ти чуєш: як ми твою природу й нескінченність&lt;br /&gt;</w:t>
        <w:br/>
        <w:t>простору по-своєму зрозуміли! Чи не могли ми не впасти&lt;br /&gt;</w:t>
        <w:br/>
        <w:t>у траву? Міркуйте самі.&lt;br /&gt;</w:t>
        <w:br/>
        <w:t>Пастушка&lt;br /&gt;</w:t>
        <w:br/>
        <w:t>Ах!&lt;br /&gt;</w:t>
        <w:br/>
        <w:t>Пастух&lt;br /&gt;</w:t>
        <w:br/>
        <w:t>І я...&lt;br /&gt;</w:t>
        <w:br/>
        <w:t>( схлипуючи)&lt;br /&gt;</w:t>
        <w:br/>
        <w:t>...падєнію подвержен бил... Ох, окаянний я!&lt;br /&gt;</w:t>
        <w:br/>
        <w:t>Пастушка ніжно б'є його по губах.&lt;br /&gt;</w:t>
        <w:br/>
        <w:t>Всі&lt;br /&gt;</w:t>
        <w:br/>
        <w:t>(плещучи в долоні)&lt;br /&gt;</w:t>
        <w:br/>
        <w:t>Ах, яка це витонченість шляхетна! Він навіть у коханні є&lt;br /&gt;</w:t>
        <w:br/>
        <w:t>актор. А все це ти навіяв нам, пане філософе, своїми&lt;br /&gt;</w:t>
        <w:br/>
        <w:t>віршами. Ми тобі вдячні дуже! Пішли танцювати:&lt;br /&gt;</w:t>
        <w:br/>
        <w:t>Казала травка:&lt;br /&gt;</w:t>
        <w:br/>
        <w:t>я тільки травка...&lt;br /&gt;</w:t>
        <w:br/>
        <w:t>Потвора&lt;br /&gt;</w:t>
        <w:br/>
        <w:t>Ну досить! Що п'яні ви — я знаю. Але ми ж умовились —&lt;br /&gt;</w:t>
        <w:br/>
        <w:t>зараз ми Платонові ідеї, забули хіба?&lt;br /&gt;</w:t>
        <w:br/>
        <w:t>Сковорода&lt;br /&gt;</w:t>
        <w:br/>
        <w:t>Платонові ідеї —&lt;br /&gt;</w:t>
        <w:br/>
        <w:t>дотепні — хха? — вони являються&lt;br /&gt;</w:t>
        <w:br/>
        <w:t>якраз тоді, коли я до нового&lt;br /&gt;</w:t>
        <w:br/>
        <w:t>наважуюсь, нового!&lt;br /&gt;</w:t>
        <w:br/>
        <w:t>Осли&lt;br /&gt;</w:t>
        <w:br/>
        <w:t>Двісті раз&lt;br /&gt;</w:t>
        <w:br/>
        <w:t>це чуємо — не залякаєш! Краще&lt;br /&gt;</w:t>
        <w:br/>
        <w:t>посмокчемо давай: краси, душі&lt;br /&gt;</w:t>
        <w:br/>
        <w:t>безсмерті є...&lt;br /&gt;</w:t>
        <w:br/>
        <w:t>Бебехнутись у вічність&lt;br /&gt;</w:t>
        <w:br/>
        <w:t>та ще тоді, коли ти дурень, бевзь,&lt;br /&gt;</w:t>
        <w:br/>
        <w:t>найкраще, брат, на світі!&lt;br /&gt;</w:t>
        <w:br/>
        <w:t>Ми, овечки,&lt;br /&gt;</w:t>
        <w:br/>
        <w:t>не думаєм, а мекекекаєм,&lt;br /&gt;</w:t>
        <w:br/>
        <w:t>та й край. Як хоч, то ми в тобі — багато&lt;br /&gt;</w:t>
        <w:br/>
        <w:t>овечого відкрили, ой бага'І —&lt;br /&gt;</w:t>
        <w:br/>
        <w:t>Так от: рідня ти нам, виходить?&lt;br /&gt;</w:t>
        <w:br/>
        <w:t>Собаки&lt;br /&gt;</w:t>
        <w:br/>
        <w:t>Ходить&lt;br /&gt;</w:t>
        <w:br/>
        <w:t>о те, щоб ти в житті нам підстругав&lt;br /&gt;</w:t>
        <w:br/>
        <w:t>ідилію. До спрощення ж вертайся,&lt;br /&gt;</w:t>
        <w:br/>
        <w:t>до кочових життєвих форм,&lt;br /&gt;</w:t>
        <w:br/>
        <w:t>людей&lt;br /&gt;</w:t>
        <w:br/>
        <w:t>ти уникай, машиноборствуй, з прядки&lt;br /&gt;</w:t>
        <w:br/>
        <w:t>релігію зроби, і кожен смерд&lt;br /&gt;</w:t>
        <w:br/>
        <w:t>хай буде в нас покора, труп ходячий&lt;br /&gt;</w:t>
        <w:br/>
        <w:t>та ще й кріпак. Гляди ж,&lt;br /&gt;</w:t>
        <w:br/>
        <w:t>щоб підстругав,&lt;br /&gt;</w:t>
        <w:br/>
        <w:t>народ загав.&lt;br /&gt;</w:t>
        <w:br/>
        <w:t>Сковорода&lt;br /&gt;</w:t>
        <w:br/>
        <w:t>"Безсмертіє" те слово...&lt;br /&gt;</w:t>
        <w:br/>
        <w:t>"Безсмертіє..." Ой добрі ж ви! Охота&lt;br /&gt;</w:t>
        <w:br/>
        <w:t>поглузувать? Пограть? Минулеє&lt;br /&gt;</w:t>
        <w:br/>
        <w:t>мені в докір поставить? Я ж не вірю,&lt;br /&gt;</w:t>
        <w:br/>
        <w:t>як той Платон...&lt;br /&gt;</w:t>
        <w:br/>
        <w:t>Всі&lt;br /&gt;</w:t>
        <w:br/>
        <w:t>(молитовно захитавшись)&lt;br /&gt;</w:t>
        <w:br/>
        <w:t>...знання — це спогади&lt;br /&gt;</w:t>
        <w:br/>
        <w:t>отих ідей, в які душа вдивлялась&lt;br /&gt;</w:t>
        <w:br/>
        <w:t>перед своїм з'єднанням з тілом, їх&lt;br /&gt;</w:t>
        <w:br/>
        <w:t>зоріючи, безсмертно споглядала&lt;br /&gt;</w:t>
        <w:br/>
        <w:t>саму себе.&lt;br /&gt;</w:t>
        <w:br/>
        <w:t>Сковорода&lt;br /&gt;</w:t>
        <w:br/>
        <w:t>Не вірю я давно&lt;br /&gt;</w:t>
        <w:br/>
        <w:t>цьому, ідіть! (Аж чудно: промовляю&lt;br /&gt;</w:t>
        <w:br/>
        <w:t>одне,— а десь, у дужках, жебонить&lt;br /&gt;</w:t>
        <w:br/>
        <w:t>старе ще.) Ну ж! Збороть усе це треба!&lt;br /&gt;</w:t>
        <w:br/>
        <w:t>Збороть? Нащо?! Візьми алхімію&lt;br /&gt;</w:t>
        <w:br/>
        <w:t>і в ній борись. Метляйся, флогістонствуй,&lt;br /&gt;</w:t>
        <w:br/>
        <w:t>немов жонгльор, перекидайся. От.&lt;br /&gt;</w:t>
        <w:br/>
        <w:t>За якісний, за якісний&lt;br /&gt;</w:t>
        <w:br/>
        <w:t>той спосіб&lt;br /&gt;</w:t>
        <w:br/>
        <w:t>чіпляйся ти, щоб спосіб кількісний&lt;br /&gt;</w:t>
        <w:br/>
        <w:t>не переміг.&lt;br /&gt;</w:t>
        <w:br/>
        <w:t>Сковорода&lt;br /&gt;</w:t>
        <w:br/>
        <w:t>Ого! Та ви, я бачу,&lt;br /&gt;</w:t>
        <w:br/>
        <w:t>й сучасних слів умієте?&lt;br /&gt;</w:t>
        <w:br/>
        <w:t>Потвора&lt;br /&gt;</w:t>
        <w:br/>
        <w:t>А що ж.&lt;br /&gt;</w:t>
        <w:br/>
        <w:t>З Платонових ідей ми відповідно&lt;br /&gt;</w:t>
        <w:br/>
        <w:t>переросли ув інше. Ще вірніш:&lt;br /&gt;</w:t>
        <w:br/>
        <w:t>й не думали переростать. А просто:&lt;br /&gt;</w:t>
        <w:br/>
        <w:t>одбитися од вас ми хочемо.&lt;br /&gt;</w:t>
        <w:br/>
        <w:t>Всі&lt;br /&gt;</w:t>
        <w:br/>
        <w:t>...Яким шляхом? — підмінюючи гасла,&lt;br /&gt;</w:t>
        <w:br/>
        <w:t>фальшуючи, протиставляючи&lt;br /&gt;</w:t>
        <w:br/>
        <w:t>розкритому свободорозумінню&lt;br /&gt;</w:t>
        <w:br/>
        <w:t>стихійне є, своє, притухлеє...&lt;br /&gt;</w:t>
        <w:br/>
        <w:t>Потвора&lt;br /&gt;</w:t>
        <w:br/>
        <w:t>...мов риба. От. Ну, а Платон... Платона&lt;br /&gt;</w:t>
        <w:br/>
        <w:t>ми беремо тому, що комунізм&lt;br /&gt;</w:t>
        <w:br/>
        <w:t>нам не страшний його. В "Державі" власність&lt;br /&gt;</w:t>
        <w:br/>
        <w:t>він визнає? То це ж для нас усе!&lt;br /&gt;</w:t>
        <w:br/>
        <w:t>Сковорода&lt;br /&gt;</w:t>
        <w:br/>
        <w:t>Авжеж, усе — чудесно! Ваша здібність&lt;br /&gt;</w:t>
        <w:br/>
        <w:t>підмінювать, крутить і фальшувать&lt;br /&gt;</w:t>
        <w:br/>
        <w:t>всього мене зачарувала. Хитро ж&lt;br /&gt;</w:t>
        <w:br/>
        <w:t>ви ходите! Ой, підслизаєте&lt;br /&gt;</w:t>
        <w:br/>
        <w:t>лакузно! Все аби когось під'їсти,&lt;br /&gt;</w:t>
        <w:br/>
        <w:t>обджеркати, як гусінь вишню, яд&lt;br /&gt;</w:t>
        <w:br/>
        <w:t>розбризкати вонючий. Хха!&lt;br /&gt;</w:t>
        <w:br/>
        <w:t>Чи вдасться ж&lt;br /&gt;</w:t>
        <w:br/>
        <w:t>вам обдурить голоту? Зразу й я&lt;br /&gt;</w:t>
        <w:br/>
        <w:t>подумав був, що ці потвори — хворість&lt;br /&gt;</w:t>
        <w:br/>
        <w:t>і маячня моїх думок. Тепер&lt;br /&gt;</w:t>
        <w:br/>
        <w:t>я бачу: ні, це справді завітала&lt;br /&gt;</w:t>
        <w:br/>
        <w:t>до мене гарч, що вже которий вік&lt;br /&gt;</w:t>
        <w:br/>
        <w:t>гарчить на нас! Здорові ж будьте, цуци&lt;br /&gt;</w:t>
        <w:br/>
        <w:t>і песики! глибокодумнії&lt;br /&gt;</w:t>
        <w:br/>
        <w:t>овечечки і розумом непишні&lt;br /&gt;</w:t>
        <w:br/>
        <w:t>осли! Цей хід я розумію ваш —&lt;br /&gt;</w:t>
        <w:br/>
        <w:t>останній хід перед сконанням? Що ж ви&lt;br /&gt;</w:t>
        <w:br/>
        <w:t>іще мені розкажете?&lt;br /&gt;</w:t>
        <w:br/>
        <w:t>Слуга&lt;br /&gt;</w:t>
        <w:br/>
        <w:t>(увіходить)&lt;br /&gt;</w:t>
        <w:br/>
        <w:t>З дозволу вельможного докладаю. Карета графині коло&lt;br /&gt;</w:t>
        <w:br/>
        <w:t>брами. Лише у ній всі під'їхали сонні. У декого блювота.&lt;br /&gt;</w:t>
        <w:br/>
        <w:t>Які будуть розпорядження?&lt;br /&gt;</w:t>
        <w:br/>
        <w:t>Потвора&lt;br /&gt;</w:t>
        <w:br/>
        <w:t>І завше цей смерд не те говорить, що треба...&lt;br /&gt;</w:t>
        <w:br/>
        <w:t>Всі&lt;br /&gt;</w:t>
        <w:br/>
        <w:t>Та зникни, не перебивай!&lt;br /&gt;</w:t>
        <w:br/>
        <w:t>(Всі сідають кругом Сковороди, пообвішувались, як&lt;br /&gt;</w:t>
        <w:br/>
        <w:t>виноград, заглядають у книжку, що на столі.)&lt;br /&gt;</w:t>
        <w:br/>
        <w:t>Ломоносов? Ну що ж ти тут вичитав — що хімії потрібен&lt;br /&gt;</w:t>
        <w:br/>
        <w:t>тісний союз з математикою? що хімії потрібен союз з фі-&lt;br /&gt;</w:t>
        <w:br/>
        <w:t>зикою?&lt;br /&gt;</w:t>
        <w:br/>
        <w:t>Слуга&lt;br /&gt;</w:t>
        <w:br/>
        <w:t>...сонні. Це називається — на маскараді побували. Вино їх,&lt;br /&gt;</w:t>
        <w:br/>
        <w:t>бач, розморило, а ще графи, дворяни, незугарні випити,&lt;br /&gt;</w:t>
        <w:br/>
        <w:t>як-то кажуть...&lt;br /&gt;</w:t>
        <w:br/>
        <w:t>Пастух&lt;br /&gt;</w:t>
        <w:br/>
        <w:t>Казала травка?..&lt;br /&gt;</w:t>
        <w:br/>
        <w:t>Потвора&lt;br /&gt;</w:t>
        <w:br/>
        <w:t>Князі,&lt;br /&gt;</w:t>
        <w:br/>
        <w:t>пани й панки перед тобою. Хочеш...&lt;br /&gt;</w:t>
        <w:br/>
        <w:t>(Таємничо.)&lt;br /&gt;</w:t>
        <w:br/>
        <w:t>...із нами йти? Хімічні явища&lt;br /&gt;</w:t>
        <w:br/>
        <w:t>вивчай зовні. Забудь про ясність, точність.&lt;br /&gt;</w:t>
        <w:br/>
        <w:t>А терези, вагу і міру — кинь&lt;br /&gt;</w:t>
        <w:br/>
        <w:t>і потопчи, як ворога! Окремо,&lt;br /&gt;</w:t>
        <w:br/>
        <w:t>не зв'язано з оточенням, з трудом,&lt;br /&gt;</w:t>
        <w:br/>
        <w:t>як щось таке одвічне, самостійне,—&lt;br /&gt;</w:t>
        <w:br/>
        <w:t>ти розглядай також всі явища&lt;br /&gt;</w:t>
        <w:br/>
        <w:t>і с т о р і ї. За це ж тобі в подяку...&lt;br /&gt;</w:t>
        <w:br/>
        <w:t>Всі&lt;br /&gt;</w:t>
        <w:br/>
        <w:t>...нагвинтимо твій мозок: божеством,&lt;br /&gt;</w:t>
        <w:br/>
        <w:t>убожеством, надлюдськістю, гниляччям,&lt;br /&gt;</w:t>
        <w:br/>
        <w:t>підозрінням, самокопаниям! Дух&lt;br /&gt;</w:t>
        <w:br/>
        <w:t>трагічності, "веління" долі,&lt;br /&gt;</w:t>
        <w:br/>
        <w:t>гордість&lt;br /&gt;</w:t>
        <w:br/>
        <w:t>самотності, втікання світу, л і н ь...&lt;br /&gt;</w:t>
        <w:br/>
        <w:t>Потвора&lt;br /&gt;</w:t>
        <w:br/>
        <w:t>Ну що там ще...&lt;br /&gt;</w:t>
        <w:br/>
        <w:t>Практично ж? Любий! Будеш&lt;br /&gt;</w:t>
        <w:br/>
        <w:t>нам обганять під час обіду мух;&lt;br /&gt;</w:t>
        <w:br/>
        <w:t>там цуцика десь поведеш до вітру;&lt;br /&gt;</w:t>
        <w:br/>
        <w:t>там тарілки долижеш, хха! І ми&lt;br /&gt;</w:t>
        <w:br/>
        <w:t>на чорний хід передпокоїв панства&lt;br /&gt;</w:t>
        <w:br/>
        <w:t>дозволимо пройти тобі!&lt;br /&gt;</w:t>
        <w:br/>
        <w:t>Осел&lt;br /&gt;</w:t>
        <w:br/>
        <w:t>Чого ж,&lt;br /&gt;</w:t>
        <w:br/>
        <w:t>і далі ще — до полюбовниць.&lt;br /&gt;</w:t>
        <w:br/>
        <w:t>Пастушка: — Ах!&lt;br /&gt;</w:t>
        <w:br/>
        <w:t>Сковорода&lt;br /&gt;</w:t>
        <w:br/>
        <w:t>Тобто&lt;br /&gt;</w:t>
        <w:br/>
        <w:t>купувте мене?&lt;br /&gt;</w:t>
        <w:br/>
        <w:t>Потвора&lt;br /&gt;</w:t>
        <w:br/>
        <w:t>Ну що ти, що!&lt;br /&gt;</w:t>
        <w:br/>
        <w:t>Та ти ж давно вже наш. (Ну-ну, благавм,&lt;br /&gt;</w:t>
        <w:br/>
        <w:t>не гнівайся.) Ну, хай ти ще й не наш.&lt;br /&gt;</w:t>
        <w:br/>
        <w:t>Всі&lt;br /&gt;</w:t>
        <w:br/>
        <w:t>Вся сіль не в тім. А ось.&lt;br /&gt;</w:t>
        <w:br/>
        <w:t>Що говорити.&lt;br /&gt;</w:t>
        <w:br/>
        <w:t>Потрібно. Нам. Туманами. Збагнув?&lt;br /&gt;</w:t>
        <w:br/>
        <w:t>Що панувать. Потрібно. Нам.&lt;br /&gt;</w:t>
        <w:br/>
        <w:t>Брехнею!&lt;br /&gt;</w:t>
        <w:br/>
        <w:t>Чи зрозумів? (Ні-ні, ти не вставай&lt;br /&gt;</w:t>
        <w:br/>
        <w:t>і не силкуйсь ударить. Ну. Ну сядьмо ж.&lt;br /&gt;</w:t>
        <w:br/>
        <w:t>Та обніми мене. А я тобі&lt;br /&gt;</w:t>
        <w:br/>
        <w:t>щось пошепчу — ось слухай!) Бач. Наука.&lt;br /&gt;</w:t>
        <w:br/>
        <w:t>Пробуджує народ (я говорю&lt;br /&gt;</w:t>
        <w:br/>
        <w:t>за чорний люд, за падло). Й хоч не знає&lt;br /&gt;</w:t>
        <w:br/>
        <w:t>він грамоти, а все ж ми боїмось,&lt;br /&gt;</w:t>
        <w:br/>
        <w:t>що люд... колись... трусне —&lt;br /&gt;</w:t>
        <w:br/>
        <w:t>ти розумієш?&lt;br /&gt;</w:t>
        <w:br/>
        <w:t>(Ні-ні, сиди і не пручайсь.) Так от.&lt;br /&gt;</w:t>
        <w:br/>
        <w:t>Маргграф знайшов у бурякові цукор.&lt;br /&gt;</w:t>
        <w:br/>
        <w:t>Аркрайт довів, що прясти бавовну&lt;br /&gt;</w:t>
        <w:br/>
        <w:t>машиною вже можна. Далі? Кисень&lt;br /&gt;</w:t>
        <w:br/>
        <w:t>Лавуазье от-от нам винайде!&lt;br /&gt;</w:t>
        <w:br/>
        <w:t>Кисень, що перетворює в легенях венозну кров на кров&lt;br /&gt;</w:t>
        <w:br/>
        <w:t>артеріальну.&lt;br /&gt;</w:t>
        <w:br/>
        <w:t>Всі&lt;br /&gt;</w:t>
        <w:br/>
        <w:t>А використання Денисом Папіном пари як механічного&lt;br /&gt;</w:t>
        <w:br/>
        <w:t>двигуна!&lt;br /&gt;</w:t>
        <w:br/>
        <w:t>А Лаксманові відкриття в шкляному вироб-&lt;br /&gt;</w:t>
        <w:br/>
        <w:t>ництві (сульфат!!). А вивчення Товієм Ловіцом явищ&lt;br /&gt;</w:t>
        <w:br/>
        <w:t>штучного холоду!</w:t>
      </w:r>
    </w:p>
    <w:p>
      <w:r>
        <w:br/>
        <w:t>Потвора&lt;br /&gt;</w:t>
        <w:br/>
        <w:t>А будування в Англії вагранок і т. і., і т. і.&lt;br /&gt;</w:t>
        <w:br/>
        <w:t>Ти уявить не можеш, скільки лиха&lt;br /&gt;</w:t>
        <w:br/>
        <w:t>зазнали б ми, коли б оці знання&lt;br /&gt;</w:t>
        <w:br/>
        <w:t>засвоїла ота твоя голота!&lt;br /&gt;</w:t>
        <w:br/>
        <w:t>Вона б зняла нас із висот! Сто сот&lt;br /&gt;</w:t>
        <w:br/>
        <w:t>розніжених дворян чи в силі буде&lt;br /&gt;</w:t>
        <w:br/>
        <w:t>управитись хоча б з одним твоїм&lt;br /&gt;</w:t>
        <w:br/>
        <w:t>тим голяком, коли йому наука&lt;br /&gt;</w:t>
        <w:br/>
        <w:t>відкриється?</w:t>
      </w:r>
    </w:p>
    <w:p>
      <w:r>
        <w:br/>
        <w:t>Всі&lt;br /&gt;</w:t>
        <w:br/>
        <w:t>Отож: закриймо шлях,&lt;br /&gt;</w:t>
        <w:br/>
        <w:t>загаймо шлях бідноті! Присипляймо,&lt;br /&gt;</w:t>
        <w:br/>
        <w:t>приспівуймо: релігія й канчук,&lt;br /&gt;</w:t>
        <w:br/>
        <w:t>релігія й канчук. Побачиш — спокій...</w:t>
      </w:r>
    </w:p>
    <w:p>
      <w:r>
        <w:br/>
        <w:t>З Павло Тичина, т. 4</w:t>
      </w:r>
    </w:p>
    <w:p>
      <w:r>
        <w:br/>
        <w:t>65</w:t>
      </w:r>
    </w:p>
    <w:p>
      <w:r>
        <w:br/>
        <w:t>...і тиша, й мир, благоволєніє&lt;br /&gt;</w:t>
        <w:br/>
        <w:t>настануть скрізь. І ми, сидівши зверху,&lt;br /&gt;</w:t>
        <w:br/>
        <w:t>не втомимось кричати про любов&lt;br /&gt;</w:t>
        <w:br/>
        <w:t>до ближнього чи прославляти&lt;br /&gt;</w:t>
        <w:br/>
        <w:t>правду&lt;br /&gt;</w:t>
        <w:br/>
        <w:t>та і с т и н у, що в них же ми й самі&lt;br /&gt;</w:t>
        <w:br/>
        <w:t>не віримо нітрохи. Ловко?&lt;br /&gt;</w:t>
        <w:br/>
        <w:t>А вигляньте: що там за тупотня у сінях?&lt;br /&gt;</w:t>
        <w:br/>
        <w:t>Отже,&lt;br /&gt;</w:t>
        <w:br/>
        <w:t>до тебе в нас такеє: виправдай&lt;br /&gt;</w:t>
        <w:br/>
        <w:t>і обгрунтуй всі наші спрямування.&lt;br /&gt;</w:t>
        <w:br/>
        <w:t>Полоскочи нам спину й ті місця,&lt;br /&gt;</w:t>
        <w:br/>
        <w:t>що нижче. Ну ж. Побачиш — спокій, тиша&lt;br /&gt;</w:t>
        <w:br/>
        <w:t>настануть скрізь.&lt;br /&gt;</w:t>
        <w:br/>
        <w:t>Сковорода&lt;br /&gt;</w:t>
        <w:br/>
        <w:t>Це все? Чи, може, щ е&lt;br /&gt;</w:t>
        <w:br/>
        <w:t>язик свербить? Тоді, будь ласка, вийте&lt;br /&gt;</w:t>
        <w:br/>
        <w:t>і скальтеся, зубами ляскайте,&lt;br /&gt;</w:t>
        <w:br/>
        <w:t>як ті вовки голодні,— нас ніяк це&lt;br /&gt;</w:t>
        <w:br/>
        <w:t>розчулити не може!&lt;br /&gt;</w:t>
        <w:br/>
        <w:t>Потвора&lt;br /&gt;</w:t>
        <w:br/>
        <w:t>Боїмось,&lt;br /&gt;</w:t>
        <w:br/>
        <w:t>що знов ти нас не зрозумів. Нічого ж&lt;br /&gt;</w:t>
        <w:br/>
        <w:t>не хочемо від тебе. Тільки: будь&lt;br /&gt;</w:t>
        <w:br/>
        <w:t>таким, як був,— п'ять літ тому чи десять,—&lt;br /&gt;</w:t>
        <w:br/>
        <w:t>не відрікайсь старого! Це ж краса —&lt;br /&gt;</w:t>
        <w:br/>
        <w:t>хоч би й оте твоє...&lt;br /&gt;</w:t>
        <w:br/>
        <w:t>Пастух&lt;br /&gt;</w:t>
        <w:br/>
        <w:t>"Казала травка..."?&lt;br /&gt;</w:t>
        <w:br/>
        <w:t>Потвора&lt;br /&gt;</w:t>
        <w:br/>
        <w:t>Та от якраз...&lt;br /&gt;</w:t>
        <w:br/>
        <w:t>У дикім вихорі у ненаситно-блискучім танці влітають Джміль&lt;br /&gt;</w:t>
        <w:br/>
        <w:t>і Метелик.&lt;br /&gt;</w:t>
        <w:br/>
        <w:t>[Джміль і Метелик]&lt;br /&gt;</w:t>
        <w:br/>
        <w:t>На медок лечу —&lt;br /&gt;</w:t>
        <w:br/>
        <w:t>дзінь! цок!</w:t>
      </w:r>
    </w:p>
    <w:p>
      <w:r>
        <w:br/>
        <w:t>Чаркою бренчу —&lt;br /&gt;</w:t>
        <w:br/>
        <w:t>дзінь! цок!&lt;br /&gt;</w:t>
        <w:br/>
        <w:t>З вами чок! з ними чок!&lt;br /&gt;</w:t>
        <w:br/>
        <w:t>В легкім танці закручуся,&lt;br /&gt;</w:t>
        <w:br/>
        <w:t>я метеличок,&lt;br /&gt;</w:t>
        <w:br/>
        <w:t>я метеличок.&lt;br /&gt;</w:t>
        <w:br/>
        <w:t>Мужиче життя —&lt;br /&gt;</w:t>
        <w:br/>
        <w:t>фе! бриль!&lt;br /&gt;</w:t>
        <w:br/>
        <w:t>Ні сну, ні пиття —&lt;br /&gt;</w:t>
        <w:br/>
        <w:t>фе! бриль!&lt;br /&gt;</w:t>
        <w:br/>
        <w:t>Де тарель, де таріль —&lt;br /&gt;</w:t>
        <w:br/>
        <w:t>Джміль за всіх там соки тягне —&lt;br /&gt;</w:t>
        <w:br/>
        <w:t>dansons un quadrille! 1&lt;br /&gt;</w:t>
        <w:br/>
        <w:t>Dansons un quadrille!&lt;br /&gt;</w:t>
        <w:br/>
        <w:t>Свій народ в краю —&lt;br /&gt;</w:t>
        <w:br/>
        <w:t>цок! брязь! —&lt;br /&gt;</w:t>
        <w:br/>
        <w:t>кров'ю напою —&lt;br /&gt;</w:t>
        <w:br/>
        <w:t>цок! брязь! —&lt;br /&gt;</w:t>
        <w:br/>
        <w:t>Як не князь — в лице грязь —&lt;br /&gt;</w:t>
        <w:br/>
        <w:t>з канчуками скрізь полюю&lt;br /&gt;</w:t>
        <w:br/>
        <w:t>над Європою,&lt;br /&gt;</w:t>
        <w:br/>
        <w:t>за Європою.&lt;br /&gt;</w:t>
        <w:br/>
        <w:t>Потвора&lt;br /&gt;</w:t>
        <w:br/>
        <w:t>(до Сковороди)&lt;br /&gt;</w:t>
        <w:br/>
        <w:t>...релігія й канчук,&lt;br /&gt;</w:t>
        <w:br/>
        <w:t>релігія й канчук — що може бути&lt;br /&gt;</w:t>
        <w:br/>
        <w:t>солодшого!&lt;br /&gt;</w:t>
        <w:br/>
        <w:t>Джміль і Метелик&lt;br /&gt;</w:t>
        <w:br/>
        <w:t>1 Танцюймо кадриль! (франц.) — Ред.&lt;br /&gt;</w:t>
        <w:br/>
        <w:t>З* 67&lt;br /&gt;</w:t>
        <w:br/>
        <w:t>Жніте, женчики,—&lt;br /&gt;</w:t>
        <w:br/>
        <w:t>бо! вб'ю!&lt;br /&gt;</w:t>
        <w:br/>
        <w:t>Тень, поденчики,—&lt;br /&gt;</w:t>
        <w:br/>
        <w:t>бо! вб'ю!&lt;br /&gt;</w:t>
        <w:br/>
        <w:t>Ви ж, отці,— жніть кінці —&lt;br /&gt;</w:t>
        <w:br/>
        <w:t>моліть бога, лепечіте,&lt;br /&gt;</w:t>
        <w:br/>
        <w:t>чорні ченчики,&lt;br /&gt;</w:t>
        <w:br/>
        <w:t>чорні ченчики.</w:t>
      </w:r>
    </w:p>
    <w:p>
      <w:r>
        <w:br/>
        <w:t>Жить нам без раба —&lt;br /&gt;</w:t>
        <w:br/>
        <w:t>ой! жаль!&lt;br /&gt;</w:t>
        <w:br/>
        <w:t>Хоч нас він руба —&lt;br /&gt;</w:t>
        <w:br/>
        <w:t>ой! жаль!&lt;br /&gt;</w:t>
        <w:br/>
        <w:t>Хоч на те — ще й змете,&lt;br /&gt;</w:t>
        <w:br/>
        <w:t>ще й на камінь кине-змеле&lt;br /&gt;</w:t>
        <w:br/>
        <w:t>панство золоте,&lt;br /&gt;</w:t>
        <w:br/>
        <w:t>панство золоте.&lt;br /&gt;</w:t>
        <w:br/>
        <w:t>Гей, панове, грай —&lt;br /&gt;</w:t>
        <w:br/>
        <w:t>дзінь! цок!&lt;br /&gt;</w:t>
        <w:br/>
        <w:t>Вже прийшов нам край —&lt;br /&gt;</w:t>
        <w:br/>
        <w:t>дзінь! цок!&lt;br /&gt;</w:t>
        <w:br/>
        <w:t>З вами чок! З ними чок!&lt;br /&gt;</w:t>
        <w:br/>
        <w:t>Хоч посліднє погуляєм,&lt;br /&gt;</w:t>
        <w:br/>
        <w:t>як метеличок,&lt;br /&gt;</w:t>
        <w:br/>
        <w:t>як метеличок.&lt;br /&gt;</w:t>
        <w:br/>
        <w:t>Всі плещуть у долоні. Ноги ніяк їм не стоять на місці, бо й справ-&lt;br /&gt;</w:t>
        <w:br/>
        <w:t>ді ж як це чудесно виходить:&lt;br /&gt;</w:t>
        <w:br/>
        <w:t>Dansons un quadrille!&lt;br /&gt;</w:t>
        <w:br/>
        <w:t>Dansons un quadrille!&lt;br /&gt;</w:t>
        <w:br/>
        <w:t>Сковорода&lt;br /&gt;</w:t>
        <w:br/>
        <w:t>Дурієте! Але&lt;br /&gt;</w:t>
        <w:br/>
        <w:t>до чого тут моє: "Казала травка..."?&lt;br /&gt;</w:t>
        <w:br/>
        <w:t>Метелик&lt;br /&gt;</w:t>
        <w:br/>
        <w:t>Ой упаду: втомилась я. Пробачте, пане філософе, ми з вами&lt;br /&gt;</w:t>
        <w:br/>
        <w:t>ще не вітались.&lt;br /&gt;</w:t>
        <w:br/>
        <w:t>(І зараз же до нього повертається спиною.)&lt;br /&gt;</w:t>
        <w:br/>
        <w:t>Джміль&lt;br /&gt;</w:t>
        <w:br/>
        <w:t>(до своїх)&lt;br /&gt;</w:t>
        <w:br/>
        <w:t>Ви розумієте, панове? На нашій путі якась була постала&lt;br /&gt;</w:t>
        <w:br/>
        <w:t>перепона, і ми, поки карета об'їздила...&lt;br /&gt;</w:t>
        <w:br/>
        <w:t>Осел і Пастух&lt;br /&gt;</w:t>
        <w:br/>
        <w:t>Що? Забігли, мо' в сад? Упали в траву? Ах, вічно ця&lt;br /&gt;</w:t>
        <w:br/>
        <w:t>травка!..&lt;br /&gt;</w:t>
        <w:br/>
        <w:t>Метелик&lt;br /&gt;</w:t>
        <w:br/>
        <w:t>А ви звідки знаєте?&lt;br /&gt;</w:t>
        <w:br/>
        <w:t>Хо-хо!&lt;br /&gt;</w:t>
        <w:br/>
        <w:t>Dansons un quadrille!&lt;br /&gt;</w:t>
        <w:br/>
        <w:t>Dansons un quadrille!&lt;br /&gt;</w:t>
        <w:br/>
        <w:t>Потвора&lt;br /&gt;</w:t>
        <w:br/>
        <w:t>A що ж. І добре робите.&lt;br /&gt;</w:t>
        <w:br/>
        <w:t>Передчуття кінця і смерті владно&lt;br /&gt;</w:t>
        <w:br/>
        <w:t>диктує нам: шукаймо насолод,&lt;br /&gt;</w:t>
        <w:br/>
        <w:t>переживань, безумств і чаду! Запах&lt;br /&gt;</w:t>
        <w:br/>
        <w:t>трухляччини найкращий над усі —&lt;br /&gt;</w:t>
        <w:br/>
        <w:t>тож запах цей вдихаймо. Скрізь! У всьому!&lt;br /&gt;</w:t>
        <w:br/>
        <w:t>А не лише в коханні.&lt;br /&gt;</w:t>
        <w:br/>
        <w:t>(Підкреслено, до Сковороди.)&lt;br /&gt;</w:t>
        <w:br/>
        <w:t>Отже. Ми.&lt;br /&gt;</w:t>
        <w:br/>
        <w:t>Той трухлий дух зачувши коло себе,&lt;br /&gt;</w:t>
        <w:br/>
        <w:t>не можемо не танцювать! Ану,&lt;br /&gt;</w:t>
        <w:br/>
        <w:t>Метелику, почнім. Зробімо ласку&lt;br /&gt;</w:t>
        <w:br/>
        <w:t>філософу — і власний твір його,—&lt;br /&gt;</w:t>
        <w:br/>
        <w:t>як на столі анатомічнім,— в танці&lt;br /&gt;</w:t>
        <w:br/>
        <w:t>розгляньмо тут.&lt;br /&gt;</w:t>
        <w:br/>
        <w:t>Метелик&lt;br /&gt;</w:t>
        <w:br/>
        <w:t>( танцює )&lt;br /&gt;</w:t>
        <w:br/>
        <w:t>Казала травка&lt;br /&gt;</w:t>
        <w:br/>
        <w:t>я тільки травка&lt;br /&gt;</w:t>
        <w:br/>
        <w:t>а що ж зроблю я&lt;br /&gt;</w:t>
        <w:br/>
        <w:t>коли все кров&lt;br /&gt;</w:t>
        <w:br/>
        <w:t>Всі&lt;br /&gt;</w:t>
        <w:br/>
        <w:t>Казало сонце&lt;br /&gt;</w:t>
        <w:br/>
        <w:t>дивись на сонце&lt;br /&gt;</w:t>
        <w:br/>
        <w:t>мільярди в землю&lt;br /&gt;</w:t>
        <w:br/>
        <w:t>від нього струн&lt;br /&gt;</w:t>
        <w:br/>
        <w:t>В нім кожна квітка&lt;br /&gt;</w:t>
        <w:br/>
        <w:t>і кожна...&lt;br /&gt;</w:t>
        <w:br/>
        <w:t>Потвора&lt;br /&gt;</w:t>
        <w:br/>
        <w:t>Чи пізнаєш своє&lt;br /&gt;</w:t>
        <w:br/>
        <w:t>писаннячко? Тут в с е ж сюди улізе:&lt;br /&gt;</w:t>
        <w:br/>
        <w:t>нероблення і пантеїзм, печаль</w:t>
      </w:r>
    </w:p>
    <w:p>
      <w:r>
        <w:br/>
        <w:t>космічності і страх перед війною.&lt;br /&gt;</w:t>
        <w:br/>
        <w:t>А головне, що так і чується:&lt;br /&gt;</w:t>
        <w:br/>
        <w:t>сам бог держить закони на долоні,&lt;br /&gt;</w:t>
        <w:br/>
        <w:t>і всесвіт наш — найкращий із світів.&lt;br /&gt;</w:t>
        <w:br/>
        <w:t>Ти не схибнув: такого нам і треба.&lt;br /&gt;</w:t>
        <w:br/>
        <w:t>Сковорода&lt;br /&gt;</w:t>
        <w:br/>
        <w:t>Замовкнете?&lt;br /&gt;</w:t>
        <w:br/>
        <w:t>Потвора&lt;br /&gt;</w:t>
        <w:br/>
        <w:t>Чого б же нам мовчать?&lt;br /&gt;</w:t>
        <w:br/>
        <w:t>Ми знаємо, що нам потрібна сила&lt;br /&gt;</w:t>
        <w:br/>
        <w:t>й що т и для нас... ну, як би тут сказать?..&lt;br /&gt;</w:t>
        <w:br/>
        <w:t>Всі&lt;br /&gt;</w:t>
        <w:br/>
        <w:t>(з новим сарказмом)&lt;br /&gt;</w:t>
        <w:br/>
        <w:t>В нім кожна квітка&lt;br /&gt;</w:t>
        <w:br/>
        <w:t>і кожна скеля&lt;br /&gt;</w:t>
        <w:br/>
        <w:t>і кожна рана&lt;br /&gt;</w:t>
        <w:br/>
        <w:t>і кожна смерть&lt;br /&gt;</w:t>
        <w:br/>
        <w:t>одно одвеснить&lt;br /&gt;</w:t>
        <w:br/>
        <w:t>друге веслує&lt;br /&gt;</w:t>
        <w:br/>
        <w:t>А все як в морі&lt;br /&gt;</w:t>
        <w:br/>
        <w:t>прибій-бій&lt;br /&gt;</w:t>
        <w:br/>
        <w:t>Потвора&lt;br /&gt;</w:t>
        <w:br/>
        <w:t>Ну що, скажіть, хіба це не блискуче&lt;br /&gt;</w:t>
        <w:br/>
        <w:t>поєднання революційності&lt;br /&gt;</w:t>
        <w:br/>
        <w:t>у вислові — з релігією серця&lt;br /&gt;</w:t>
        <w:br/>
        <w:t>чи мрійництвом, що їх ми сіємо&lt;br /&gt;</w:t>
        <w:br/>
        <w:t>по всіх кутках та суточках з метою&lt;br /&gt;</w:t>
        <w:br/>
        <w:t>перехитрить голодні вибухи&lt;br /&gt;</w:t>
        <w:br/>
        <w:t>і зрушення голоти! Що ж, осанна&lt;br /&gt;</w:t>
        <w:br/>
        <w:t>премудрому! Та уклонімося ж&lt;br /&gt;</w:t>
        <w:br/>
        <w:t>пророкові,— признаймося до нього&lt;br /&gt;</w:t>
        <w:br/>
        <w:t>як до співця найтонших відчувань,&lt;br /&gt;</w:t>
        <w:br/>
        <w:t>туманності, самотності й печалі:&lt;br /&gt;</w:t>
        <w:br/>
        <w:t>таким тебе ми визнаєм, таким&lt;br /&gt;</w:t>
        <w:br/>
        <w:t>бажаємо тебе і прагнем,— згода ж?!&lt;br /&gt;</w:t>
        <w:br/>
        <w:t>Ну, ось моя рука,— чого ж мовчиш? —&lt;br /&gt;</w:t>
        <w:br/>
        <w:t>чи, може, ждеш? Якраз нема ж мазила&lt;br /&gt;</w:t>
        <w:br/>
        <w:t>у мене (глянь: сама лиш мідь), а то б</w:t>
      </w:r>
    </w:p>
    <w:p>
      <w:r>
        <w:br/>
        <w:t>завдаточок як-га я тут відсипав&lt;br /&gt;</w:t>
        <w:br/>
        <w:t>у золоті! Та не турбуйсь,— скажи,&lt;br /&gt;</w:t>
        <w:br/>
        <w:t>чи згоден.&lt;br /&gt;</w:t>
        <w:br/>
        <w:t>(До своїх.)&lt;br /&gt;</w:t>
        <w:br/>
        <w:t>Слуго! Вже час нам їхати!&lt;br /&gt;</w:t>
        <w:br/>
        <w:t>Всі&lt;br /&gt;</w:t>
        <w:br/>
        <w:t>Ну ж! Скажи, скажи, не гайся,&lt;br /&gt;</w:t>
        <w:br/>
        <w:t>підсолоди язик!&lt;br /&gt;</w:t>
        <w:br/>
        <w:t>Слуга&lt;br /&gt;</w:t>
        <w:br/>
        <w:t>(увіходить)&lt;br /&gt;</w:t>
        <w:br/>
        <w:t>Коні, обпоєні горілкою, не стоять на місці, і всі карети&lt;br /&gt;</w:t>
        <w:br/>
        <w:t>повалялись, побились.&lt;br /&gt;</w:t>
        <w:br/>
        <w:t>Та не встиг слуга цих слів промовити, як у голову полетіла йому&lt;br /&gt;</w:t>
        <w:br/>
        <w:t>книжка, а слідом за слугою кинулися собаки.&lt;br /&gt;</w:t>
        <w:br/>
        <w:t>Всі&lt;br /&gt;</w:t>
        <w:br/>
        <w:t>Добре, що втік, а то б... смерд проклятий!&lt;br /&gt;</w:t>
        <w:br/>
        <w:t>Сковорода скипів. Але стримавсь поки що. Говорить спочатку&lt;br /&gt;</w:t>
        <w:br/>
        <w:t>скороговіркою, як ясенок у бурю. Чимдалі ж голос його росте і сам&lt;br /&gt;</w:t>
        <w:br/>
        <w:t>він випростується і рветься,—бурхає в просторах, мов буря над&lt;br /&gt;</w:t>
        <w:br/>
        <w:t>непомітними внизу десь ясенами.&lt;br /&gt;</w:t>
        <w:br/>
        <w:t>Сковорода&lt;br /&gt;</w:t>
        <w:br/>
        <w:t>...Ну от. А ти ще думав з зажерами сумирно жити. А ти&lt;br /&gt;</w:t>
        <w:br/>
        <w:t>вимріював, що з ними можна буде якось помиритись. Не-&lt;br /&gt;</w:t>
        <w:br/>
        <w:t>мовби їх не знав. Не чув. Не розсотував, як ту ганчірку&lt;br /&gt;</w:t>
        <w:br/>
        <w:t>драну. О! ти тільки попусти, послаб свою увагу — і вже...&lt;br /&gt;</w:t>
        <w:br/>
        <w:t>Сторож надворі калатає.&lt;br /&gt;</w:t>
        <w:br/>
        <w:t>...Ізнов. Пани.&lt;br /&gt;</w:t>
        <w:br/>
        <w:t>Закріпостять. Ізнов, обжершись крові&lt;br /&gt;</w:t>
        <w:br/>
        <w:t>народної: а кру! — закрукають:&lt;br /&gt;</w:t>
        <w:br/>
        <w:t>а кров! а крів! — посиль сосальце! — виссем&lt;br /&gt;</w:t>
        <w:br/>
        <w:t>і землю всю — і сіль, і мінерал —&lt;br /&gt;</w:t>
        <w:br/>
        <w:t>приспівуйте, попи, хорал! — і люди&lt;br /&gt;</w:t>
        <w:br/>
        <w:t>одурені погнуться.&lt;br /&gt;</w:t>
        <w:br/>
        <w:t>Всі&lt;br /&gt;</w:t>
        <w:br/>
        <w:t>( театралізуючи )&lt;br /&gt;</w:t>
        <w:br/>
        <w:t>Гнуться...&lt;br /&gt;</w:t>
        <w:br/>
        <w:t>Сковорода&lt;br /&gt;</w:t>
        <w:br/>
        <w:t>Що?&lt;br /&gt;</w:t>
        <w:br/>
        <w:t>Сміюся я! А хто ж їм каже гнутись,&lt;br /&gt;</w:t>
        <w:br/>
        <w:t>коли самі того не хочуть? Встать&lt;br /&gt;</w:t>
        <w:br/>
        <w:t>повинні всі і струсонуть панами!&lt;br /&gt;</w:t>
        <w:br/>
        <w:t>Устать, звалить всі тами,— вщент! до дна! —&lt;br /&gt;</w:t>
        <w:br/>
        <w:t>щоб аж луна, щоб аж луна світами,&lt;br /&gt;</w:t>
        <w:br/>
        <w:t>турнувши трон, ламалася на ся,&lt;br /&gt;</w:t>
        <w:br/>
        <w:t>глумилася...&lt;br /&gt;</w:t>
        <w:br/>
        <w:t>Всі&lt;br /&gt;</w:t>
        <w:br/>
        <w:t>Ви чуєте? — звалити&lt;br /&gt;</w:t>
        <w:br/>
        <w:t>дворянство, [та] ще й трон цариці — га!&lt;br /&gt;</w:t>
        <w:br/>
        <w:t>Ви чуєте?&lt;br /&gt;</w:t>
        <w:br/>
        <w:t>Потвора&lt;br /&gt;</w:t>
        <w:br/>
        <w:t>Чого ж кричать?! Філософ&lt;br /&gt;</w:t>
        <w:br/>
        <w:t>перестудивсь — того й виказує&lt;br /&gt;</w:t>
        <w:br/>
        <w:t>невстрійливе таке. Ось тихо! Годі!&lt;br /&gt;</w:t>
        <w:br/>
        <w:t>Попробуєм ладком, уїдливо,&lt;br /&gt;</w:t>
        <w:br/>
        <w:t>коханенько.&lt;br /&gt;</w:t>
        <w:br/>
        <w:t>(До Сковороди.)&lt;br /&gt;</w:t>
        <w:br/>
        <w:t>Хм. Хто їм каже гнутись?&lt;br /&gt;</w:t>
        <w:br/>
        <w:t>Та сам же ти, що ткнув їм б і б л і ю,&lt;br /&gt;</w:t>
        <w:br/>
        <w:t>спасибі, хха? — Та сам же ти, що м р і я в&lt;br /&gt;</w:t>
        <w:br/>
        <w:t>наукою про щастя — тим глевким&lt;br /&gt;</w:t>
        <w:br/>
        <w:t>"пізнай себе самого"... Що, піймався?&lt;br /&gt;</w:t>
        <w:br/>
        <w:t>Тепер вже ти не викрутишся, ні!&lt;br /&gt;</w:t>
        <w:br/>
        <w:t>Осли&lt;br /&gt;</w:t>
        <w:br/>
        <w:t>Тепер вже ти не викрутишся!&lt;br /&gt;</w:t>
        <w:br/>
        <w:t>Потвора&lt;br /&gt;</w:t>
        <w:br/>
        <w:t>Згодься:&lt;br /&gt;</w:t>
        <w:br/>
        <w:t>тепер тобі лишилося одне —&lt;br /&gt;</w:t>
        <w:br/>
        <w:t>із нами йти в криву, в криваву,&lt;br /&gt;</w:t>
        <w:br/>
        <w:t>але не так, як в У...&lt;br /&gt;</w:t>
        <w:br/>
        <w:t>Собаки&lt;br /&gt;</w:t>
        <w:br/>
        <w:t>(впадаючи в тон)&lt;br /&gt;</w:t>
        <w:br/>
        <w:t>...ба ні, не так,&lt;br /&gt;</w:t>
        <w:br/>
        <w:t>як в У — авву! ув Умані ж дворянства&lt;br /&gt;</w:t>
        <w:br/>
        <w:t>погинуло! — загинуло, авву!&lt;br /&gt;</w:t>
        <w:br/>
        <w:t>Та цитьте-бо, не вийте! Ніч. Тут же ось —&lt;br /&gt;</w:t>
        <w:br/>
        <w:t>ще збудите...&lt;br /&gt;</w:t>
        <w:br/>
        <w:t>Чернець на лаві й справді немовби ворухнувсь. Усі принишкли.&lt;br /&gt;</w:t>
        <w:br/>
        <w:t>Та ні. Спить як убитий... І знову: одні в танець, другі в талакання&lt;br /&gt;</w:t>
        <w:br/>
        <w:t>поміж собою, в залицяння. Тільки собаки не можуть заспокоїтись&lt;br /&gt;</w:t>
        <w:br/>
        <w:t>ніяк. Вони спочатку тихо, а далі голосніше — попідіймали морди&lt;br /&gt;</w:t>
        <w:br/>
        <w:t>й виють гойдаючись.&lt;br /&gt;</w:t>
        <w:br/>
        <w:t>Собаки&lt;br /&gt;</w:t>
        <w:br/>
        <w:t>Гойда, гойда, а в У-&lt;br /&gt;</w:t>
        <w:br/>
        <w:t>мані біда! від кроводу, від даву —&lt;br /&gt;</w:t>
        <w:br/>
        <w:t>а в Умані бунтує чернь, а в У-&lt;br /&gt;</w:t>
        <w:br/>
        <w:t>мані тече! там злидарі злид'... ау —&lt;br /&gt;</w:t>
        <w:br/>
        <w:t>а в Умані, авву (від даву), аву...&lt;br /&gt;</w:t>
        <w:br/>
        <w:t>Тиша. А в тиші тій чути, як десь далеко теж собаки підскугилюють.&lt;br /&gt;</w:t>
        <w:br/>
        <w:t>Пастушка&lt;br /&gt;</w:t>
        <w:br/>
        <w:t>Ах?&lt;br /&gt;</w:t>
        <w:br/>
        <w:t>Усі&lt;br /&gt;</w:t>
        <w:br/>
        <w:t>Тс!..&lt;br /&gt;</w:t>
        <w:br/>
        <w:t>(Один до одного шепочуть.)&lt;br /&gt;</w:t>
        <w:br/>
        <w:t>Нарешті, діждали ми, нарешті! Чуєте? Ми ж не самі&lt;br /&gt;</w:t>
        <w:br/>
        <w:t>тепер! Нарешті! Даваймо ж думать про одне, силою уяви&lt;br /&gt;</w:t>
        <w:br/>
        <w:t>перенесімось в наше царство, побудемо в ньому, побачимо.&lt;br /&gt;</w:t>
        <w:br/>
        <w:t>Ну?&lt;br /&gt;</w:t>
        <w:br/>
        <w:t>(Збиваються докупи.)&lt;br /&gt;</w:t>
        <w:br/>
        <w:t>Собаки&lt;br /&gt;</w:t>
        <w:br/>
        <w:t>Гойда, гойда! А в Умані біда!..&lt;br /&gt;</w:t>
        <w:br/>
        <w:t>І враз змінилось все. Це вже не келія, а поле. Ніч. Місяць, як бог&lt;br /&gt;</w:t>
        <w:br/>
        <w:t>після похмілля. До нього собаки виють. Виють тонко — прислуха-&lt;br /&gt;</w:t>
        <w:br/>
        <w:t>ються. І їм підскугилюють собаки всього світу. Собаки всього світу.&lt;br /&gt;</w:t>
        <w:br/>
        <w:t>Голос Сковороди&lt;br /&gt;</w:t>
        <w:br/>
        <w:t>Що діється — скажіть! Чи сплю я? Умань тут хтось&lt;br /&gt;</w:t>
        <w:br/>
        <w:t>кричав? А як це розуміть— і де я сам?&lt;br /&gt;</w:t>
        <w:br/>
        <w:t>Місяць — як бог після похмілля. Генеральські ордени, наплічники&lt;br /&gt;</w:t>
        <w:br/>
        <w:t>чи щось подібне. З одного боку ангели канчук в руках перед ним&lt;br /&gt;</w:t>
        <w:br/>
        <w:t>тримають, як корогву, а з другого — архангели підтримують макіт-&lt;br /&gt;</w:t>
        <w:br/>
        <w:t>РУ з солоними огірками, якими бог іноді закусюв, одригнувпги.&lt;br /&gt;</w:t>
        <w:br/>
        <w:t>Корона йому з'їхала на потилицю, і сам він спітнів увесь, ніяк&lt;br /&gt;</w:t>
        <w:br/>
        <w:t>не оддишеться. Він тільки чухає щось у бороді; одним оком погля-&lt;br /&gt;</w:t>
        <w:br/>
        <w:t>дав униз, блаженно усміхається: чую, дітки, бачу. Бога свого не&lt;br /&gt;</w:t>
        <w:br/>
        <w:t>забуваєте. Царів почитуєте. Раба підстьобуєте, щоб не лінувався.&lt;br /&gt;</w:t>
        <w:br/>
        <w:t>Аякже, дітки, похвально, панове мої, похвально. До янголів: "Де&lt;br /&gt;</w:t>
        <w:br/>
        <w:t>книга?" Янголи йому книгу розкривають, яку голосно він читає:&lt;br /&gt;</w:t>
        <w:br/>
        <w:t>— Панове мої! Ну, чого ж замовкли? Ви ж найкращі знавці музич-&lt;br /&gt;</w:t>
        <w:br/>
        <w:t>них знаків, фіт і кобил, ану розкрийте ноти.&lt;br /&gt;</w:t>
        <w:br/>
        <w:t>(Ангели співають:&lt;br /&gt;</w:t>
        <w:br/>
        <w:t>Но ми, братіє, крикнем&lt;br /&gt;</w:t>
        <w:br/>
        <w:t>всі бога согласно&lt;br /&gt;</w:t>
        <w:br/>
        <w:t>кобилами і фітами&lt;br /&gt;</w:t>
        <w:br/>
        <w:t>всем било би ужасно.)&lt;br /&gt;</w:t>
        <w:br/>
        <w:t>Під цей спів архангели дрібушки витанцьовують. А бог тільки&lt;br /&gt;</w:t>
        <w:br/>
        <w:t>одригує. Унизу ж на землі — собаки. Попідіймали морди вгору&lt;br /&gt;</w:t>
        <w:br/>
        <w:t>й виють. Скептично, тонко, схоластично. І їм підскугилюють собаки&lt;br /&gt;</w:t>
        <w:br/>
        <w:t>всього світу. Собаки всього світу.&lt;br /&gt;</w:t>
        <w:br/>
        <w:t>Шепоти&lt;br /&gt;</w:t>
        <w:br/>
        <w:t>Ой боже мій, ну цитьте ж. Нехай хоч мить побудемо щас-&lt;br /&gt;</w:t>
        <w:br/>
        <w:t>ливі. Діждалися ж, нарешті!&lt;br /&gt;</w:t>
        <w:br/>
        <w:t>Голос Сковороди&lt;br /&gt;</w:t>
        <w:br/>
        <w:t>А! Чернь! "Бунтує чернь",— усе кричали (на злидарів це&lt;br /&gt;</w:t>
        <w:br/>
        <w:t>так?). Чекай, я щось уже збагнув — Максим!&lt;br /&gt;</w:t>
        <w:br/>
        <w:t>І раптом сміх лунає — громоподібний, разючий сміх Сковороди.&lt;br /&gt;</w:t>
        <w:br/>
        <w:t>То ж Залізняк Максим такого утяв їм в Умані. Що? не&lt;br /&gt;</w:t>
        <w:br/>
        <w:t>сподобалося, ні?&lt;br /&gt;</w:t>
        <w:br/>
        <w:t>Огірки розкотились.&lt;br /&gt;</w:t>
        <w:br/>
        <w:t>Місяць губи збрижив.&lt;br /&gt;</w:t>
        <w:br/>
        <w:t>Картина зникла.&lt;br /&gt;</w:t>
        <w:br/>
        <w:t>Потвора&lt;br /&gt;</w:t>
        <w:br/>
        <w:t>Прокляття! Де ж та мрія,&lt;br /&gt;</w:t>
        <w:br/>
        <w:t>що ми вже в ній жили? Де царство псів,&lt;br /&gt;</w:t>
        <w:br/>
        <w:t>союз собак, всесвітня спілка звіра,&lt;br /&gt;</w:t>
        <w:br/>
        <w:t>що близько так була з'явилась? Ти!&lt;br /&gt;</w:t>
        <w:br/>
        <w:t>Чого тобі так смішно? Бачиш: пальці&lt;br /&gt;</w:t>
        <w:br/>
        <w:t>гризу! Ладен з досади покусать&lt;br /&gt;</w:t>
        <w:br/>
        <w:t>і світ увесь.&lt;br /&gt;</w:t>
        <w:br/>
        <w:t>(Заходячись риданнями.)&lt;br /&gt;</w:t>
        <w:br/>
        <w:t>Печаль...&lt;br /&gt;</w:t>
        <w:br/>
        <w:t>Осли&lt;br /&gt;</w:t>
        <w:br/>
        <w:t>(підхлипуючи)&lt;br /&gt;</w:t>
        <w:br/>
        <w:t>Печаль!&lt;br /&gt;</w:t>
        <w:br/>
        <w:t>Найтяжча,&lt;br /&gt;</w:t>
        <w:br/>
        <w:t>якої ще не зазнавав! Тебе...&lt;br /&gt;</w:t>
        <w:br/>
        <w:t>Овечки&lt;br /&gt;</w:t>
        <w:br/>
        <w:t>Ббе-е!&lt;br /&gt;</w:t>
        <w:br/>
        <w:t>Потвора&lt;br /&gt;</w:t>
        <w:br/>
        <w:t>Тебе, печаль, солодка мріє,&lt;br /&gt;</w:t>
        <w:br/>
        <w:t>благаємо: не муч! О де ж той гафт...&lt;br /&gt;</w:t>
        <w:br/>
        <w:t>Собаки&lt;br /&gt;</w:t>
        <w:br/>
        <w:t>Гафт! гафт!&lt;br /&gt;</w:t>
        <w:br/>
        <w:t>Осли&lt;br /&gt;</w:t>
        <w:br/>
        <w:t>Той шлях гаптований, що в царство&lt;br /&gt;</w:t>
        <w:br/>
        <w:t>котитись нам по ньому, як м'ячу!&lt;br /&gt;</w:t>
        <w:br/>
        <w:t>Сковорода&lt;br /&gt;</w:t>
        <w:br/>
        <w:t>Ой регочу! Ой регочу! Який же&lt;br /&gt;</w:t>
        <w:br/>
        <w:t>щасливий я, що маю честь вітать&lt;br /&gt;</w:t>
        <w:br/>
        <w:t>таких гостей! Здорові будьте, цуци&lt;br /&gt;</w:t>
        <w:br/>
        <w:t>і песики, глибокодумнії&lt;br /&gt;</w:t>
        <w:br/>
        <w:t>овечечки і розумом непишні&lt;br /&gt;</w:t>
        <w:br/>
        <w:t>осли! Пождіть, не так ще пальчики&lt;br /&gt;</w:t>
        <w:br/>
        <w:t>загризете, здихаючи!&lt;br /&gt;</w:t>
        <w:br/>
        <w:t>Осли&lt;br /&gt;</w:t>
        <w:br/>
        <w:t>Що ти сказав?&lt;br /&gt;</w:t>
        <w:br/>
        <w:t>Загрозливо підходять. Але всіх їх зупинив рукою Потвора. Він і до-&lt;br /&gt;</w:t>
        <w:br/>
        <w:t>сі ще одну свою руку тримає коло рота, хоч він її не кусає вже,&lt;br /&gt;</w:t>
        <w:br/>
        <w:t>а тільки безсило, заплющивши очі, мотає головою. Розкритий рот&lt;br /&gt;</w:t>
        <w:br/>
        <w:t>від болю закритися не може, і Потвора, як тая гуска, здавлена за&lt;br /&gt;</w:t>
        <w:br/>
        <w:t>шию, когось вкусити хоче, а не вкусить.&lt;br /&gt;</w:t>
        <w:br/>
        <w:t>Потвора&lt;br /&gt;</w:t>
        <w:br/>
        <w:t>Чекайте.&lt;br /&gt;</w:t>
        <w:br/>
        <w:t>Не в нім тут річ. Самі ж ми винні. Я&lt;br /&gt;</w:t>
        <w:br/>
        <w:t>(аж соромно), я сам, як та дитина,&lt;br /&gt;</w:t>
        <w:br/>
        <w:t>розчулився, а це ж могли б узять&lt;br /&gt;</w:t>
        <w:br/>
        <w:t>за неталан, безсилля. Любі цюці!&lt;br /&gt;</w:t>
        <w:br/>
        <w:t>Невже я міг таке сказать: печаль?&lt;br /&gt;</w:t>
        <w:br/>
        <w:t>Ви, ослики, невже я міг... ридати?</w:t>
      </w:r>
    </w:p>
    <w:p>
      <w:r>
        <w:br/>
        <w:t>Печаль? Та ні! Се, певно, так здалось.&lt;br /&gt;</w:t>
        <w:br/>
        <w:t>Ридать? їй-бо, придумають, аж смішно!&lt;br /&gt;</w:t>
        <w:br/>
        <w:t>Нічого ми того не чу1-, нічо'...&lt;br /&gt;</w:t>
        <w:br/>
        <w:t>Потвора&lt;br /&gt;</w:t>
        <w:br/>
        <w:t>(задихався, лише повітря по-старечому жує)&lt;br /&gt;</w:t>
        <w:br/>
        <w:t>Безжурні,&lt;br /&gt;</w:t>
        <w:br/>
        <w:t>як і були?&lt;br /&gt;</w:t>
        <w:br/>
        <w:t>Всі&lt;br /&gt;</w:t>
        <w:br/>
        <w:t>Безжурні, як були.&lt;br /&gt;</w:t>
        <w:br/>
        <w:t>Потвора&lt;br /&gt;</w:t>
        <w:br/>
        <w:t>І можемо (я сяду...) насміхати&lt;br /&gt;</w:t>
        <w:br/>
        <w:t>з голоти?&lt;br /&gt;</w:t>
        <w:br/>
        <w:t>Всі&lt;br /&gt;</w:t>
        <w:br/>
        <w:t>О! Ми вмієм глузувать!&lt;br /&gt;</w:t>
        <w:br/>
        <w:t>Потвора&lt;br /&gt;</w:t>
        <w:br/>
        <w:t>(зі злістю)&lt;br /&gt;</w:t>
        <w:br/>
        <w:t>Візьміть його!&lt;br /&gt;</w:t>
        <w:br/>
        <w:t>(Всі кидаються на Сковороду, беруть його попід руки й&lt;br /&gt;</w:t>
        <w:br/>
        <w:t>починають п'яно крутитися.&lt;br /&gt;</w:t>
        <w:br/>
        <w:t>Годинник на дзвіниці заграв, і всі завмерли.&lt;br /&gt;</w:t>
        <w:br/>
        <w:t>— Ого! Досиділись — пора! Adieu! 1 босоногий філософе!&lt;br /&gt;</w:t>
        <w:br/>
        <w:t>Ми ще зустрінемось — сьогодні!&lt;br /&gt;</w:t>
        <w:br/>
        <w:t>Всі: — Adieu! adieu! На диспуті! Сьогодні!.. Гама годинни-&lt;br /&gt;</w:t>
        <w:br/>
        <w:t>ка побігла вгору. Постояла. Сама себе дзвіночками обсмія-&lt;br /&gt;</w:t>
        <w:br/>
        <w:t>ла і, поковзнувшись, униз пішла. Важким. Одміряло.&lt;br /&gt;</w:t>
        <w:br/>
        <w:t>Чотири...&lt;br /&gt;</w:t>
        <w:br/>
        <w:t>Сковорода, вагою свого минулого до краю стомлений, сам&lt;br /&gt;</w:t>
        <w:br/>
        <w:t>собі досадно усміхається. Говорить спочатку скороговір-&lt;br /&gt;</w:t>
        <w:br/>
        <w:t>кою, несміливо, мов ясенок у бурю. Чимдалі голос його&lt;br /&gt;</w:t>
        <w:br/>
        <w:t>росте, він сам випростується, рветься, кріпне — мов бурхає&lt;br /&gt;</w:t>
        <w:br/>
        <w:t>в просторах буря над непомітними внизу десь ясенами!)</w:t>
      </w:r>
    </w:p>
    <w:p>
      <w:r>
        <w:br/>
        <w:t>Прощавай! (франц.) — Ред.&lt;br /&gt;</w:t>
        <w:br/>
        <w:t>Сковорода&lt;br /&gt;</w:t>
        <w:br/>
        <w:t>А ти ще вимріював,&lt;br /&gt;</w:t>
        <w:br/>
        <w:t>що з ними можна буде якось помиритися,&lt;br /&gt;</w:t>
        <w:br/>
        <w:t>сумирно жити...&lt;br /&gt;</w:t>
        <w:br/>
        <w:t>Не чув,&lt;br /&gt;</w:t>
        <w:br/>
        <w:t>не розсотував, як ту ряднину,&lt;br /&gt;</w:t>
        <w:br/>
        <w:t>що оджила своє...&lt;br /&gt;</w:t>
        <w:br/>
        <w:t>Розсотував...&lt;br /&gt;</w:t>
        <w:br/>
        <w:t>Надіятись...&lt;br /&gt;</w:t>
        <w:br/>
        <w:t>Повірити... Так от. Я довго слухав вас,&lt;br /&gt;</w:t>
        <w:br/>
        <w:t>не боронив, не зупиняв, не смикав,&lt;br /&gt;</w:t>
        <w:br/>
        <w:t>ні сторожів не кликав теж, щоб вас,&lt;br /&gt;</w:t>
        <w:br/>
        <w:t>гостей моїх непроханих, нахабних,&lt;br /&gt;</w:t>
        <w:br/>
        <w:t>з належною пошаною нагнати,&lt;br /&gt;</w:t>
        <w:br/>
        <w:t>як тих тварин із хати!&lt;br /&gt;</w:t>
        <w:br/>
        <w:t>Пані&lt;br /&gt;</w:t>
        <w:br/>
        <w:t>Така образа! Нам! Дворянам!.. Підтримайте мене, я па-&lt;br /&gt;</w:t>
        <w:br/>
        <w:t>даю...&lt;br /&gt;</w:t>
        <w:br/>
        <w:t>Потвора&lt;br /&gt;</w:t>
        <w:br/>
        <w:t>Ти розумієш, на кого ти сказав?!&lt;br /&gt;</w:t>
        <w:br/>
        <w:t>(Скидає гордо машкару, за ним і інші.)&lt;br /&gt;</w:t>
        <w:br/>
        <w:t>Сковорода&lt;br /&gt;</w:t>
        <w:br/>
        <w:t>А! Вельможний!&lt;br /&gt;</w:t>
        <w:br/>
        <w:t>Так от. Скажу.&lt;br /&gt;</w:t>
        <w:br/>
        <w:t>Стою — з численною&lt;br /&gt;</w:t>
        <w:br/>
        <w:t>голотою! Іду — з трудящим військом!&lt;br /&gt;</w:t>
        <w:br/>
        <w:t>В численності — свого не трачу. Міць,&lt;br /&gt;</w:t>
        <w:br/>
        <w:t>мільйонів хід в собі я відчуваю.&lt;br /&gt;</w:t>
        <w:br/>
        <w:t>Бо військо те — страшне могутнє слово,&lt;br /&gt;</w:t>
        <w:br/>
        <w:t>що армії ворожі розкида,&lt;br /&gt;</w:t>
        <w:br/>
        <w:t>як сміття...&lt;br /&gt;</w:t>
        <w:br/>
        <w:t>Вельможний&lt;br /&gt;</w:t>
        <w:br/>
        <w:t>Чи бачите: і він ще сміє нам такеє говорити! Ей, ти, гляди,&lt;br /&gt;</w:t>
        <w:br/>
        <w:t>Щоб потім не жалів, буває.&lt;br /&gt;</w:t>
        <w:br/>
        <w:t>Сковорода&lt;br /&gt;</w:t>
        <w:br/>
        <w:t>Так. Я потім пожалію.&lt;br /&gt;</w:t>
        <w:br/>
        <w:t>Насамперед я пожалію вас,&lt;br /&gt;</w:t>
        <w:br/>
        <w:t>вельможненький злодюго...&lt;br /&gt;</w:t>
        <w:br/>
        <w:t>Всі&lt;br /&gt;</w:t>
        <w:br/>
        <w:t>Ну, це вже неможливо! Ми з маскараду заскочили до нього&lt;br /&gt;</w:t>
        <w:br/>
        <w:t>як до спільника, а він...&lt;br /&gt;</w:t>
        <w:br/>
        <w:t>Сковорода&lt;br /&gt;</w:t>
        <w:br/>
        <w:t>Так, я вас&lt;br /&gt;</w:t>
        <w:br/>
        <w:t>і в машкарі пізнав. І вас також,&lt;br /&gt;</w:t>
        <w:br/>
        <w:t>вельможная, продажная придворна&lt;br /&gt;</w:t>
        <w:br/>
        <w:t>розпутнице...&lt;br /&gt;</w:t>
        <w:br/>
        <w:t>Пані&lt;br /&gt;</w:t>
        <w:br/>
        <w:t>Ох, серце... води... серце...&lt;br /&gt;</w:t>
        <w:br/>
        <w:t>Сковорода&lt;br /&gt;</w:t>
        <w:br/>
        <w:t>...і бахурку оцю —&lt;br /&gt;</w:t>
        <w:br/>
        <w:t>неблазную, святу, безвинну, бідну...&lt;br /&gt;</w:t>
        <w:br/>
        <w:t>Панночка&lt;br /&gt;</w:t>
        <w:br/>
        <w:t>Ах!&lt;br /&gt;</w:t>
        <w:br/>
        <w:t>Сковорода&lt;br /&gt;</w:t>
        <w:br/>
        <w:t>І вас усіх, що так танцюєте&lt;br /&gt;</w:t>
        <w:br/>
        <w:t>безумно...&lt;br /&gt;</w:t>
        <w:br/>
        <w:t>Всі&lt;br /&gt;</w:t>
        <w:br/>
        <w:t>Чудний! Та ж ми твоє пританцьовували!&lt;br /&gt;</w:t>
        <w:br/>
        <w:t>Сковорода&lt;br /&gt;</w:t>
        <w:br/>
        <w:t>Що ж, спасибі вам за ласку,&lt;br /&gt;</w:t>
        <w:br/>
        <w:t>що давнії гріхи мої взяли&lt;br /&gt;</w:t>
        <w:br/>
        <w:t>собі як стяг. Але ви помилились:&lt;br /&gt;</w:t>
        <w:br/>
        <w:t>не той я вже тепер, та й ви самі&lt;br /&gt;</w:t>
        <w:br/>
        <w:t>це знаєте. Чого ж іще вам треба?&lt;br /&gt;</w:t>
        <w:br/>
        <w:t>Вельможний&lt;br /&gt;</w:t>
        <w:br/>
        <w:t>На зустрічі сьогоднішній при всіх&lt;br /&gt;</w:t>
        <w:br/>
        <w:t>почуєм там, чого нам треба. Зараз&lt;br /&gt;</w:t>
        <w:br/>
        <w:t>скажу одно: коли б не диспут цей,&lt;br /&gt;</w:t>
        <w:br/>
        <w:t>призначений царями й Ватіканом,—&lt;br /&gt;</w:t>
        <w:br/>
        <w:t>тобі б не жить: убив би я тебе&lt;br /&gt;</w:t>
        <w:br/>
        <w:t>на місці тут... Та що ж, ще почекаєм.</w:t>
      </w:r>
    </w:p>
    <w:p>
      <w:r>
        <w:br/>
        <w:t>Сковорода&lt;br /&gt;</w:t>
        <w:br/>
        <w:t>Скажу і я те ж саме: гадину&lt;br /&gt;</w:t>
        <w:br/>
        <w:t>я б задушив! Але... ще почекаєм.&lt;br /&gt;</w:t>
        <w:br/>
        <w:t>Вельможний&lt;br /&gt;</w:t>
        <w:br/>
        <w:t>Сьогодні ж двину я полки.&lt;br /&gt;</w:t>
        <w:br/>
        <w:t>(Міряючи поглядом Сковороду, ще хоче щось сказати.)&lt;br /&gt;</w:t>
        <w:br/>
        <w:t>Пані&lt;br /&gt;</w:t>
        <w:br/>
        <w:t>Швидше з цієї келії, швидше, ні хвилиночки я тут...&lt;br /&gt;</w:t>
        <w:br/>
        <w:t>Вельможний&lt;br /&gt;</w:t>
        <w:br/>
        <w:t>Коли ж не можу я, щоб честь мою дворянську... А стій!&lt;br /&gt;</w:t>
        <w:br/>
        <w:t>( Прислухаючись.)&lt;br /&gt;</w:t>
        <w:br/>
        <w:t>Та це ж на дзвіниці... Отже, й справді час. Гайда!&lt;br /&gt;</w:t>
        <w:br/>
        <w:t>[1932-19331</w:t>
      </w:r>
    </w:p>
    <w:p>
      <w:r>
        <w:br/>
        <w:t>У БРАМІ</w:t>
      </w:r>
    </w:p>
    <w:p>
      <w:r>
        <w:br/>
        <w:t>Ковтай залізо сучасності,&lt;br /&gt;</w:t>
        <w:br/>
        <w:t>глитай, приймай всі грози&lt;br /&gt;</w:t>
        <w:br/>
        <w:t>прийдешнього,&lt;br /&gt;</w:t>
        <w:br/>
        <w:t>і будеш ти — як те життя.&lt;br /&gt;</w:t>
        <w:br/>
        <w:t>Саме життя.&lt;br /&gt;</w:t>
        <w:br/>
        <w:t>Життя.</w:t>
      </w:r>
    </w:p>
    <w:p>
      <w:r>
        <w:br/>
        <w:t>Ніч. Тривога. Заграва, як регіт.&lt;br /&gt;</w:t>
        <w:br/>
        <w:t>На осяяній ограді борюкаються тіні: чорт з рогами і чернець&lt;br /&gt;</w:t>
        <w:br/>
        <w:t>з хрестом. Оглянеться ігумен і — братія немовби стоїть собі на&lt;br /&gt;</w:t>
        <w:br/>
        <w:t>місці, тільки юродивий усе щось приставляє: "А повернешся сю-&lt;br /&gt;</w:t>
        <w:br/>
        <w:t>ди — ізнов те саме. Свят, свят! Одійди, сатано, й не лоскочи душі&lt;br /&gt;</w:t>
        <w:br/>
        <w:t>моєї... Чи хто гукав мене?" Голоси: "Це знов той Цундра. І що&lt;br /&gt;</w:t>
        <w:br/>
        <w:t>воно за знак щоночі: як не тут, так там, одно горить, одно..." —&lt;br /&gt;</w:t>
        <w:br/>
        <w:t>"І це знов той Цундра. І коли вже цього шибеника, господи,&lt;br /&gt;</w:t>
        <w:br/>
        <w:t>піймають?"&lt;br /&gt;</w:t>
        <w:br/>
        <w:t>"Отож-то й то, що його й спіймать не можна. Бо сьогодні віп&lt;br /&gt;</w:t>
        <w:br/>
        <w:t>тут, а завтра онде. Зараз він Цундра, а там, глянь, він уже Не-&lt;br /&gt;</w:t>
        <w:br/>
        <w:t>живий, Швачка, Залізняк. Та й не вганяєшся за ним, та й ніяк&lt;br /&gt;</w:t>
        <w:br/>
        <w:t>ти ж його не притомиш".&lt;br /&gt;</w:t>
        <w:br/>
        <w:t>"Ти кажеш Залізняк. Та Залізняка давно й на світі, мо нема...&lt;br /&gt;</w:t>
        <w:br/>
        <w:t>Наказу цариці хіба не знаєш?"&lt;br /&gt;</w:t>
        <w:br/>
        <w:t>"Та знаю ж... А проте... Не вірю я".&lt;br /&gt;</w:t>
        <w:br/>
        <w:t>"Чому не віриш?"&lt;br /&gt;</w:t>
        <w:br/>
        <w:t>"Залізняк — та міг щоб загинуть, не з таких він".&lt;br /&gt;</w:t>
        <w:br/>
        <w:t>"Ану лиш цитьте, саме ігумен, іде ігумен!"&lt;br /&gt;</w:t>
        <w:br/>
        <w:t>Ченці розходяться потроху.&lt;br /&gt;</w:t>
        <w:br/>
        <w:t>Ігумен&lt;br /&gt;</w:t>
        <w:br/>
        <w:t>Ізнов напивсь? На кого ж це плюєшся,&lt;br /&gt;</w:t>
        <w:br/>
        <w:t>магометан ти кривовірний? Там&lt;br /&gt;</w:t>
        <w:br/>
        <w:t>ондо біда. Там кара божа. Царство&lt;br /&gt;</w:t>
        <w:br/>
        <w:t>хитається. Бунтує люд. А ти&lt;br /&gt;</w:t>
        <w:br/>
        <w:t>що вигадав? Гляди мені. Наскочу —&lt;br /&gt;</w:t>
        <w:br/>
        <w:t>анафемі предам! Жезлом поб'ю!&lt;br /&gt;</w:t>
        <w:br/>
        <w:t>У Нерч зашлю, щоб знав, як покорятись&lt;br /&gt;</w:t>
        <w:br/>
        <w:t>ігумену!</w:t>
      </w:r>
    </w:p>
    <w:p>
      <w:r>
        <w:br/>
        <w:t>Б р а м щи к&lt;br /&gt;</w:t>
        <w:br/>
        <w:t>Простіть мені. Лизнув&lt;br /&gt;</w:t>
        <w:br/>
        <w:t>за упокій. Залізняка ж і Ґонту&lt;br /&gt;</w:t>
        <w:br/>
        <w:t>ізловлено, а як мені се чуть,&lt;br /&gt;</w:t>
        <w:br/>
        <w:t>січовику Джермелі?&lt;br /&gt;</w:t>
        <w:br/>
        <w:t>Ігумен&lt;br /&gt;</w:t>
        <w:br/>
        <w:t>Богохульство!&lt;br /&gt;</w:t>
        <w:br/>
        <w:t>Січовика — нема, а б Косма,&lt;br /&gt;</w:t>
        <w:br/>
        <w:t>смиренний раб. Мовчи! Непослушенство?&lt;br /&gt;</w:t>
        <w:br/>
        <w:t>Залізняка і згадувать не смій —&lt;br /&gt;</w:t>
        <w:br/>
        <w:t>одступника!&lt;br /&gt;</w:t>
        <w:br/>
        <w:t>Б р а м щ и к&lt;br /&gt;</w:t>
        <w:br/>
        <w:t>Мовчати? Добре. Буду&lt;br /&gt;</w:t>
        <w:br/>
        <w:t>німий, як бог. Як пень той.&lt;br /&gt;</w:t>
        <w:br/>
        <w:t>Ігумен&lt;br /&gt;</w:t>
        <w:br/>
        <w:t>Що? Благай...&lt;br /&gt;</w:t>
        <w:br/>
        <w:t>Юродивий&lt;br /&gt;</w:t>
        <w:br/>
        <w:t>(пробігаючи)&lt;br /&gt;</w:t>
        <w:br/>
        <w:t>Абалага! абалага!&lt;br /&gt;</w:t>
        <w:br/>
        <w:t>Ігумен&lt;br /&gt;</w:t>
        <w:br/>
        <w:t>...печерських&lt;br /&gt;</w:t>
        <w:br/>
        <w:t>святих благай, хай розум просвітять,&lt;br /&gt;</w:t>
        <w:br/>
        <w:t>Антонія...&lt;br /&gt;</w:t>
        <w:br/>
        <w:t>Б р а м щ и к&lt;br /&gt;</w:t>
        <w:br/>
        <w:t>Печерських? В казематі ж&lt;br /&gt;</w:t>
        <w:br/>
        <w:t>там Залізняк...&lt;br /&gt;</w:t>
        <w:br/>
        <w:t>Ігумен&lt;br /&gt;</w:t>
        <w:br/>
        <w:t>(заміряється патерицею)&lt;br /&gt;</w:t>
        <w:br/>
        <w:t>Ти знов? Так на ж тобі!&lt;br /&gt;</w:t>
        <w:br/>
        <w:t>Щоб знав, щоб знав!</w:t>
      </w:r>
    </w:p>
    <w:p>
      <w:r>
        <w:br/>
        <w:t>Братія&lt;br /&gt;</w:t>
        <w:br/>
        <w:t>(кротко)&lt;br /&gt;</w:t>
        <w:br/>
        <w:t>Мовчи-бо.&lt;br /&gt;</w:t>
        <w:br/>
        <w:t>Б р а м щи к&lt;br /&gt;</w:t>
        <w:br/>
        <w:t>Добре! Буду&lt;br /&gt;</w:t>
        <w:br/>
        <w:t>німий, як бог. Як пень той...&lt;br /&gt;</w:t>
        <w:br/>
        <w:t>Юродивий&lt;br /&gt;</w:t>
        <w:br/>
        <w:t>'ба лага!</w:t>
      </w:r>
    </w:p>
    <w:p>
      <w:r>
        <w:br/>
        <w:t>Братія&lt;br /&gt;</w:t>
        <w:br/>
        <w:t>(кротко)&lt;br /&gt;</w:t>
        <w:br/>
        <w:t>А ти чого?&lt;br /&gt;</w:t>
        <w:br/>
        <w:t>Юродивий показує їм язика — вони його ловлять.&lt;br /&gt;</w:t>
        <w:br/>
        <w:t>Ігумен&lt;br /&gt;</w:t>
        <w:br/>
        <w:t>Відколи в Іустина&lt;br /&gt;</w:t>
        <w:br/>
        <w:t>загостював той філозоп, у нас&lt;br /&gt;</w:t>
        <w:br/>
        <w:t>в монастирі пішло розтління. Єресь&lt;br /&gt;</w:t>
        <w:br/>
        <w:t>і волховство.&lt;br /&gt;</w:t>
        <w:br/>
        <w:t>Іч, як он келію освітив! У бога не вірить. Чорнокнижіе&lt;br /&gt;</w:t>
        <w:br/>
        <w:t>читає...&lt;br /&gt;</w:t>
        <w:br/>
        <w:t>Чернець&lt;br /&gt;</w:t>
        <w:br/>
        <w:t>А все ж таки — чому&lt;br /&gt;</w:t>
        <w:br/>
        <w:t>той Залізняк тобі такий противний?&lt;br /&gt;</w:t>
        <w:br/>
        <w:t>Еж він ішов за нас...&lt;br /&gt;</w:t>
        <w:br/>
        <w:t>Ігумен&lt;br /&gt;</w:t>
        <w:br/>
        <w:t>Ану! Чи не пора&lt;br /&gt;</w:t>
        <w:br/>
        <w:t>згадать устав суворий? Гей, там! Браму&lt;br /&gt;</w:t>
        <w:br/>
        <w:t>замкнуть! Чи всі? Сотворим хрест. Ходім&lt;br /&gt;</w:t>
        <w:br/>
        <w:t>по келіях...&lt;br /&gt;</w:t>
        <w:br/>
        <w:t>(Ігумен і ченці поволі розходяться.&lt;br /&gt;</w:t>
        <w:br/>
        <w:t>Далеко десь на гвалт дзвонять.&lt;br /&gt;</w:t>
        <w:br/>
        <w:t>А на ограді знову — немов то не ченці ідуть,&lt;br /&gt;</w:t>
        <w:br/>
        <w:t>а чорти один одного перестрибують.)</w:t>
      </w:r>
    </w:p>
    <w:p>
      <w:r>
        <w:br/>
        <w:t>Юродивий&lt;br /&gt;</w:t>
        <w:br/>
        <w:t>(уже на дзвіниці)&lt;br /&gt;</w:t>
        <w:br/>
        <w:t>Абалага! Ти чуєш?&lt;br /&gt;</w:t>
        <w:br/>
        <w:t>До Цундри чхну! У ніч я всвердлю дзвін&lt;br /&gt;</w:t>
        <w:br/>
        <w:t>як цендибор — ото заценька! Циндри ж&lt;br /&gt;</w:t>
        <w:br/>
        <w:t>одскакують і цьвохають, аж кров&lt;br /&gt;</w:t>
        <w:br/>
        <w:t>там цебенить...&lt;br /&gt;</w:t>
        <w:br/>
        <w:t>Б р а м щ и к&lt;br /&gt;</w:t>
        <w:br/>
        <w:t>(завважуючи, що віддаля ігумен за ним ще стежить)&lt;br /&gt;</w:t>
        <w:br/>
        <w:t>Та перестань ти, цвентюх,&lt;br /&gt;</w:t>
        <w:br/>
        <w:t>не цвірінчи! Усі вже розійшлись&lt;br /&gt;</w:t>
        <w:br/>
        <w:t>по келіях. Побачили — і годі,&lt;br /&gt;</w:t>
        <w:br/>
        <w:t>чого там ще...&lt;br /&gt;</w:t>
        <w:br/>
        <w:t>Юродивий&lt;br /&gt;</w:t>
        <w:br/>
        <w:t>Побачили? Е, ні.&lt;br /&gt;</w:t>
        <w:br/>
        <w:t>Пожежа знов як той цвітин. Нагронджив&lt;br /&gt;</w:t>
        <w:br/>
        <w:t>огонь грудьми — грундзює грогонджур&lt;br /&gt;</w:t>
        <w:br/>
        <w:t>і джеркотить зажерно. Джиг? Джигуха.&lt;br /&gt;</w:t>
        <w:br/>
        <w:t>А пан джирчить! Нехай поскаче. Джиг?&lt;br /&gt;</w:t>
        <w:br/>
        <w:t>Хто підпалив? А дзуськи! — догадайся!&lt;br /&gt;</w:t>
        <w:br/>
        <w:t>Б р а м щ и к&lt;br /&gt;</w:t>
        <w:br/>
        <w:t>(бере мітлу)&lt;br /&gt;</w:t>
        <w:br/>
        <w:t>Ось я тебе як догадаюсь! Злазь,&lt;br /&gt;</w:t>
        <w:br/>
        <w:t>кажу тобі! Не тумани пузатих,&lt;br /&gt;</w:t>
        <w:br/>
        <w:t>нехай хропуть...&lt;br /&gt;</w:t>
        <w:br/>
        <w:t>Нарешті пішов ігумен.&lt;br /&gt;</w:t>
        <w:br/>
        <w:t>Ото життя...&lt;br /&gt;</w:t>
        <w:br/>
        <w:t>У браму стукають.&lt;br /&gt;</w:t>
        <w:br/>
        <w:t>Іду.&lt;br /&gt;</w:t>
        <w:br/>
        <w:t>Кілька постатей у чернечому одязі мовчки увійшли у браму і по-&lt;br /&gt;</w:t>
        <w:br/>
        <w:t>вернули до келії з освітленим лампою вікном.&lt;br /&gt;</w:t>
        <w:br/>
        <w:t>[1932-1933]</w:t>
      </w:r>
    </w:p>
    <w:p>
      <w:r>
        <w:br/>
        <w:t>В КЕЛІЇ</w:t>
      </w:r>
    </w:p>
    <w:p>
      <w:r>
        <w:br/>
        <w:t>Прокля'! цараЧ тираЧ&lt;br /&gt;</w:t>
        <w:br/>
        <w:t>Розгаснем плиском пожар&lt;br /&gt;</w:t>
        <w:br/>
        <w:t>і вгробим чар ваш в чадний мар,&lt;br /&gt;</w:t>
        <w:br/>
        <w:t>і аж тоді ви всвітаете —&lt;br /&gt;</w:t>
        <w:br/>
        <w:t>та вже вам не свіне.</w:t>
      </w:r>
    </w:p>
    <w:p>
      <w:r>
        <w:br/>
        <w:t>Сковорода&lt;br /&gt;</w:t>
        <w:br/>
        <w:t>(зачиняючи покинуті двері)&lt;br /&gt;</w:t>
        <w:br/>
        <w:t>Ну от,&lt;br /&gt;</w:t>
        <w:br/>
        <w:t>"князі" — чи бач! Тепер же начувайся&lt;br /&gt;</w:t>
        <w:br/>
        <w:t>і кожну мить напоготові будь —&lt;br /&gt;</w:t>
        <w:br/>
        <w:t>вони тобі цього не подарують!&lt;br /&gt;</w:t>
        <w:br/>
        <w:t>...Вдостоївся. Гостей вітать. Високих.&lt;br /&gt;</w:t>
        <w:br/>
        <w:t>Розхвилювавсь, що й заспокоїтись&lt;br /&gt;</w:t>
        <w:br/>
        <w:t>не можу!&lt;br /&gt;</w:t>
        <w:br/>
        <w:t>Так. То ж перший бій я стерпів&lt;br /&gt;</w:t>
        <w:br/>
        <w:t>і витримав. А ще ж бої, а ще ж...&lt;br /&gt;</w:t>
        <w:br/>
        <w:t>Лиш попусти — і вже тебе поковчать&lt;br /&gt;</w:t>
        <w:br/>
        <w:t>і загризуть, як пси...&lt;br /&gt;</w:t>
        <w:br/>
        <w:t>Тікать, тікать&lt;br /&gt;</w:t>
        <w:br/>
        <w:t>з монастиря цього — від тиші, цвілі,&lt;br /&gt;</w:t>
        <w:br/>
        <w:t>кадильності!&lt;br /&gt;</w:t>
        <w:br/>
        <w:t>Неповен я. Чогось&lt;br /&gt;</w:t>
        <w:br/>
        <w:t>в мені нема, чого ж — і сам не знаю.&lt;br /&gt;</w:t>
        <w:br/>
        <w:t>На соляні заводи, рудники —&lt;br /&gt;</w:t>
        <w:br/>
        <w:t>на Бахмутський завод та на Торецький&lt;br /&gt;</w:t>
        <w:br/>
        <w:t>я поспішу. А звідти — аж туди,&lt;br /&gt;</w:t>
        <w:br/>
        <w:t>де нишпорять в землі, де розшукали&lt;br /&gt;</w:t>
        <w:br/>
        <w:t>залізную руду і кам'яне&lt;br /&gt;</w:t>
        <w:br/>
        <w:t>вугілля! Там. З б а г н у . У Третій Роті.&lt;br /&gt;</w:t>
        <w:br/>
        <w:t>В Лисичому. Вогонь життя. Знайду</w:t>
      </w:r>
    </w:p>
    <w:p>
      <w:r>
        <w:br/>
        <w:t>в Луганському новий я зміст, що змінить&lt;br /&gt;</w:t>
        <w:br/>
        <w:t>лице землі... Щось морозно мені...&lt;br /&gt;</w:t>
        <w:br/>
        <w:t>Ану ще сяду до "Основ металургії". Немовби небо&lt;br /&gt;</w:t>
        <w:br/>
        <w:t>в вікні там спалахнуло — чи то привиділось...&lt;br /&gt;</w:t>
        <w:br/>
        <w:t>Як уві сні: годинник бив, чи то&lt;br /&gt;</w:t>
        <w:br/>
        <w:t>мені здалось. А цей все спить. Як камінь.&lt;br /&gt;</w:t>
        <w:br/>
        <w:t>(Читає.)&lt;br /&gt;</w:t>
        <w:br/>
        <w:t>"Коли заллє водою шахту — насамперед зробити треба..."&lt;br /&gt;</w:t>
        <w:br/>
        <w:t>Чернець&lt;br /&gt;</w:t>
        <w:br/>
        <w:t>(прокидаючись)&lt;br /&gt;</w:t>
        <w:br/>
        <w:t>Не спиш усе? Вже, певно, й ніч пройшла.&lt;br /&gt;</w:t>
        <w:br/>
        <w:t>До утрені ще не дзвонили? Небо&lt;br /&gt;</w:t>
        <w:br/>
        <w:t>он глянь яке...&lt;br /&gt;</w:t>
        <w:br/>
        <w:t>(Спускає ноги.)&lt;br /&gt;</w:t>
        <w:br/>
        <w:t>Свічку достань, бо ця от-от погасне.&lt;br /&gt;</w:t>
        <w:br/>
        <w:t>Сковорода&lt;br /&gt;</w:t>
        <w:br/>
        <w:t>Дзвонили? Небо? Ось...&lt;br /&gt;</w:t>
        <w:br/>
        <w:t>хвилиночку, і вже кінець.&lt;br /&gt;</w:t>
        <w:br/>
        <w:t>Отже: "Смоки&lt;br /&gt;</w:t>
        <w:br/>
        <w:t>відтягують з копалень воду — чув? —&lt;br /&gt;</w:t>
        <w:br/>
        <w:t>на тридцять фут і вгору підіймають".&lt;br /&gt;</w:t>
        <w:br/>
        <w:t>Це б і мені туди. Куди? — до шахт.&lt;br /&gt;</w:t>
        <w:br/>
        <w:t>Розхвилюьався я, що й досі заспокоїтись не можу. Кня-&lt;br /&gt;</w:t>
        <w:br/>
        <w:t>зі, чи бач!&lt;br /&gt;</w:t>
        <w:br/>
        <w:t>(Ходить по келії.)&lt;br /&gt;</w:t>
        <w:br/>
        <w:t>Чернець&lt;br /&gt;</w:t>
        <w:br/>
        <w:t>Як кажеш?&lt;br /&gt;</w:t>
        <w:br/>
        <w:t>Сковорода&lt;br /&gt;</w:t>
        <w:br/>
        <w:t>Нічого. Це я так.&lt;br /&gt;</w:t>
        <w:br/>
        <w:t>Аж заздрісно — і як цей Ломоносов&lt;br /&gt;</w:t>
        <w:br/>
        <w:t>вправляеться все знати!&lt;br /&gt;</w:t>
        <w:br/>
        <w:t>Чернець&lt;br /&gt;</w:t>
        <w:br/>
        <w:t>( позіхає )&lt;br /&gt;</w:t>
        <w:br/>
        <w:t>Снилося,&lt;br /&gt;</w:t>
        <w:br/>
        <w:t>немовби я на небі. Янгол&lt;br /&gt;</w:t>
        <w:br/>
        <w:t>ізбоку. Взяв співати він: "Христос&lt;br /&gt;</w:t>
        <w:br/>
        <w:t>рождається", а я: "Хрістос геннате&lt;br /&gt;</w:t>
        <w:br/>
        <w:t>доксасате" — ло-грецьки...&lt;br /&gt;</w:t>
        <w:br/>
        <w:t>Сковорода&lt;br /&gt;</w:t>
        <w:br/>
        <w:t>Виспався —&lt;br /&gt;</w:t>
        <w:br/>
        <w:t>дак вже кортить поталалакать?&lt;br /&gt;</w:t>
        <w:br/>
        <w:t>Чернець&lt;br /&gt;</w:t>
        <w:br/>
        <w:t>...грецьки ж...&lt;br /&gt;</w:t>
        <w:br/>
        <w:t>а грім! а блиск!., аж гляну вгору — бог!!&lt;br /&gt;</w:t>
        <w:br/>
        <w:t>Я: "Turdus ipse sibi malum cacat",—&lt;br /&gt;</w:t>
        <w:br/>
        <w:t>та й заридав од радості.&lt;br /&gt;</w:t>
        <w:br/>
        <w:t>Сковорода&lt;br /&gt;</w:t>
        <w:br/>
        <w:t>Як? як?&lt;br /&gt;</w:t>
        <w:br/>
        <w:t>Хоч не кажи цього при людях! Дурню,&lt;br /&gt;</w:t>
        <w:br/>
        <w:t>це ж на дрозда, що в кал у свій угруз,&lt;br /&gt;</w:t>
        <w:br/>
        <w:t>сплели таке, бо справді ж... Ххе! Іустине,&lt;br /&gt;</w:t>
        <w:br/>
        <w:t>це так встругнув латину! Й звідки ти&lt;br /&gt;</w:t>
        <w:br/>
        <w:t>викопуєш отії тексти?</w:t>
      </w:r>
    </w:p>
    <w:p>
      <w:r>
        <w:br/>
        <w:t>І у с т и н&lt;br /&gt;</w:t>
        <w:br/>
        <w:t>Звідки ж,&lt;br /&gt;</w:t>
        <w:br/>
        <w:t>як не з твоїх трактатів? Ти глузуй&lt;br /&gt;</w:t>
        <w:br/>
        <w:t>із іншого кого — не з мене.&lt;br /&gt;</w:t>
        <w:br/>
        <w:t>Я й без тебе вчений. "Бога не забувай!" — у Святім&lt;br /&gt;</w:t>
        <w:br/>
        <w:t>письмі сказано. Авжеж! Ага!</w:t>
      </w:r>
    </w:p>
    <w:p>
      <w:r>
        <w:br/>
        <w:t>Сковорода&lt;br /&gt;</w:t>
        <w:br/>
        <w:t>Глузно ж —&lt;br /&gt;</w:t>
        <w:br/>
        <w:t>того й сміюсь. А врешті... ти сказав&lt;br /&gt;</w:t>
        <w:br/>
        <w:t>розумне. Так. Мої трактати цвіллю&lt;br /&gt;</w:t>
        <w:br/>
        <w:t>укрилися, і я... смішний у них.&lt;br /&gt;</w:t>
        <w:br/>
        <w:t>Освіжитись (...а глянь: перед вікном щось шмигонуло. Де-&lt;br /&gt;</w:t>
        <w:br/>
        <w:t>рева? Птаство прокинулось?) Освіжитись треба.&lt;br /&gt;</w:t>
        <w:br/>
        <w:t>Спалить усе, що я гульма надлубав;&lt;br /&gt;</w:t>
        <w:br/>
        <w:t>спалить усе, що в простір лепетав;&lt;br /&gt;</w:t>
        <w:br/>
        <w:t>що в світ пускав, не дбаючи про дійсність —&lt;br /&gt;</w:t>
        <w:br/>
        <w:t>вагаючись, б'ючись і двоячись,—&lt;br /&gt;</w:t>
        <w:br/>
        <w:t>цьому любля, тому любля, а власне ж —&lt;br /&gt;</w:t>
        <w:br/>
        <w:t>що ні тому, ні другому.&lt;br /&gt;</w:t>
        <w:br/>
        <w:t>Не все&lt;br /&gt;</w:t>
        <w:br/>
        <w:t>я зрозумів, що ти сказав, а тільки&lt;br /&gt;</w:t>
        <w:br/>
        <w:t>не знаю я, чого так мучишся.&lt;br /&gt;</w:t>
        <w:br/>
        <w:t>Охотився б у ризу. Еж прохали&lt;br /&gt;</w:t>
        <w:br/>
        <w:t>тебе ченці, єй-єй, вже б досі був&lt;br /&gt;</w:t>
        <w:br/>
        <w:t>єпископом.&lt;br /&gt;</w:t>
        <w:br/>
        <w:t>Сковорода&lt;br /&gt;</w:t>
        <w:br/>
        <w:t>Ну от. Ізнов те саме.&lt;br /&gt;</w:t>
        <w:br/>
        <w:t>Ти несповна ума, як видно. Я&lt;br /&gt;</w:t>
        <w:br/>
        <w:t>надію мав, що, в тебе гостювавши,&lt;br /&gt;</w:t>
        <w:br/>
        <w:t>коли не хіть, то хоч куток знайду,&lt;br /&gt;</w:t>
        <w:br/>
        <w:t>де міг би я про дещо тут подумать,&lt;br /&gt;</w:t>
        <w:br/>
        <w:t>а ти, он бач, старе все дзьобаєш...&lt;br /&gt;</w:t>
        <w:br/>
        <w:t>Ні, краще вже піду.&lt;br /&gt;</w:t>
        <w:br/>
        <w:t>І у с т и н&lt;br /&gt;</w:t>
        <w:br/>
        <w:t>Чекай, а що ж я&lt;br /&gt;</w:t>
        <w:br/>
        <w:t>сказав тобі такого? Що стовпом&lt;br /&gt;</w:t>
        <w:br/>
        <w:t>обителі та й усієї церкви&lt;br /&gt;</w:t>
        <w:br/>
        <w:t>хотів тебе побачити?...&lt;br /&gt;</w:t>
        <w:br/>
        <w:t>Сковорода&lt;br /&gt;</w:t>
        <w:br/>
        <w:t>Ти знов?&lt;br /&gt;</w:t>
        <w:br/>
        <w:t>Стовпе ти неотесаний! Від тебе одна лише протиотрута:&lt;br /&gt;</w:t>
        <w:br/>
        <w:t>порвать з тобою назавжди, і то якшвидше.&lt;br /&gt;</w:t>
        <w:br/>
        <w:t>Пусти, піду, подихаю повітрям —&lt;br /&gt;</w:t>
        <w:br/>
        <w:t>щось голова болить...&lt;br /&gt;</w:t>
        <w:br/>
        <w:t>Постать&lt;br /&gt;</w:t>
        <w:br/>
        <w:t>(на дверях)&lt;br /&gt;</w:t>
        <w:br/>
        <w:t>Григорію!&lt;br /&gt;</w:t>
        <w:br/>
        <w:t>Здоров! А де це йдеш?&lt;br /&gt;</w:t>
        <w:br/>
        <w:t>Сковорода&lt;br /&gt;</w:t>
        <w:br/>
        <w:t>Я ж не згадаю,&lt;br /&gt;</w:t>
        <w:br/>
        <w:t>да хто ти є. Мішок на голові,&lt;br /&gt;</w:t>
        <w:br/>
        <w:t>як в схимника, і ряса ця...&lt;br /&gt;</w:t>
        <w:br/>
        <w:t>Постать&lt;br /&gt;</w:t>
        <w:br/>
        <w:t>Ну, рясу&lt;br /&gt;</w:t>
        <w:br/>
        <w:t>не штука й знять, а от що свічка в нас...&lt;br /&gt;</w:t>
        <w:br/>
        <w:t>(Проходить од дверей, спотикається об книжку.)&lt;br /&gt;</w:t>
        <w:br/>
        <w:t>Ага! не вспів сказать, як вже й потухла.&lt;br /&gt;</w:t>
        <w:br/>
        <w:t>І у с т и н&lt;br /&gt;</w:t>
        <w:br/>
        <w:t>А я ж казав: достань.&lt;br /&gt;</w:t>
        <w:br/>
        <w:t>Постать&lt;br /&gt;</w:t>
        <w:br/>
        <w:t>Тут ще хтось є?&lt;br /&gt;</w:t>
        <w:br/>
        <w:t>Сковорода&lt;br /&gt;</w:t>
        <w:br/>
        <w:t>Та... родич мій. Чернець. Зіходить з глузду,&lt;br /&gt;</w:t>
        <w:br/>
        <w:t>замолює гріхи.&lt;br /&gt;</w:t>
        <w:br/>
        <w:t>І у с т и н&lt;br /&gt;</w:t>
        <w:br/>
        <w:t>О господи!&lt;br /&gt;</w:t>
        <w:br/>
        <w:t>Постать&lt;br /&gt;</w:t>
        <w:br/>
        <w:t>Сковороді з ченцями родичатись&lt;br /&gt;</w:t>
        <w:br/>
        <w:t>недбумно. Байдикував би я й —&lt;br /&gt;</w:t>
        <w:br/>
        <w:t>та справи, бач... Он глянь в вікно...&lt;br /&gt;</w:t>
        <w:br/>
        <w:t>Сковорода&lt;br /&gt;</w:t>
        <w:br/>
        <w:t>Пожежа?&lt;br /&gt;</w:t>
        <w:br/>
        <w:t>Кажи вже там, із чим прийшов. Слова&lt;br /&gt;</w:t>
        <w:br/>
        <w:t>мені твої знайомі...&lt;br /&gt;</w:t>
        <w:br/>
        <w:t>(Кладе бриля.)&lt;br /&gt;</w:t>
        <w:br/>
        <w:t>Постать&lt;br /&gt;</w:t>
        <w:br/>
        <w:t>К чорту ж рясу!&lt;br /&gt;</w:t>
        <w:br/>
        <w:t>Ну от, як зняв я каптур з голови —&lt;br /&gt;</w:t>
        <w:br/>
        <w:t>тепер пізнав?&lt;br /&gt;</w:t>
        <w:br/>
        <w:t>Сковорода&lt;br /&gt;</w:t>
        <w:br/>
        <w:t>Та що се — Цундра? Як же&lt;br /&gt;</w:t>
        <w:br/>
        <w:t>забрів сюди? Вже ж стільки літ пройшло...&lt;br /&gt;</w:t>
        <w:br/>
        <w:t>Дай обніму тебе,— невже сам Цундра? —&lt;br /&gt;</w:t>
        <w:br/>
        <w:t>од заграви аж сяєш! Та не дивись суворо так!&lt;br /&gt;</w:t>
        <w:br/>
        <w:t>Я пісню склав про тебе — воля! — бунт!&lt;br /&gt;</w:t>
        <w:br/>
        <w:t>Тень до танцю цундри —&lt;br /&gt;</w:t>
        <w:br/>
        <w:t>гнофті се автон!&lt;br /&gt;</w:t>
        <w:br/>
        <w:t>Козацький дух з кадилом вперемішку?&lt;br /&gt;</w:t>
        <w:br/>
        <w:t>Нероблення — і бідний люд? Як хоч,&lt;br /&gt;</w:t>
        <w:br/>
        <w:t>то й про пісні з тобою поговорим.&lt;br /&gt;</w:t>
        <w:br/>
        <w:t>Бо ці ж твої пісні не лише сектанти, а й вороги вже наші&lt;br /&gt;</w:t>
        <w:br/>
        <w:t>підхопили! І колють ними нас! Не знав? Хіба не знав?&lt;br /&gt;</w:t>
        <w:br/>
        <w:t>Але дозволь, прийшов же я не сам:&lt;br /&gt;</w:t>
        <w:br/>
        <w:t>чорти мої ось там, да все друзяки&lt;br /&gt;</w:t>
        <w:br/>
        <w:t>гартовані.&lt;br /&gt;</w:t>
        <w:br/>
        <w:t>Сковорода&lt;br /&gt;</w:t>
        <w:br/>
        <w:t>(схопивсь)&lt;br /&gt;</w:t>
        <w:br/>
        <w:t>Чого ж вони не йдуть?&lt;br /&gt;</w:t>
        <w:br/>
        <w:t>Постаті&lt;br /&gt;</w:t>
        <w:br/>
        <w:t>(на дверях; самі як клени, а голоси глибинні)&lt;br /&gt;</w:t>
        <w:br/>
        <w:t>Здоров! здоров! Прийшли до тебе в гості.&lt;br /&gt;</w:t>
        <w:br/>
        <w:t>Посидимо. Подивимось. Збрехав&lt;br /&gt;</w:t>
        <w:br/>
        <w:t>то він— які ж із нас чорти?! Ти знаєш:&lt;br /&gt;</w:t>
        <w:br/>
        <w:t>Я — Сатана. А це Люципер ось.&lt;br /&gt;</w:t>
        <w:br/>
        <w:t>І у с т и н&lt;br /&gt;</w:t>
        <w:br/>
        <w:t>О господи премилосердний...&lt;br /&gt;</w:t>
        <w:br/>
        <w:t>І що то за покоління таке тепер — одно черкають, одно&lt;br /&gt;</w:t>
        <w:br/>
        <w:t>черкають, аж... Піду ж та хоч умиюсь.&lt;br /&gt;</w:t>
        <w:br/>
        <w:t>(Виходить.)&lt;br /&gt;</w:t>
        <w:br/>
        <w:t>Сковорода&lt;br /&gt;</w:t>
        <w:br/>
        <w:t>Ще ж я&lt;br /&gt;</w:t>
        <w:br/>
        <w:t>четвертого не знаю на ім'я.&lt;br /&gt;</w:t>
        <w:br/>
        <w:t>Чом ряси ти не скинеш, як Люципер&lt;br /&gt;</w:t>
        <w:br/>
        <w:t>та Сатана? Безвусий... бач, когось&lt;br /&gt;</w:t>
        <w:br/>
        <w:t>нагадуєш мені, кого ж — не знаю.&lt;br /&gt;</w:t>
        <w:br/>
        <w:t>Четверта постать&lt;br /&gt;</w:t>
        <w:br/>
        <w:t>Людина та, котру нагадую,&lt;br /&gt;</w:t>
        <w:br/>
        <w:t>прийшла ж якраз до тебе. Ось, живою&lt;br /&gt;</w:t>
        <w:br/>
        <w:t>стоїть вона. Як звуть — ти знаєш сам.&lt;br /&gt;</w:t>
        <w:br/>
        <w:t>А рясу... що ж, я можу й знять.&lt;br /&gt;</w:t>
        <w:br/>
        <w:t>Сковорода&lt;br /&gt;</w:t>
        <w:br/>
        <w:t>Геніта?&lt;br /&gt;</w:t>
        <w:br/>
        <w:t>Огенія!&lt;br /&gt;</w:t>
        <w:br/>
        <w:t>Четверта постать&lt;br /&gt;</w:t>
        <w:br/>
        <w:t>МовчиІ І не кажи&lt;br /&gt;</w:t>
        <w:br/>
        <w:t>дурниць. Софрон — козак Розплата, знаєш&lt;br /&gt;</w:t>
        <w:br/>
        <w:t>такого? От оце ж він сам і є.&lt;br /&gt;</w:t>
        <w:br/>
        <w:t>Сковорода&lt;br /&gt;</w:t>
        <w:br/>
        <w:t>Жупан, пістоль і шабля ця не змінять&lt;br /&gt;</w:t>
        <w:br/>
        <w:t>мені твого єства. Під шапкою&lt;br /&gt;</w:t>
        <w:br/>
        <w:t>палахкотять ті ж самі очі. Голос,&lt;br /&gt;</w:t>
        <w:br/>
        <w:t>і усмішка сувора, і вогонь&lt;br /&gt;</w:t>
        <w:br/>
        <w:t>рішучості, і неспокійні плечі,&lt;br /&gt;</w:t>
        <w:br/>
        <w:t>і мишлення печать — усе таке ж,&lt;br /&gt;</w:t>
        <w:br/>
        <w:t>як і було в моєї учениці.&lt;br /&gt;</w:t>
        <w:br/>
        <w:t>Четверта постать&lt;br /&gt;</w:t>
        <w:br/>
        <w:t>Кажу ж тобі: козак Розплата!&lt;br /&gt;</w:t>
        <w:br/>
        <w:t>Сатана&lt;br /&gt;</w:t>
        <w:br/>
        <w:t>Ххе!&lt;br /&gt;</w:t>
        <w:br/>
        <w:t>Ти голосніш кричи, бо він не чує.&lt;br /&gt;</w:t>
        <w:br/>
        <w:t>Цундра&lt;br /&gt;</w:t>
        <w:br/>
        <w:t>У спогадах розм'як, біднесенький.&lt;br /&gt;</w:t>
        <w:br/>
        <w:t>Сковорода&lt;br /&gt;</w:t>
        <w:br/>
        <w:t>(до Цундри, мов крізь сон)&lt;br /&gt;</w:t>
        <w:br/>
        <w:t>Ти щось питав?&lt;br /&gt;</w:t>
        <w:br/>
        <w:t>Цундра&lt;br /&gt;</w:t>
        <w:br/>
        <w:t>Ну, це вже просто смішно —&lt;br /&gt;</w:t>
        <w:br/>
        <w:t>чи ми прийшли стоять тут та мовчать,&lt;br /&gt;</w:t>
        <w:br/>
        <w:t>як ти...&lt;br /&gt;</w:t>
        <w:br/>
        <w:t>Сковорода&lt;br /&gt;</w:t>
        <w:br/>
        <w:t>Пробач, я слухаю.&lt;br /&gt;</w:t>
        <w:br/>
        <w:t>Ц у н д р а&lt;br /&gt;</w:t>
        <w:br/>
        <w:t>Та бачу ж!&lt;br /&gt;</w:t>
        <w:br/>
        <w:t>Сковорода&lt;br /&gt;</w:t>
        <w:br/>
        <w:t>Не гнівайся: від несподіванки&lt;br /&gt;</w:t>
        <w:br/>
        <w:t>це все. Стерявсь. Бо й справді — Цундра,&lt;br /&gt;</w:t>
        <w:br/>
        <w:t>з яким я вчивсь, до мене завітав,&lt;br /&gt;</w:t>
        <w:br/>
        <w:t>і Сатана, й Люципер...&lt;br /&gt;</w:t>
        <w:br/>
        <w:t>Розумію —&lt;br /&gt;</w:t>
        <w:br/>
        <w:t>так це такий Сковорода? А я...&lt;br /&gt;</w:t>
        <w:br/>
        <w:t>Сковорода&lt;br /&gt;</w:t>
        <w:br/>
        <w:t>Який такий — не розумію. Вперше&lt;br /&gt;</w:t>
        <w:br/>
        <w:t>знайомишся, чи як? Та не дивись&lt;br /&gt;</w:t>
        <w:br/>
        <w:t>презирливо і шаблею не грайся —&lt;br /&gt;</w:t>
        <w:br/>
        <w:t>я бачу й так, що гостра!&lt;br /&gt;</w:t>
        <w:br/>
        <w:t>Цундра&lt;br /&gt;</w:t>
        <w:br/>
        <w:t>Хм. А я&lt;br /&gt;</w:t>
        <w:br/>
        <w:t>настрашував себе, що ось... Залізний&lt;br /&gt;</w:t>
        <w:br/>
        <w:t>повинен буть Сковорода! Залі...&lt;br /&gt;</w:t>
        <w:br/>
        <w:t>(Раптом строго.)&lt;br /&gt;</w:t>
        <w:br/>
        <w:t>...знирни з води, із твані, із болота&lt;br /&gt;</w:t>
        <w:br/>
        <w:t>смиренного. Ув Академії,&lt;br /&gt;</w:t>
        <w:br/>
        <w:t>пригадую, ти щось був інший.&lt;br /&gt;</w:t>
        <w:br/>
        <w:t>Сковорода&lt;br /&gt;</w:t>
        <w:br/>
        <w:t>( усміхнувшись )&lt;br /&gt;</w:t>
        <w:br/>
        <w:t>А що ж, і бив тебе не раз. Але...&lt;br /&gt;</w:t>
        <w:br/>
        <w:t>до чого вся твоя ця мова? Справа?&lt;br /&gt;</w:t>
        <w:br/>
        <w:t>Дак ти кажи, послухаю.&lt;br /&gt;</w:t>
        <w:br/>
        <w:t>Сатана&lt;br /&gt;</w:t>
        <w:br/>
        <w:t>( басюгою )&lt;br /&gt;</w:t>
        <w:br/>
        <w:t>Авжеж.&lt;br /&gt;</w:t>
        <w:br/>
        <w:t>А то: згадав і воду тут, і школу.&lt;br /&gt;</w:t>
        <w:br/>
        <w:t>Ну, вчилися. Молодший мудрувать&lt;br /&gt;</w:t>
        <w:br/>
        <w:t>пішов, а ти — за отаманство.&lt;br /&gt;</w:t>
        <w:br/>
        <w:t>Справді —&lt;br /&gt;</w:t>
        <w:br/>
        <w:t>цабе яке, хоч плюнь.&lt;br /&gt;</w:t>
        <w:br/>
        <w:t>Люципер&lt;br /&gt;</w:t>
        <w:br/>
        <w:t>(октавою нижче)&lt;br /&gt;</w:t>
        <w:br/>
        <w:t>Запишався, як кошеня в попелі.&lt;br /&gt;</w:t>
        <w:br/>
        <w:t>Цундра&lt;br /&gt;</w:t>
        <w:br/>
        <w:t>Та це я так.&lt;br /&gt;</w:t>
        <w:br/>
        <w:t>Од ніжності одвик, бач. Ну, дак слухай.&lt;br /&gt;</w:t>
        <w:br/>
        <w:t>Іустин увіходить із рушником.&lt;br /&gt;</w:t>
        <w:br/>
        <w:t>Мо', вийдемо куди?&lt;br /&gt;</w:t>
        <w:br/>
        <w:t>Сковорода&lt;br /&gt;</w:t>
        <w:br/>
        <w:t>Ти не турбуйсь.&lt;br /&gt;</w:t>
        <w:br/>
        <w:t>Іустин однак не розуміє. Мозок&lt;br /&gt;</w:t>
        <w:br/>
        <w:t>у цих ченців...&lt;br /&gt;</w:t>
        <w:br/>
        <w:t>Іустин&lt;br /&gt;</w:t>
        <w:br/>
        <w:t>Чого там мозок! Я&lt;br /&gt;</w:t>
        <w:br/>
        <w:t>у Лаврі жив, стеріг друкарню. Бога&lt;br /&gt;</w:t>
        <w:br/>
        <w:t>не забувай! — в писанні сказано.&lt;br /&gt;</w:t>
        <w:br/>
        <w:t>Авжеж! Ага!&lt;br /&gt;</w:t>
        <w:br/>
        <w:t>Сатана&lt;br /&gt;</w:t>
        <w:br/>
        <w:t>Люципере, тікаймо —&lt;br /&gt;</w:t>
        <w:br/>
        <w:t>бо вже ж... ондо.&lt;br /&gt;</w:t>
        <w:br/>
        <w:t>(Показує на Іустина.)&lt;br /&gt;</w:t>
        <w:br/>
        <w:t>Іустин&lt;br /&gt;</w:t>
        <w:br/>
        <w:t>Лампадку? — зубоскаль! —&lt;br /&gt;</w:t>
        <w:br/>
        <w:t>і засвічу, ага! В шапках сидіти&lt;br /&gt;</w:t>
        <w:br/>
        <w:t>не можна — гріх.&lt;br /&gt;</w:t>
        <w:br/>
        <w:t>Цундра&lt;br /&gt;</w:t>
        <w:br/>
        <w:t>Та кинь його! Нехай&lt;br /&gt;</w:t>
        <w:br/>
        <w:t>святителя покорчить на здоров'я.&lt;br /&gt;</w:t>
        <w:br/>
        <w:t>Люципер&lt;br /&gt;</w:t>
        <w:br/>
        <w:t>Як кажуть: на здоров'я вам у ручки, в ніжки і в животш&lt;br /&gt;</w:t>
        <w:br/>
        <w:t>трішки.&lt;br /&gt;</w:t>
        <w:br/>
        <w:t>(Застугонів реготом.)&lt;br /&gt;</w:t>
        <w:br/>
        <w:t>Іустин&lt;br /&gt;</w:t>
        <w:br/>
        <w:t>(підливаючи оливи в лампадку)&lt;br /&gt;</w:t>
        <w:br/>
        <w:t>А ти не регочи, а от розгадай краще: нікоє созданіє мєждз&lt;br /&gt;</w:t>
        <w:br/>
        <w:t>трома горами; клеветніци його окружиша, оно благосло&lt;br /&gt;</w:t>
        <w:br/>
        <w:t>вяше їх сімо і овамо... Ага, не розгадаєш, а це ж старець&lt;br /&gt;</w:t>
        <w:br/>
        <w:t>торби й собаки, ага?&lt;br /&gt;</w:t>
        <w:br/>
        <w:t>Цундра&lt;br /&gt;</w:t>
        <w:br/>
        <w:t>Дивуюся. Щоб то Сковорода&lt;br /&gt;</w:t>
        <w:br/>
        <w:t>та з отаким припопугайлом кашу&lt;br /&gt;</w:t>
        <w:br/>
        <w:t>умісті їв! Єй-єй дивуюся.&lt;br /&gt;</w:t>
        <w:br/>
        <w:t>Ось на столі у тебе Кант; Спіноза;&lt;br /&gt;</w:t>
        <w:br/>
        <w:t>Вільям Гарвей; та й ще:&lt;br /&gt;</w:t>
        <w:br/>
        <w:t>"Основи металургії"; "Економічна таблиця"; з Лавуазье&lt;br /&gt;</w:t>
        <w:br/>
        <w:t>навіть щось переписано:&lt;br /&gt;</w:t>
        <w:br/>
        <w:t>а сам ти весь&lt;br /&gt;</w:t>
        <w:br/>
        <w:t>подвоєний. Тут треба зваги, сили!&lt;br /&gt;</w:t>
        <w:br/>
        <w:t>А ти якраз...&lt;br /&gt;</w:t>
        <w:br/>
        <w:t>Сковорода&lt;br /&gt;</w:t>
        <w:br/>
        <w:t>Подвоєний? Мовчу.&lt;br /&gt;</w:t>
        <w:br/>
        <w:t>Мо через те, що правда це. А може...&lt;br /&gt;</w:t>
        <w:br/>
        <w:t>Чекай... думки зведу...&lt;br /&gt;</w:t>
        <w:br/>
        <w:t>І у с т и н&lt;br /&gt;</w:t>
        <w:br/>
        <w:t>(злазячи від лампадки)&lt;br /&gt;</w:t>
        <w:br/>
        <w:t>Ну от і все.&lt;br /&gt;</w:t>
        <w:br/>
        <w:t>Агалліасфто уранос. Гі евренесфто!&lt;br /&gt;</w:t>
        <w:br/>
        <w:t>Небо і земля днесь пророчески да веселятся,— о господи,&lt;br /&gt;</w:t>
        <w:br/>
        <w:t>господи!&lt;br /&gt;</w:t>
        <w:br/>
        <w:t>Всі зареготали.</w:t>
      </w:r>
    </w:p>
    <w:p>
      <w:r>
        <w:br/>
        <w:t>Хоч дай йому подумать, не сміши.&lt;br /&gt;</w:t>
        <w:br/>
        <w:t>Ну-ну! Оце так родич.&lt;br /&gt;</w:t>
        <w:br/>
        <w:t>Цундра&lt;br /&gt;</w:t>
        <w:br/>
        <w:t>у подумат]&lt;br /&gt;</w:t>
        <w:br/>
        <w:t>гак родич.&lt;br /&gt;</w:t>
        <w:br/>
        <w:t>(Грізно.)&lt;br /&gt;</w:t>
        <w:br/>
        <w:t>Годі ж!&lt;br /&gt;</w:t>
        <w:br/>
        <w:t>(Коло вікна.)&lt;br /&gt;</w:t>
        <w:br/>
        <w:t>Ніби&lt;br /&gt;</w:t>
        <w:br/>
        <w:t>стухає там. Співають півні. Світ.&lt;br /&gt;</w:t>
        <w:br/>
        <w:t>...почнем, бо ми спішимся. Посідаймо.&lt;br /&gt;</w:t>
        <w:br/>
        <w:t>Дзвонять до утрені.&lt;br /&gt;</w:t>
        <w:br/>
        <w:t>Люципер&lt;br /&gt;</w:t>
        <w:br/>
        <w:t>Тю! Захрестивсь, закланявсь, як порожній вітряк.&lt;br /&gt;</w:t>
        <w:br/>
        <w:t>І у с т и н&lt;br /&gt;</w:t>
        <w:br/>
        <w:t>Еге ж, буду ще я тут вас питаться! Приїхали гості, сіли&lt;br /&gt;</w:t>
        <w:br/>
        <w:t>на помості, зав'язали вузол та й не розв'яжуть...&lt;br /&gt;</w:t>
        <w:br/>
        <w:t>Не турбуйсь — розв'яжем. І тебе самого викинем.&lt;br /&gt;</w:t>
        <w:br/>
        <w:t>А ти ж думав — як?!&lt;br /&gt;</w:t>
        <w:br/>
        <w:t>Сковорода&lt;br /&gt;</w:t>
        <w:br/>
        <w:t>Почнем. Кажіть усе — я слухаю.&lt;br /&gt;</w:t>
        <w:br/>
        <w:t>Козак Розплата&lt;br /&gt;</w:t>
        <w:br/>
        <w:t>Ну, що казать?! Коли життя у тебе...&lt;br /&gt;</w:t>
        <w:br/>
        <w:t>Та що... дозволь — з твого ж рукопису:&lt;br /&gt;</w:t>
        <w:br/>
        <w:t>"Життя само приходить". Ось. Увага:&lt;br /&gt;</w:t>
        <w:br/>
        <w:t>"Життя само приходить,&lt;br /&gt;</w:t>
        <w:br/>
        <w:t>і п'єм його велику радість,&lt;br /&gt;</w:t>
        <w:br/>
        <w:t>як буйвіл калюжу".&lt;br /&gt;</w:t>
        <w:br/>
        <w:t>Цундра&lt;br /&gt;</w:t>
        <w:br/>
        <w:t>Був собі дід та баба, та була у них курка ряба.&lt;br /&gt;</w:t>
        <w:br/>
        <w:t>І ти таке писав?! Ану — скажи:&lt;br /&gt;</w:t>
        <w:br/>
        <w:t>життя само приходить? Може, й соску&lt;br /&gt;</w:t>
        <w:br/>
        <w:t>як нянька нам дає? Чому ж тоді...&lt;br /&gt;</w:t>
        <w:br/>
        <w:t>Козак Розплата&lt;br /&gt;</w:t>
        <w:br/>
        <w:t>(висміюючи, подаючи далі, немов жука на долоні)&lt;br /&gt;</w:t>
        <w:br/>
        <w:t>"Ні жінку, ні мисль, ні океану&lt;br /&gt;</w:t>
        <w:br/>
        <w:t>ніколи нам не переховати в своїй кишені.&lt;br /&gt;</w:t>
        <w:br/>
        <w:t>Еж випили ми воду, що в ній вмістилось небо&lt;br /&gt;</w:t>
        <w:br/>
        <w:t>і електрична сила,&lt;br /&gt;</w:t>
        <w:br/>
        <w:t>Еж випили солодку, що в ній життя своє&lt;br /&gt;</w:t>
        <w:br/>
        <w:t>продумали&lt;br /&gt;</w:t>
        <w:br/>
        <w:t>жабка,&lt;br /&gt;</w:t>
        <w:br/>
        <w:t>плавучий павучок,&lt;br /&gt;</w:t>
        <w:br/>
        <w:t>піщина..."&lt;br /&gt;</w:t>
        <w:br/>
        <w:t>Цундра&lt;br /&gt;</w:t>
        <w:br/>
        <w:t>І павучок? І жабка? От де врізав!&lt;br /&gt;</w:t>
        <w:br/>
        <w:t>І ще й вода солодка, хха! Та ну ж&lt;br /&gt;</w:t>
        <w:br/>
        <w:t>скажи, що це не так! Скажи, що... бабі&lt;br /&gt;</w:t>
        <w:br/>
        <w:t>приснилось це, а не придумано&lt;br /&gt;</w:t>
        <w:br/>
        <w:t>тобою! Ну! Життя само приходить?&lt;br /&gt;</w:t>
        <w:br/>
        <w:t>То, може, йзиск, і покріпачення&lt;br /&gt;</w:t>
        <w:br/>
        <w:t>ще, скажеш ти, приходять нам, як милість,&lt;br /&gt;</w:t>
        <w:br/>
        <w:t>як доброта, як той закон, що він...&lt;br /&gt;</w:t>
        <w:br/>
        <w:t>у вічності, мовляв, одвічний —&lt;br /&gt;</w:t>
        <w:br/>
        <w:t>вічно&lt;br /&gt;</w:t>
        <w:br/>
        <w:t>вічніючи вічнюгою (ціпком&lt;br /&gt;</w:t>
        <w:br/>
        <w:t>та пугою!) над нами, голяками,&lt;br /&gt;</w:t>
        <w:br/>
        <w:t>вічніючи, як струп,— закон, що ним&lt;br /&gt;</w:t>
        <w:br/>
        <w:t>увінчано: неправду, рабство, власність&lt;br /&gt;</w:t>
        <w:br/>
        <w:t>з дворянами, будь тричі прокляті,&lt;br /&gt;</w:t>
        <w:br/>
        <w:t>увінчано, пригвинчено,&lt;br /&gt;</w:t>
        <w:br/>
        <w:t>прижито...&lt;br /&gt;</w:t>
        <w:br/>
        <w:t>Так отаке виспівувать узявсь?&lt;br /&gt;</w:t>
        <w:br/>
        <w:t>Яка ж тоді різниця між тобою&lt;br /&gt;</w:t>
        <w:br/>
        <w:t>і дзвоном тим, що скиглить, як той вовк,&lt;br /&gt;</w:t>
        <w:br/>
        <w:t>скликаючи до падла?..&lt;br /&gt;</w:t>
        <w:br/>
        <w:t>І у с т и н&lt;br /&gt;</w:t>
        <w:br/>
        <w:t>Що? На церкву&lt;br /&gt;</w:t>
        <w:br/>
        <w:t>таке казать? Не смій!&lt;br /&gt;</w:t>
        <w:br/>
        <w:t>Сатана&lt;br /&gt;</w:t>
        <w:br/>
        <w:t>Поглянь: воно&lt;br /&gt;</w:t>
        <w:br/>
        <w:t>ще й труситься, ще й кулаками... Отче!&lt;br /&gt;</w:t>
        <w:br/>
        <w:t>Не сіпайся, бо як сіпну...&lt;br /&gt;</w:t>
        <w:br/>
        <w:t>І у с т и н&lt;br /&gt;</w:t>
        <w:br/>
        <w:t>Убий!&lt;br /&gt;</w:t>
        <w:br/>
        <w:t>За господа Христа прийму я муки!&lt;br /&gt;</w:t>
        <w:br/>
        <w:t>В огонь пійду! Каміння гризтиму,&lt;br /&gt;</w:t>
        <w:br/>
        <w:t>а осквернить не попущу святиню!&lt;br /&gt;</w:t>
        <w:br/>
        <w:t>Цундра&lt;br /&gt;</w:t>
        <w:br/>
        <w:t>(раптом скинувши очима на Іустина, що аж той сів)&lt;br /&gt;</w:t>
        <w:br/>
        <w:t>Кумпанія — що й говорить. Один&lt;br /&gt;</w:t>
        <w:br/>
        <w:t>за господа Христа. А другий — начеб&lt;br /&gt;</w:t>
        <w:br/>
        <w:t>і ні, але ж... за містику, за тьму&lt;br /&gt;</w:t>
        <w:br/>
        <w:t>у мишленні, за те середньовіччя,&lt;br /&gt;</w:t>
        <w:br/>
        <w:t>що в нім христи, попи й царі ростуть,&lt;br /&gt;</w:t>
        <w:br/>
        <w:t>як верби...&lt;br /&gt;</w:t>
        <w:br/>
        <w:t>І у с т и н&lt;br /&gt;</w:t>
        <w:br/>
        <w:t>А! — царі? я офіцеру&lt;br /&gt;</w:t>
        <w:br/>
        <w:t>скажу пійду.&lt;br /&gt;</w:t>
        <w:br/>
        <w:t>Люципере, пусти його, нехай іде. Завтра ж проведемо його&lt;br /&gt;</w:t>
        <w:br/>
        <w:t>в небесне царство. Ага! Затих... Так оттак'о, Григорію.&lt;br /&gt;</w:t>
        <w:br/>
        <w:t>Ой, стидайся!&lt;br /&gt;</w:t>
        <w:br/>
        <w:t>Це так одкривсь трудящим: клич попа —&lt;br /&gt;</w:t>
        <w:br/>
        <w:t>й прямісінько до'бога! Ххе! Н-наплакав:&lt;br /&gt;</w:t>
        <w:br/>
        <w:t>"Ні жінку, ні мисль, ні океану&lt;br /&gt;</w:t>
        <w:br/>
        <w:t>ніколи нам не переховать в своїй&lt;br /&gt;</w:t>
        <w:br/>
        <w:t>кишені..."&lt;br /&gt;</w:t>
        <w:br/>
        <w:t>Чи знаєш ти, що ти сказав? Замкнувсь.&lt;br /&gt;</w:t>
        <w:br/>
        <w:t>Усох. Здурів. Оце ось означають&lt;br /&gt;</w:t>
        <w:br/>
        <w:t>твої слова. Не муч себе. Виходь&lt;br /&gt;</w:t>
        <w:br/>
        <w:t>на тверду путь! Ставай із нами. Попліч.&lt;br /&gt;</w:t>
        <w:br/>
        <w:t>Побачиш сам, які простори. Путь,&lt;br /&gt;</w:t>
        <w:br/>
        <w:t>скажу, трудна, зате ж вона єдина.&lt;br /&gt;</w:t>
        <w:br/>
        <w:t>Ну, от. Ми ждем.&lt;br /&gt;</w:t>
        <w:br/>
        <w:t>Сковорода&lt;br /&gt;</w:t>
        <w:br/>
        <w:t>Друзяко мій! Ніхто ж&lt;br /&gt;</w:t>
        <w:br/>
        <w:t>мене ще так не пробирав. О! Сонце&lt;br /&gt;</w:t>
        <w:br/>
        <w:t>зіходить там, де завше сходило,&lt;br /&gt;</w:t>
        <w:br/>
        <w:t>а ви прийшли — і все перевернулось.&lt;br /&gt;</w:t>
        <w:br/>
        <w:t>І бачу я: не сонце, а земля&lt;br /&gt;</w:t>
        <w:br/>
        <w:t>мов колесом круг себе і круг сонця&lt;br /&gt;</w:t>
        <w:br/>
        <w:t>одмірює простори, й я кажу:&lt;br /&gt;</w:t>
        <w:br/>
        <w:t>отак і ми, до Правди повернувшись,&lt;br /&gt;</w:t>
        <w:br/>
        <w:t>стрічаєм світ.&lt;br /&gt;</w:t>
        <w:br/>
        <w:t>Цундра&lt;br /&gt;</w:t>
        <w:br/>
        <w:t>Невже? Сміявся б я —&lt;br /&gt;</w:t>
        <w:br/>
        <w:t>та вже нема снаги. Почав ти добре,&lt;br /&gt;</w:t>
        <w:br/>
        <w:t>та зле скінчив... Хіба: як,механізм&lt;br /&gt;</w:t>
        <w:br/>
        <w:t>та притулить до механізму — Правду&lt;br /&gt;</w:t>
        <w:br/>
        <w:t>побачимо? Хм... Правда ж не одна,&lt;br /&gt;</w:t>
        <w:br/>
        <w:t>Григорію! Не плутайся. Не плутайсь.&lt;br /&gt;</w:t>
        <w:br/>
        <w:t>Сатана&lt;br /&gt;</w:t>
        <w:br/>
        <w:t>Він думає: ще змилосердимось.&lt;br /&gt;</w:t>
        <w:br/>
        <w:t>Сковорода&lt;br /&gt;</w:t>
        <w:br/>
        <w:t>(заперечуючи головою)&lt;br /&gt;</w:t>
        <w:br/>
        <w:t>Ні жалощів, ні милосердя. Хочу:&lt;br /&gt;</w:t>
        <w:br/>
        <w:t>про помилки мої; про чорний люд,</w:t>
      </w:r>
    </w:p>
    <w:p>
      <w:r>
        <w:br/>
        <w:t>що з вами йде; про тих собак в Європі;&lt;br /&gt;</w:t>
        <w:br/>
        <w:t>про Схід; про все, про все мені кажіть.&lt;br /&gt;</w:t>
        <w:br/>
        <w:t>І у с т и н&lt;br /&gt;</w:t>
        <w:br/>
        <w:t>То я собі й пійду. Та возридаю,&lt;br /&gt;</w:t>
        <w:br/>
        <w:t>як той Ісаія-пророк. Руйнуєте ви, каже, царство. Ну й гос-&lt;br /&gt;</w:t>
        <w:br/>
        <w:t>подь вас за це ж поцупить.&lt;br /&gt;</w:t>
        <w:br/>
        <w:t>Люципер&lt;br /&gt;</w:t>
        <w:br/>
        <w:t>Оце ще... создав бог та й ніс висякав.&lt;br /&gt;</w:t>
        <w:br/>
        <w:t>І у с т и н&lt;br /&gt;</w:t>
        <w:br/>
        <w:t>По-вченому? А що ж. Простіть мені —&lt;br /&gt;</w:t>
        <w:br/>
        <w:t>іду.&lt;br /&gt;</w:t>
        <w:br/>
        <w:t>(Вертається.)&lt;br /&gt;</w:t>
        <w:br/>
        <w:t>Договорю тільки: "А Ісаія, конешно, сидів на розвали-&lt;br /&gt;</w:t>
        <w:br/>
        <w:t>нах, соображая розрушеніє і опісивая соображеніє". Ага!&lt;br /&gt;</w:t>
        <w:br/>
        <w:t>А що! А ви думали, що я в священному писанії не начи-&lt;br /&gt;</w:t>
        <w:br/>
        <w:t>таний?&lt;br /&gt;</w:t>
        <w:br/>
        <w:t>Всі з ненавистю стежать, коли він уже нарешті піде. І як зачини-&lt;br /&gt;</w:t>
        <w:br/>
        <w:t>лись двері:&lt;br /&gt;</w:t>
        <w:br/>
        <w:t>Сатана&lt;br /&gt;</w:t>
        <w:br/>
        <w:t>Тьху! тьху! Іди і не вертайся,&lt;br /&gt;</w:t>
        <w:br/>
        <w:t>святьохо неподобна! Ти пробач,&lt;br /&gt;</w:t>
        <w:br/>
        <w:t>Григорію, а тільки ж...&lt;br /&gt;</w:t>
        <w:br/>
        <w:t>Козак Розплата&lt;br /&gt;</w:t>
        <w:br/>
        <w:t>(загортаючи рукопис)&lt;br /&gt;</w:t>
        <w:br/>
        <w:t>Пробачатись&lt;br /&gt;</w:t>
        <w:br/>
        <w:t>нема чого, бо й справді (соромно&lt;br /&gt;</w:t>
        <w:br/>
        <w:t>й сказать): щоб ти, Сковорода, філософ,&lt;br /&gt;</w:t>
        <w:br/>
        <w:t>та отако спустився! Ми— б'ємось,&lt;br /&gt;</w:t>
        <w:br/>
        <w:t>виборюєм свободу. Людство, Землю&lt;br /&gt;</w:t>
        <w:br/>
        <w:t>&amp;#163; розколюєм, а ти...&lt;br /&gt;</w:t>
        <w:br/>
        <w:t>* Люципер&lt;br /&gt;</w:t>
        <w:br/>
        <w:t>Хто стає медом, того мухи з'їдять.&lt;br /&gt;</w:t>
        <w:br/>
        <w:t>Сатана&lt;br /&gt;</w:t>
        <w:br/>
        <w:t>Та й набридло вже.&lt;br /&gt;</w:t>
        <w:br/>
        <w:t>4 Павло Тичина, т. 4 97&lt;br /&gt;</w:t>
        <w:br/>
        <w:t>Сковорода&lt;br /&gt;</w:t>
        <w:br/>
        <w:t>Мовчу. Мовчу.&lt;br /&gt;</w:t>
        <w:br/>
        <w:t>Цундр а&lt;br /&gt;</w:t>
        <w:br/>
        <w:t>Та що мовчать? — це не поможе. Діять&lt;br /&gt;</w:t>
        <w:br/>
        <w:t>повинен ти, р о б и т иі&lt;br /&gt;</w:t>
        <w:br/>
        <w:t>Сковорода&lt;br /&gt;</w:t>
        <w:br/>
        <w:t>Добре. Ну?&lt;br /&gt;</w:t>
        <w:br/>
        <w:t>Козак Розплата&lt;br /&gt;</w:t>
        <w:br/>
        <w:t>Що "ну"? Ти ж сам повинен був узятись...&lt;br /&gt;</w:t>
        <w:br/>
        <w:t>Сковорода&lt;br /&gt;</w:t>
        <w:br/>
        <w:t>Та сам же, сам. Але ж і вас я ждав,&lt;br /&gt;</w:t>
        <w:br/>
        <w:t>щоб разом стать. Щоб враз безпомилково&lt;br /&gt;</w:t>
        <w:br/>
        <w:t>ударити — ів цім окріпнуть.&lt;br /&gt;</w:t>
        <w:br/>
        <w:t>Цундра&lt;br /&gt;</w:t>
        <w:br/>
        <w:t>О!&lt;br /&gt;</w:t>
        <w:br/>
        <w:t>Щоб "враз" — це так, лише... безпомилково?&lt;br /&gt;</w:t>
        <w:br/>
        <w:t>В нас досвіду ще не було, тому&lt;br /&gt;</w:t>
        <w:br/>
        <w:t>і помилки. Не криємо. Повстання&lt;br /&gt;</w:t>
        <w:br/>
        <w:t>були й раніш. Походи й зрушення.&lt;br /&gt;</w:t>
        <w:br/>
        <w:t>Та то... не те, не те. Бо, врешті, гетьман&lt;br /&gt;</w:t>
        <w:br/>
        <w:t>десь витикавсь, і, купою собак&lt;br /&gt;</w:t>
        <w:br/>
        <w:t>(своїх собак!) оточений,— він кидавсь&lt;br /&gt;</w:t>
        <w:br/>
        <w:t>на нас, і знов ми гинули. І знов.&lt;br /&gt;</w:t>
        <w:br/>
        <w:t>Сатана&lt;br /&gt;</w:t>
        <w:br/>
        <w:t>Сіроми бунт пригадуєш на Січі?&lt;br /&gt;</w:t>
        <w:br/>
        <w:t>Сковорода&lt;br /&gt;</w:t>
        <w:br/>
        <w:t>Виходить, я не помилявсь, коли,&lt;br /&gt;</w:t>
        <w:br/>
        <w:t>ждучи на вас, пересікав поняття&lt;br /&gt;</w:t>
        <w:br/>
        <w:t>"народ" на два.&lt;br /&gt;</w:t>
        <w:br/>
        <w:t>Цундра&lt;br /&gt;</w:t>
        <w:br/>
        <w:t>Чого ж на два? — там більш&lt;br /&gt;</w:t>
        <w:br/>
        <w:t>поріжнень. Верх і низ — не зовсім точно.&lt;br /&gt;</w:t>
        <w:br/>
        <w:t>Бо й на низах не однакові, проте...&lt;br /&gt;</w:t>
        <w:br/>
        <w:t>Козак Розплата&lt;br /&gt;</w:t>
        <w:br/>
        <w:t>Теорії вже досить!&lt;br /&gt;</w:t>
        <w:br/>
        <w:t>Л ю ц и ц е р&lt;br /&gt;</w:t>
        <w:br/>
        <w:t>Цундро, кінчать пора, бо нам сьогодні треба буде упорати&lt;br /&gt;</w:t>
        <w:br/>
        <w:t>отого князька...&lt;br /&gt;</w:t>
        <w:br/>
        <w:t>Цундра&lt;br /&gt;</w:t>
        <w:br/>
        <w:t>Чую. Знаю.&lt;br /&gt;</w:t>
        <w:br/>
        <w:t>Про це якраз і говоритиму.&lt;br /&gt;</w:t>
        <w:br/>
        <w:t>(До Сковороди.)&lt;br /&gt;</w:t>
        <w:br/>
        <w:t>Ну так чого задумавсь? Страшно? Ліньки&lt;br /&gt;</w:t>
        <w:br/>
        <w:t>цю келію покинуть? Хха, чи, мо&lt;br /&gt;</w:t>
        <w:br/>
        <w:t>на пасіках забув свою бандуру?&lt;br /&gt;</w:t>
        <w:br/>
        <w:t>Так що ж, біжи, а то одсиріє,&lt;br /&gt;</w:t>
        <w:br/>
        <w:t>простудиться, од непотреби трісне,—&lt;br /&gt;</w:t>
        <w:br/>
        <w:t>і будеш ти об панськії горшки&lt;br /&gt;</w:t>
        <w:br/>
        <w:t>виделками чиргикать,&lt;br /&gt;</w:t>
        <w:br/>
        <w:t>і панота&lt;br /&gt;</w:t>
        <w:br/>
        <w:t>з свого стола тобі щось кине: нна!&lt;br /&gt;</w:t>
        <w:br/>
        <w:t>не подавись...&lt;br /&gt;</w:t>
        <w:br/>
        <w:t>Тень до танцю цундри,&lt;br /&gt;</w:t>
        <w:br/>
        <w:t>гнофті се автон!&lt;br /&gt;</w:t>
        <w:br/>
        <w:t>Тобто: й до бунту закликати, і "пізнавати себе самого".&lt;br /&gt;</w:t>
        <w:br/>
        <w:t>Сковорода&lt;br /&gt;</w:t>
        <w:br/>
        <w:t>Я розумію: приклад&lt;br /&gt;</w:t>
        <w:br/>
        <w:t>привів мені. Але цей приклад б'є.&lt;br /&gt;</w:t>
        <w:br/>
        <w:t>Гнітиш мене, мов я вже справді зрадник,&lt;br /&gt;</w:t>
        <w:br/>
        <w:t>запроданець,— тимчасом коли я&lt;br /&gt;</w:t>
        <w:br/>
        <w:t>роблю одне ж із вами. Що окремо&lt;br /&gt;</w:t>
        <w:br/>
        <w:t>од вас я йшов — у цім я вам признавсь,&lt;br /&gt;</w:t>
        <w:br/>
        <w:t>кінець. Тепер я хочу з вами, з вами,&lt;br /&gt;</w:t>
        <w:br/>
        <w:t>з голотою, що з нею й сам я зріс.&lt;br /&gt;</w:t>
        <w:br/>
        <w:t>Тепер я ваш. Робити хочу, діять,&lt;br /&gt;</w:t>
        <w:br/>
        <w:t>як ти сказав. Давайте ж починать.&lt;br /&gt;</w:t>
        <w:br/>
        <w:t>Цундра&lt;br /&gt;</w:t>
        <w:br/>
        <w:t>Так от, тобі завдання. Задратуєш&lt;br /&gt;</w:t>
        <w:br/>
        <w:t>на диспуті сьогоднішнім панів.&lt;br /&gt;</w:t>
        <w:br/>
        <w:t>Сковорода&lt;br /&gt;</w:t>
        <w:br/>
        <w:t>(здивовано)&lt;br /&gt;</w:t>
        <w:br/>
        <w:t>А звідки ви про диспут?..&lt;br /&gt;</w:t>
        <w:br/>
        <w:t>Козак Розплата&lt;br /&gt;</w:t>
        <w:br/>
        <w:t>Смішно: знаєм&lt;br /&gt;</w:t>
        <w:br/>
        <w:t>про все — ого!&lt;br /&gt;</w:t>
        <w:br/>
        <w:t>Цундра&lt;br /&gt;</w:t>
        <w:br/>
        <w:t>Панота з'їхалась&lt;br /&gt;</w:t>
        <w:br/>
        <w:t>з усіх усюд, аж ген, аж чортзна-звідки,&lt;br /&gt;</w:t>
        <w:br/>
        <w:t>щоб приглушить повстання. Знаєш сам —&lt;br /&gt;</w:t>
        <w:br/>
        <w:t>повішено кого, кого забито.&lt;br /&gt;</w:t>
        <w:br/>
        <w:t>Нелегко нам. Бо ми ж самі. Народ? —&lt;br /&gt;</w:t>
        <w:br/>
        <w:t>того нема, той одійшов, а дехто&lt;br /&gt;</w:t>
        <w:br/>
        <w:t>хитрує ще і прикидається&lt;br /&gt;</w:t>
        <w:br/>
        <w:t>біднякою, і перед нами встало&lt;br /&gt;</w:t>
        <w:br/>
        <w:t>таке: узять найкраще із низів,&lt;br /&gt;</w:t>
        <w:br/>
        <w:t>продовжувать бої. А щоб уникнуть&lt;br /&gt;</w:t>
        <w:br/>
        <w:t>тих помилок, ми кожного із нас&lt;br /&gt;</w:t>
        <w:br/>
        <w:t>провіримо.&lt;br /&gt;</w:t>
        <w:br/>
        <w:t>Щоб в нас — саме залізо —&lt;br /&gt;</w:t>
        <w:br/>
        <w:t>а не іржа — було — саме залі...&lt;br /&gt;</w:t>
        <w:br/>
        <w:t>...Зогнилий світ доб'єм —&lt;br /&gt;</w:t>
        <w:br/>
        <w:t>новий повстане,&lt;br /&gt;</w:t>
        <w:br/>
        <w:t>але не так, як проповідуєш,&lt;br /&gt;</w:t>
        <w:br/>
        <w:t>а в боротьбі запеклій.&lt;br /&gt;</w:t>
        <w:br/>
        <w:t>Сковорода&lt;br /&gt;</w:t>
        <w:br/>
        <w:t>Боротьбою&lt;br /&gt;</w:t>
        <w:br/>
        <w:t>я вже давно охоплений.&lt;br /&gt;</w:t>
        <w:br/>
        <w:t>Цундра&lt;br /&gt;</w:t>
        <w:br/>
        <w:t>Так от —&lt;br /&gt;</w:t>
        <w:br/>
        <w:t>ти покажи на ділі.&lt;br /&gt;</w:t>
        <w:br/>
        <w:t>Задратуєш&lt;br /&gt;</w:t>
        <w:br/>
        <w:t>панів. Щоб аж завили! Пустиш їх&lt;br /&gt;</w:t>
        <w:br/>
        <w:t>і потрясеш ізнов. І як побачиш,&lt;br /&gt;</w:t>
        <w:br/>
        <w:t>що дихають,— дмухни на проклятих&lt;br /&gt;</w:t>
        <w:br/>
        <w:t>і обпали вогнем свої думки —&lt;br /&gt;</w:t>
        <w:br/>
        <w:t>хай корчаться, як черва...&lt;br /&gt;</w:t>
        <w:br/>
        <w:t>Люципер&lt;br /&gt;</w:t>
        <w:br/>
        <w:t>Поки що там — а я дмухну ось на лампадку. Ану, господи&lt;br /&gt;</w:t>
        <w:br/>
        <w:t>благослови! Готово...</w:t>
      </w:r>
    </w:p>
    <w:p>
      <w:r>
        <w:br/>
        <w:t>Цундра&lt;br /&gt;</w:t>
        <w:br/>
        <w:t>(ваоїско оддихуючи)&lt;br /&gt;</w:t>
        <w:br/>
        <w:t>Накричав&lt;br /&gt;</w:t>
        <w:br/>
        <w:t>на тебе я, а ми ж... Та й інші скажуть:&lt;br /&gt;</w:t>
        <w:br/>
        <w:t>ми віримо тобі.&lt;br /&gt;</w:t>
        <w:br/>
        <w:t>Сатана&lt;br /&gt;</w:t>
        <w:br/>
        <w:t>Коли не так,&lt;br /&gt;</w:t>
        <w:br/>
        <w:t>чого б же ми й прийшли.&lt;br /&gt;</w:t>
        <w:br/>
        <w:t>Козак Розплата&lt;br /&gt;</w:t>
        <w:br/>
        <w:t>І сили думки&lt;br /&gt;</w:t>
        <w:br/>
        <w:t>твоєї — теж ми потребуємо,&lt;br /&gt;</w:t>
        <w:br/>
        <w:t>бо диспут цей — це є не просто&lt;br /&gt;</w:t>
        <w:br/>
        <w:t>диспут,&lt;br /&gt;</w:t>
        <w:br/>
        <w:t>а міряння страшне, ігра на смерть.&lt;br /&gt;</w:t>
        <w:br/>
        <w:t>Люципер&lt;br /&gt;</w:t>
        <w:br/>
        <w:t>Та не тягніть, кажіть уже ясніше,&lt;br /&gt;</w:t>
        <w:br/>
        <w:t>чого прийшли!&lt;br /&gt;</w:t>
        <w:br/>
        <w:t>Цундра&lt;br /&gt;</w:t>
        <w:br/>
        <w:t>Тут, бач, таке: одбить&lt;br /&gt;</w:t>
        <w:br/>
        <w:t>Чорноземлю Марка нам треба.&lt;br /&gt;</w:t>
        <w:br/>
        <w:t>Сковорода&lt;br /&gt;</w:t>
        <w:br/>
        <w:t>(кинувсь)&lt;br /&gt;</w:t>
        <w:br/>
        <w:t>Як це —&lt;br /&gt;</w:t>
        <w:br/>
        <w:t>так він живий іще?&lt;br /&gt;</w:t>
        <w:br/>
        <w:t>Козак Розплата&lt;br /&gt;</w:t>
        <w:br/>
        <w:t>На Нерчинське&lt;br /&gt;</w:t>
        <w:br/>
        <w:t>його ведуть. Зупиняться сьогодні&lt;br /&gt;</w:t>
        <w:br/>
        <w:t>у цім селі в князька, чи хто він там,&lt;br /&gt;</w:t>
        <w:br/>
        <w:t>не знаю, й от...&lt;br /&gt;</w:t>
        <w:br/>
        <w:t>Цундра&lt;br /&gt;</w:t>
        <w:br/>
        <w:t>Ти одтягни увагу&lt;br /&gt;</w:t>
        <w:br/>
        <w:t>панів, а ми...&lt;br /&gt;</w:t>
        <w:br/>
        <w:t>Сатана&lt;br /&gt;</w:t>
        <w:br/>
        <w:t>Отам, де Зміїв ліс...&lt;br /&gt;</w:t>
        <w:br/>
        <w:t>101&lt;br /&gt;</w:t>
        <w:br/>
        <w:t>Ударимо.&lt;br /&gt;</w:t>
        <w:br/>
        <w:t>Люципер&lt;br /&gt;</w:t>
        <w:br/>
        <w:t>І головешка 'д князя&lt;br /&gt;</w:t>
        <w:br/>
        <w:t>зостанеться.&lt;br /&gt;</w:t>
        <w:br/>
        <w:t>Сковорода&lt;br /&gt;</w:t>
        <w:br/>
        <w:t>(підхопився)&lt;br /&gt;</w:t>
        <w:br/>
        <w:t>Клянусь, що все зроблю.&lt;br /&gt;</w:t>
        <w:br/>
        <w:t>Клянусь!&lt;br /&gt;</w:t>
        <w:br/>
        <w:t>Цундра&lt;br /&gt;</w:t>
        <w:br/>
        <w:t>Чекай, ти поклянись на шаблі —&lt;br /&gt;</w:t>
        <w:br/>
        <w:t>і буде в нас — прибито, як гвіздком.&lt;br /&gt;</w:t>
        <w:br/>
        <w:t>Всі вихоплюють із піхов шаблі.&lt;br /&gt;</w:t>
        <w:br/>
        <w:t>Юродивий&lt;br /&gt;</w:t>
        <w:br/>
        <w:t>(вбігає)&lt;br /&gt;</w:t>
        <w:br/>
        <w:t>Кінчаєте? Чого ж так довго? Дніє,—&lt;br /&gt;</w:t>
        <w:br/>
        <w:t>і стерегти вже небезпечно. Я&lt;br /&gt;</w:t>
        <w:br/>
        <w:t>прибіг сказать...&lt;br /&gt;</w:t>
        <w:br/>
        <w:t>А цитьте.&lt;br /&gt;</w:t>
        <w:br/>
        <w:t>(Дивиться у вікно.)&lt;br /&gt;</w:t>
        <w:br/>
        <w:t>Ну, звичайно,&lt;br /&gt;</w:t>
        <w:br/>
        <w:t>сюди іде. Скоріш у ряси!&lt;br /&gt;</w:t>
        <w:br/>
        <w:t>Всі надівають ряси.&lt;br /&gt;</w:t>
        <w:br/>
        <w:t>Так.&lt;br /&gt;</w:t>
        <w:br/>
        <w:t>Схиліться всі коло стола, немовби&lt;br /&gt;</w:t>
        <w:br/>
        <w:t>Святе письмо — ну от.&lt;br /&gt;</w:t>
        <w:br/>
        <w:t>Увіходить офіцер. Ніхто на нього не звертав жодної уваги.&lt;br /&gt;</w:t>
        <w:br/>
        <w:t>Офіцер&lt;br /&gt;</w:t>
        <w:br/>
        <w:t>(з змієподібною галантністю)&lt;br /&gt;</w:t>
        <w:br/>
        <w:t>Пробачте, я...&lt;br /&gt;</w:t>
        <w:br/>
        <w:t>Юродивий&lt;br /&gt;</w:t>
        <w:br/>
        <w:t>(до Сковороди)&lt;br /&gt;</w:t>
        <w:br/>
        <w:t>Учителю, а як це розуміти,&lt;br /&gt;</w:t>
        <w:br/>
        <w:t>що бог один, а в трьох він єстествах?</w:t>
      </w:r>
    </w:p>
    <w:p>
      <w:r>
        <w:br/>
        <w:t>Цундра&lt;br /&gt;</w:t>
        <w:br/>
        <w:t>Або ж оте, що чорт...&lt;br /&gt;</w:t>
        <w:br/>
        <w:t>Офіцер&lt;br /&gt;</w:t>
        <w:br/>
        <w:t>Рекомендуюсь.&lt;br /&gt;</w:t>
        <w:br/>
        <w:t>Я — обер-офіцер, присланий в сей монастир для наблю-&lt;br /&gt;</w:t>
        <w:br/>
        <w:t>денія, а также приходо-расходниє кнігі содержать...&lt;br /&gt;</w:t>
        <w:br/>
        <w:t>Сковорода&lt;br /&gt;</w:t>
        <w:br/>
        <w:t>А, дуже приємно. Так що вам потрібно?&lt;br /&gt;</w:t>
        <w:br/>
        <w:t>Обер-офіцер&lt;br /&gt;</w:t>
        <w:br/>
        <w:t>Пробачте, що так рано, але я хотів, я змушений був — ви&lt;br /&gt;</w:t>
        <w:br/>
        <w:t>розумієте?..&lt;br /&gt;</w:t>
        <w:br/>
        <w:t>Сковорода&lt;br /&gt;</w:t>
        <w:br/>
        <w:t>Ні, рішуче нічого не розумію.&lt;br /&gt;</w:t>
        <w:br/>
        <w:t>Обер-офіцер&lt;br /&gt;</w:t>
        <w:br/>
        <w:t>Час тривожний переживаємо, тому і мусим приглядатись.&lt;br /&gt;</w:t>
        <w:br/>
        <w:t>Пробачте, але мені сказали, що у вас... гості.&lt;br /&gt;</w:t>
        <w:br/>
        <w:t>Сковорода&lt;br /&gt;</w:t>
        <w:br/>
        <w:t>Гості? Власне... тобто... я...&lt;br /&gt;</w:t>
        <w:br/>
        <w:t>Цундра&lt;br /&gt;</w:t>
        <w:br/>
        <w:t>Так. Святі отці прийшли до старчика Григорія, і ми пад&lt;br /&gt;</w:t>
        <w:br/>
        <w:t>Святим письмом ось цілий ранок...&lt;br /&gt;</w:t>
        <w:br/>
        <w:t>Обер-офіцер&lt;br /&gt;</w:t>
        <w:br/>
        <w:t>Та ні, гості од бунтарів, од коліїв, що ніби... ну, бачите:&lt;br /&gt;</w:t>
        <w:br/>
        <w:t>з правого берега перебігла сюди ватага Цундри, і ми його&lt;br /&gt;</w:t>
        <w:br/>
        <w:t>висліджуєм, бо... через нього ж з Польщею не мирити...&lt;br /&gt;</w:t>
        <w:br/>
        <w:t>Сковорода&lt;br /&gt;</w:t>
        <w:br/>
        <w:t>Шановний добродію! Я дуже дивуюся, що ви, будучи в та-&lt;br /&gt;</w:t>
        <w:br/>
        <w:t>ких чинах і в столиці вихованим, та так зважуєтесь мене&lt;br /&gt;</w:t>
        <w:br/>
        <w:t>°бражати! Святі отці, ви тільки подумайте: од бунтарів,&lt;br /&gt;</w:t>
        <w:br/>
        <w:t>га? Цундру приплів мені якогось!&lt;br /&gt;</w:t>
        <w:br/>
        <w:t>Цундра&lt;br /&gt;</w:t>
        <w:br/>
        <w:t>О господи, господи!&lt;br /&gt;</w:t>
        <w:br/>
        <w:t>С а т а п а&lt;br /&gt;</w:t>
        <w:br/>
        <w:t>Це Сатана спокушає тих головорізів, не інакше.</w:t>
      </w:r>
    </w:p>
    <w:p>
      <w:r>
        <w:br/>
        <w:t>Люципер&lt;br /&gt;</w:t>
        <w:br/>
        <w:t>Люципер проклятий — це він усе.&lt;br /&gt;</w:t>
        <w:br/>
        <w:t>Обер-офіцер&lt;br /&gt;</w:t>
        <w:br/>
        <w:t>0! Тоді я прошу пробачення, я справді бачу, що я поми-&lt;br /&gt;</w:t>
        <w:br/>
        <w:t>лився...&lt;br /&gt;</w:t>
        <w:br/>
        <w:t>Сковорода&lt;br /&gt;</w:t>
        <w:br/>
        <w:t>І як могли ви таке припустити? Ні, о ні, не одмовляйтеся...&lt;br /&gt;</w:t>
        <w:br/>
        <w:t>А я таки справді дивуюся, що ви, будучи в таких чинах...&lt;br /&gt;</w:t>
        <w:br/>
        <w:t>Обер-офіцер&lt;br /&gt;</w:t>
        <w:br/>
        <w:t>Простіть великодушно. Рекомендуюсь.&lt;br /&gt;</w:t>
        <w:br/>
        <w:t>(Змієподібно вийшов.)&lt;br /&gt;</w:t>
        <w:br/>
        <w:t>Пауза. Всі дивляться в вікно. Годинник на дзвіниці: по східцях&lt;br /&gt;</w:t>
        <w:br/>
        <w:t>гамою вгору збіг і, подражнившись, зараз же дзвінкими каблуками&lt;br /&gt;</w:t>
        <w:br/>
        <w:t>вниз вернувсь — одміряло п'ять.&lt;br /&gt;</w:t>
        <w:br/>
        <w:t>Юродивий&lt;br /&gt;</w:t>
        <w:br/>
        <w:t>Пішов. У сад. Ліворуч. Ну, виходьте,&lt;br /&gt;</w:t>
        <w:br/>
        <w:t>я проведу.&lt;br /&gt;</w:t>
        <w:br/>
        <w:t>Цундра&lt;br /&gt;</w:t>
        <w:br/>
        <w:t>Отак, Григорію,&lt;br /&gt;</w:t>
        <w:br/>
        <w:t>і в другий раз щоб ти отак... Стратегом&lt;br /&gt;</w:t>
        <w:br/>
        <w:t>прославишся.&lt;br /&gt;</w:t>
        <w:br/>
        <w:t>Сатана&lt;br /&gt;</w:t>
        <w:br/>
        <w:t>Ну, годі гомоніть.&lt;br /&gt;</w:t>
        <w:br/>
        <w:t>Козак Розплата&lt;br /&gt;</w:t>
        <w:br/>
        <w:t>Бувай! До скорого.&lt;br /&gt;</w:t>
        <w:br/>
        <w:t>Цундра&lt;br /&gt;</w:t>
        <w:br/>
        <w:t>Так не забудь же,&lt;br /&gt;</w:t>
        <w:br/>
        <w:t>що я сказав!&lt;br /&gt;</w:t>
        <w:br/>
        <w:t>(На самому порозі.)&lt;br /&gt;</w:t>
        <w:br/>
        <w:t>Добудь.&lt;br /&gt;</w:t>
        <w:br/>
        <w:t>(Уже за дверима.)&lt;br /&gt;</w:t>
        <w:br/>
        <w:t>Добудь.&lt;br /&gt;</w:t>
        <w:br/>
        <w:t>Так не забудь! Вогню добудь!&lt;br /&gt;</w:t>
        <w:br/>
        <w:t>Сковорода в розчинені двері дивиться, як віддаляються його най-&lt;br /&gt;</w:t>
        <w:br/>
        <w:t>кращі друзі.&lt;br /&gt;</w:t>
        <w:br/>
        <w:t>[1932-1933]</w:t>
      </w:r>
    </w:p>
    <w:p>
      <w:r>
        <w:br/>
        <w:t>[СУДІТЬ МЕНЕ...]</w:t>
      </w:r>
    </w:p>
    <w:p>
      <w:r>
        <w:br/>
        <w:t>Огонь. Печаль (...ви чуєте? — пручами&lt;br /&gt;</w:t>
        <w:br/>
        <w:t>я роздрочу). Тяжіння. Рух. (Згвинчу —&lt;br /&gt;</w:t>
        <w:br/>
        <w:t>втручаннями налоскочу.) Свідомість.&lt;br /&gt;</w:t>
        <w:br/>
        <w:t>Матерія...</w:t>
      </w:r>
    </w:p>
    <w:p>
      <w:r>
        <w:br/>
        <w:t>Сковорода&lt;br /&gt;</w:t>
        <w:br/>
        <w:t>Судіть мене, мої сучасники, судіть;&lt;br /&gt;</w:t>
        <w:br/>
        <w:t>тавруйте, ймення прикладайте;&lt;br /&gt;</w:t>
        <w:br/>
        <w:t>кажіть, що я не досить ще залізний;&lt;br /&gt;</w:t>
        <w:br/>
        <w:t>що розум десь підважую тим почуттям&lt;br /&gt;</w:t>
        <w:br/>
        <w:t>або ж із молоддю в незлагоді;&lt;br /&gt;</w:t>
        <w:br/>
        <w:t>чи націю, як сад однофруктовий, уявляю —&lt;br /&gt;</w:t>
        <w:br/>
        <w:t>я знаю лиш одне:&lt;br /&gt;</w:t>
        <w:br/>
        <w:t>коріннями в здоровім грунті я&lt;br /&gt;</w:t>
        <w:br/>
        <w:t>і перегинаюсь та звисаю —&lt;br /&gt;</w:t>
        <w:br/>
        <w:t>аж тут ось коло вас.&lt;br /&gt;</w:t>
        <w:br/>
        <w:t>І падають плоди з моїх гілок,&lt;br /&gt;</w:t>
        <w:br/>
        <w:t>хоч і не геть-то рясно,&lt;br /&gt;</w:t>
        <w:br/>
        <w:t>зате ж і не червиво,&lt;br /&gt;</w:t>
        <w:br/>
        <w:t>а завше стигло і розбухло,&lt;br /&gt;</w:t>
        <w:br/>
        <w:t>ще й сміхом там покраплено з одного боку,&lt;br /&gt;</w:t>
        <w:br/>
        <w:t>ще й сміхом — краплено...&lt;br /&gt;</w:t>
        <w:br/>
        <w:t>Цундра&lt;br /&gt;</w:t>
        <w:br/>
        <w:t>Ми судимо хіба?&lt;br /&gt;</w:t>
        <w:br/>
        <w:t>Чекай.&lt;br /&gt;</w:t>
        <w:br/>
        <w:t>Невже ми ймення прикладаєм?&lt;br /&gt;</w:t>
        <w:br/>
        <w:t>Чи хочемо за почуття із'їсти?&lt;br /&gt;</w:t>
        <w:br/>
        <w:t>З тобою в стані ми війни?&lt;br /&gt;</w:t>
        <w:br/>
        <w:t>Ой ніі&lt;br /&gt;</w:t>
        <w:br/>
        <w:t>Коли поет єси —&lt;br /&gt;</w:t>
        <w:br/>
        <w:t>впливай чим хоч — і почуттями жі</w:t>
      </w:r>
    </w:p>
    <w:p>
      <w:r>
        <w:br/>
        <w:t>Сивиною мудрості ти нашій молоді присвічаіі;&lt;br /&gt;</w:t>
        <w:br/>
        <w:t>як і не в саді річ однофруктовім,&lt;br /&gt;</w:t>
        <w:br/>
        <w:t>бо нація ж для тебе — це найбідніші бідняки.&lt;br /&gt;</w:t>
        <w:br/>
        <w:t>Л от:&lt;br /&gt;</w:t>
        <w:br/>
        <w:t>поміж буттям і мисленням —&lt;br /&gt;</w:t>
        <w:br/>
        <w:t>у тебе заперечення.&lt;br /&gt;</w:t>
        <w:br/>
        <w:t>І зрушити тут треба.&lt;br /&gt;</w:t>
        <w:br/>
        <w:t>Зрушити...&lt;br /&gt;</w:t>
        <w:br/>
        <w:t>[1932-1933]</w:t>
      </w:r>
    </w:p>
    <w:p>
      <w:r>
        <w:br/>
        <w:t>(ДРУГЕ ВИДІННЯ СКОВОРОДИ]&lt;br /&gt;</w:t>
        <w:br/>
        <w:t>НА ГОРІ. ДИКО. ДАЛЕКО</w:t>
      </w:r>
    </w:p>
    <w:p>
      <w:r>
        <w:br/>
        <w:t>Сковорода, якого переслідує вітер, а з вітром ще щось&lt;br /&gt;</w:t>
        <w:br/>
        <w:t>невидиме. Дерево самотнє, з переламаною рукою, з горбатим&lt;br /&gt;</w:t>
        <w:br/>
        <w:t>плечем. Листя його у вихорі. А в листі оплески, вереск, рик — мов&lt;br /&gt;</w:t>
        <w:br/>
        <w:t>огненний буран схопивсь в природі! Як скоро буран той розкрути-&lt;br /&gt;</w:t>
        <w:br/>
        <w:t>ться назад — все раптом зникає. Лиш інколи — хитрі дзвіночки...&lt;br /&gt;</w:t>
        <w:br/>
        <w:t>І немовби говорить —&lt;br /&gt;</w:t>
        <w:br/>
        <w:t>Сковорода&lt;br /&gt;</w:t>
        <w:br/>
        <w:t>Хоч тут я відпочину. Де іти?&lt;br /&gt;</w:t>
        <w:br/>
        <w:t>І як од мук сховатись? Високості.&lt;br /&gt;</w:t>
        <w:br/>
        <w:t>Передо мною глибина глибин&lt;br /&gt;</w:t>
        <w:br/>
        <w:t>і світ, як Арістотелева мудрість.&lt;br /&gt;</w:t>
        <w:br/>
        <w:t>О світ, о сон! Праворуч Індія,&lt;br /&gt;</w:t>
        <w:br/>
        <w:t>а там Європа, ми ж — на переметі.&lt;br /&gt;</w:t>
        <w:br/>
        <w:t>Душа моя прикована, душа&lt;br /&gt;</w:t>
        <w:br/>
        <w:t>на переметі в дальні високості.&lt;br /&gt;</w:t>
        <w:br/>
        <w:t>Спокою прагну чи мовчу — Вольтер&lt;br /&gt;</w:t>
        <w:br/>
        <w:t>з Європи сміхом не дає покою!&lt;br /&gt;</w:t>
        <w:br/>
        <w:t>А сам сміятися почнеш — луни&lt;br /&gt;</w:t>
        <w:br/>
        <w:t>в цій проклятій пустелі не почуєш!&lt;br /&gt;</w:t>
        <w:br/>
        <w:t>Оглухли всі, як і я сам оглух,&lt;br /&gt;</w:t>
        <w:br/>
        <w:t>сміятись розучились. Прометея —&lt;br /&gt;</w:t>
        <w:br/>
        <w:t>козацький дух — скрутили на цяцьках,&lt;br /&gt;</w:t>
        <w:br/>
        <w:t>1 в самий бунт укинули барокко —&lt;br /&gt;</w:t>
        <w:br/>
        <w:t>козацьку старшину. Кругом така&lt;br /&gt;</w:t>
        <w:br/>
        <w:t>солодка муть, таке кругом розтління,&lt;br /&gt;</w:t>
        <w:br/>
        <w:t>а просвіщенства вік... Дворянський дух&lt;br /&gt;</w:t>
        <w:br/>
        <w:t>над всім: обліг і став у піраміди.&lt;br /&gt;</w:t>
        <w:br/>
        <w:t>Але ж і ми із міді! Хай удав&lt;br /&gt;</w:t>
        <w:br/>
        <w:t>гримить короною, росте і лізе,—&lt;br /&gt;</w:t>
        <w:br/>
        <w:t>але ж і ми з заліза! Стороно!&lt;br /&gt;</w:t>
        <w:br/>
        <w:t>Не вправна обійтись з собою? Бою!&lt;br /&gt;</w:t>
        <w:br/>
        <w:t>Ой, стороно ж моя, мій всесвіту,—&lt;br /&gt;</w:t>
        <w:br/>
        <w:t>мій всесвіту, мій туготурий болю!&lt;br /&gt;</w:t>
        <w:br/>
        <w:t>За ту любов, за ту любов, за ту</w:t>
      </w:r>
    </w:p>
    <w:p>
      <w:r>
        <w:br/>
        <w:t>голоту — тут — і скрізь — до бою — ту'...&lt;br /&gt;</w:t>
        <w:br/>
        <w:t>...Чого ж я, дурень, ще борюсь: то Дух&lt;br /&gt;</w:t>
        <w:br/>
        <w:t>возвишу, то Матерію. Я ж знаю&lt;br /&gt;</w:t>
        <w:br/>
        <w:t>і чую: Materia aeterna estl 1&lt;br /&gt;</w:t>
        <w:br/>
        <w:t>Кажу — і спотикаюся об Вічність.&lt;br /&gt;</w:t>
        <w:br/>
        <w:t>Голос&lt;br /&gt;</w:t>
        <w:br/>
        <w:t>Сковорода!&lt;br /&gt;</w:t>
        <w:br/>
        <w:t>Сковорода&lt;br /&gt;</w:t>
        <w:br/>
        <w:t>Ти хто?&lt;br /&gt;</w:t>
        <w:br/>
        <w:t>Голос&lt;br /&gt;</w:t>
        <w:br/>
        <w:t>Не познаеш?&lt;br /&gt;</w:t>
        <w:br/>
        <w:t>Сковорода&lt;br /&gt;</w:t>
        <w:br/>
        <w:t>Та хто ж ти є? Нікого я не бачу.&lt;br /&gt;</w:t>
        <w:br/>
        <w:t>Голос&lt;br /&gt;</w:t>
        <w:br/>
        <w:t>Невже не познаеш? Сковорода!&lt;br /&gt;</w:t>
        <w:br/>
        <w:t>Ти ж все життя боровся з Чорнобогом —&lt;br /&gt;</w:t>
        <w:br/>
        <w:t>от я й прийшов.&lt;br /&gt;</w:t>
        <w:br/>
        <w:t>Сковорода&lt;br /&gt;</w:t>
        <w:br/>
        <w:t>Ага, ти знов мене&lt;br /&gt;</w:t>
        <w:br/>
        <w:t>завзявся мучить? Ну, підходь. Створіння&lt;br /&gt;</w:t>
        <w:br/>
        <w:t>уяви хворобливої, ти — тінь&lt;br /&gt;</w:t>
        <w:br/>
        <w:t>моїх думок, не більше, все ж я бачу&lt;br /&gt;</w:t>
        <w:br/>
        <w:t>тебе насправді. Ось...&lt;br /&gt;</w:t>
        <w:br/>
        <w:t>Чорнобог&lt;br /&gt;</w:t>
        <w:br/>
        <w:t>Ти мучишся,&lt;br /&gt;</w:t>
        <w:br/>
        <w:t>ти борешся. А з чим,— скажи,— для чого?&lt;br /&gt;</w:t>
        <w:br/>
        <w:t>Ну ось твоя хоч Україна. Сам&lt;br /&gt;</w:t>
        <w:br/>
        <w:t>ти бачиш: кров — дурна. Впаде голота&lt;br /&gt;</w:t>
        <w:br/>
        <w:t>й ніколи більш не встане.&lt;br /&gt;</w:t>
        <w:br/>
        <w:t>Ти б пішов&lt;br /&gt;</w:t>
        <w:br/>
        <w:t>і поклонився шляхті.&lt;br /&gt;</w:t>
        <w:br/>
        <w:t>Катерині —&lt;br /&gt;</w:t>
        <w:br/>
        <w:t>цариці, ще й любовникам її&lt;br /&gt;</w:t>
        <w:br/>
        <w:t>легенько так побринькав у бандуру...</w:t>
      </w:r>
    </w:p>
    <w:p>
      <w:r>
        <w:br/>
        <w:t>Матерія вічна (лат.).— Ред.</w:t>
      </w:r>
    </w:p>
    <w:p>
      <w:r>
        <w:br/>
        <w:t>Чому — не хочеш? Ну, надінь клобук,&lt;br /&gt;</w:t>
        <w:br/>
        <w:t>і зразу — чуєш? — зразу... патріархом&lt;br /&gt;</w:t>
        <w:br/>
        <w:t>тебе поставлять!..&lt;br /&gt;</w:t>
        <w:br/>
        <w:t>Сковорода&lt;br /&gt;</w:t>
        <w:br/>
        <w:t>(заміряється костуром)&lt;br /&gt;</w:t>
        <w:br/>
        <w:t>Згинь, собако, згинь!&lt;br /&gt;</w:t>
        <w:br/>
        <w:t>Не муч мене!..&lt;br /&gt;</w:t>
        <w:br/>
        <w:t>На скелях насторожуються нечисті.&lt;br /&gt;</w:t>
        <w:br/>
        <w:t>Чорнобог&lt;br /&gt;</w:t>
        <w:br/>
        <w:t>Та я до тебе дружньо.&lt;br /&gt;</w:t>
        <w:br/>
        <w:t>З тобою скрізь, тебе люблю! Клянусь,&lt;br /&gt;</w:t>
        <w:br/>
        <w:t>клянусь, коли мені не віриш... Будьмо&lt;br /&gt;</w:t>
        <w:br/>
        <w:t>з тобою в згоді! Ще раз гетьманат&lt;br /&gt;</w:t>
        <w:br/>
        <w:t>змайструємо. Прикриєм пишним блиском&lt;br /&gt;</w:t>
        <w:br/>
        <w:t>"свєтлєйший" зад імперії.&lt;br /&gt;</w:t>
        <w:br/>
        <w:t>Сковорода&lt;br /&gt;</w:t>
        <w:br/>
        <w:t>Сміюсь,&lt;br /&gt;</w:t>
        <w:br/>
        <w:t>о як сміюсь я над тобою! Бою&lt;br /&gt;</w:t>
        <w:br/>
        <w:t>й не жди. Не дам: на тебе я плюю,&lt;br /&gt;</w:t>
        <w:br/>
        <w:t>мерзеннику!&lt;br /&gt;</w:t>
        <w:br/>
        <w:t>Чорнобог&lt;br /&gt;</w:t>
        <w:br/>
        <w:t>Ага, тоді я тихо&lt;br /&gt;</w:t>
        <w:br/>
        <w:t>в'їдатись буду. От. Скажи. Ти чув&lt;br /&gt;</w:t>
        <w:br/>
        <w:t>що-небудь про Марію?&lt;br /&gt;</w:t>
        <w:br/>
        <w:t>Нечисть&lt;br /&gt;</w:t>
        <w:br/>
        <w:t>Ну?&lt;br /&gt;</w:t>
        <w:br/>
        <w:t>Сковорода&lt;br /&gt;</w:t>
        <w:br/>
        <w:t>Марію?&lt;br /&gt;</w:t>
        <w:br/>
        <w:t>Чорнобог&lt;br /&gt;</w:t>
        <w:br/>
        <w:t>Та ти ж кохав її чи ні? — Село.&lt;br /&gt;</w:t>
        <w:br/>
        <w:t>Поміщицькі покої й та кріпачка,&lt;br /&gt;</w:t>
        <w:br/>
        <w:t>що ти за неї заступився...&lt;br /&gt;</w:t>
        <w:br/>
        <w:t>Сковорода&lt;br /&gt;</w:t>
        <w:br/>
        <w:t>Стій.&lt;br /&gt;</w:t>
        <w:br/>
        <w:t>Чогось так голова шумить, і серце&lt;br /&gt;</w:t>
        <w:br/>
        <w:t>109</w:t>
      </w:r>
    </w:p>
    <w:p>
      <w:r>
        <w:br/>
        <w:t>на прив'язі, як океан.&lt;br /&gt;</w:t>
        <w:br/>
        <w:t>(Кінокартина.)&lt;br /&gt;</w:t>
        <w:br/>
        <w:t>Давно,&lt;br /&gt;</w:t>
        <w:br/>
        <w:t>О як давно все це було. Кріпачка,&lt;br /&gt;</w:t>
        <w:br/>
        <w:t>що я за неї заступився. Де?&lt;br /&gt;</w:t>
        <w:br/>
        <w:t>В яких краях мені її шукати,&lt;br /&gt;</w:t>
        <w:br/>
        <w:t>в яких віках? Коли сказав — найди,&lt;br /&gt;</w:t>
        <w:br/>
        <w:t>найди мені її, мою вишневу!&lt;br /&gt;</w:t>
        <w:br/>
        <w:t>Чорнобог&lt;br /&gt;</w:t>
        <w:br/>
        <w:t>Так от. Дивись. Торговий проростень 1.&lt;br /&gt;</w:t>
        <w:br/>
        <w:t>Дворянство — цей новий господар.&lt;br /&gt;</w:t>
        <w:br/>
        <w:t>Розкіш.&lt;br /&gt;</w:t>
        <w:br/>
        <w:t>Дітей, жінок міняють на собак,—&lt;br /&gt;</w:t>
        <w:br/>
        <w:t>1 що для них ота твоя Марія?&lt;br /&gt;</w:t>
        <w:br/>
        <w:t>На скелях пухне сміх. То нечисть, хватаючись за животи, безмовно&lt;br /&gt;</w:t>
        <w:br/>
        <w:t>корчиться і опадає.&lt;br /&gt;</w:t>
        <w:br/>
        <w:t>Так от. Дивись. Квітують на крові&lt;br /&gt;</w:t>
        <w:br/>
        <w:t>князівські латифундії. Пшениця —&lt;br /&gt;</w:t>
        <w:br/>
        <w:t>по саму шию! А куди збувать?&lt;br /&gt;</w:t>
        <w:br/>
        <w:t>їм море Чорнее аж сниться, море,&lt;br /&gt;</w:t>
        <w:br/>
        <w:t>що хлібний шлях одкрило б у світи&lt;br /&gt;</w:t>
        <w:br/>
        <w:t>через Вкраїну,— що їм та Марія?!&lt;br /&gt;</w:t>
        <w:br/>
        <w:t>Шукати? Колісниця по кістках&lt;br /&gt;</w:t>
        <w:br/>
        <w:t>дурного демосу прохрусла,— й тихо&lt;br /&gt;</w:t>
        <w:br/>
        <w:t>так стало скрізь. Шукай тепер свою&lt;br /&gt;</w:t>
        <w:br/>
        <w:t>вишневу.&lt;br /&gt;</w:t>
        <w:br/>
        <w:t>На скелях пухне сміх. Нечисть, хватаючись за животи, безмовно&lt;br /&gt;</w:t>
        <w:br/>
        <w:t>корчиться і опадає.&lt;br /&gt;</w:t>
        <w:br/>
        <w:t>Сковорода&lt;br /&gt;</w:t>
        <w:br/>
        <w:t>Годі! Не блягузкай! Демос&lt;br /&gt;</w:t>
        <w:br/>
        <w:t>не раз ще встане. Грізно прогримить&lt;br /&gt;</w:t>
        <w:br/>
        <w:t>і заговорить...&lt;br /&gt;</w:t>
        <w:br/>
        <w:t>Чорнобог&lt;br /&gt;</w:t>
        <w:br/>
        <w:t>1 Торговий капітал.— Ред.&lt;br /&gt;</w:t>
        <w:br/>
        <w:t>Що,— Богдан Хмельницький?&lt;br /&gt;</w:t>
        <w:br/>
        <w:t>Ой дурню ж, дур'...</w:t>
      </w:r>
    </w:p>
    <w:p>
      <w:r>
        <w:br/>
        <w:t>Сковорода&lt;br /&gt;</w:t>
        <w:br/>
        <w:t>Доволі! Онімій!&lt;br /&gt;</w:t>
        <w:br/>
        <w:t>Що кров дурна — я сам це знаю. Хочу ж,&lt;br /&gt;</w:t>
        <w:br/>
        <w:t>щоб кров була розумна. Проорём&lt;br /&gt;</w:t>
        <w:br/>
        <w:t>і виорем всю ниву! І підвищим&lt;br /&gt;</w:t>
        <w:br/>
        <w:t>духовну дисципліну, пійдемо&lt;br /&gt;</w:t>
        <w:br/>
        <w:t>верхів'ями...&lt;br /&gt;</w:t>
        <w:br/>
        <w:t>Чорнобог&lt;br /&gt;</w:t>
        <w:br/>
        <w:t>"Пізнай себе самого"?&lt;br /&gt;</w:t>
        <w:br/>
        <w:t>Ой дурню ж, ду'... Ти ж просто сам біжиш&lt;br /&gt;</w:t>
        <w:br/>
        <w:t>у нашу сіть. Пізнать себе самого!&lt;br /&gt;</w:t>
        <w:br/>
        <w:t>Та кращого пророка не знайти&lt;br /&gt;</w:t>
        <w:br/>
        <w:t>дворянству!&lt;br /&gt;</w:t>
        <w:br/>
        <w:t>Сковорода&lt;br /&gt;</w:t>
        <w:br/>
        <w:t>Лож! Неправда!&lt;br /&gt;</w:t>
        <w:br/>
        <w:t>Чорнобог&lt;br /&gt;</w:t>
        <w:br/>
        <w:t>Бач, грішити,&lt;br /&gt;</w:t>
        <w:br/>
        <w:t>а потім познавать себе, чи так?&lt;br /&gt;</w:t>
        <w:br/>
        <w:t>Загарбать все у демоса в лещети.&lt;br /&gt;</w:t>
        <w:br/>
        <w:t>Бо: vvcoOi creavrov. Так от, Сократ&lt;br /&gt;</w:t>
        <w:br/>
        <w:t>селянський, от коли мені піймався!&lt;br /&gt;</w:t>
        <w:br/>
        <w:t>Признайся: адже я тебе зборов?&lt;br /&gt;</w:t>
        <w:br/>
        <w:t>Нечисть&lt;br /&gt;</w:t>
        <w:br/>
        <w:t>Зборов! Зборов! "Ми проорем всю ниву".&lt;br /&gt;</w:t>
        <w:br/>
        <w:t>Балаканину? Кхик? Неначе стовп,&lt;br /&gt;</w:t>
        <w:br/>
        <w:t>я стану на горі. Ой, покрутімось&lt;br /&gt;</w:t>
        <w:br/>
        <w:t>і попосміймось! Кхик?&lt;br /&gt;</w:t>
        <w:br/>
        <w:t>Сковорода&lt;br /&gt;</w:t>
        <w:br/>
        <w:t>Ти справжній чорт&lt;br /&gt;</w:t>
        <w:br/>
        <w:t>і перебріхувать ласкавий. Горе&lt;br /&gt;</w:t>
        <w:br/>
        <w:t>тому, хто усумниться в правоті&lt;br /&gt;</w:t>
        <w:br/>
        <w:t>залізних самозаперечень.&lt;br /&gt;</w:t>
        <w:br/>
        <w:t>Розум!&lt;br /&gt;</w:t>
        <w:br/>
        <w:t>І розум скаже нам: якій добі&lt;br /&gt;</w:t>
        <w:br/>
        <w:t>яка потрібна форма. Тиранія&lt;br /&gt;</w:t>
        <w:br/>
        <w:t>чи воля всім. Піду верхів'ями...&lt;br /&gt;</w:t>
        <w:br/>
        <w:t>Бувай здоров!</w:t>
      </w:r>
    </w:p>
    <w:p>
      <w:r>
        <w:br/>
        <w:t>Чорнобог&lt;br /&gt;</w:t>
        <w:br/>
        <w:t>Хіба? Ну, а Марія?&lt;br /&gt;</w:t>
        <w:br/>
        <w:t>Сковорода&lt;br /&gt;</w:t>
        <w:br/>
        <w:t>Марію я піду шукати сам.&lt;br /&gt;</w:t>
        <w:br/>
        <w:t>І буду скрізь її обороняти.&lt;br /&gt;</w:t>
        <w:br/>
        <w:t>Маріе-сестро, чистая моя,&lt;br /&gt;</w:t>
        <w:br/>
        <w:t>явись хоча на мить, осяй зорею&lt;br /&gt;</w:t>
        <w:br/>
        <w:t>мене самотнього!&lt;br /&gt;</w:t>
        <w:br/>
        <w:t>Чорнобог&lt;br /&gt;</w:t>
        <w:br/>
        <w:t>Сковорода!&lt;br /&gt;</w:t>
        <w:br/>
        <w:t>Появляється Марія.&lt;br /&gt;</w:t>
        <w:br/>
        <w:t>Танці, вереск, рик — мов огненний буран схопивсь в природі. Тихо.&lt;br /&gt;</w:t>
        <w:br/>
        <w:t>Тьма.&lt;br /&gt;</w:t>
        <w:br/>
        <w:t>Марія&lt;br /&gt;</w:t>
        <w:br/>
        <w:t>Шукав мене? Прийшла. Не подивуєш,&lt;br /&gt;</w:t>
        <w:br/>
        <w:t>що я в такім лахмітті? Цілий день&lt;br /&gt;</w:t>
        <w:br/>
        <w:t>на фабриці, а вдома сестри, голод,&lt;br /&gt;</w:t>
        <w:br/>
        <w:t>а вдома смерть. Я принесла тобі&lt;br /&gt;</w:t>
        <w:br/>
        <w:t>твої писання. їх найшла в подвір'ї&lt;br /&gt;</w:t>
        <w:br/>
        <w:t>...на панськім смітнику...&lt;br /&gt;</w:t>
        <w:br/>
        <w:t>Сковорода&lt;br /&gt;</w:t>
        <w:br/>
        <w:t>Утопія!&lt;br /&gt;</w:t>
        <w:br/>
        <w:t>Моя утопія "Нова людина"!&lt;br /&gt;</w:t>
        <w:br/>
        <w:t>О стид, о страм!&lt;br /&gt;</w:t>
        <w:br/>
        <w:t>Чорнобог&lt;br /&gt;</w:t>
        <w:br/>
        <w:t>(регоче)&lt;br /&gt;</w:t>
        <w:br/>
        <w:t>...на панськім смітнику.&lt;br /&gt;</w:t>
        <w:br/>
        <w:t>Марія&lt;br /&gt;</w:t>
        <w:br/>
        <w:t>Шукав мене? Прийшла. Але я мушу&lt;br /&gt;</w:t>
        <w:br/>
        <w:t>вже йти. На правім березі Дніпра&lt;br /&gt;</w:t>
        <w:br/>
        <w:t>ножами дзвонять гайдамаки.&lt;br /&gt;</w:t>
        <w:br/>
        <w:t>Отже —&lt;br /&gt;</w:t>
        <w:br/>
        <w:t>туди! Хай будуть прокляті пани,&lt;br /&gt;</w:t>
        <w:br/>
        <w:t>що ти до них так соколово!&lt;br /&gt;</w:t>
        <w:br/>
        <w:t>Слово&lt;br /&gt;</w:t>
        <w:br/>
        <w:t>твоє хіба вони беруть? Чи ртуть&lt;br /&gt;</w:t>
        <w:br/>
        <w:t>твоєї мудрості? Не те! Мужицька&lt;br /&gt;</w:t>
        <w:br/>
        <w:t>потрібна. Смерть.&lt;br /&gt;</w:t>
        <w:br/>
        <w:t>Чорнобог&lt;br /&gt;</w:t>
        <w:br/>
        <w:t>(регоче)&lt;br /&gt;</w:t>
        <w:br/>
        <w:t>Цс! цс! Чи вона збожеволіла? Слизь-гризь — костогризь...&lt;br /&gt;</w:t>
        <w:br/>
        <w:t>...на панськім смітнику...&lt;br /&gt;</w:t>
        <w:br/>
        <w:t>Марія&lt;br /&gt;</w:t>
        <w:br/>
        <w:t>Запам'ятай же: смерть!&lt;br /&gt;</w:t>
        <w:br/>
        <w:t>(Зникає.)&lt;br /&gt;</w:t>
        <w:br/>
        <w:t>Сковорода&lt;br /&gt;</w:t>
        <w:br/>
        <w:t>Постій! Маріє!&lt;br /&gt;</w:t>
        <w:br/>
        <w:t>Чорнобог&lt;br /&gt;</w:t>
        <w:br/>
        <w:t>Спали! Спали свою Утопію —&lt;br /&gt;</w:t>
        <w:br/>
        <w:t>я дам тобі... та не мужичку —&lt;br /&gt;</w:t>
        <w:br/>
        <w:t>панну!&lt;br /&gt;</w:t>
        <w:br/>
        <w:t>Я дам тобі — ось глянь!&lt;br /&gt;</w:t>
        <w:br/>
        <w:t>Появляється П а п н а (без одежі).&lt;br /&gt;</w:t>
        <w:br/>
        <w:t>Сковорода вражений. Сковорода очей одвести не може. Несвідомо&lt;br /&gt;</w:t>
        <w:br/>
        <w:t>руку простяг до неї і так стоїть. Нечисть співає. По його — Чорно-&lt;br /&gt;</w:t>
        <w:br/>
        <w:t>бога — знаку нечисті приносять в пригорщах вогню. Чорнобог&lt;br /&gt;</w:t>
        <w:br/>
        <w:t>хватає рукопис, затискає у руку Сковороді й запалює. Од полум'я&lt;br /&gt;</w:t>
        <w:br/>
        <w:t>кривиться весь світ. Гори здвигаються. Зорі перехоплюють одна&lt;br /&gt;</w:t>
        <w:br/>
        <w:t>другу. Панна двоїться, троїться, а нечисті — на головах. Танці,&lt;br /&gt;</w:t>
        <w:br/>
        <w:t>вереск, рик — мов огненний буран схопився в природі. Тихо. Тьма.&lt;br /&gt;</w:t>
        <w:br/>
        <w:t>Голос&lt;br /&gt;</w:t>
        <w:br/>
        <w:t>Сковорода!&lt;br /&gt;</w:t>
        <w:br/>
        <w:t>Сковорода&lt;br /&gt;</w:t>
        <w:br/>
        <w:t>Чи це мені приснилось?&lt;br /&gt;</w:t>
        <w:br/>
        <w:t>Маріє-сестро, чистая моя,&lt;br /&gt;</w:t>
        <w:br/>
        <w:t>Маріє дивная!.. Приснилось? Попіл&lt;br /&gt;</w:t>
        <w:br/>
        <w:t>чому ж тоді і ці сліди? Обняв&lt;br /&gt;</w:t>
        <w:br/>
        <w:t>мене удавом жах: невже спалив я&lt;br /&gt;</w:t>
        <w:br/>
        <w:t>свою Утопію?&lt;br /&gt;</w:t>
        <w:br/>
        <w:t>(Збирає попіл і — з сумом.)&lt;br /&gt;</w:t>
        <w:br/>
        <w:t>О ніч, скажи!&lt;br /&gt;</w:t>
        <w:br/>
        <w:t>Ви, гори, хоч промовте! Тиранія&lt;br /&gt;</w:t>
        <w:br/>
        <w:t>чи воля всім?&lt;br /&gt;</w:t>
        <w:br/>
        <w:t>Душевний спокій, мир&lt;br /&gt;</w:t>
        <w:br/>
        <w:t>чи та одвічна боротьба, що кров'ю</w:t>
      </w:r>
    </w:p>
    <w:p>
      <w:r>
        <w:br/>
        <w:t>нам кропить шлях в будуче?&lt;br /&gt;</w:t>
        <w:br/>
        <w:t>Ніч, скажи!&lt;br /&gt;</w:t>
        <w:br/>
        <w:t>Ви, гори, хоч промовте!&lt;br /&gt;</w:t>
        <w:br/>
        <w:t>Де ж мучитель?&lt;br /&gt;</w:t>
        <w:br/>
        <w:t>Нікого!&lt;br /&gt;</w:t>
        <w:br/>
        <w:t>Спить Європа.&lt;br /&gt;</w:t>
        <w:br/>
        <w:t>Лиш Вольтер&lt;br /&gt;</w:t>
        <w:br/>
        <w:t>сміється серед тиші...&lt;br /&gt;</w:t>
        <w:br/>
        <w:t>[1931-1933]</w:t>
      </w:r>
    </w:p>
    <w:p>
      <w:r>
        <w:br/>
        <w:t>[ДРУГИЙ МОНОЛОГ СКОВОРОДИ]</w:t>
      </w:r>
    </w:p>
    <w:p>
      <w:r>
        <w:br/>
        <w:t>Натура — є римське слово, по-нашому ж природа,&lt;br /&gt;</w:t>
        <w:br/>
        <w:t>або ж єство. Цим словом визначається все на все,&lt;br /&gt;</w:t>
        <w:br/>
        <w:t>що тільки родиться у всій світу цього машині...&lt;br /&gt;</w:t>
        <w:br/>
        <w:t>Вона, натура, зветься натурою тому, що все,&lt;br /&gt;</w:t>
        <w:br/>
        <w:t>яке назовні виходить або ж народжується від таємних&lt;br /&gt;</w:t>
        <w:br/>
        <w:t>необмежених надр її, як од загальної матері черева,&lt;br /&gt;</w:t>
        <w:br/>
        <w:t>тимчасовий свій має початок. А поскільки ця мати,&lt;br /&gt;</w:t>
        <w:br/>
        <w:t>рождаючи, ні від кого не приймає, але ж сама собою&lt;br /&gt;</w:t>
        <w:br/>
        <w:t>рождає,— для того взивається і батьком, і початком,&lt;br /&gt;</w:t>
        <w:br/>
        <w:t>який кінця не має, який від місця чи часу не залежить...&lt;br /&gt;</w:t>
        <w:br/>
        <w:t>...Не можна про неї спитати: коли вона почалась?&lt;br /&gt;</w:t>
        <w:br/>
        <w:t>Вона завжди є, була й буде. Або ж: до якого місця&lt;br /&gt;</w:t>
        <w:br/>
        <w:t>поширюється? Вона завжди є скрізь...</w:t>
      </w:r>
    </w:p>
    <w:p>
      <w:r>
        <w:br/>
        <w:t>О г о н ь. Та вже ж. Це він один. Як прапор&lt;br /&gt;</w:t>
        <w:br/>
        <w:t>піднесення! О г о н ь. Це він як мисль.&lt;br /&gt;</w:t>
        <w:br/>
        <w:t>Як ті ножі! Скажи (огонь): чи можна&lt;br /&gt;</w:t>
        <w:br/>
        <w:t>не гоготать, коли доба, доба&lt;br /&gt;</w:t>
        <w:br/>
        <w:t>гогоче!&lt;br /&gt;</w:t>
        <w:br/>
        <w:t>Ось. На схилі канчук-віку,&lt;br /&gt;</w:t>
        <w:br/>
        <w:t>У витівках цвілого рококо.&lt;br /&gt;</w:t>
        <w:br/>
        <w:t>Гуманними зітханнями розпертий.&lt;br /&gt;</w:t>
        <w:br/>
        <w:t>Уїдливо дрімає пан. І так:&lt;br /&gt;</w:t>
        <w:br/>
        <w:t>сюди махне рукою — жито стигпе,&lt;br /&gt;</w:t>
        <w:br/>
        <w:t>аж стогне, бо... приказано ж? — росте,&lt;br /&gt;</w:t>
        <w:br/>
        <w:t>як прокляте! Туди махне — зажерно&lt;br /&gt;</w:t>
        <w:br/>
        <w:t>церкви гудуть, кадила брязкають&lt;br /&gt;</w:t>
        <w:br/>
        <w:t>по всій землі! Сам бог із неба ручку&lt;br /&gt;</w:t>
        <w:br/>
        <w:t>пухнатеньку: ну як дрімається?&lt;br /&gt;</w:t>
        <w:br/>
        <w:t>І, бачачи, що той мовчить, об ногу&lt;br /&gt;</w:t>
        <w:br/>
        <w:t>начухує він ногу... Благодать!&lt;br /&gt;</w:t>
        <w:br/>
        <w:t>Та й херувим. Та й серафим. Мадонна.&lt;br /&gt;</w:t>
        <w:br/>
        <w:t>Й собі чогось приперлась: ну дак як?</w:t>
      </w:r>
    </w:p>
    <w:p>
      <w:r>
        <w:br/>
        <w:t>А пан: та що ж... закурим? капітали&lt;br /&gt;</w:t>
        <w:br/>
        <w:t>куди дівать, не знаю, ххе? Тут бог&lt;br /&gt;</w:t>
        <w:br/>
        <w:t>й собі теж: ххе? Мадонно, ххе? ти чуєш? —&lt;br /&gt;</w:t>
        <w:br/>
        <w:t>на власництві державу струнь —&lt;br /&gt;</w:t>
        <w:br/>
        <w:t>то й нам&lt;br /&gt;</w:t>
        <w:br/>
        <w:t>не боязко на небі. "Небі! небі!" —&lt;br /&gt;</w:t>
        <w:br/>
        <w:t>передражнив архістратиг. Онд'о&lt;br /&gt;</w:t>
        <w:br/>
        <w:t>вже почалось! Ізнизу! — Бог. Як чухавсь —&lt;br /&gt;</w:t>
        <w:br/>
        <w:t>так і застиг на 'дній нозі... Огонь! —&lt;br /&gt;</w:t>
        <w:br/>
        <w:t>тут скрикнула мадонна й підсмикнулась&lt;br /&gt;</w:t>
        <w:br/>
        <w:t>так високо, аж литки, бач... і враз...—&lt;br /&gt;</w:t>
        <w:br/>
        <w:t>як помелом змело усіх! Чкурнула&lt;br /&gt;</w:t>
        <w:br/>
        <w:t>мадонна. Вмить — куди той дівсь і бог.&lt;br /&gt;</w:t>
        <w:br/>
        <w:t>Лиш херувим та серафим на місці,&lt;br /&gt;</w:t>
        <w:br/>
        <w:t>як бовдури, лишилися стоять,&lt;br /&gt;</w:t>
        <w:br/>
        <w:t>обвішані хрестами.&lt;br /&gt;</w:t>
        <w:br/>
        <w:t>І звісно ж, служба: стоїть стояка, а на стояці висить ви-&lt;br /&gt;</w:t>
        <w:br/>
        <w:t>сяка.&lt;br /&gt;</w:t>
        <w:br/>
        <w:t>Ну, а панство...&lt;br /&gt;</w:t>
        <w:br/>
        <w:t>Та що казать про це мізеріє?!&lt;br /&gt;</w:t>
        <w:br/>
        <w:t>Коли сам цар із переляку репнув,&lt;br /&gt;</w:t>
        <w:br/>
        <w:t>то що вже цим?! Одначе: репнуте&lt;br /&gt;</w:t>
        <w:br/>
        <w:t>стягло хвости і підповзло. Вкусило —&lt;br /&gt;</w:t>
        <w:br/>
        <w:t>й одскочило назад. Плазуючи,&lt;br /&gt;</w:t>
        <w:br/>
        <w:t>вибризкувало яд вонючий. Тихо&lt;br /&gt;</w:t>
        <w:br/>
        <w:t>яхидою захихотіло... Цоп! —&lt;br /&gt;</w:t>
        <w:br/>
        <w:t>по голові його бідняк. Скрутилось&lt;br /&gt;</w:t>
        <w:br/>
        <w:t>ковбаскою, яку той підчепив&lt;br /&gt;</w:t>
        <w:br/>
        <w:t>і на вогонь шпурнув. Перекрутилось&lt;br /&gt;</w:t>
        <w:br/>
        <w:t>нещаснеє, аж вигнулось!..&lt;br /&gt;</w:t>
        <w:br/>
        <w:t>Отак&lt;br /&gt;</w:t>
        <w:br/>
        <w:t>у рай пішла від рококо до бога&lt;br /&gt;</w:t>
        <w:br/>
        <w:t>душа його. Амінь же, братіє!&lt;br /&gt;</w:t>
        <w:br/>
        <w:t>Чи, мо її собі сльозу? Такий-бо ловкий&lt;br /&gt;</w:t>
        <w:br/>
        <w:t>та добрий пан загув, ну й як нам без —&lt;br /&gt;</w:t>
        <w:br/>
        <w:t>ой як нам без — та як нам жить без пана?&lt;br /&gt;</w:t>
        <w:br/>
        <w:t>Та хто ж нас бу' — ой хто ж нас бу' — та хто ж&lt;br /&gt;</w:t>
        <w:br/>
        <w:t>нас бити бу'? Дерун, дервій, дерюга&lt;br /&gt;</w:t>
        <w:br/>
        <w:t>впокоївся. Земля ж йому пером.&lt;br /&gt;</w:t>
        <w:br/>
        <w:t>Обскубаним. Не перестанемо&lt;br /&gt;</w:t>
        <w:br/>
        <w:t>скубти його по смерті! Любий, тлієш?&lt;br /&gt;</w:t>
        <w:br/>
        <w:t>Здирав єси, собако? Капітал?&lt;br /&gt;</w:t>
        <w:br/>
        <w:t>...Огонь як мисль тут вихопивсь. Повставши,&lt;br /&gt;</w:t>
        <w:br/>
        <w:t>порозкидав далеко іскри... гнів</w:t>
      </w:r>
    </w:p>
    <w:p>
      <w:r>
        <w:br/>
        <w:t>як організм устав! Убивсь у силу&lt;br /&gt;</w:t>
        <w:br/>
        <w:t>і засміявсь-сміявсь, що переміг.&lt;br /&gt;</w:t>
        <w:br/>
        <w:t>Огонь. Буран. Тяжіння. Рух,&lt;br /&gt;</w:t>
        <w:br/>
        <w:t>Свідоміоїь.&lt;br /&gt;</w:t>
        <w:br/>
        <w:t>Матерія. І засміявсь-сміявсь,&lt;br /&gt;</w:t>
        <w:br/>
        <w:t>що переміг.&lt;br /&gt;</w:t>
        <w:br/>
        <w:t>[1930-1933]</w:t>
      </w:r>
    </w:p>
    <w:p>
      <w:r>
        <w:br/>
        <w:t>КІНЕЦЬ ФЕОДАЛА</w:t>
      </w:r>
    </w:p>
    <w:p>
      <w:r>
        <w:br/>
        <w:t>Бунтівники духа, ватажки, герої —&lt;br /&gt;</w:t>
        <w:br/>
        <w:t>звідки вони беруться?&lt;br /&gt;</w:t>
        <w:br/>
        <w:t>Стоять стоянами озера крові в історії —&lt;br /&gt;</w:t>
        <w:br/>
        <w:t>чому б їх не засипати?&lt;br /&gt;</w:t>
        <w:br/>
        <w:t>Чом замість гаснути повстанням —&lt;br /&gt;</w:t>
        <w:br/>
        <w:t>повстаннями перекликаються віки?..&lt;br /&gt;</w:t>
        <w:br/>
        <w:t>Ось нідерландців кривава рада,&lt;br /&gt;</w:t>
        <w:br/>
        <w:t>а там уже і в Англії, й на Україні!&lt;br /&gt;</w:t>
        <w:br/>
        <w:t>Кидайте своє!&lt;br /&gt;</w:t>
        <w:br/>
        <w:t>Ідіть за спільне діло! Всі — ви чуєте? — усі!&lt;br /&gt;</w:t>
        <w:br/>
        <w:t>Лежать собі по У країнах недолуги-патріоти,&lt;br /&gt;</w:t>
        <w:br/>
        <w:t>свистять малоросійської через увесь&lt;br /&gt;</w:t>
        <w:br/>
        <w:t>XVIII вік,&lt;br /&gt;</w:t>
        <w:br/>
        <w:t>лежать, на комин позадирали ноги...</w:t>
      </w:r>
    </w:p>
    <w:p>
      <w:r>
        <w:br/>
        <w:t>Україна. Панські покої. Покручені сходи на другий поверх. День.&lt;br /&gt;</w:t>
        <w:br/>
        <w:t>Вбігає Кожум'яка.&lt;br /&gt;</w:t>
        <w:br/>
        <w:t>О г е н і я&lt;br /&gt;</w:t>
        <w:br/>
        <w:t>(увіходить)&lt;br /&gt;</w:t>
        <w:br/>
        <w:t>Вертаються! Вже чути там музики,&lt;br /&gt;</w:t>
        <w:br/>
        <w:t>і дикий свист, і п'яні вигуки&lt;br /&gt;</w:t>
        <w:br/>
        <w:t>панів. Чи все ж я поробила? Швидше&lt;br /&gt;</w:t>
        <w:br/>
        <w:t>струшу з стола, покої просвіжу&lt;br /&gt;</w:t>
        <w:br/>
        <w:t>(а ти біжи свічки неси,— та швидше)&lt;br /&gt;</w:t>
        <w:br/>
        <w:t>та покладу свічки і добровоні&lt;br /&gt;</w:t>
        <w:br/>
        <w:t>напохваті. Це ж знов кричатиме&lt;br /&gt;</w:t>
        <w:br/>
        <w:t>ота змія: кадіть мені, кадіте,—&lt;br /&gt;</w:t>
        <w:br/>
        <w:t>богиня я безсмертна!.. Смертною&lt;br /&gt;</w:t>
        <w:br/>
        <w:t>ненавистю ненавиджу тебе я,&lt;br /&gt;</w:t>
        <w:br/>
        <w:t>гнобителько! Гноби,— все 'дно зборю!&lt;br /&gt;</w:t>
        <w:br/>
        <w:t>Я підкурю тебе з такого боку,&lt;br /&gt;</w:t>
        <w:br/>
        <w:t>що ти його й не сподіваєшся.</w:t>
      </w:r>
    </w:p>
    <w:p>
      <w:r>
        <w:br/>
        <w:t>Богиня... хха? мов тая гниль набрякла —&lt;br /&gt;</w:t>
        <w:br/>
        <w:t>від ладану, від блювотини, гри,&lt;br /&gt;</w:t>
        <w:br/>
        <w:t>підозріння, від похоті, розпусти&lt;br /&gt;</w:t>
        <w:br/>
        <w:t>єлейної... А чи не брязнеш ти&lt;br /&gt;</w:t>
        <w:br/>
        <w:t>з своїх висот порожніх? Визволенців,&lt;br /&gt;</w:t>
        <w:br/>
        <w:t>поборників свободи чула крик?&lt;br /&gt;</w:t>
        <w:br/>
        <w:t>(Коло вікна.)&lt;br /&gt;</w:t>
        <w:br/>
        <w:t>Аж ген вони — в лісах, ярах... геть-чисто&lt;br /&gt;</w:t>
        <w:br/>
        <w:t>кругом усе охоплено, і ти —&lt;br /&gt;</w:t>
        <w:br/>
        <w:t>вже здавлена у цім кільці. Повстанці&lt;br /&gt;</w:t>
        <w:br/>
        <w:t>беруть тебе за карк, з огидою&lt;br /&gt;</w:t>
        <w:br/>
        <w:t>підкидують угору — ух, як грязько&lt;br /&gt;</w:t>
        <w:br/>
        <w:t>розбризкало твій мозок!.. Бачу я —&lt;br /&gt;</w:t>
        <w:br/>
        <w:t>ще корчишся... Та це останні корчі,&lt;br /&gt;</w:t>
        <w:br/>
        <w:t>і більш тебе нема. Тебе — нема.&lt;br /&gt;</w:t>
        <w:br/>
        <w:t>Гей, жалюгідь безсмертна,— смеркнеш!&lt;br /&gt;</w:t>
        <w:br/>
        <w:t>меркнеш!&lt;br /&gt;</w:t>
        <w:br/>
        <w:t>Чи хочеться тобі, чи ні — в війні&lt;br /&gt;</w:t>
        <w:br/>
        <w:t>з голотою впадеш. А де ж... Хрисанф!&lt;br /&gt;</w:t>
        <w:br/>
        <w:t>(Іде по сходах.)&lt;br /&gt;</w:t>
        <w:br/>
        <w:t>Люципер&lt;br /&gt;</w:t>
        <w:br/>
        <w:t>(прочиняючи двері)&lt;br /&gt;</w:t>
        <w:br/>
        <w:t>Ти тут сама, Огеніє?&lt;br /&gt;</w:t>
        <w:br/>
        <w:t>О г е н і я&lt;br /&gt;</w:t>
        <w:br/>
        <w:t>Люципер!&lt;br /&gt;</w:t>
        <w:br/>
        <w:t>Який же ти необережний...&lt;br /&gt;</w:t>
        <w:br/>
        <w:t>Люципер&lt;br /&gt;</w:t>
        <w:br/>
        <w:t>(увіходить)&lt;br /&gt;</w:t>
        <w:br/>
        <w:t>О!&lt;br /&gt;</w:t>
        <w:br/>
        <w:t>Коли б я був необережний — панство&lt;br /&gt;</w:t>
        <w:br/>
        <w:t>давно б мене було із'їло, я ж,&lt;br /&gt;</w:t>
        <w:br/>
        <w:t>як бачиш ти, ще й досі цілий...&lt;br /&gt;</w:t>
        <w:br/>
        <w:t>О г е н і я&lt;br /&gt;</w:t>
        <w:br/>
        <w:t>Слухай!&lt;br /&gt;</w:t>
        <w:br/>
        <w:t>Ой, не жартуй, бо зараз прийдуть...&lt;br /&gt;</w:t>
        <w:br/>
        <w:t>119&lt;br /&gt;</w:t>
        <w:br/>
        <w:t>Люципер&lt;br /&gt;</w:t>
        <w:br/>
        <w:t>(до вікна)&lt;br /&gt;</w:t>
        <w:br/>
        <w:t>Гук&lt;br /&gt;</w:t>
        <w:br/>
        <w:t>навперегук іде! Ти не турбуйся:&lt;br /&gt;</w:t>
        <w:br/>
        <w:t>дворяночка твоя ще тільки хвіст&lt;br /&gt;</w:t>
        <w:br/>
        <w:t>підсушує, да й той покласти нігде.&lt;br /&gt;</w:t>
        <w:br/>
        <w:t>(Наспівує.)&lt;br /&gt;</w:t>
        <w:br/>
        <w:t>А-а, гойда,&lt;br /&gt;</w:t>
        <w:br/>
        <w:t>чужа мати пойда,&lt;br /&gt;</w:t>
        <w:br/>
        <w:t>а нашая — пані,&lt;br /&gt;</w:t>
        <w:br/>
        <w:t>ходить у жупані.&lt;br /&gt;</w:t>
        <w:br/>
        <w:t>О г е н і я&lt;br /&gt;</w:t>
        <w:br/>
        <w:t>(грізно)&lt;br /&gt;</w:t>
        <w:br/>
        <w:t>Люципере, чи хочеш ти, щоб нас&lt;br /&gt;</w:t>
        <w:br/>
        <w:t>помітили? Та й звідки ця веселість?!&lt;br /&gt;</w:t>
        <w:br/>
        <w:t>Обачен будь — еж голову твою&lt;br /&gt;</w:t>
        <w:br/>
        <w:t>оцінено, ти знаєш в скільки?&lt;br /&gt;</w:t>
        <w:br/>
        <w:t>Люципер&lt;br /&gt;</w:t>
        <w:br/>
        <w:t>(лапаючи свою голову)&lt;br /&gt;</w:t>
        <w:br/>
        <w:t>Скільки?&lt;br /&gt;</w:t>
        <w:br/>
        <w:t>X р и с а н ф&lt;br /&gt;</w:t>
        <w:br/>
        <w:t>(зіходячи вниз)&lt;br /&gt;</w:t>
        <w:br/>
        <w:t>...а головне, що скільки воїнства&lt;br /&gt;</w:t>
        <w:br/>
        <w:t>небесного там вийшло! Скільки власті&lt;br /&gt;</w:t>
        <w:br/>
        <w:t>на райдугах радіти почало.&lt;br /&gt;</w:t>
        <w:br/>
        <w:t>(До Огенії.)&lt;br /&gt;</w:t>
        <w:br/>
        <w:t>Ну що ж, пора? Пора, отроковіце.&lt;br /&gt;</w:t>
        <w:br/>
        <w:t>Я трохи був заснув...&lt;br /&gt;</w:t>
        <w:br/>
        <w:t>(Позіхає.)&lt;br /&gt;</w:t>
        <w:br/>
        <w:t>О-о-о! господи!..&lt;br /&gt;</w:t>
        <w:br/>
        <w:t>Обідранцю, чого це тут? — стрічати&lt;br /&gt;</w:t>
        <w:br/>
        <w:t>владичицю не хочеш? Золотко!&lt;br /&gt;</w:t>
        <w:br/>
        <w:t>Із отаких якраз же і виходять&lt;br /&gt;</w:t>
        <w:br/>
        <w:t>безбожники.&lt;br /&gt;</w:t>
        <w:br/>
        <w:t>Люципер&lt;br /&gt;</w:t>
        <w:br/>
        <w:t>Ану, отці-ченці,&lt;br /&gt;</w:t>
        <w:br/>
        <w:t>скажіть іще що-небудь. Так же скучно&lt;br /&gt;</w:t>
        <w:br/>
        <w:t>чогось мені, що от їй-бо візьму&lt;br /&gt;</w:t>
        <w:br/>
        <w:t>та й поступлю в ласкавчики до пані.&lt;br /&gt;</w:t>
        <w:br/>
        <w:t>X р и с а н ф&lt;br /&gt;</w:t>
        <w:br/>
        <w:t>Ну-ну! мужво! а прикуси язик...&lt;br /&gt;</w:t>
        <w:br/>
        <w:t>Розляпався.&lt;br /&gt;</w:t>
        <w:br/>
        <w:t>(Знімає з стіни ікону.)&lt;br /&gt;</w:t>
        <w:br/>
        <w:t>О г е н і я&lt;br /&gt;</w:t>
        <w:br/>
        <w:t>Та це він так... Бо хворий&lt;br /&gt;</w:t>
        <w:br/>
        <w:t>на голову.&lt;br /&gt;</w:t>
        <w:br/>
        <w:t>X р и с а н ф&lt;br /&gt;</w:t>
        <w:br/>
        <w:t>Хіба що так. Піду ж.&lt;br /&gt;</w:t>
        <w:br/>
        <w:t>Огеніє, подай-бо свічку, чуєш?&lt;br /&gt;</w:t>
        <w:br/>
        <w:t>(До Люципера.)&lt;br /&gt;</w:t>
        <w:br/>
        <w:t>Смиренним будь. І власті покоряйсь.&lt;br /&gt;</w:t>
        <w:br/>
        <w:t>Священнее писаніє говорить:&lt;br /&gt;</w:t>
        <w:br/>
        <w:t>Облещися в новаго человека, созданного по богу в правде&lt;br /&gt;</w:t>
        <w:br/>
        <w:t>(єн дікеосіні) і преподобії істіни (єн осіотіні тіс аліфтіас —&lt;br /&gt;</w:t>
        <w:br/>
        <w:t>по-грецькому). Зрозумів?&lt;br /&gt;</w:t>
        <w:br/>
        <w:t>Огснія свічку подає.&lt;br /&gt;</w:t>
        <w:br/>
        <w:t>Люципер&lt;br /&gt;</w:t>
        <w:br/>
        <w:t>Твоя мені ця грека — як сіль до оселедця.&lt;br /&gt;</w:t>
        <w:br/>
        <w:t>X р и с а н ф&lt;br /&gt;</w:t>
        <w:br/>
        <w:t>А ти ж як думав? Ось пожди — ще й не таким я розточуся.&lt;br /&gt;</w:t>
        <w:br/>
        <w:t>І насаді господь бог рай во Едеме на востоцєх і введе тамо&lt;br /&gt;</w:t>
        <w:br/>
        <w:t>человека его же созда. Це — рай сладості, парадіос тіс&lt;br /&gt;</w:t>
        <w:br/>
        <w:t>тріфіс — по-грецькому.&lt;br /&gt;</w:t>
        <w:br/>
        <w:t>Люципер&lt;br /&gt;</w:t>
        <w:br/>
        <w:t>Авжеж. Казочка про те, як пан приїхав до Німеччини,&lt;br /&gt;</w:t>
        <w:br/>
        <w:t>а пані розсолодощі з ченцями завела. Чув, чув!&lt;br /&gt;</w:t>
        <w:br/>
        <w:t>(Співає.)&lt;br /&gt;</w:t>
        <w:br/>
        <w:t>А-а, гойда,&lt;br /&gt;</w:t>
        <w:br/>
        <w:t>чужа мати пойда,&lt;br /&gt;</w:t>
        <w:br/>
        <w:t>а нашая — ііані,&lt;br /&gt;</w:t>
        <w:br/>
        <w:t>ходить у жупані...&lt;br /&gt;</w:t>
        <w:br/>
        <w:t>Хрисанф виходить.&lt;br /&gt;</w:t>
        <w:br/>
        <w:t>О г е н і я&lt;br /&gt;</w:t>
        <w:br/>
        <w:t>(грізно)&lt;br /&gt;</w:t>
        <w:br/>
        <w:t>Люципере! Чи хочеш ти, щоб нас&lt;br /&gt;</w:t>
        <w:br/>
        <w:t>помітили? Та й звідки ця веселість?&lt;br /&gt;</w:t>
        <w:br/>
        <w:t>Обачен будь — ти знаєш, в скільки...&lt;br /&gt;</w:t>
        <w:br/>
        <w:t>Люципер&lt;br /&gt;</w:t>
        <w:br/>
        <w:t>(весело)&lt;br /&gt;</w:t>
        <w:br/>
        <w:t>В скільки?&lt;br /&gt;</w:t>
        <w:br/>
        <w:t>В одежі селянина хто в мені&lt;br /&gt;</w:t>
        <w:br/>
        <w:t>вгада отамана?&lt;br /&gt;</w:t>
        <w:br/>
        <w:t>О г е н і я&lt;br /&gt;</w:t>
        <w:br/>
        <w:t>Кажи: яка тривога?&lt;br /&gt;</w:t>
        <w:br/>
        <w:t>Чого прийшов?&lt;br /&gt;</w:t>
        <w:br/>
        <w:t>Люципер&lt;br /&gt;</w:t>
        <w:br/>
        <w:t>Між гайдамаками&lt;br /&gt;</w:t>
        <w:br/>
        <w:t>немирно.&lt;br /&gt;</w:t>
        <w:br/>
        <w:t>О г е н і я&lt;br /&gt;</w:t>
        <w:br/>
        <w:t>(уїдливо)&lt;br /&gt;</w:t>
        <w:br/>
        <w:t>Що ж! ми, бачте, м'якотілі —&lt;br /&gt;</w:t>
        <w:br/>
        <w:t>усякий зброд приймаємо — чи так?&lt;br /&gt;</w:t>
        <w:br/>
        <w:t>А цей же зброд якраз вас і потопить.&lt;br /&gt;</w:t>
        <w:br/>
        <w:t>Люципер&lt;br /&gt;</w:t>
        <w:br/>
        <w:t>Отак уже й потопить!&lt;br /&gt;</w:t>
        <w:br/>
        <w:t>О г е н і я&lt;br /&gt;</w:t>
        <w:br/>
        <w:t>Ну, а як,&lt;br /&gt;</w:t>
        <w:br/>
        <w:t>по-твоєму: чого з Правобережжя&lt;br /&gt;</w:t>
        <w:br/>
        <w:t>тікали ви сюди? Чого, весь час&lt;br /&gt;</w:t>
        <w:br/>
        <w:t>хитаючись, не можете пристати&lt;br /&gt;</w:t>
        <w:br/>
        <w:t>на основне: добір! Чого, панів&lt;br /&gt;</w:t>
        <w:br/>
        <w:t>дратуючи, спите? Чом не дасте&lt;br /&gt;</w:t>
        <w:br/>
        <w:t>рішучого удару? А, завару&lt;br /&gt;</w:t>
        <w:br/>
        <w:t>на животок покласти вам? дмухнуть,&lt;br /&gt;</w:t>
        <w:br/>
        <w:t>да пошептать, да тричі сплюнути —&lt;br /&gt;</w:t>
        <w:br/>
        <w:t>так отакі ви гайдамаки?&lt;br /&gt;</w:t>
        <w:br/>
        <w:t>Л ю ц и п о р&lt;br /&gt;</w:t>
        <w:br/>
        <w:t>Стій,&lt;br /&gt;</w:t>
        <w:br/>
        <w:t>ти не кричи, а розкажи ясніше:&lt;br /&gt;</w:t>
        <w:br/>
        <w:t>який добір? яке це основне,&lt;br /&gt;</w:t>
        <w:br/>
        <w:t>що маємо на ньому стати?&lt;br /&gt;</w:t>
        <w:br/>
        <w:t>О г е н і я&lt;br /&gt;</w:t>
        <w:br/>
        <w:t>Лати!&lt;br /&gt;</w:t>
        <w:br/>
        <w:t>Єднання! Зміст! Провірка!&lt;br /&gt;</w:t>
        <w:br/>
        <w:t>Люципер&lt;br /&gt;</w:t>
        <w:br/>
        <w:t>Дивно ж як:&lt;br /&gt;</w:t>
        <w:br/>
        <w:t>Провірка. Зміст. Єднання. Лати.&lt;br /&gt;</w:t>
        <w:br/>
        <w:t>О г е н і я&lt;br /&gt;</w:t>
        <w:br/>
        <w:t>Нащо ж&lt;br /&gt;</w:t>
        <w:br/>
        <w:t>ти навпаки перевернув? Поглянь,&lt;br /&gt;</w:t>
        <w:br/>
        <w:t>як дерево росте: спочатку корінь&lt;br /&gt;</w:t>
        <w:br/>
        <w:t>(аж там, в землі), а потім стовбур, верх,&lt;br /&gt;</w:t>
        <w:br/>
        <w:t>а над усім — і листя. Ще ж між листям&lt;br /&gt;</w:t>
        <w:br/>
        <w:t>ховаються: то хитра омела,&lt;br /&gt;</w:t>
        <w:br/>
        <w:t>то гали, цвіль, то гнізда. Ну, так от же:&lt;br /&gt;</w:t>
        <w:br/>
        <w:t>коли вже ти перевернув, почнем&lt;br /&gt;</w:t>
        <w:br/>
        <w:t>з твого кінця. Не дозволяй, щоб гнізда&lt;br /&gt;</w:t>
        <w:br/>
        <w:t>заводили твої поплічники;&lt;br /&gt;</w:t>
        <w:br/>
        <w:t>не дозволяй, щоб дармоїди хитро&lt;br /&gt;</w:t>
        <w:br/>
        <w:t>ховалися в твоєму війську. Скуй&lt;br /&gt;</w:t>
        <w:br/>
        <w:t>для кождого стерно, і хай цей кождий&lt;br /&gt;</w:t>
        <w:br/>
        <w:t>за себе сам правує, прагне, йде.&lt;br /&gt;</w:t>
        <w:br/>
        <w:t>Оце ж і є провірка.&lt;br /&gt;</w:t>
        <w:br/>
        <w:t>Люципер&lt;br /&gt;</w:t>
        <w:br/>
        <w:t>Щось цікаве.</w:t>
      </w:r>
    </w:p>
    <w:p>
      <w:r>
        <w:br/>
        <w:t>Люципер&lt;br /&gt;</w:t>
        <w:br/>
        <w:t>Вступаючи в село, вона привал&lt;br /&gt;</w:t>
        <w:br/>
        <w:t>коло млина зробила. З гайдуками&lt;br /&gt;</w:t>
        <w:br/>
        <w:t>казилася і танцювала, всіх&lt;br /&gt;</w:t>
        <w:br/>
        <w:t>кляла в лице, а дударів найтяжче.&lt;br /&gt;</w:t>
        <w:br/>
        <w:t>І дударі тут враз прорвалися&lt;br /&gt;</w:t>
        <w:br/>
        <w:t>і почали кричать, та канчуками&lt;br /&gt;</w:t>
        <w:br/>
        <w:t>вона до них заговорила, й ті,&lt;br /&gt;</w:t>
        <w:br/>
        <w:t>скорившися, впряглися у карету&lt;br /&gt;</w:t>
        <w:br/>
        <w:t>і довезли гладку аж до села.&lt;br /&gt;</w:t>
        <w:br/>
        <w:t>Тепер ось там, попід млинами,— чуєш,&lt;br /&gt;</w:t>
        <w:br/>
        <w:t>що робиться?.. Тож не спіши: твоя&lt;br /&gt;</w:t>
        <w:br/>
        <w:t>поміщиця раніш, як одуріє,&lt;br /&gt;</w:t>
        <w:br/>
        <w:t>ніяк сюди не прийде...&lt;br /&gt;</w:t>
        <w:br/>
        <w:t>О г е н і я&lt;br /&gt;</w:t>
        <w:br/>
        <w:t>Звідки ти&lt;br /&gt;</w:t>
        <w:br/>
        <w:t>докладно так про все це знаєш?&lt;br /&gt;</w:t>
        <w:br/>
        <w:t>Люципер&lt;br /&gt;</w:t>
        <w:br/>
        <w:t>З лісу&lt;br /&gt;</w:t>
        <w:br/>
        <w:t>виходячи, я був зустрінутий&lt;br /&gt;</w:t>
        <w:br/>
        <w:t>і реготом, і свистом. Я спинився.&lt;br /&gt;</w:t>
        <w:br/>
        <w:t>"Ну, що, сходив до вітру?" — Оглянувсь:&lt;br /&gt;</w:t>
        <w:br/>
        <w:t>не видно ж бо нікого. "Хлопці, гляньте!&lt;br /&gt;</w:t>
        <w:br/>
        <w:t>Наш Сатана ще й оглядається,&lt;br /&gt;</w:t>
        <w:br/>
        <w:t>немовби він не той..." — і знову регіт&lt;br /&gt;</w:t>
        <w:br/>
        <w:t>обрушив хтось, аж гайдуки взялись&lt;br /&gt;</w:t>
        <w:br/>
        <w:t>качатися, попадавши, як свині,—&lt;br /&gt;</w:t>
        <w:br/>
        <w:t>і довго ще кувікали, тряслись&lt;br /&gt;</w:t>
        <w:br/>
        <w:t>трясучкою і тряскали по заду&lt;br /&gt;</w:t>
        <w:br/>
        <w:t>самі себе, ніяк віддихатись&lt;br /&gt;</w:t>
        <w:br/>
        <w:t>не в силі: "Га? а він ще й приставляє,&lt;br /&gt;</w:t>
        <w:br/>
        <w:t>от Сатана, дак Сатана!" — І дрож&lt;br /&gt;</w:t>
        <w:br/>
        <w:t>їх корчила... й од реготу до реву&lt;br /&gt;</w:t>
        <w:br/>
        <w:t>їх кидало, і так по кілька раз.&lt;br /&gt;</w:t>
        <w:br/>
        <w:t>"Ой боже мій!" — стогнали. "Боже!" — звали.&lt;br /&gt;</w:t>
        <w:br/>
        <w:t>І хтось один тоненько хихотів,&lt;br /&gt;</w:t>
        <w:br/>
        <w:t>і кожен раз під гикавку все нижче&lt;br /&gt;</w:t>
        <w:br/>
        <w:t>він голосом спускався, нижче — ...ік! —&lt;br /&gt;</w:t>
        <w:br/>
        <w:t>і от зів'яв і цей. "Ну що, мо' годі?&lt;br /&gt;</w:t>
        <w:br/>
        <w:t>Ну й вимучив проклятий Сатана!&lt;br /&gt;</w:t>
        <w:br/>
        <w:t>Бери ж свого невільника і гайда!" —&lt;br /&gt;</w:t>
        <w:br/>
        <w:t>Під'їхала карета, що була&lt;br /&gt;</w:t>
        <w:br/>
        <w:t>у затінку під лісом трохи далі,&lt;br /&gt;</w:t>
        <w:br/>
        <w:t>рукою пухлою махнула пані —&lt;br /&gt;</w:t>
        <w:br/>
        <w:t>всі рушили... Тоді я зрозумів:&lt;br /&gt;</w:t>
        <w:br/>
        <w:t>я Сатану повинен замінити,&lt;br /&gt;</w:t>
        <w:br/>
        <w:t>повинен я прикрити кріпака,&lt;br /&gt;</w:t>
        <w:br/>
        <w:t>що десь пішов до вітру й не вернувся.&lt;br /&gt;</w:t>
        <w:br/>
        <w:t>Коли ж йому тікать, як не тепер?!&lt;br /&gt;</w:t>
        <w:br/>
        <w:t>"Та йди вже, йди! Візьми ж вірьовку&lt;br /&gt;</w:t>
        <w:br/>
        <w:t>в руки!" —&lt;br /&gt;</w:t>
        <w:br/>
        <w:t>І я сіпнув, за мною потягнувсь&lt;br /&gt;</w:t>
        <w:br/>
        <w:t>обв'язаний, з запнутими очима,&lt;br /&gt;</w:t>
        <w:br/>
        <w:t>чорнісінький, пречорний бранець. Знаєш&lt;br /&gt;</w:t>
        <w:br/>
        <w:t>поміщика Херехевлідзе?&lt;br /&gt;</w:t>
        <w:br/>
        <w:t>О г е н і я&lt;br /&gt;</w:t>
        <w:br/>
        <w:t>Тьху!&lt;br /&gt;</w:t>
        <w:br/>
        <w:t>приходиться поки що знати. Анна&lt;br /&gt;</w:t>
        <w:br/>
        <w:t>Івановна уміла царювать:&lt;br /&gt;</w:t>
        <w:br/>
        <w:t>гусарський полк грузинський благами&lt;br /&gt;</w:t>
        <w:br/>
        <w:t>вщасливила: що не гусар — то й дідич,&lt;br /&gt;</w:t>
        <w:br/>
        <w:t>де не гусар, то й князь...&lt;br /&gt;</w:t>
        <w:br/>
        <w:t>Люципер&lt;br /&gt;</w:t>
        <w:br/>
        <w:t>...так оцього&lt;br /&gt;</w:t>
        <w:br/>
        <w:t>поміщика слугу — Вахтанга — вона собі відняла. Треба б&lt;br /&gt;</w:t>
        <w:br/>
        <w:t>його врятувати й спровадити до повстанців.</w:t>
      </w:r>
    </w:p>
    <w:p>
      <w:r>
        <w:br/>
        <w:t>Огенія уводить Вахтанга. У нього очі зав'язані, назад скручені&lt;br /&gt;</w:t>
        <w:br/>
        <w:t>руки.</w:t>
      </w:r>
    </w:p>
    <w:p>
      <w:r>
        <w:br/>
        <w:t>Огенія&lt;br /&gt;</w:t>
        <w:br/>
        <w:t>Я привела тебе сюди поспішно,&lt;br /&gt;</w:t>
        <w:br/>
        <w:t>чи знаєш ти чого? Нехай скавчать&lt;br /&gt;</w:t>
        <w:br/>
        <w:t>скакунчики в подвір'ї; п'яне панство&lt;br /&gt;</w:t>
        <w:br/>
        <w:t>танцює хай, святкуючи свою&lt;br /&gt;</w:t>
        <w:br/>
        <w:t>дворянськую усобну перемогу&lt;br /&gt;</w:t>
        <w:br/>
        <w:t>над вахлаєм, володарем твоїм&lt;br /&gt;</w:t>
        <w:br/>
        <w:t>нещасним; я, по щирості признатись,&lt;br /&gt;</w:t>
        <w:br/>
        <w:t>цікавлюся лише тобою. Стань&lt;br /&gt;</w:t>
        <w:br/>
        <w:t>ось тут, іди! Кажи: чи хочеш волі?&lt;br /&gt;</w:t>
        <w:br/>
        <w:t>чи знаєш ти слова: боротись! жить!?&lt;br /&gt;</w:t>
        <w:br/>
        <w:t>В а х т а н г&lt;br /&gt;</w:t>
        <w:br/>
        <w:t>Ну-ну, веди мене, мордуй, допитуй:&lt;br /&gt;</w:t>
        <w:br/>
        <w:t>еж я тепер ніщо, еж я тепер&lt;br /&gt;</w:t>
        <w:br/>
        <w:t>нікчемний раб, покора, гній і порох&lt;br /&gt;</w:t>
        <w:br/>
        <w:t>од ніг твоїх,— души ж сірому, бий:&lt;br /&gt;</w:t>
        <w:br/>
        <w:t>Вахтанг тобі колись за це віддячить,&lt;br /&gt;</w:t>
        <w:br/>
        <w:t>ох, як же він оддячить!&lt;br /&gt;</w:t>
        <w:br/>
        <w:t>О г о н і я&lt;br /&gt;</w:t>
        <w:br/>
        <w:t>Заспокойсь,&lt;br /&gt;</w:t>
        <w:br/>
        <w:t>невільнику: сірому я душити&lt;br /&gt;</w:t>
        <w:br/>
        <w:t>й не думаю. Тебе зовуть Вахтанг?&lt;br /&gt;</w:t>
        <w:br/>
        <w:t>Тримайсь, Вахтанг, ще будеш ти на волі!&lt;br /&gt;</w:t>
        <w:br/>
        <w:t>Вахтанг&lt;br /&gt;</w:t>
        <w:br/>
        <w:t>Хоч не глузуй, убий одразу,— бий!&lt;br /&gt;</w:t>
        <w:br/>
        <w:t>Ось груди я безстрашно підставляю:&lt;br /&gt;</w:t>
        <w:br/>
        <w:t>всади клинок, загороди ножа —&lt;br /&gt;</w:t>
        <w:br/>
        <w:t>хай знатиму, що ваша батьківщина&lt;br /&gt;</w:t>
        <w:br/>
        <w:t>мене гнітить: чужинець я між вас,&lt;br /&gt;</w:t>
        <w:br/>
        <w:t>ненавидний, чужий...&lt;br /&gt;</w:t>
        <w:br/>
        <w:t>О г е н і я&lt;br /&gt;</w:t>
        <w:br/>
        <w:t>Та ну ж, не треба&lt;br /&gt;</w:t>
        <w:br/>
        <w:t>вбиватися. В твоїх словах одчай,—&lt;br /&gt;</w:t>
        <w:br/>
        <w:t>переміни його на мужність. Мудрість&lt;br /&gt;</w:t>
        <w:br/>
        <w:t>пригноблених ти покажи! — красу&lt;br /&gt;</w:t>
        <w:br/>
        <w:t>незломлепої сили! Дай нам змісту&lt;br /&gt;</w:t>
        <w:br/>
        <w:t>і розмислу, а не розгубленість&lt;br /&gt;</w:t>
        <w:br/>
        <w:t>дитячу! Кинь свою кровоточивість,&lt;br /&gt;</w:t>
        <w:br/>
        <w:t>а рідний край отвергни й будь твердим,&lt;br /&gt;</w:t>
        <w:br/>
        <w:t>тримайсь, Вахтанг, ще будеш ти на волі!&lt;br /&gt;</w:t>
        <w:br/>
        <w:t>Вахтанг&lt;br /&gt;</w:t>
        <w:br/>
        <w:t>Ти женщина чи ти єхидна? Хха!&lt;br /&gt;</w:t>
        <w:br/>
        <w:t>Отвергнуть рідний край. А чим живитись,&lt;br /&gt;</w:t>
        <w:br/>
        <w:t>чим дихати я буду, марити,&lt;br /&gt;</w:t>
        <w:br/>
        <w:t>пишатися, коли вже й сонце краю&lt;br /&gt;</w:t>
        <w:br/>
        <w:t>коханого не осліплятиме&lt;br /&gt;</w:t>
        <w:br/>
        <w:t>нещасного мене чужинця?&lt;br /&gt;</w:t>
        <w:br/>
        <w:t>О г е н і я&lt;br /&gt;</w:t>
        <w:br/>
        <w:t>Клинця&lt;br /&gt;</w:t>
        <w:br/>
        <w:t>гострючії стирчать в твоїй душі.&lt;br /&gt;</w:t>
        <w:br/>
        <w:t>Сміши! Іржа стікає ж замість крові,&lt;br /&gt;</w:t>
        <w:br/>
        <w:t>і плачеш ти: ах рідне! ах чуже!&lt;br /&gt;</w:t>
        <w:br/>
        <w:t>Засліплений! Пишайся боротьбою,—&lt;br /&gt;</w:t>
        <w:br/>
        <w:t>проти кого? Проти своїх панів,&lt;br /&gt;</w:t>
        <w:br/>
        <w:t>проти панів чужих, що знов ось... чуєш?&lt;br /&gt;</w:t>
        <w:br/>
        <w:t>За вікном музики.&lt;br /&gt;</w:t>
        <w:br/>
        <w:t>В а х т а н г&lt;br /&gt;</w:t>
        <w:br/>
        <w:t>Проти своїх панів... Та ж я давно&lt;br /&gt;</w:t>
        <w:br/>
        <w:t>їх проклятих прокляв! Твоїх я мстиво&lt;br /&gt;</w:t>
        <w:br/>
        <w:t>ненавиджу, як і тебе, змію,&lt;br /&gt;</w:t>
        <w:br/>
        <w:t>гадюку,— о! я ще повстану, встану&lt;br /&gt;</w:t>
        <w:br/>
        <w:t>й зачервоню ваш ситий сон. Не я —&lt;br /&gt;</w:t>
        <w:br/>
        <w:t>так тисячі таких, як я,— а вольні&lt;br /&gt;</w:t>
        <w:br/>
        <w:t>ми будемо од вас! Ми уб'ємось&lt;br /&gt;</w:t>
        <w:br/>
        <w:t>у гнів!..&lt;br /&gt;</w:t>
        <w:br/>
        <w:t>О г е н і я&lt;br /&gt;</w:t>
        <w:br/>
        <w:t>Аж ось нарешті ти прорвався&lt;br /&gt;</w:t>
        <w:br/>
        <w:t>й по-справжньому заговорив! Дозволь&lt;br /&gt;</w:t>
        <w:br/>
        <w:t>тепер мені в твої слова про сонце,&lt;br /&gt;</w:t>
        <w:br/>
        <w:t>про рідний край — не вірити. Іржа&lt;br /&gt;</w:t>
        <w:br/>
        <w:t>то все була, а не джерела помсти&lt;br /&gt;</w:t>
        <w:br/>
        <w:t>правдивої. Плювок злостивості —&lt;br /&gt;</w:t>
        <w:br/>
        <w:t>це ще не є той гнів, що ти свідомо&lt;br /&gt;</w:t>
        <w:br/>
        <w:t>тут висловив: не я — так тисячі&lt;br /&gt;</w:t>
        <w:br/>
        <w:t>таких, як я, повстануть, грізно встануть&lt;br /&gt;</w:t>
        <w:br/>
        <w:t>і червоно по світу проростуть.&lt;br /&gt;</w:t>
        <w:br/>
        <w:t>В а х т а н г&lt;br /&gt;</w:t>
        <w:br/>
        <w:t>Не прикидайсь ласкавою. Жорстока!&lt;br /&gt;</w:t>
        <w:br/>
        <w:t>Ну от же ти мене взяла. Радій&lt;br /&gt;</w:t>
        <w:br/>
        <w:t>і торжествуй, що я тобі піддався.&lt;br /&gt;</w:t>
        <w:br/>
        <w:t>Нехай і так. Нехай я буду раб,&lt;br /&gt;</w:t>
        <w:br/>
        <w:t>обпльований, осміяний тобою,—&lt;br /&gt;</w:t>
        <w:br/>
        <w:t>ненависті моєї все одно&lt;br /&gt;</w:t>
        <w:br/>
        <w:t>не вивернеш ножем із серця! Гнаний&lt;br /&gt;</w:t>
        <w:br/>
        <w:t>у Грузії, на Україні,— скрізь,&lt;br /&gt;</w:t>
        <w:br/>
        <w:t>я буду скрізь найперший справедливець,&lt;br /&gt;</w:t>
        <w:br/>
        <w:t>я розсічу напополам весь світ!&lt;br /&gt;</w:t>
        <w:br/>
        <w:t>Ах, світ увесь — гнобителі ж і гнані,&lt;br /&gt;</w:t>
        <w:br/>
        <w:t>і другії колись таки складуть&lt;br /&gt;</w:t>
        <w:br/>
        <w:t>братерськую громаду!&lt;br /&gt;</w:t>
        <w:br/>
        <w:t>О г е н і я&lt;br /&gt;</w:t>
        <w:br/>
        <w:t>Друже! Брате!&lt;br /&gt;</w:t>
        <w:br/>
        <w:t>Оце ж і є той справжній рідний край,&lt;br /&gt;</w:t>
        <w:br/>
        <w:t>оце ж і є та наша батьківщина&lt;br /&gt;</w:t>
        <w:br/>
        <w:t>погноблених, не проклинай мене,&lt;br /&gt;</w:t>
        <w:br/>
        <w:t>не проклинай: ми ж ріднії, прокинься!&lt;br /&gt;</w:t>
        <w:br/>
        <w:t>В а х т а н г&lt;br /&gt;</w:t>
        <w:br/>
        <w:t>Ізнов мені оця ласкавість... Я —&lt;br /&gt;</w:t>
        <w:br/>
        <w:t>як стеряний. Не вірити? І сам же&lt;br /&gt;</w:t>
        <w:br/>
        <w:t>впадаю в річ тобі і вірю. Ох,&lt;br /&gt;</w:t>
        <w:br/>
        <w:t>не муч мене,— убий, зласкався ж, пані!&lt;br /&gt;</w:t>
        <w:br/>
        <w:t>Огенія&lt;br /&gt;</w:t>
        <w:br/>
        <w:t>Вахтанг, Вахтанг, невже по голосу&lt;br /&gt;</w:t>
        <w:br/>
        <w:t>не чуєш? Ми ж однаково з тобою&lt;br /&gt;</w:t>
        <w:br/>
        <w:t>ненавидим ярмо... Морози! Ніч!&lt;br /&gt;</w:t>
        <w:br/>
        <w:t>Ти пригадай ту ніч, як нас ганяли,&lt;br /&gt;</w:t>
        <w:br/>
        <w:t>як босими... та по снігу... в дворі&lt;br /&gt;</w:t>
        <w:br/>
        <w:t>під сміх панів. Як канчуками сік.&lt;br /&gt;</w:t>
        <w:br/>
        <w:t>За вікном музики.&lt;br /&gt;</w:t>
        <w:br/>
        <w:t>Вахтанг&lt;br /&gt;</w:t>
        <w:br/>
        <w:t>Кривавосік та люперкалії?&lt;br /&gt;</w:t>
        <w:br/>
        <w:t>Я ще помщусь за них на череватих!&lt;br /&gt;</w:t>
        <w:br/>
        <w:t>Але сама ж ти хто?&lt;br /&gt;</w:t>
        <w:br/>
        <w:t>Огенія&lt;br /&gt;</w:t>
        <w:br/>
        <w:t>То ж Люперка,&lt;br /&gt;</w:t>
        <w:br/>
        <w:t>чи вовчого поміщицького бога&lt;br /&gt;</w:t>
        <w:br/>
        <w:t>справляли день. І ждали на твого&lt;br /&gt;</w:t>
        <w:br/>
        <w:t>господаря Херехевлідзе. Сісхлі! —&lt;br /&gt;</w:t>
        <w:br/>
        <w:t>приніс таку ти відповідь, що "кров"&lt;br /&gt;</w:t>
        <w:br/>
        <w:t>по-нашому це значить.&lt;br /&gt;</w:t>
        <w:br/>
        <w:t>Вахтанг&lt;br /&gt;</w:t>
        <w:br/>
        <w:t>(в припадку люті)&lt;br /&gt;</w:t>
        <w:br/>
        <w:t>Сісхлі! Кров!&lt;br /&gt;</w:t>
        <w:br/>
        <w:t>За те, що знов загризлися? за власність?&lt;br /&gt;</w:t>
        <w:br/>
        <w:t>за титули? за князювання? Хай&lt;br /&gt;</w:t>
        <w:br/>
        <w:t>згадючаться, нехай перегризуться&lt;br /&gt;</w:t>
        <w:br/>
        <w:t>зажерливі, мо швидше скинемо!..&lt;br /&gt;</w:t>
        <w:br/>
        <w:t>Та хто ж ти є? — скажи мені. Ганяли ж&lt;br /&gt;</w:t>
        <w:br/>
        <w:t>не нас одних із челяді.&lt;br /&gt;</w:t>
        <w:br/>
        <w:t>Огенія&lt;br /&gt;</w:t>
        <w:br/>
        <w:t>(підказуючи)&lt;br /&gt;</w:t>
        <w:br/>
        <w:t>Той мент,&lt;br /&gt;</w:t>
        <w:br/>
        <w:t>як грозяно Сковорода з'явився,—&lt;br /&gt;</w:t>
        <w:br/>
        <w:t>пригадуєш?</w:t>
      </w:r>
    </w:p>
    <w:p>
      <w:r>
        <w:br/>
        <w:t>В а х т а н г&lt;br /&gt;</w:t>
        <w:br/>
        <w:t>Ти з криком: "Заступись!" —&lt;br /&gt;</w:t>
        <w:br/>
        <w:t>рвонулася...&lt;br /&gt;</w:t>
        <w:br/>
        <w:t>О г е н і я&lt;br /&gt;</w:t>
        <w:br/>
        <w:t>(радісно )&lt;br /&gt;</w:t>
        <w:br/>
        <w:t>Згадав! Іди я скину&lt;br /&gt;</w:t>
        <w:br/>
        <w:t>тобі з очей ганебну пов'язь, ну...&lt;br /&gt;</w:t>
        <w:br/>
        <w:t>(Розв'язує очі.)&lt;br /&gt;</w:t>
        <w:br/>
        <w:t>Тепер ось глянь: яка ж я пані?&lt;br /&gt;</w:t>
        <w:br/>
        <w:t>В а х т а н г&lt;br /&gt;</w:t>
        <w:br/>
        <w:t>Леле!&lt;br /&gt;</w:t>
        <w:br/>
        <w:t>Огенія... невже Огенія?&lt;br /&gt;</w:t>
        <w:br/>
        <w:t>Скажи, це сон, чи справді... Учениця&lt;br /&gt;</w:t>
        <w:br/>
        <w:t>Сковороди Огенія мені&lt;br /&gt;</w:t>
        <w:br/>
        <w:t>зустрілася ізнов. Та дай же — гляну.&lt;br /&gt;</w:t>
        <w:br/>
        <w:t>Голос пані&lt;br /&gt;</w:t>
        <w:br/>
        <w:t>...шукайте ж бо! уб'ю!&lt;br /&gt;</w:t>
        <w:br/>
        <w:t>В а х т а н г&lt;br /&gt;</w:t>
        <w:br/>
        <w:t>Ти чула крик?&lt;br /&gt;</w:t>
        <w:br/>
        <w:t>(Біжить до вікна.)&lt;br /&gt;</w:t>
        <w:br/>
        <w:t>Так он вона — аж п'яна вся! Од звіра&lt;br /&gt;</w:t>
        <w:br/>
        <w:t>ти порятуй мене, рятуй!&lt;br /&gt;</w:t>
        <w:br/>
        <w:t>Огенія&lt;br /&gt;</w:t>
        <w:br/>
        <w:t>Чекай.&lt;br /&gt;</w:t>
        <w:br/>
        <w:t>Кріпачка я (уже ідуть?), кріпачка,&lt;br /&gt;</w:t>
        <w:br/>
        <w:t>й терятись я не звикла.&lt;br /&gt;</w:t>
        <w:br/>
        <w:t>Голос&lt;br /&gt;</w:t>
        <w:br/>
        <w:t>...засічу!&lt;br /&gt;</w:t>
        <w:br/>
        <w:t>Огенія&lt;br /&gt;</w:t>
        <w:br/>
        <w:t>Зробімо так... чекай,— так що ж придумать...&lt;br /&gt;</w:t>
        <w:br/>
        <w:t>Та не хвилюйсь... ага! Ось на гвіздку&lt;br /&gt;</w:t>
        <w:br/>
        <w:t>чи бачиш там підрясник? Швидше ж!&lt;br /&gt;</w:t>
        <w:br/>
        <w:t>Візьмем&lt;br /&gt;</w:t>
        <w:br/>
        <w:t>і скуфію також. Але... давай&lt;br /&gt;</w:t>
        <w:br/>
        <w:t>я розв'яжу тобі спочатку руки.&lt;br /&gt;</w:t>
        <w:br/>
        <w:t>, т. 4 129&lt;br /&gt;</w:t>
        <w:br/>
        <w:t>Та де ж той ніж?! Уже ідуть? Ідуть?&lt;br /&gt;</w:t>
        <w:br/>
        <w:t>Тоді сама я розгризу зубами! —&lt;br /&gt;</w:t>
        <w:br/>
        <w:t>...ну от і все.&lt;br /&gt;</w:t>
        <w:br/>
        <w:t>Вахтанг&lt;br /&gt;</w:t>
        <w:br/>
        <w:t>Ой дякую. Повік&lt;br /&gt;</w:t>
        <w:br/>
        <w:t>я послуги цієї не забуду!&lt;br /&gt;</w:t>
        <w:br/>
        <w:t>О г е н і я&lt;br /&gt;</w:t>
        <w:br/>
        <w:t>Чи хочеш ти, щоб цей дворянський звір&lt;br /&gt;</w:t>
        <w:br/>
        <w:t>наскочив? На ж та одягай... Та слухай,&lt;br /&gt;</w:t>
        <w:br/>
        <w:t>що я скажу: як тільки вваляться,&lt;br /&gt;</w:t>
        <w:br/>
        <w:t>прикинешся святим та юродивим.&lt;br /&gt;</w:t>
        <w:br/>
        <w:t>Вахтанг&lt;br /&gt;</w:t>
        <w:br/>
        <w:t>Щоб роздушить панів, віднині я&lt;br /&gt;</w:t>
        <w:br/>
        <w:t>піду на все! О помсти, помсти! Раптом&lt;br /&gt;</w:t>
        <w:br/>
        <w:t>зміню себе,— я викривлятимусь,&lt;br /&gt;</w:t>
        <w:br/>
        <w:t>як скорпіон...&lt;br /&gt;</w:t>
        <w:br/>
        <w:t>О г е н і я&lt;br /&gt;</w:t>
        <w:br/>
        <w:t>...ти знаєш шлях, дорогу&lt;br /&gt;</w:t>
        <w:br/>
        <w:t>на Миргород? Та ну! такий, як ти,&lt;br /&gt;</w:t>
        <w:br/>
        <w:t>щоб не вхопив тропи у яр? Так от же:&lt;br /&gt;</w:t>
        <w:br/>
        <w:t>ти привітай одважних козаків.&lt;br /&gt;</w:t>
        <w:br/>
        <w:t>Люциперу скажи: хай пам'ятає&lt;br /&gt;</w:t>
        <w:br/>
        <w:t>ту помилку, що Залізняк Максим...&lt;br /&gt;</w:t>
        <w:br/>
        <w:t>Вахтанг&lt;br /&gt;</w:t>
        <w:br/>
        <w:t>...що Залізняк?&lt;br /&gt;</w:t>
        <w:br/>
        <w:t>О г е н і я&lt;br /&gt;</w:t>
        <w:br/>
        <w:t>Скакунчики й пан Фігель:&lt;br /&gt;</w:t>
        <w:br/>
        <w:t>мовчи!&lt;br /&gt;</w:t>
        <w:br/>
        <w:t>З шумом розчиняються двері.&lt;br /&gt;</w:t>
        <w:br/>
        <w:t>Фігель&lt;br /&gt;</w:t>
        <w:br/>
        <w:t>(п'яно підтанцьовуючи)&lt;br /&gt;</w:t>
        <w:br/>
        <w:t>...і ой дід бабу ще Й руду,&lt;br /&gt;</w:t>
        <w:br/>
        <w:t>і ой дуду да ой дуду...— Дорогу!&lt;br /&gt;</w:t>
        <w:br/>
        <w:t>Не бачите хіба, хто йде?&lt;br /&gt;</w:t>
        <w:br/>
        <w:t>(Розмахує шаблею.)&lt;br /&gt;</w:t>
        <w:br/>
        <w:t>130&lt;br /&gt;</w:t>
        <w:br/>
        <w:t>О г е п і я&lt;br /&gt;</w:t>
        <w:br/>
        <w:t>Авжеж!&lt;br /&gt;</w:t>
        <w:br/>
        <w:t>Дорогу там, дорогу!&lt;br /&gt;</w:t>
        <w:br/>
        <w:t>(Затуляє собою Вахтанга.)&lt;br /&gt;</w:t>
        <w:br/>
        <w:t>Гайдуки&lt;br /&gt;</w:t>
        <w:br/>
        <w:t>1. От, їй богу,&lt;br /&gt;</w:t>
        <w:br/>
        <w:t>життя! Танцюй, поки танцюється!&lt;br /&gt;</w:t>
        <w:br/>
        <w:t>Нам панщини робить не треба. Хто ми?&lt;br /&gt;</w:t>
        <w:br/>
        <w:t>Скакунчики! Надворні козаки!&lt;br /&gt;</w:t>
        <w:br/>
        <w:t>Ми гайдуки шляхетські.&lt;br /&gt;</w:t>
        <w:br/>
        <w:t>2. Чим ми справді&lt;br /&gt;</w:t>
        <w:br/>
        <w:t>не гайдуки?! За пана? Бий! Гурра!&lt;br /&gt;</w:t>
        <w:br/>
        <w:t>...а тут його як рубону — дак нехрист&lt;br /&gt;</w:t>
        <w:br/>
        <w:t>перевернувсь, аж чвякнув.&lt;br /&gt;</w:t>
        <w:br/>
        <w:t>3. Ну, а я&lt;br /&gt;</w:t>
        <w:br/>
        <w:t>по-іншому стріляв: у сінях дівку&lt;br /&gt;</w:t>
        <w:br/>
        <w:t>нагледівши, да як шарпну її&lt;br /&gt;</w:t>
        <w:br/>
        <w:t>в куток...&lt;br /&gt;</w:t>
        <w:br/>
        <w:t>(Побачивши Вахтанга.)&lt;br /&gt;</w:t>
        <w:br/>
        <w:t>Чекай, а хто ж це причаївся?&lt;br /&gt;</w:t>
        <w:br/>
        <w:t>В а х т а н г&lt;br /&gt;</w:t>
        <w:br/>
        <w:t>А хто хіба? Я ченчик-ченчичок,&lt;br /&gt;</w:t>
        <w:br/>
        <w:t>я докучай-одчай. Чергинькну-дзенькну,&lt;br /&gt;</w:t>
        <w:br/>
        <w:t>ножем дворян чичикну, га? Хай кров&lt;br /&gt;</w:t>
        <w:br/>
        <w:t>біжить, а я царицю обамбурю —&lt;br /&gt;</w:t>
        <w:br/>
        <w:t>ага? ага?&lt;br /&gt;</w:t>
        <w:br/>
        <w:t>(Скаче.)&lt;br /&gt;</w:t>
        <w:br/>
        <w:t>Гайдук&lt;br /&gt;</w:t>
        <w:br/>
        <w:t>Проходь, гагакало,&lt;br /&gt;</w:t>
        <w:br/>
        <w:t>до чого це юродство? Бачиш: пані,&lt;br /&gt;</w:t>
        <w:br/>
        <w:t>а з нею ще й дванадцять дударів&lt;br /&gt;</w:t>
        <w:br/>
        <w:t>іде. Проходь, бо зараз так і цопну.&lt;br /&gt;</w:t>
        <w:br/>
        <w:t>В а х т а н г&lt;br /&gt;</w:t>
        <w:br/>
        <w:t>А я все 'дно щось знаю. Га? А от&lt;br /&gt;</w:t>
        <w:br/>
        <w:t>і не скажу.&lt;br /&gt;</w:t>
        <w:br/>
        <w:t>Увіходять дударі граючи.</w:t>
      </w:r>
    </w:p>
    <w:p>
      <w:r>
        <w:br/>
        <w:t>5*</w:t>
      </w:r>
    </w:p>
    <w:p>
      <w:r>
        <w:br/>
        <w:t>131</w:t>
      </w:r>
    </w:p>
    <w:p>
      <w:r>
        <w:br/>
        <w:t>Ну, драстуйте, повстанці!&lt;br /&gt;</w:t>
        <w:br/>
        <w:t>Так ви ж глядіть: ножакою панів&lt;br /&gt;</w:t>
        <w:br/>
        <w:t>по горлу чик! — а потім буде видно.&lt;br /&gt;</w:t>
        <w:br/>
        <w:t>(Від задоволення кугиче.)&lt;br /&gt;</w:t>
        <w:br/>
        <w:t>Огенія&lt;br /&gt;</w:t>
        <w:br/>
        <w:t>Та й де він тут узявся?! Гайдуки,&lt;br /&gt;</w:t>
        <w:br/>
        <w:t>женіть його! Скакунчики — дорогу!&lt;br /&gt;</w:t>
        <w:br/>
        <w:t>Ф і г е л ь&lt;br /&gt;</w:t>
        <w:br/>
        <w:t>Та це куди? — назад! Еж я іду.&lt;br /&gt;</w:t>
        <w:br/>
        <w:t>І от дуду, дуду...&lt;br /&gt;</w:t>
        <w:br/>
        <w:t>(Падає на канапу.)&lt;br /&gt;</w:t>
        <w:br/>
        <w:t>Розхльостана, вся в шелесті і брязку, увалюється пані.&lt;br /&gt;</w:t>
        <w:br/>
        <w:t>Пані&lt;br /&gt;</w:t>
        <w:br/>
        <w:t>(кричить)&lt;br /&gt;</w:t>
        <w:br/>
        <w:t>Це ж Іліада!&lt;br /&gt;</w:t>
        <w:br/>
        <w:t>(Оддихується.)&lt;br /&gt;</w:t>
        <w:br/>
        <w:t>...а з Лейпціга нема ще й досі? Цить,&lt;br /&gt;</w:t>
        <w:br/>
        <w:t>дударики!&lt;br /&gt;</w:t>
        <w:br/>
        <w:t>(Скакунчикам.)&lt;br /&gt;</w:t>
        <w:br/>
        <w:t>Та припиніть там танці!&lt;br /&gt;</w:t>
        <w:br/>
        <w:t>Тепер уже ви не дударики,&lt;br /&gt;</w:t>
        <w:br/>
        <w:t>а вояки-ахейці,— Іліада!&lt;br /&gt;</w:t>
        <w:br/>
        <w:t>(Падає, вхопившись за крісло. її підводять.)&lt;br /&gt;</w:t>
        <w:br/>
        <w:t>В а х т а н г&lt;br /&gt;</w:t>
        <w:br/>
        <w:t>Ага? Ага? Убиймо гада! Як?&lt;br /&gt;</w:t>
        <w:br/>
        <w:t>А ось отак!&lt;br /&gt;</w:t>
        <w:br/>
        <w:t>(Наміряється.)&lt;br /&gt;</w:t>
        <w:br/>
        <w:t>Гайдук&lt;br /&gt;</w:t>
        <w:br/>
        <w:t>Ну-ну, бо так і цопну.&lt;br /&gt;</w:t>
        <w:br/>
        <w:t>Пані&lt;br /&gt;</w:t>
        <w:br/>
        <w:t>Блаженненький?&lt;br /&gt;</w:t>
        <w:br/>
        <w:t>Гайдук&lt;br /&gt;</w:t>
        <w:br/>
        <w:t>Та хтозна-звідки він&lt;br /&gt;</w:t>
        <w:br/>
        <w:t>уклюнувся чи, може, по дорозі&lt;br /&gt;</w:t>
        <w:br/>
        <w:t>пристав.&lt;br /&gt;</w:t>
        <w:br/>
        <w:t>Пані&lt;br /&gt;</w:t>
        <w:br/>
        <w:t>Пусти його! Нехай. Я всіх&lt;br /&gt;</w:t>
        <w:br/>
        <w:t>блаженненьких люблю. Ченців приймаю.&lt;br /&gt;</w:t>
        <w:br/>
        <w:t>Вони ж мене до неба піднесуть,&lt;br /&gt;</w:t>
        <w:br/>
        <w:t>по всіх світах прославлять. Ах, події!..&lt;br /&gt;</w:t>
        <w:br/>
        <w:t>І як це нам вдалось наскочити&lt;br /&gt;</w:t>
        <w:br/>
        <w:t>на отого князька Херехевлідзе!&lt;br /&gt;</w:t>
        <w:br/>
        <w:t>(Тоном, яким декрета читають.)&lt;br /&gt;</w:t>
        <w:br/>
        <w:t>Самодержав...&lt;br /&gt;</w:t>
        <w:br/>
        <w:t>Це хто тут засміявсь,—&lt;br /&gt;</w:t>
        <w:br/>
        <w:t>Огенія? Як трон дак незугарна&lt;br /&gt;</w:t>
        <w:br/>
        <w:t>вмостить? Моє фамільне крісло, трон!&lt;br /&gt;</w:t>
        <w:br/>
        <w:t>Огенія підмощує подушки.&lt;br /&gt;</w:t>
        <w:br/>
        <w:t>Я покажу вам сміх!&lt;br /&gt;</w:t>
        <w:br/>
        <w:t>...самодержавство;&lt;br /&gt;</w:t>
        <w:br/>
        <w:t>монархія; дворянство. Гайдуки!&lt;br /&gt;</w:t>
        <w:br/>
        <w:t>Всі виходи зайнять, не випускати&lt;br /&gt;</w:t>
        <w:br/>
        <w:t>нікого!&lt;br /&gt;</w:t>
        <w:br/>
        <w:t>Гайдуки стають на дверях.&lt;br /&gt;</w:t>
        <w:br/>
        <w:t>Так. Бо я боюсь,— боюсь,—&lt;br /&gt;</w:t>
        <w:br/>
        <w:t>боюся я сама зостатись!., боже,&lt;br /&gt;</w:t>
        <w:br/>
        <w:t>нудьга яка!.. Невже кінець? Невже&lt;br /&gt;</w:t>
        <w:br/>
        <w:t>прийшов кінець самодержавству? Вольність?&lt;br /&gt;</w:t>
        <w:br/>
        <w:t>Голоти бунт? А як же без раба?!&lt;br /&gt;</w:t>
        <w:br/>
        <w:t>Я без раба не можу!! Не уявляю&lt;br /&gt;</w:t>
        <w:br/>
        <w:t>доцільності дворянської душі,&lt;br /&gt;</w:t>
        <w:br/>
        <w:t>краси життя свого як феодала.&lt;br /&gt;</w:t>
        <w:br/>
        <w:t>Шакала — ось кого повинна я&lt;br /&gt;</w:t>
        <w:br/>
        <w:t>сама в собі любити. Кровожеру,&lt;br /&gt;</w:t>
        <w:br/>
        <w:t>хитрющого шакала. Я! Щоб Я&lt;br /&gt;</w:t>
        <w:br/>
        <w:t>душила всіх за горло. Душно!&lt;br /&gt;</w:t>
        <w:br/>
        <w:t>(Зомліває, її підтримують.)&lt;br /&gt;</w:t>
        <w:br/>
        <w:t>Сяду.&lt;br /&gt;</w:t>
        <w:br/>
        <w:t>Втомилась я.&lt;br /&gt;</w:t>
        <w:br/>
        <w:t>(Заплющує очі.)</w:t>
      </w:r>
    </w:p>
    <w:p>
      <w:r>
        <w:br/>
        <w:t>Вся філософія&lt;br /&gt;</w:t>
        <w:br/>
        <w:t>моя — це я.&lt;br /&gt;</w:t>
        <w:br/>
        <w:t>(Важко дихає.)&lt;br /&gt;</w:t>
        <w:br/>
        <w:t>О г е н і я&lt;br /&gt;</w:t>
        <w:br/>
        <w:t>Не гомоніть... Заснула...&lt;br /&gt;</w:t>
        <w:br/>
        <w:t>Виходьте всі, та потихеньку — цс!..&lt;br /&gt;</w:t>
        <w:br/>
        <w:t>Всі повертаються наздибочках, раптом Фігель починає гавкати на&lt;br /&gt;</w:t>
        <w:br/>
        <w:t>капапі.&lt;br /&gt;</w:t>
        <w:br/>
        <w:t>Пані&lt;br /&gt;</w:t>
        <w:br/>
        <w:t>Ой цюценько бідненька,— обиджають.&lt;br /&gt;</w:t>
        <w:br/>
        <w:t>Дудар&lt;br /&gt;</w:t>
        <w:br/>
        <w:t>Кумедія!&lt;br /&gt;</w:t>
        <w:br/>
        <w:t>Пані&lt;br /&gt;</w:t>
        <w:br/>
        <w:t>Дай лапоньку, цюцюнь.&lt;br /&gt;</w:t>
        <w:br/>
        <w:t>Ну дай же! Що?&lt;br /&gt;</w:t>
        <w:br/>
        <w:t>(Говорить у повітря.)&lt;br /&gt;</w:t>
        <w:br/>
        <w:t>А вас дивує ніжність?&lt;br /&gt;</w:t>
        <w:br/>
        <w:t>Ну боже мій, та до собаки я&lt;br /&gt;</w:t>
        <w:br/>
        <w:t>хіба коли була недобра? Бидло&lt;br /&gt;</w:t>
        <w:br/>
        <w:t>чи кріпаки — то зовсім інша річ.&lt;br /&gt;</w:t>
        <w:br/>
        <w:t>І взагалі...&lt;br /&gt;</w:t>
        <w:br/>
        <w:t>(Нюхає з табакерки.)&lt;br /&gt;</w:t>
        <w:br/>
        <w:t>Дударі&lt;br /&gt;</w:t>
        <w:br/>
        <w:t>Ви чули? — "бидло". Ловко&lt;br /&gt;</w:t>
        <w:br/>
        <w:t>виспівує, а ми дак боїмось&lt;br /&gt;</w:t>
        <w:br/>
        <w:t>і кашлянуть...&lt;br /&gt;</w:t>
        <w:br/>
        <w:t>Гайдук&lt;br /&gt;</w:t>
        <w:br/>
        <w:t>Ану лиш там замовкніть!&lt;br /&gt;</w:t>
        <w:br/>
        <w:t>Дударі&lt;br /&gt;</w:t>
        <w:br/>
        <w:t>Чого кричиш?! Бо й справді: що це ми —&lt;br /&gt;</w:t>
        <w:br/>
        <w:t>невільники, чи що? Віддай нам, пані,&lt;br /&gt;</w:t>
        <w:br/>
        <w:t>умовлене.&lt;br /&gt;</w:t>
        <w:br/>
        <w:t>Пані&lt;br /&gt;</w:t>
        <w:br/>
        <w:t>Умовлене? Платню вам?&lt;br /&gt;</w:t>
        <w:br/>
        <w:t>А ось вона...&lt;br /&gt;</w:t>
        <w:br/>
        <w:t>Гайдуки підносять канчуки напоготові.&lt;br /&gt;</w:t>
        <w:br/>
        <w:t>134&lt;br /&gt;</w:t>
        <w:br/>
        <w:t>Пані&lt;br /&gt;</w:t>
        <w:br/>
        <w:t>(зловісно)&lt;br /&gt;</w:t>
        <w:br/>
        <w:t>Імперія — це пуга.&lt;br /&gt;</w:t>
        <w:br/>
        <w:t>Мій рідшій край — це гроші, грошики,&lt;br /&gt;</w:t>
        <w:br/>
        <w:t>грошва.&lt;br /&gt;</w:t>
        <w:br/>
        <w:t>(Безгучно регоче, а потім враз божевільно розширює&lt;br /&gt;</w:t>
        <w:br/>
        <w:t>повіки.)&lt;br /&gt;</w:t>
        <w:br/>
        <w:t>Так ви Давид Гурамішвілі?&lt;br /&gt;</w:t>
        <w:br/>
        <w:t>Чудесно. Це ж — Грицько Сковорода,&lt;br /&gt;</w:t>
        <w:br/>
        <w:t>громадянин усього світу, старчик.&lt;br /&gt;</w:t>
        <w:br/>
        <w:t>Знайомтесь. Хха! Поет грузинський, князь,&lt;br /&gt;</w:t>
        <w:br/>
        <w:t>покривджених заступник ще й поміщик,—&lt;br /&gt;</w:t>
        <w:br/>
        <w:t>і мандрівний селянський наш філософ.&lt;br /&gt;</w:t>
        <w:br/>
        <w:t>...вина сюди, вина!..&lt;br /&gt;</w:t>
        <w:br/>
        <w:t>Огенія приносить вшю.&lt;br /&gt;</w:t>
        <w:br/>
        <w:t>Піднесемо ж&lt;br /&gt;</w:t>
        <w:br/>
        <w:t>ми келихи за цей іконостасний&lt;br /&gt;</w:t>
        <w:br/>
        <w:t>негласний наш союз. Ви не п'єте?&lt;br /&gt;</w:t>
        <w:br/>
        <w:t>Не хочете? Ви кажете, що воля&lt;br /&gt;</w:t>
        <w:br/>
        <w:t>цим кріпакам потрібна! Го-во-ріть...&lt;br /&gt;</w:t>
        <w:br/>
        <w:t>Ви не страшні. Замкнітесь краще в душу&lt;br /&gt;</w:t>
        <w:br/>
        <w:t>свою. Усе ж оте, що робите,—&lt;br /&gt;</w:t>
        <w:br/>
        <w:t>у вас лише до половини. Землю!&lt;br /&gt;</w:t>
        <w:br/>
        <w:t>голоту! О, її боюсь. А вас...&lt;br /&gt;</w:t>
        <w:br/>
        <w:t>(Істерично регоче.)&lt;br /&gt;</w:t>
        <w:br/>
        <w:t>Огенія&lt;br /&gt;</w:t>
        <w:br/>
        <w:t>(тихо)&lt;br /&gt;</w:t>
        <w:br/>
        <w:t>А що, Вахтанг, наївся рідним краєм?&lt;br /&gt;</w:t>
        <w:br/>
        <w:t>Виплутуйся ж тепер. Ну, починай.&lt;br /&gt;</w:t>
        <w:br/>
        <w:t>Вахтанг&lt;br /&gt;</w:t>
        <w:br/>
        <w:t>(на різні голоси)&lt;br /&gt;</w:t>
        <w:br/>
        <w:t>Бонжур, мадам! Бонжур. П'ятсот?&lt;br /&gt;</w:t>
        <w:br/>
        <w:t>Не смійтесь.&lt;br /&gt;</w:t>
        <w:br/>
        <w:t>А скільки б ви хотіли? Я? Та ви ж!&lt;br /&gt;</w:t>
        <w:br/>
        <w:t>Свєтлєйший граф, ви ж знаєте: собака —&lt;br /&gt;</w:t>
        <w:br/>
        <w:t>вже кращої й нема.</w:t>
      </w:r>
    </w:p>
    <w:p>
      <w:r>
        <w:br/>
        <w:t>Гайдук&lt;br /&gt;</w:t>
        <w:br/>
        <w:t>Та одійди,&lt;br /&gt;</w:t>
        <w:br/>
        <w:t>не приставай, бо так і дзизну!&lt;br /&gt;</w:t>
        <w:br/>
        <w:t>Пані&lt;br /&gt;</w:t>
        <w:br/>
        <w:t>(молитовно)&lt;br /&gt;</w:t>
        <w:br/>
        <w:t>...слизну&lt;br /&gt;</w:t>
        <w:br/>
        <w:t>люблю я гру, і тонкощі масні,&lt;br /&gt;</w:t>
        <w:br/>
        <w:t>і рококо, і голубизну.&lt;br /&gt;</w:t>
        <w:br/>
        <w:t>(Робить магічні рухи.)&lt;br /&gt;</w:t>
        <w:br/>
        <w:t>Дудар&lt;br /&gt;</w:t>
        <w:br/>
        <w:t>От де&lt;br /&gt;</w:t>
        <w:br/>
        <w:t>кумедія, їй-бо!&lt;br /&gt;</w:t>
        <w:br/>
        <w:t>Вахтанг&lt;br /&gt;</w:t>
        <w:br/>
        <w:t>...п'ятсот? А ця,&lt;br /&gt;</w:t>
        <w:br/>
        <w:t>наприклад, Д и. Ну чим вона не цюця?!&lt;br /&gt;</w:t>
        <w:br/>
        <w:t>...ой сучечко, та підійди ж, не бійсь,&lt;br /&gt;</w:t>
        <w:br/>
        <w:t>на кріпака міняємось, нічого&lt;br /&gt;</w:t>
        <w:br/>
        <w:t>страшного в цім нема.&lt;br /&gt;</w:t>
        <w:br/>
        <w:t>Гайдуки&lt;br /&gt;</w:t>
        <w:br/>
        <w:t>Чума б тебе&lt;br /&gt;</w:t>
        <w:br/>
        <w:t>взяла! А геть відсіль, бо будеш битий.&lt;br /&gt;</w:t>
        <w:br/>
        <w:t>Огенія&lt;br /&gt;</w:t>
        <w:br/>
        <w:t>(тихо)&lt;br /&gt;</w:t>
        <w:br/>
        <w:t>Ану, Вахтанг, іще.&lt;br /&gt;</w:t>
        <w:br/>
        <w:t>Вахтанг&lt;br /&gt;</w:t>
        <w:br/>
        <w:t>...або ж он та&lt;br /&gt;</w:t>
        <w:br/>
        <w:t>безхвоста Буль (дай лапоньку, дитинко!) —&lt;br /&gt;</w:t>
        <w:br/>
        <w:t>не до смаку хіба?! Питаєте,&lt;br /&gt;</w:t>
        <w:br/>
        <w:t>чого їх так прозвала? Дуже просто:&lt;br /&gt;</w:t>
        <w:br/>
        <w:t>ежДи і Буль, а разом це Д и б у л ь&lt;br /&gt;</w:t>
        <w:br/>
        <w:t>виходить. Га?&lt;br /&gt;</w:t>
        <w:br/>
        <w:t>(Дударям.)&lt;br /&gt;</w:t>
        <w:br/>
        <w:t>Чики ножем, чики!&lt;br /&gt;</w:t>
        <w:br/>
        <w:t>136&lt;br /&gt;</w:t>
        <w:br/>
        <w:t>Пані&lt;br /&gt;</w:t>
        <w:br/>
        <w:t>(тоном декрету)&lt;br /&gt;</w:t>
        <w:br/>
        <w:t>...і між собак віднині я безсмертна.&lt;br /&gt;</w:t>
        <w:br/>
        <w:t>( Прочумавшись.)&lt;br /&gt;</w:t>
        <w:br/>
        <w:t>Це що — в екстаз я впала, в сон, у транс,&lt;br /&gt;</w:t>
        <w:br/>
        <w:t>у візію?&lt;br /&gt;</w:t>
        <w:br/>
        <w:t>(Кричить.)&lt;br /&gt;</w:t>
        <w:br/>
        <w:t>О боже мій, як нудно!..&lt;br /&gt;</w:t>
        <w:br/>
        <w:t>В а х т а н г&lt;br /&gt;</w:t>
        <w:br/>
        <w:t>Ух, весело!&lt;br /&gt;</w:t>
        <w:br/>
        <w:t>(Підстрибує.)&lt;br /&gt;</w:t>
        <w:br/>
        <w:t>Пані&lt;br /&gt;</w:t>
        <w:br/>
        <w:t>(корчиться)&lt;br /&gt;</w:t>
        <w:br/>
        <w:t>...Це світова в мені&lt;br /&gt;</w:t>
        <w:br/>
        <w:t>озвалася печаль. Це та гуманність&lt;br /&gt;</w:t>
        <w:br/>
        <w:t>за нас усіх, за всіх дворян, князів,&lt;br /&gt;</w:t>
        <w:br/>
        <w:t>поміщиків, подвижників господніх.&lt;br /&gt;</w:t>
        <w:br/>
        <w:t>В а х т а н г&lt;br /&gt;</w:t>
        <w:br/>
        <w:t>А прийде ж смерть собаці, господи&lt;br /&gt;</w:t>
        <w:br/>
        <w:t>помилуй.&lt;br /&gt;</w:t>
        <w:br/>
        <w:t>Дударі сміються.&lt;br /&gt;</w:t>
        <w:br/>
        <w:t>Пані&lt;br /&gt;</w:t>
        <w:br/>
        <w:t>Смерть?&lt;br /&gt;</w:t>
        <w:br/>
        <w:t>Огенія&lt;br /&gt;</w:t>
        <w:br/>
        <w:t>Та проженіть нахабу.&lt;br /&gt;</w:t>
        <w:br/>
        <w:t>Чого він тут?!&lt;br /&gt;</w:t>
        <w:br/>
        <w:t>(До Вахтанга.)&lt;br /&gt;</w:t>
        <w:br/>
        <w:t>Ей ти! Нащо печаль&lt;br /&gt;</w:t>
        <w:br/>
        <w:t>Накрякуєш на нашу пані? — Пані!&lt;br /&gt;</w:t>
        <w:br/>
        <w:t>Не вір йому: ще поживеш, поп'єш,&lt;br /&gt;</w:t>
        <w:br/>
        <w:t>попоїси, удозвіль кріпаками&lt;br /&gt;</w:t>
        <w:br/>
        <w:t>натішишся.&lt;br /&gt;</w:t>
        <w:br/>
        <w:t>Дудар&lt;br /&gt;</w:t>
        <w:br/>
        <w:t>Натішишся, ого!</w:t>
      </w:r>
    </w:p>
    <w:p>
      <w:r>
        <w:br/>
        <w:t>Пані&lt;br /&gt;</w:t>
        <w:br/>
        <w:t>(підозріло)&lt;br /&gt;</w:t>
        <w:br/>
        <w:t>Собаці? смерть? Цікаво... Пане Фігель,&lt;br /&gt;</w:t>
        <w:br/>
        <w:t>а де ви там! Послухайте ідіть,&lt;br /&gt;</w:t>
        <w:br/>
        <w:t>що каже цей святий.&lt;br /&gt;</w:t>
        <w:br/>
        <w:t>Фігель&lt;br /&gt;</w:t>
        <w:br/>
        <w:t>(кривуляючи)&lt;br /&gt;</w:t>
        <w:br/>
        <w:t>Ей ти! чуприндро!&lt;br /&gt;</w:t>
        <w:br/>
        <w:t>не дзенькай,— цить!&lt;br /&gt;</w:t>
        <w:br/>
        <w:t>Вахтанг&lt;br /&gt;</w:t>
        <w:br/>
        <w:t>(закрутившись)&lt;br /&gt;</w:t>
        <w:br/>
        <w:t>У ніч я всвердлю дзвін,&lt;br /&gt;</w:t>
        <w:br/>
        <w:t>як цендибор,— ото заценька! Циндри ж&lt;br /&gt;</w:t>
        <w:br/>
        <w:t>одскакують і цвьохають, аж кров&lt;br /&gt;</w:t>
        <w:br/>
        <w:t>там цебенить...&lt;br /&gt;</w:t>
        <w:br/>
        <w:t>Пані&lt;br /&gt;</w:t>
        <w:br/>
        <w:t>Ну от. Тепер ізнов&lt;br /&gt;</w:t>
        <w:br/>
        <w:t>якісь слова. Я ж надто суєвірна,&lt;br /&gt;</w:t>
        <w:br/>
        <w:t>хоча люблю Вольтера і Руссо.&lt;br /&gt;</w:t>
        <w:br/>
        <w:t>Блаженненький? Але ж я більш не можу!&lt;br /&gt;</w:t>
        <w:br/>
        <w:t>Не хочу я кінця! Передчуття&lt;br /&gt;</w:t>
        <w:br/>
        <w:t>гнітить мене. І я вже чую: слизько&lt;br /&gt;</w:t>
        <w:br/>
        <w:t>спускаюся униз... і хтось кинджал&lt;br /&gt;</w:t>
        <w:br/>
        <w:t>встромив мені у серце — ой! Пожежа!..&lt;br /&gt;</w:t>
        <w:br/>
        <w:t>Хтось підпалив!&lt;br /&gt;</w:t>
        <w:br/>
        <w:t>(Отямившись.)&lt;br /&gt;</w:t>
        <w:br/>
        <w:t>Щоб не було його!&lt;br /&gt;</w:t>
        <w:br/>
        <w:t>Гайдуки ганяються за Вахтангом.&lt;br /&gt;</w:t>
        <w:br/>
        <w:t>Вахтанг&lt;br /&gt;</w:t>
        <w:br/>
        <w:t>Пожежа знов, як той цвітин. Нагронджив&lt;br /&gt;</w:t>
        <w:br/>
        <w:t>огонь грудьми, грундзює грогонджур&lt;br /&gt;</w:t>
        <w:br/>
        <w:t>і дзенькотить зажерно. Джиг? Джигуха.&lt;br /&gt;</w:t>
        <w:br/>
        <w:t>А пан джирчить! Нехай поскаче. Джиг?&lt;br /&gt;</w:t>
        <w:br/>
        <w:t>Хто підпалив? — а дзузьки, догадайся.&lt;br /&gt;</w:t>
        <w:br/>
        <w:t>(Утікає, Фігель гавкає услід.)&lt;br /&gt;</w:t>
        <w:br/>
        <w:t>138&lt;br /&gt;</w:t>
        <w:br/>
        <w:t>Пані&lt;br /&gt;</w:t>
        <w:br/>
        <w:t>Ой цюценька! — старається!&lt;br /&gt;</w:t>
        <w:br/>
        <w:t>(Кричить.)&lt;br /&gt;</w:t>
        <w:br/>
        <w:t>Вина-а!&lt;br /&gt;</w:t>
        <w:br/>
        <w:t>Огенія їй подає.&lt;br /&gt;</w:t>
        <w:br/>
        <w:t>Пані&lt;br /&gt;</w:t>
        <w:br/>
        <w:t>(до гайдуків)&lt;br /&gt;</w:t>
        <w:br/>
        <w:t>Ну гавкайте ж і ви. Я буду думать,&lt;br /&gt;</w:t>
        <w:br/>
        <w:t>що ніби пан із Лейпціга вернувсь&lt;br /&gt;</w:t>
        <w:br/>
        <w:t>і я йому розказую.&lt;br /&gt;</w:t>
        <w:br/>
        <w:t>(Одкривае табакерку, але сміх припадочний не дає їй&lt;br /&gt;</w:t>
        <w:br/>
        <w:t>змоги понюхать.)&lt;br /&gt;</w:t>
        <w:br/>
        <w:t>Ох, смішно ж!&lt;br /&gt;</w:t>
        <w:br/>
        <w:t>Розказую, що я сусіднього&lt;br /&gt;</w:t>
        <w:br/>
        <w:t>поміщика перемогла, та чим же?&lt;br /&gt;</w:t>
        <w:br/>
        <w:t>(знов гикавка і сміх).— Коханнячком,&lt;br /&gt;</w:t>
        <w:br/>
        <w:t>їй-бо!..&lt;br /&gt;</w:t>
        <w:br/>
        <w:t>(Зривається з місця.)&lt;br /&gt;</w:t>
        <w:br/>
        <w:t>А що ж, коли ти зайда! Анна&lt;br /&gt;</w:t>
        <w:br/>
        <w:t>Іванівна, цариця, вткнула тут&lt;br /&gt;</w:t>
        <w:br/>
        <w:t>гусарський полк грузинський. Наробила&lt;br /&gt;</w:t>
        <w:br/>
        <w:t>поміщиків чужих, а як же нам?&lt;br /&gt;</w:t>
        <w:br/>
        <w:t>Та нам самим тут мало! Що ж.— Воюєм!&lt;br /&gt;</w:t>
        <w:br/>
        <w:t>Хоча могли б ще сторгуватися.&lt;br /&gt;</w:t>
        <w:br/>
        <w:t>Перед лицем такої небезпеки,&lt;br /&gt;</w:t>
        <w:br/>
        <w:t>як бунт раба, могли б ще поладнать,&lt;br /&gt;</w:t>
        <w:br/>
        <w:t>та чорт із ним! — породичатись навіть.&lt;br /&gt;</w:t>
        <w:br/>
        <w:t>А от тепер... боюся я. Сміха?&lt;br /&gt;</w:t>
        <w:br/>
        <w:t>(До гайдуків.)&lt;br /&gt;</w:t>
        <w:br/>
        <w:t>Ну гавкайте ж, чого ви перестали!&lt;br /&gt;</w:t>
        <w:br/>
        <w:t>Боюсь? Це Я боюсь? Та хто сказав?!&lt;br /&gt;</w:t>
        <w:br/>
        <w:t>Та хто посмів таке подумать?! Криком&lt;br /&gt;</w:t>
        <w:br/>
        <w:t>проженемо цей страх. Перейдемо ж&lt;br /&gt;</w:t>
        <w:br/>
        <w:t>до стилю ми веселого. Танцюйте!&lt;br /&gt;</w:t>
        <w:br/>
        <w:t>Дударі зачинають грати.&lt;br /&gt;</w:t>
        <w:br/>
        <w:t>Та швидше ж бо! Та шуму, шуму, шу-&lt;br /&gt;</w:t>
        <w:br/>
        <w:t>муштровано, та штрики-брики, ширше!&lt;br /&gt;</w:t>
        <w:br/>
        <w:t>Скакунчики танцюють.&lt;br /&gt;</w:t>
        <w:br/>
        <w:t>Огеніє! підмостиш ти мені,&lt;br /&gt;</w:t>
        <w:br/>
        <w:t>падлюко? Ах! щоб я немов на троні&lt;br /&gt;</w:t>
        <w:br/>
        <w:t>була!.. Ну от. Та добровоні, тмін&lt;br /&gt;</w:t>
        <w:br/>
        <w:t>і пахощі кадіть передо мною.&lt;br /&gt;</w:t>
        <w:br/>
        <w:t>Хо-хо! Іще один такий удар —&lt;br /&gt;</w:t>
        <w:br/>
        <w:t>і панія Дибуль безсмертна. Станьте,&lt;br /&gt;</w:t>
        <w:br/>
        <w:t>ахеяни дзвінкоголосії,&lt;br /&gt;</w:t>
        <w:br/>
        <w:t>проголосіть мені високу славу,—&lt;br /&gt;</w:t>
        <w:br/>
        <w:t>богиня ж я, Паллада!&lt;br /&gt;</w:t>
        <w:br/>
        <w:t>(До дударів.)&lt;br /&gt;</w:t>
        <w:br/>
        <w:t>Голосіть,&lt;br /&gt;</w:t>
        <w:br/>
        <w:t>бо всіх я вас примушу, ну?&lt;br /&gt;</w:t>
        <w:br/>
        <w:t>Дударі&lt;br /&gt;</w:t>
        <w:br/>
        <w:t>Примусиш?&lt;br /&gt;</w:t>
        <w:br/>
        <w:t>Владичице, ми вже не можемо:&lt;br /&gt;</w:t>
        <w:br/>
        <w:t>ми ж двадцять верст везли тебе в кареті,&lt;br /&gt;</w:t>
        <w:br/>
        <w:t>співаючи весь час. А це в дуду&lt;br /&gt;</w:t>
        <w:br/>
        <w:t>тирликати ще загадала. Грай,&lt;br /&gt;</w:t>
        <w:br/>
        <w:t>дударику, бо ти ж дурний. Дудукай —&lt;br /&gt;</w:t>
        <w:br/>
        <w:t>нехай пани плюють. Похрипли ми!&lt;br /&gt;</w:t>
        <w:br/>
        <w:t>Голодні ми — не грайся!&lt;br /&gt;</w:t>
        <w:br/>
        <w:t>Пані&lt;br /&gt;</w:t>
        <w:br/>
        <w:t>Пане Фігель,&lt;br /&gt;</w:t>
        <w:br/>
        <w:t>ви чули? Раб виказує мені&lt;br /&gt;</w:t>
        <w:br/>
        <w:t>слухняність, га!&lt;br /&gt;</w:t>
        <w:br/>
        <w:t>(До дударів.)&lt;br /&gt;</w:t>
        <w:br/>
        <w:t>Та не стогніть, не вийте,&lt;br /&gt;</w:t>
        <w:br/>
        <w:t>мужицькою своєю мовою&lt;br /&gt;</w:t>
        <w:br/>
        <w:t>не псуйте ви мені ясного стилю&lt;br /&gt;</w:t>
        <w:br/>
        <w:t>античного. Проказуйте ось так.&lt;br /&gt;</w:t>
        <w:br/>
        <w:t>(Басом.)&lt;br /&gt;</w:t>
        <w:br/>
        <w:t>"...1 Зевсові оддовіла богиня&lt;br /&gt;</w:t>
        <w:br/>
        <w:t>Паллада..." Ну?&lt;br /&gt;</w:t>
        <w:br/>
        <w:t>Дударі&lt;br /&gt;</w:t>
        <w:br/>
        <w:t>Голодні ми, трудні,&lt;br /&gt;</w:t>
        <w:br/>
        <w:t>хоч не дратуй ти нас, бо знаєш?&lt;br /&gt;</w:t>
        <w:br/>
        <w:t>Ф і г е л ь&lt;br /&gt;</w:t>
        <w:br/>
        <w:t>Танцюй! "І ой дуду, дуду..." Ти рраб?&lt;br /&gt;</w:t>
        <w:br/>
        <w:t>Ну то й роби. А ми — пани. Дворянству&lt;br /&gt;</w:t>
        <w:br/>
        <w:t>не по труду "І ой дуду, дуду..."&lt;br /&gt;</w:t>
        <w:br/>
        <w:t>Дударі&lt;br /&gt;</w:t>
        <w:br/>
        <w:t>Ось не дратуй ти нас, не сіпай! Пані!&lt;br /&gt;</w:t>
        <w:br/>
        <w:t>Не всі ми тут дворові кріпаки:&lt;br /&gt;</w:t>
        <w:br/>
        <w:t>Ось я, ось цей, он ті два кожум'яки —&lt;br /&gt;</w:t>
        <w:br/>
        <w:t>ми вольнії, фабрично-заводські,&lt;br /&gt;</w:t>
        <w:br/>
        <w:t>то що ж ти нам — накажеш?&lt;br /&gt;</w:t>
        <w:br/>
        <w:t>(Збиваються докупи.)&lt;br /&gt;</w:t>
        <w:br/>
        <w:t>Гайдуки&lt;br /&gt;</w:t>
        <w:br/>
        <w:t>( замаху ються)&lt;br /&gt;</w:t>
        <w:br/>
        <w:t>Тихо!&lt;br /&gt;</w:t>
        <w:br/>
        <w:t>Пані&lt;br /&gt;</w:t>
        <w:br/>
        <w:t>Стидно,&lt;br /&gt;</w:t>
        <w:br/>
        <w:t>ахеяни! Невже ви славою&lt;br /&gt;</w:t>
        <w:br/>
        <w:t>не напились, не наситились? Трою&lt;br /&gt;</w:t>
        <w:br/>
        <w:t>бебехнувши, ми ж повернулися&lt;br /&gt;</w:t>
        <w:br/>
        <w:t>з трофеями...&lt;br /&gt;</w:t>
        <w:br/>
        <w:t>(Раптом.)&lt;br /&gt;</w:t>
        <w:br/>
        <w:t>Огеніє! а де ж це&lt;br /&gt;</w:t>
        <w:br/>
        <w:t>полонений юнак? Кому його&lt;br /&gt;</w:t>
        <w:br/>
        <w:t>в дворі було передано?&lt;br /&gt;</w:t>
        <w:br/>
        <w:t>(До всіх.)&lt;br /&gt;</w:t>
        <w:br/>
        <w:t>Шукайте!&lt;br /&gt;</w:t>
        <w:br/>
        <w:t>Щоб зараз він мені тут був! Вина!&lt;br /&gt;</w:t>
        <w:br/>
        <w:t>їй наливають у келих.&lt;br /&gt;</w:t>
        <w:br/>
        <w:t>Огенія&lt;br /&gt;</w:t>
        <w:br/>
        <w:t>Пресвітлая, предобродійна пані,&lt;br /&gt;</w:t>
        <w:br/>
        <w:t>а вислухай, що я скажу тобі,&lt;br /&gt;</w:t>
        <w:br/>
        <w:t>безсмертна.&lt;br /&gt;</w:t>
        <w:br/>
        <w:t>Пані&lt;br /&gt;</w:t>
        <w:br/>
        <w:t>Ну?&lt;br /&gt;</w:t>
        <w:br/>
        <w:t>Не гнівайся: я ролю&lt;br /&gt;</w:t>
        <w:br/>
        <w:t>не вивчила, тому й не знаю, як&lt;br /&gt;</w:t>
        <w:br/>
        <w:t>по п'єсі тут відповідати.&lt;br /&gt;</w:t>
        <w:br/>
        <w:t>Пані&lt;br /&gt;</w:t>
        <w:br/>
        <w:t>П'єсі?&lt;br /&gt;</w:t>
        <w:br/>
        <w:t>Негіднице! Я вибрала тебе&lt;br /&gt;</w:t>
        <w:br/>
        <w:t>з-поміж дівчат-кріпачок, до покоїв&lt;br /&gt;</w:t>
        <w:br/>
        <w:t>приставила, в дворовий свій театр&lt;br /&gt;</w:t>
        <w:br/>
        <w:t>актрисою взяла, манери, мови&lt;br /&gt;</w:t>
        <w:br/>
        <w:t>французької навчила — ти ж мені&lt;br /&gt;</w:t>
        <w:br/>
        <w:t>на хитрощі? дурити будеш? "Ролю..."&lt;br /&gt;</w:t>
        <w:br/>
        <w:t>зненацька попадає в Фігеля, що підвернувся.)&lt;br /&gt;</w:t>
        <w:br/>
        <w:t>Полонений! мій бранець! брань! трофей&lt;br /&gt;</w:t>
        <w:br/>
        <w:t>подівся де,— чи ти оглухла?&lt;br /&gt;</w:t>
        <w:br/>
        <w:t>О г е н і я&lt;br /&gt;</w:t>
        <w:br/>
        <w:t>Боже...&lt;br /&gt;</w:t>
        <w:br/>
        <w:t>трофей! трофей! ой боже мій... Біжу,&lt;br /&gt;</w:t>
        <w:br/>
        <w:t>пресвітлая, хоча я вперше чую&lt;br /&gt;</w:t>
        <w:br/>
        <w:t>про наш трофей.&lt;br /&gt;</w:t>
        <w:br/>
        <w:t>(Виходить.)&lt;br /&gt;</w:t>
        <w:br/>
        <w:t>Пані&lt;br /&gt;</w:t>
        <w:br/>
        <w:t>Заграйте, дударі!&lt;br /&gt;</w:t>
        <w:br/>
        <w:t>Дударі грають.&lt;br /&gt;</w:t>
        <w:br/>
        <w:t>Ну, годі ж бо... замовкніть!&lt;br /&gt;</w:t>
        <w:br/>
        <w:t>Дударі замовкають.&lt;br /&gt;</w:t>
        <w:br/>
        <w:t>Іліада!&lt;br /&gt;</w:t>
        <w:br/>
        <w:t>(Заточується, її підводять знову.)&lt;br /&gt;</w:t>
        <w:br/>
        <w:t>Вахтанг&lt;br /&gt;</w:t>
        <w:br/>
        <w:t>(вискакує)&lt;br /&gt;</w:t>
        <w:br/>
        <w:t>Ага? ага? Убиймо гада! Як?&lt;br /&gt;</w:t>
        <w:br/>
        <w:t>А ось отак.&lt;br /&gt;</w:t>
        <w:br/>
        <w:t>(Наміряється.)&lt;br /&gt;</w:t>
        <w:br/>
        <w:t>Гайдук&lt;br /&gt;</w:t>
        <w:br/>
        <w:t>Ну-ну! Бо так і цопну.&lt;br /&gt;</w:t>
        <w:br/>
        <w:t>В а х т а н г&lt;br /&gt;</w:t>
        <w:br/>
        <w:t>Пусти!&lt;br /&gt;</w:t>
        <w:br/>
        <w:t>Пані&lt;br /&gt;</w:t>
        <w:br/>
        <w:t>Ти хто?&lt;br /&gt;</w:t>
        <w:br/>
        <w:t>В а х т а н г&lt;br /&gt;</w:t>
        <w:br/>
        <w:t>Я ченчик-ченчичок,&lt;br /&gt;</w:t>
        <w:br/>
        <w:t>я докучай-одчай. Чергинькну-дзенькну,&lt;br /&gt;</w:t>
        <w:br/>
        <w:t>ножем дворян чичикну, га? Хай кров&lt;br /&gt;</w:t>
        <w:br/>
        <w:t>біжить, а я царицю обамбурю —&lt;br /&gt;</w:t>
        <w:br/>
        <w:t>ага? ага?&lt;br /&gt;</w:t>
        <w:br/>
        <w:t>(Скаче.)&lt;br /&gt;</w:t>
        <w:br/>
        <w:t>Пані&lt;br /&gt;</w:t>
        <w:br/>
        <w:t>Вже й на царицю? Хто ж,&lt;br /&gt;</w:t>
        <w:br/>
        <w:t>по-твоєму, поміщиків тримає?&lt;br /&gt;</w:t>
        <w:br/>
        <w:t>Хто титули дає, хто в ґудзики&lt;br /&gt;</w:t>
        <w:br/>
        <w:t>обтикує дворянство — ну?&lt;br /&gt;</w:t>
        <w:br/>
        <w:t>В а х т а н г&lt;br /&gt;</w:t>
        <w:br/>
        <w:t>Дворянство&lt;br /&gt;</w:t>
        <w:br/>
        <w:t>обтикає ножами й Залізняк.&lt;br /&gt;</w:t>
        <w:br/>
        <w:t>То сяк, то так, а все ж таки навіки.&lt;br /&gt;</w:t>
        <w:br/>
        <w:t>Пані&lt;br /&gt;</w:t>
        <w:br/>
        <w:t>(схопившись)&lt;br /&gt;</w:t>
        <w:br/>
        <w:t>Це той, що нас на правім березі&lt;br /&gt;</w:t>
        <w:br/>
        <w:t>Дніпра!&lt;br /&gt;</w:t>
        <w:br/>
        <w:t>В а х т а н г&lt;br /&gt;</w:t>
        <w:br/>
        <w:t>Лу! а Умань!&lt;br /&gt;</w:t>
        <w:br/>
        <w:t>Пані&lt;br /&gt;</w:t>
        <w:br/>
        <w:t>Пане Фігель,&lt;br /&gt;</w:t>
        <w:br/>
        <w:t>а де ви там? Послухайте ідіть,&lt;br /&gt;</w:t>
        <w:br/>
        <w:t>що каже цей святий.&lt;br /&gt;</w:t>
        <w:br/>
        <w:t>Огенія&lt;br /&gt;</w:t>
        <w:br/>
        <w:t>(увіходить)&lt;br /&gt;</w:t>
        <w:br/>
        <w:t>Предобродійна пані,&lt;br /&gt;</w:t>
        <w:br/>
        <w:t>пресвітлая, а вислухай, що я&lt;br /&gt;</w:t>
        <w:br/>
        <w:t>скажу тобі, безсмертна.&lt;br /&gt;</w:t>
        <w:br/>
        <w:t>Пані&lt;br /&gt;</w:t>
        <w:br/>
        <w:t>Ну?&lt;br /&gt;</w:t>
        <w:br/>
        <w:t>(До всіх.)&lt;br /&gt;</w:t>
        <w:br/>
        <w:t>Замовкніть!&lt;br /&gt;</w:t>
        <w:br/>
        <w:t>Огенія&lt;br /&gt;</w:t>
        <w:br/>
        <w:t>Коли ми пригнали волів, яких звичайно пасемо в лісі од&lt;br /&gt;</w:t>
        <w:br/>
        <w:t>протоки, що відділяє Сімплегади, там один із наших пасту-&lt;br /&gt;</w:t>
        <w:br/>
        <w:t>хів побачив двох юнаків.&lt;br /&gt;</w:t>
        <w:br/>
        <w:t>Пані&lt;br /&gt;</w:t>
        <w:br/>
        <w:t>Ти що ж це, знову прикидаєшся? Знаєш, проклята, чим&lt;br /&gt;</w:t>
        <w:br/>
        <w:t>можна мене взяти! Ненавиджу я дійсність! В житті я граю,&lt;br /&gt;</w:t>
        <w:br/>
        <w:t>а граючи, не хочу прокидатись... Ну що ж, іди... Тумани&lt;br /&gt;</w:t>
        <w:br/>
        <w:t>фантазії — як вони мене сп'яняють... Ну що ж, швидше&lt;br /&gt;</w:t>
        <w:br/>
        <w:t>йди і приведи мені тих чужоземців.&lt;br /&gt;</w:t>
        <w:br/>
        <w:t>Вахтанг&lt;br /&gt;</w:t>
        <w:br/>
        <w:t>Хоч так, куме, сядь, хоч так сядь, а все сядь.&lt;br /&gt;</w:t>
        <w:br/>
        <w:t>Огенія&lt;br /&gt;</w:t>
        <w:br/>
        <w:t>(вертаючись од дверей)&lt;br /&gt;</w:t>
        <w:br/>
        <w:t>Пастух виходить, але тим часом хор промовляє (декла-&lt;br /&gt;</w:t>
        <w:br/>
        <w:t>муючи): "Темні, темні морськії скелі, що з'єднуєте води&lt;br /&gt;</w:t>
        <w:br/>
        <w:t>двох морів, скелі, через які пливла колись із Аргоса в не-&lt;br /&gt;</w:t>
        <w:br/>
        <w:t>гостинні води замучена оводнем Іо".&lt;br /&gt;</w:t>
        <w:br/>
        <w:t>Пані&lt;br /&gt;</w:t>
        <w:br/>
        <w:t>Ну да! Вона з Евріпіда мені тут грає. До речі, пане Фігель,&lt;br /&gt;</w:t>
        <w:br/>
        <w:t>ви ніколи не бачили, як я сама виступаю в своєму театрі?&lt;br /&gt;</w:t>
        <w:br/>
        <w:t>Ах, як це прекрасно у мене виходить! Та ви ще й досі там&lt;br /&gt;</w:t>
        <w:br/>
        <w:t>дудукаєте?&lt;br /&gt;</w:t>
        <w:br/>
        <w:t>Вахтанг&lt;br /&gt;</w:t>
        <w:br/>
        <w:t>Всяка птичка своїм носиком живе...</w:t>
      </w:r>
    </w:p>
    <w:p>
      <w:r>
        <w:br/>
        <w:t>Пані&lt;br /&gt;</w:t>
        <w:br/>
        <w:t>(впадає в псевдокласичний тон)&lt;br /&gt;</w:t>
        <w:br/>
        <w:t>(Хто вони? Можливо, ті, що залишили багатий на воду, по-&lt;br /&gt;</w:t>
        <w:br/>
        <w:t>рослий очеретом Еврот?&lt;br /&gt;</w:t>
        <w:br/>
        <w:t>(Встає.)&lt;br /&gt;</w:t>
        <w:br/>
        <w:t>Огенія&lt;br /&gt;</w:t>
        <w:br/>
        <w:t>Чи не припливли вони на своєму кораблі, розсікаючи мор-&lt;br /&gt;</w:t>
        <w:br/>
        <w:t>ські хвилі подвійним рядом соснових весел... (До гайдука.)&lt;br /&gt;</w:t>
        <w:br/>
        <w:t>Ну як там далі?&lt;br /&gt;</w:t>
        <w:br/>
        <w:t>Пані&lt;br /&gt;</w:t>
        <w:br/>
        <w:t>Як удалось їм пройти побіля буряних берегів царства Фі-&lt;br /&gt;</w:t>
        <w:br/>
        <w:t>нея, попід морським берегом, що не має гавані, переплисти&lt;br /&gt;</w:t>
        <w:br/>
        <w:t>кипуче море, де водять танки п'ятдесят дів-нереїд?.. О, як-&lt;br /&gt;</w:t>
        <w:br/>
        <w:t>би згідно з бажанням нашої владарки та привело сюди&lt;br /&gt;</w:t>
        <w:br/>
        <w:t>випадком любу дочку Леди, Єлену, на путі її з-під Трої...&lt;br /&gt;</w:t>
        <w:br/>
        <w:t>Козачок&lt;br /&gt;</w:t>
        <w:br/>
        <w:t>...щоб наша владарка окропила їй голову жертовною водою.&lt;br /&gt;</w:t>
        <w:br/>
        <w:t>Пані&lt;br /&gt;</w:t>
        <w:br/>
        <w:t>...щоб вона умерла з перерізаним горлом, од її руки по-&lt;br /&gt;</w:t>
        <w:br/>
        <w:t>несла заслужену кару.&lt;br /&gt;</w:t>
        <w:br/>
        <w:t>Огенія&lt;br /&gt;</w:t>
        <w:br/>
        <w:t>О, як радісно забилося б наше серце, коли б ви нам сказа-&lt;br /&gt;</w:t>
        <w:br/>
        <w:t>ли, що із Греччини приїхав моряк зняти з нас кайдани&lt;br /&gt;</w:t>
        <w:br/>
        <w:t>печального рабства...&lt;br /&gt;</w:t>
        <w:br/>
        <w:t>Пані&lt;br /&gt;</w:t>
        <w:br/>
        <w:t>Та ось і він іде,— тихше! замовкніть!&lt;br /&gt;</w:t>
        <w:br/>
        <w:t>Гайдук&lt;br /&gt;</w:t>
        <w:br/>
        <w:t>(увіходить)&lt;br /&gt;</w:t>
        <w:br/>
        <w:t>В той час, як ми тут гралися, зайшов&lt;br /&gt;</w:t>
        <w:br/>
        <w:t>ізбоку князь Херехевлідзе...&lt;br /&gt;</w:t>
        <w:br/>
        <w:t>Пані&lt;br /&gt;</w:t>
        <w:br/>
        <w:t>Що?&lt;br /&gt;</w:t>
        <w:br/>
        <w:t>Ну, швидше ж бо кажи!&lt;br /&gt;</w:t>
        <w:br/>
        <w:t>145</w:t>
      </w:r>
    </w:p>
    <w:p>
      <w:r>
        <w:br/>
        <w:t>Гайдук&lt;br /&gt;</w:t>
        <w:br/>
        <w:t>І всі підводи&lt;br /&gt;</w:t>
        <w:br/>
        <w:t>з отим добром, що ми нагарбали,&lt;br /&gt;</w:t>
        <w:br/>
        <w:t>одбив...&lt;br /&gt;</w:t>
        <w:br/>
        <w:t>Фігель&lt;br /&gt;</w:t>
        <w:br/>
        <w:t>Одбив?!&lt;br /&gt;</w:t>
        <w:br/>
        <w:t>Пані&lt;br /&gt;</w:t>
        <w:br/>
        <w:t>Клянись, що це мені&lt;br /&gt;</w:t>
        <w:br/>
        <w:t>причулось.&lt;br /&gt;</w:t>
        <w:br/>
        <w:t>Як?! Усе добро, всі фури?&lt;br /&gt;</w:t>
        <w:br/>
        <w:t>Мерзотнику! Ти надто вже язик&lt;br /&gt;</w:t>
        <w:br/>
        <w:t>розперезав. Ану, посмій іще раз&lt;br /&gt;</w:t>
        <w:br/>
        <w:t>промовити...&lt;br /&gt;</w:t>
        <w:br/>
        <w:t>О боже! То ж срібло&lt;br /&gt;</w:t>
        <w:br/>
        <w:t>на перших двох возах було, тканини&lt;br /&gt;</w:t>
        <w:br/>
        <w:t>на третьому, єдваби...&lt;br /&gt;</w:t>
        <w:br/>
        <w:t>Фігель&lt;br /&gt;</w:t>
        <w:br/>
        <w:t>І моїх&lt;br /&gt;</w:t>
        <w:br/>
        <w:t>загинуло ж два вози!&lt;br /&gt;</w:t>
        <w:br/>
        <w:t>Пані&lt;br /&gt;</w:t>
        <w:br/>
        <w:t>Пане Фігель,&lt;br /&gt;</w:t>
        <w:br/>
        <w:t>із милості як живете — живіть,&lt;br /&gt;</w:t>
        <w:br/>
        <w:t>а до мого вам зась.&lt;br /&gt;</w:t>
        <w:br/>
        <w:t>Фігель&lt;br /&gt;</w:t>
        <w:br/>
        <w:t>Не подарую!&lt;br /&gt;</w:t>
        <w:br/>
        <w:t>Мені — моє! Чи, мо', ти думаєш,&lt;br /&gt;</w:t>
        <w:br/>
        <w:t>я п'яний? Ні!&lt;br /&gt;</w:t>
        <w:br/>
        <w:t>Вахтанг&lt;br /&gt;</w:t>
        <w:br/>
        <w:t>Бугай реве, ведмідь&lt;br /&gt;</w:t>
        <w:br/>
        <w:t>реве, а хто кого дере — сам чорт&lt;br /&gt;</w:t>
        <w:br/>
        <w:t>не розбере...&lt;br /&gt;</w:t>
        <w:br/>
        <w:t>Гайдуки&lt;br /&gt;</w:t>
        <w:br/>
        <w:t>А наше ж як,— пропало?&lt;br /&gt;</w:t>
        <w:br/>
        <w:t>Чого ж ми йшли? Еж ми наймалися,&lt;br /&gt;</w:t>
        <w:br/>
        <w:t>що будуть нам і жупани, і гроші.</w:t>
      </w:r>
    </w:p>
    <w:p>
      <w:r>
        <w:br/>
        <w:t>Пані&lt;br /&gt;</w:t>
        <w:br/>
        <w:t>Ану мовчіть! Та як ви смієте?!&lt;br /&gt;</w:t>
        <w:br/>
        <w:t>Та я вас тут усіх!&lt;br /&gt;</w:t>
        <w:br/>
        <w:t>Фігель&lt;br /&gt;</w:t>
        <w:br/>
        <w:t>Усіх! Ану —&lt;br /&gt;</w:t>
        <w:br/>
        <w:t>співати!&lt;br /&gt;</w:t>
        <w:br/>
        <w:t>Пані&lt;br /&gt;</w:t>
        <w:br/>
        <w:t>Так!&lt;br /&gt;</w:t>
        <w:br/>
        <w:t>Огенія&lt;br /&gt;</w:t>
        <w:br/>
        <w:t>А в п'ятницю усім&lt;br /&gt;</w:t>
        <w:br/>
        <w:t>наздибочках ходити.&lt;br /&gt;</w:t>
        <w:br/>
        <w:t>Пані&lt;br /&gt;</w:t>
        <w:br/>
        <w:t>Так!&lt;br /&gt;</w:t>
        <w:br/>
        <w:t>Огенія&lt;br /&gt;</w:t>
        <w:br/>
        <w:t>В суботу ж...&lt;br /&gt;</w:t>
        <w:br/>
        <w:t>Пані&lt;br /&gt;</w:t>
        <w:br/>
        <w:t>Ну так. ну так, вже ж годі!&lt;br /&gt;</w:t>
        <w:br/>
        <w:t>Ой!&lt;br /&gt;</w:t>
        <w:br/>
        <w:t>(Хижо оглядається.)&lt;br /&gt;</w:t>
        <w:br/>
        <w:t>Пожежа?&lt;br /&gt;</w:t>
        <w:br/>
        <w:t>(Махає на Вахтанга.)&lt;br /&gt;</w:t>
        <w:br/>
        <w:t>Це знов горить?&lt;br /&gt;</w:t>
        <w:br/>
        <w:t>(Закриває рукою очі.)&lt;br /&gt;</w:t>
        <w:br/>
        <w:t>Щоб не було його.&lt;br /&gt;</w:t>
        <w:br/>
        <w:t>Гайдуки починають ловити Вахтанга.&lt;br /&gt;</w:t>
        <w:br/>
        <w:t>В а х т а н г&lt;br /&gt;</w:t>
        <w:br/>
        <w:t>Пожежа знов як той цвітин. Нагронджив —&lt;br /&gt;</w:t>
        <w:br/>
        <w:t>а дзуськи, догадайсь.&lt;br /&gt;</w:t>
        <w:br/>
        <w:t>Нарешті його виганяють. Галас утихав, тільки Фігель усе ще стоїть&lt;br /&gt;</w:t>
        <w:br/>
        <w:t>перед дверима і гавкав услід.</w:t>
      </w:r>
    </w:p>
    <w:p>
      <w:r>
        <w:br/>
        <w:t>Ой цюцінько!&lt;br /&gt;</w:t>
        <w:br/>
        <w:t>Старайся ж бо.&lt;br /&gt;</w:t>
        <w:br/>
        <w:t>(До всіх.)&lt;br /&gt;</w:t>
        <w:br/>
        <w:t>Ну ж, гавкайте усі!</w:t>
      </w:r>
    </w:p>
    <w:p>
      <w:r>
        <w:br/>
        <w:t>[1933]</w:t>
      </w:r>
    </w:p>
    <w:p>
      <w:r>
        <w:br/>
        <w:t>У ЯРУ</w:t>
      </w:r>
    </w:p>
    <w:p>
      <w:r>
        <w:br/>
        <w:t>Там бруд, там гидь. Там пута.&lt;br /&gt;</w:t>
        <w:br/>
        <w:t>Країни мозок, як ведмідь.&lt;br /&gt;</w:t>
        <w:br/>
        <w:t>Самоотрута?&lt;br /&gt;</w:t>
        <w:br/>
        <w:t>їдь'?&lt;br /&gt;</w:t>
        <w:br/>
        <w:t>Пусте! —&lt;br /&gt;</w:t>
        <w:br/>
        <w:t>То ж Малоросія росте,&lt;br /&gt;</w:t>
        <w:br/>
        <w:t>мов ніс у чортової відьми.</w:t>
      </w:r>
    </w:p>
    <w:p>
      <w:r>
        <w:br/>
        <w:t>Яр. Риштування, немов у цирку. На помості крісла, стільці. Увіхо-&lt;br /&gt;</w:t>
        <w:br/>
        <w:t>дять слуги з ліхтарями, присвічують.&lt;br /&gt;</w:t>
        <w:br/>
        <w:t>M а с о н&lt;br /&gt;</w:t>
        <w:br/>
        <w:t>Ну, ось ми й тут. Ласкаво прошу. Пані&lt;br /&gt;</w:t>
        <w:br/>
        <w:t>і панночка — у центрі? — S'il vous pla&amp;#238;t!&lt;br /&gt;</w:t>
        <w:br/>
        <w:t>А пан Дибуль (Та присвітіть же, слуги!&lt;br /&gt;</w:t>
        <w:br/>
        <w:t>просить, чи що?!) Дибуль, найстарший наш,&lt;br /&gt;</w:t>
        <w:br/>
        <w:t>возляже тут, у кріслі. Фігель — поруч?&lt;br /&gt;</w:t>
        <w:br/>
        <w:t>Ну, s'il vous pla&amp;#238;t!&lt;br /&gt;</w:t>
        <w:br/>
        <w:t>Фігель сказати хоче щось (ххі?). "Та добре вже, добре!" —всі на&lt;br /&gt;</w:t>
        <w:br/>
        <w:t>нього рукою. Слуги підносять солодощі. Настрій. Чи то місяць&lt;br /&gt;</w:t>
        <w:br/>
        <w:t>зійшов? Ні, на скелі Амура і Псіхеї ліхтар засвітився. Правда,&lt;br /&gt;</w:t>
        <w:br/>
        <w:t>прекрасно?&lt;br /&gt;</w:t>
        <w:br/>
        <w:t>Дибуль&lt;br /&gt;</w:t>
        <w:br/>
        <w:t>Ох, як же я втомивсь!&lt;br /&gt;</w:t>
        <w:br/>
        <w:t>Цей парк такий глухий, і так до грота&lt;br /&gt;</w:t>
        <w:br/>
        <w:t>нерівно йти, що я...&lt;br /&gt;</w:t>
        <w:br/>
        <w:t>Пані&lt;br /&gt;</w:t>
        <w:br/>
        <w:t>1 Отрута (дісл.).-Ред.&lt;br /&gt;</w:t>
        <w:br/>
        <w:t>Стидайся, фе!&lt;br /&gt;</w:t>
        <w:br/>
        <w:t>Тут романтизм, тут містпка. Ренато,&lt;br /&gt;</w:t>
        <w:br/>
        <w:t>хіба не так?</w:t>
      </w:r>
    </w:p>
    <w:p>
      <w:r>
        <w:br/>
        <w:t>Maman! я вся тремчу.&lt;br /&gt;</w:t>
        <w:br/>
        <w:t>Це ж наче сон!&lt;br /&gt;</w:t>
        <w:br/>
        <w:t>M а с о її&lt;br /&gt;</w:t>
        <w:br/>
        <w:t>Подобалось?&lt;br /&gt;</w:t>
        <w:br/>
        <w:t>Рената&lt;br /&gt;</w:t>
        <w:br/>
        <w:t>Чудово!&lt;br /&gt;</w:t>
        <w:br/>
        <w:t>Ці ліхтарі, ця ніч...&lt;br /&gt;</w:t>
        <w:br/>
        <w:t>Пані&lt;br /&gt;</w:t>
        <w:br/>
        <w:t>Ренатонько,&lt;br /&gt;</w:t>
        <w:br/>
        <w:t>а шум води, а лоскіт серця,— небо,&lt;br /&gt;</w:t>
        <w:br/>
        <w:t>як гобелен! А тіні, ті...&lt;br /&gt;</w:t>
        <w:br/>
        <w:t>M а с о н&lt;br /&gt;</w:t>
        <w:br/>
        <w:t>(наспівуючи)&lt;br /&gt;</w:t>
        <w:br/>
        <w:t>І вам&lt;br /&gt;</w:t>
        <w:br/>
        <w:t>подобалось? О, s'il vous pla&amp;#238;t! — я радий,&lt;br /&gt;</w:t>
        <w:br/>
        <w:t>ну, s'il vous pla&amp;#238;t!&lt;br /&gt;</w:t>
        <w:br/>
        <w:t>Другий ліхтар десь засвітився. Фігель хоче сказати щось (ххі?).&lt;br /&gt;</w:t>
        <w:br/>
        <w:t>"Та добре вже, добре!" — всі на нього руками. У відповідь — без-&lt;br /&gt;</w:t>
        <w:br/>
        <w:t>гучний хіхот.&lt;br /&gt;</w:t>
        <w:br/>
        <w:t>Дибуль&lt;br /&gt;</w:t>
        <w:br/>
        <w:t>Що містика — це так.&lt;br /&gt;</w:t>
        <w:br/>
        <w:t>А все-таки...&lt;br /&gt;</w:t>
        <w:br/>
        <w:t>(Озирається.)&lt;br /&gt;</w:t>
        <w:br/>
        <w:t>Жінки&lt;br /&gt;</w:t>
        <w:br/>
        <w:t>Ну що?&lt;br /&gt;</w:t>
        <w:br/>
        <w:t>Д и б у л ь&lt;br /&gt;</w:t>
        <w:br/>
        <w:t>Та якось страшно&lt;br /&gt;</w:t>
        <w:br/>
        <w:t>у цім яру. Нащо відходити&lt;br /&gt;</w:t>
        <w:br/>
        <w:t>далеко так від дому? Можна ж грати&lt;br /&gt;</w:t>
        <w:br/>
        <w:t>містерію і в хаті.&lt;br /&gt;</w:t>
        <w:br/>
        <w:t>Пані&lt;br /&gt;</w:t>
        <w:br/>
        <w:t>(сплескує руками)&lt;br /&gt;</w:t>
        <w:br/>
        <w:t>Лелечко,&lt;br /&gt;</w:t>
        <w:br/>
        <w:t>він боягуз!&lt;br /&gt;</w:t>
        <w:br/>
        <w:t>Аж тут — гомін... Слуга зірвався і побіг.&lt;br /&gt;</w:t>
        <w:br/>
        <w:t>150</w:t>
      </w:r>
    </w:p>
    <w:p>
      <w:r>
        <w:br/>
        <w:t>Д и б у л ь&lt;br /&gt;</w:t>
        <w:br/>
        <w:t>Не боягуз, а тільки...&lt;br /&gt;</w:t>
        <w:br/>
        <w:t>(Прислухається. Постріл. Дибуль хапається за серце.)&lt;br /&gt;</w:t>
        <w:br/>
        <w:t>Я так і знаві Нехай нас Залізняк&lt;br /&gt;</w:t>
        <w:br/>
        <w:t>поріже тут — цього ще не хватало?&lt;br /&gt;</w:t>
        <w:br/>
        <w:t>Масон рукою гнівно — другий слуга зірвавсь, побіг.&lt;br /&gt;</w:t>
        <w:br/>
        <w:t>Панночка&lt;br /&gt;</w:t>
        <w:br/>
        <w:t>МатапІ Боюсь! Матап! Невже...&lt;br /&gt;</w:t>
        <w:br/>
        <w:t>(До Фігеля.)&lt;br /&gt;</w:t>
        <w:br/>
        <w:t>Скажіть&lt;br /&gt;</w:t>
        <w:br/>
        <w:t>хоч ви йому, що це неправда.&lt;br /&gt;</w:t>
        <w:br/>
        <w:t>Ф і г е л ь&lt;br /&gt;</w:t>
        <w:br/>
        <w:t>(заїкуючись)&lt;br /&gt;</w:t>
        <w:br/>
        <w:t>П'правда.&lt;br /&gt;</w:t>
        <w:br/>
        <w:t>Я вччора (ххі?), я вччора сам й'ого&lt;br /&gt;</w:t>
        <w:br/>
        <w:t>як п'полоснув — так г'голова й сс'котилась...&lt;br /&gt;</w:t>
        <w:br/>
        <w:t>Масон&lt;br /&gt;</w:t>
        <w:br/>
        <w:t>От бачите? а ви переполох&lt;br /&gt;</w:t>
        <w:br/>
        <w:t>ударили. Не бійтесь. Гайдамака&lt;br /&gt;</w:t>
        <w:br/>
        <w:t>давно в тюрмі, в Печерській лаврі. Тут?&lt;br /&gt;</w:t>
        <w:br/>
        <w:t>тут варта скрізь, тут нічого боятись.&lt;br /&gt;</w:t>
        <w:br/>
        <w:t>Ф і г е л ь&lt;br /&gt;</w:t>
        <w:br/>
        <w:t>...так г'голова й сс'котилась...&lt;br /&gt;</w:t>
        <w:br/>
        <w:t>Слуга&lt;br /&gt;</w:t>
        <w:br/>
        <w:t>Прибули:&lt;br /&gt;</w:t>
        <w:br/>
        <w:t>із Києва...&lt;br /&gt;</w:t>
        <w:br/>
        <w:t>Масон&lt;br /&gt;</w:t>
        <w:br/>
        <w:t>Ну, бачте ж?&lt;br /&gt;</w:t>
        <w:br/>
        <w:t>Слуга&lt;br /&gt;</w:t>
        <w:br/>
        <w:t>...пан Кизячко&lt;br /&gt;</w:t>
        <w:br/>
        <w:t>з родиною і обер-офіцер&lt;br /&gt;</w:t>
        <w:br/>
        <w:t>з Китаєва.&lt;br /&gt;</w:t>
        <w:br/>
        <w:t>Масон&lt;br /&gt;</w:t>
        <w:br/>
        <w:t>Проси.&lt;br /&gt;</w:t>
        <w:br/>
        <w:t>(Іде назустріч.)&lt;br /&gt;</w:t>
        <w:br/>
        <w:t>А! дуже радий,&lt;br /&gt;</w:t>
        <w:br/>
        <w:t>я ддуже ра'... Давно, давно пора&lt;br /&gt;</w:t>
        <w:br/>
        <w:t>в одну сім'ю дворянам об'єднатись.&lt;br /&gt;</w:t>
        <w:br/>
        <w:t>Тяжкі часи переживаємо,&lt;br /&gt;</w:t>
        <w:br/>
        <w:t>а уявіть — ми навіть незнайомі.&lt;br /&gt;</w:t>
        <w:br/>
        <w:t>К и з я ч к о&lt;br /&gt;</w:t>
        <w:br/>
        <w:t>Та якось так все...&lt;br /&gt;</w:t>
        <w:br/>
        <w:t>Обер-офіцер&lt;br /&gt;</w:t>
        <w:br/>
        <w:t>Да! да! да!&lt;br /&gt;</w:t>
        <w:br/>
        <w:t>Масон&lt;br /&gt;</w:t>
        <w:br/>
        <w:t>Ходім,&lt;br /&gt;</w:t>
        <w:br/>
        <w:t>представлю вас. Шановний пан Кизячко...&lt;br /&gt;</w:t>
        <w:br/>
        <w:t>К и з я ч к о&lt;br /&gt;</w:t>
        <w:br/>
        <w:t>( з жахом )&lt;br /&gt;</w:t>
        <w:br/>
        <w:t>Ну що ви, що? Тепер я: Ки-зяч-коф.&lt;br /&gt;</w:t>
        <w:br/>
        <w:t>Масон&lt;br /&gt;</w:t>
        <w:br/>
        <w:t>(продовжує)&lt;br /&gt;</w:t>
        <w:br/>
        <w:t>Столичний гість...&lt;br /&gt;</w:t>
        <w:br/>
        <w:t>Панночка&lt;br /&gt;</w:t>
        <w:br/>
        <w:t>Ах!&lt;br /&gt;</w:t>
        <w:br/>
        <w:t>Обер-офіцер&lt;br /&gt;</w:t>
        <w:br/>
        <w:t>(розшаркується)&lt;br /&gt;</w:t>
        <w:br/>
        <w:t>Бо! (16! (16!&lt;br /&gt;</w:t>
        <w:br/>
        <w:t>Масон&lt;br /&gt;</w:t>
        <w:br/>
        <w:t>...шановний пан Дибуль, найстарший наш&lt;br /&gt;</w:t>
        <w:br/>
        <w:t>з-поміж дворян (ще бив Мазепу й Карла&lt;br /&gt;</w:t>
        <w:br/>
        <w:t>з царем Петром). Ласкава пані...&lt;br /&gt;</w:t>
        <w:br/>
        <w:t>Фігель&lt;br /&gt;</w:t>
        <w:br/>
        <w:t>Д'буль?&lt;br /&gt;</w:t>
        <w:br/>
        <w:t>Масон&lt;br /&gt;</w:t>
        <w:br/>
        <w:t>...і панночка. Пан Фігель.&lt;br /&gt;</w:t>
        <w:br/>
        <w:t>Ф і г е л ь&lt;br /&gt;</w:t>
        <w:br/>
        <w:t>Х-хі?&lt;br /&gt;</w:t>
        <w:br/>
        <w:t>Масон&lt;br /&gt;</w:t>
        <w:br/>
        <w:t>Сідайте.&lt;br /&gt;</w:t>
        <w:br/>
        <w:t>Ви — тут, а ви ось там. (Та присвітіть,&lt;br /&gt;</w:t>
        <w:br/>
        <w:t>кому кажу?!)&lt;br /&gt;</w:t>
        <w:br/>
        <w:t>Гомін.&lt;br /&gt;</w:t>
        <w:br/>
        <w:t>А це там що?&lt;br /&gt;</w:t>
        <w:br/>
        <w:t>Слуга&lt;br /&gt;</w:t>
        <w:br/>
        <w:t>(увіходить)&lt;br /&gt;</w:t>
        <w:br/>
        <w:t>Селяни&lt;br /&gt;</w:t>
        <w:br/>
        <w:t>хвилюються.&lt;br /&gt;</w:t>
        <w:br/>
        <w:t>Дибуль&lt;br /&gt;</w:t>
        <w:br/>
        <w:t>(тривожно)&lt;br /&gt;</w:t>
        <w:br/>
        <w:t>Які селяни? Знов?&lt;br /&gt;</w:t>
        <w:br/>
        <w:t>Панночка&lt;br /&gt;</w:t>
        <w:br/>
        <w:t>(схоплюється)&lt;br /&gt;</w:t>
        <w:br/>
        <w:t>Стрілятимуть?&lt;br /&gt;</w:t>
        <w:br/>
        <w:t>Масон&lt;br /&gt;</w:t>
        <w:br/>
        <w:t>Та заспокойтесь. Люди&lt;br /&gt;</w:t>
        <w:br/>
        <w:t>містерію заграють нам. На те&lt;br /&gt;</w:t>
        <w:br/>
        <w:t>й закликав їх.&lt;br /&gt;</w:t>
        <w:br/>
        <w:t>Пані Кизячко&lt;br /&gt;</w:t>
        <w:br/>
        <w:t>(без краю захоплюючись)&lt;br /&gt;</w:t>
        <w:br/>
        <w:t>То це щось грандіозне?&lt;br /&gt;</w:t>
        <w:br/>
        <w:t>Чудесно як: селяни...&lt;br /&gt;</w:t>
        <w:br/>
        <w:t>Обер-офіцер&lt;br /&gt;</w:t>
        <w:br/>
        <w:t>(голосом свійської качки)&lt;br /&gt;</w:t>
        <w:br/>
        <w:t>Да! да! да!&lt;br /&gt;</w:t>
        <w:br/>
        <w:t>Як ще я йшов сюди, вони гарчали&lt;br /&gt;</w:t>
        <w:br/>
        <w:t>і кидались. Та я в їх вистрілив&lt;br /&gt;</w:t>
        <w:br/>
        <w:t>і одного, здається, ранив...&lt;br /&gt;</w:t>
        <w:br/>
        <w:t>Ди бул ь&lt;br /&gt;</w:t>
        <w:br/>
        <w:t>( радісно)&lt;br /&gt;</w:t>
        <w:br/>
        <w:t>Боже!&lt;br /&gt;</w:t>
        <w:br/>
        <w:t>Виходить: в и стріляли?&lt;br /&gt;</w:t>
        <w:br/>
        <w:t>Пані&lt;br /&gt;</w:t>
        <w:br/>
        <w:t>(до обер-офіцера)&lt;br /&gt;</w:t>
        <w:br/>
        <w:t>Й кров пішла?&lt;br /&gt;</w:t>
        <w:br/>
        <w:t>Містерія — вже почалась.&lt;br /&gt;</w:t>
        <w:br/>
        <w:t>Говорить так, немовби по довгих сильних молитвах нарешті вона&lt;br /&gt;</w:t>
        <w:br/>
        <w:t>таки дістала милість неба. Повторює трохи тихіше, але з само-&lt;br /&gt;</w:t>
        <w:br/>
        <w:t>стражданням: містері-я. Обер-офіцер розглядає пістоля й задоволе-&lt;br /&gt;</w:t>
        <w:br/>
        <w:t>но хихоче.&lt;br /&gt;</w:t>
        <w:br/>
        <w:t>Тут саме на екрані всесвіту пролітають усміхнені птиці. Куди —&lt;br /&gt;</w:t>
        <w:br/>
        <w:t>хто їх знає? Усміхнені птиці.&lt;br /&gt;</w:t>
        <w:br/>
        <w:t>Масон&lt;br /&gt;</w:t>
        <w:br/>
        <w:t>Панове!&lt;br /&gt;</w:t>
        <w:br/>
        <w:t>Погідна ніч, і настрій б,— то що ж,&lt;br /&gt;</w:t>
        <w:br/>
        <w:t>почнем?&lt;br /&gt;</w:t>
        <w:br/>
        <w:t>Рукою, мов перевернутим веслом в повітрі,— слуги вино налива-&lt;br /&gt;</w:t>
        <w:br/>
        <w:t>ють. Слуги спускають полотнища. Тепер уже під стелею ліхтарі —&lt;br /&gt;</w:t>
        <w:br/>
        <w:t>тут, там. Правда, прекрасно? Рукою мов м'яч сердито кинув,— слу-&lt;br /&gt;</w:t>
        <w:br/>
        <w:t>ги геть собі виходять.&lt;br /&gt;</w:t>
        <w:br/>
        <w:t>Рената&lt;br /&gt;</w:t>
        <w:br/>
        <w:t>Казало сонце&lt;br /&gt;</w:t>
        <w:br/>
        <w:t>дивись на сонце&lt;br /&gt;</w:t>
        <w:br/>
        <w:t>мільярди в землю&lt;br /&gt;</w:t>
        <w:br/>
        <w:t>од нього струн.&lt;br /&gt;</w:t>
        <w:br/>
        <w:t>Масон&lt;br /&gt;</w:t>
        <w:br/>
        <w:t>Улюблені мої преславні гості!&lt;br /&gt;</w:t>
        <w:br/>
        <w:t>Позвав я вас на те, щоб бачить вас.&lt;br /&gt;</w:t>
        <w:br/>
        <w:t>Позвав я вас на те, щоб шанувати.&lt;br /&gt;</w:t>
        <w:br/>
        <w:t>Дворянства цвіт! Піднімем келихи&lt;br /&gt;</w:t>
        <w:br/>
        <w:t>за цюю ніч! Це ж радість: об'єднатись&lt;br /&gt;</w:t>
        <w:br/>
        <w:t>в одну сім'ю шляхетную.&lt;br /&gt;</w:t>
        <w:br/>
        <w:t>П'ють.&lt;br /&gt;</w:t>
        <w:br/>
        <w:t>Скажу:&lt;br /&gt;</w:t>
        <w:br/>
        <w:t>ми сходимось не вперше. Лиш: ніколи&lt;br /&gt;</w:t>
        <w:br/>
        <w:t>не думали, що єсть потреба й нам&lt;br /&gt;</w:t>
        <w:br/>
        <w:t>збиратися. Зломити гайдамацтво —&lt;br /&gt;</w:t>
        <w:br/>
        <w:t>це ще не все. Панове! Єсть таке.&lt;br /&gt;</w:t>
        <w:br/>
        <w:t>про що кричать потрібно. І — що дивно! —&lt;br /&gt;</w:t>
        <w:br/>
        <w:t>оте страшне — у нас. Під боком. Тут.&lt;br /&gt;</w:t>
        <w:br/>
        <w:t>Усі переглядаються.&lt;br /&gt;</w:t>
        <w:br/>
        <w:t>Улюблені мої преславні гості!&lt;br /&gt;</w:t>
        <w:br/>
        <w:t>Ви знаєте, про що я вам кажу.&lt;br /&gt;</w:t>
        <w:br/>
        <w:t>Ви знаєте, кого на думці маю.&lt;br /&gt;</w:t>
        <w:br/>
        <w:t>Сковороду — ненависного всім&lt;br /&gt;</w:t>
        <w:br/>
        <w:t>єретика і вольнодумця!..&lt;br /&gt;</w:t>
        <w:br/>
        <w:t>К и з я ч к о&lt;br /&gt;</w:t>
        <w:br/>
        <w:t>Дивно.&lt;br /&gt;</w:t>
        <w:br/>
        <w:t>Сковороду? Невже б то...&lt;br /&gt;</w:t>
        <w:br/>
        <w:t>Пані й Дибуль&lt;br /&gt;</w:t>
        <w:br/>
        <w:t>(поміж себе)&lt;br /&gt;</w:t>
        <w:br/>
        <w:t>Він ще сумнівається. Зразу видно: малоросійський дво-&lt;br /&gt;</w:t>
        <w:br/>
        <w:t>рянин.&lt;br /&gt;</w:t>
        <w:br/>
        <w:t>Обер-офіцер&lt;br /&gt;</w:t>
        <w:br/>
        <w:t>Еж дід його, коли ви, може, знаєте...&lt;br /&gt;</w:t>
        <w:br/>
        <w:t>Обоє сміються.&lt;br /&gt;</w:t>
        <w:br/>
        <w:t>Рената&lt;br /&gt;</w:t>
        <w:br/>
        <w:t>Maman! Сковорода — це той колишній мій навчитель, що&lt;br /&gt;</w:t>
        <w:br/>
        <w:t>ти його на кухню одсилала?&lt;br /&gt;</w:t>
        <w:br/>
        <w:t>Пані&lt;br /&gt;</w:t>
        <w:br/>
        <w:t>...нарешті він попався — слава богу!&lt;br /&gt;</w:t>
        <w:br/>
        <w:t>Обер-офіцер&lt;br /&gt;</w:t>
        <w:br/>
        <w:t>(на а)&lt;br /&gt;</w:t>
        <w:br/>
        <w:t>Da! da! da!&lt;br /&gt;</w:t>
        <w:br/>
        <w:t>Філософа цього нам треба з'їсти.&lt;br /&gt;</w:t>
        <w:br/>
        <w:t>Дибуль&lt;br /&gt;</w:t>
        <w:br/>
        <w:t>Пригадуєте? (Жест.) Стаття Петра Первого "О ворах, мис-&lt;br /&gt;</w:t>
        <w:br/>
        <w:t>лящих на государево здоров'є і хотящих Московським госу-&lt;br /&gt;</w:t>
        <w:br/>
        <w:t>дарством завладєті і государем биті". Ну, до чого ж гарно&lt;br /&gt;</w:t>
        <w:br/>
        <w:t>сказано — ах ти ж, боже мій!&lt;br /&gt;</w:t>
        <w:br/>
        <w:t>К И 3 я ч к о&lt;br /&gt;</w:t>
        <w:br/>
        <w:t>Сковорода? Невже Сковорода? Ні, цього не можу припу-&lt;br /&gt;</w:t>
        <w:br/>
        <w:t>стити.&lt;br /&gt;</w:t>
        <w:br/>
        <w:t>(Дивиться на всіх, бажаючи вловити настрій. Раптом ви-&lt;br /&gt;</w:t>
        <w:br/>
        <w:t>бухає сміхом.)&lt;br /&gt;</w:t>
        <w:br/>
        <w:t>Хха! Люблю такі моменти!&lt;br /&gt;</w:t>
        <w:br/>
        <w:t>(Торжествуюче обводить всіх поглядом.)&lt;br /&gt;</w:t>
        <w:br/>
        <w:t>Дід мій, коли, може, знаєте...&lt;br /&gt;</w:t>
        <w:br/>
        <w:t>M а с о н&lt;br /&gt;</w:t>
        <w:br/>
        <w:t>(тоном незаперечливості)&lt;br /&gt;</w:t>
        <w:br/>
        <w:t>Ну, s'il vous pla&amp;#238;t:&lt;br /&gt;</w:t>
        <w:br/>
        <w:t>хіба клубок повстань з його думками&lt;br /&gt;</w:t>
        <w:br/>
        <w:t>не одного й того ж коріння? Що —&lt;br /&gt;</w:t>
        <w:br/>
        <w:t>скажіть мені — несе його сатира?&lt;br /&gt;</w:t>
        <w:br/>
        <w:t>Що душу нам руйнує, як не сміх,&lt;br /&gt;</w:t>
        <w:br/>
        <w:t>колючий сміх, їдкий, сковородиний?&lt;br /&gt;</w:t>
        <w:br/>
        <w:t>А утопізм?! А обличенство?! Грім&lt;br /&gt;</w:t>
        <w:br/>
        <w:t>діалогів?! Огонь?! — і тут же спокій —&lt;br /&gt;</w:t>
        <w:br/>
        <w:t>отой важкий, який межує з тим,&lt;br /&gt;</w:t>
        <w:br/>
        <w:t>що ми звемо: неістовство. Доволі!&lt;br /&gt;</w:t>
        <w:br/>
        <w:t>Отмщеніє філософу! За те:&lt;br /&gt;</w:t>
        <w:br/>
        <w:t>що рококо посмів поцюкать; нігтем&lt;br /&gt;</w:t>
        <w:br/>
        <w:t>насмілився нам совість пописать;&lt;br /&gt;</w:t>
        <w:br/>
        <w:t>величний вік Мінерви-Катерини&lt;br /&gt;</w:t>
        <w:br/>
        <w:t>нам знизити домудрувався. Так!&lt;br /&gt;</w:t>
        <w:br/>
        <w:t>Отмщеніє, отмщеніє.&lt;br /&gt;</w:t>
        <w:br/>
        <w:t>К и з я ч к о&lt;br /&gt;</w:t>
        <w:br/>
        <w:t>(з жіночою цікавістю)&lt;br /&gt;</w:t>
        <w:br/>
        <w:t>Ну й що ж ви&lt;br /&gt;</w:t>
        <w:br/>
        <w:t>з ним хочете зробить?&lt;br /&gt;</w:t>
        <w:br/>
        <w:t>M а с о н&lt;br /&gt;</w:t>
        <w:br/>
        <w:t>А що ж зробить,—&lt;br /&gt;</w:t>
        <w:br/>
        <w:t>скажіте ви. Та прошу! — коли людина&lt;br /&gt;</w:t>
        <w:br/>
        <w:t>не визнає аніякісіньких&lt;br /&gt;</w:t>
        <w:br/>
        <w:t>обов'язків щодо монарха! — що це:&lt;br /&gt;</w:t>
        <w:br/>
        <w:t>прихитрення чи несвідомість? Дур&lt;br /&gt;</w:t>
        <w:br/>
        <w:t>чи то удар,— прихований, сокритий?&lt;br /&gt;</w:t>
        <w:br/>
        <w:t>Коли люди' (на' що казать про те,&lt;br /&gt;</w:t>
        <w:br/>
        <w:t>що вже давно відомо всім!), людина&lt;br /&gt;</w:t>
        <w:br/>
        <w:t>не хоче знать ані сім'ї, землі,&lt;br /&gt;</w:t>
        <w:br/>
        <w:t>ні власності,— це що, питаю, що це,&lt;br /&gt;</w:t>
        <w:br/>
        <w:t>як не комиз — затятий, ручий? Ххе!&lt;br /&gt;</w:t>
        <w:br/>
        <w:t>Ковпак на вас надіть він хоче! Церква? —&lt;br /&gt;</w:t>
        <w:br/>
        <w:t>йому пусте. Мораль? — сміється він&lt;br /&gt;</w:t>
        <w:br/>
        <w:t>із нашої моралі! (Десь мужичу,&lt;br /&gt;</w:t>
        <w:br/>
        <w:t>видно, найшов.) Ні академія,&lt;br /&gt;</w:t>
        <w:br/>
        <w:t>ні світський чин, духовний сан, ні військо,&lt;br /&gt;</w:t>
        <w:br/>
        <w:t>торгівля, честь, ні царський двір — ніщо,&lt;br /&gt;</w:t>
        <w:br/>
        <w:t>ніщо його привабити не може!&lt;br /&gt;</w:t>
        <w:br/>
        <w:t>Це: гордівник, свободолюб, мудрак,&lt;br /&gt;</w:t>
        <w:br/>
        <w:t>що хоче світ перевернуть, а з світом&lt;br /&gt;</w:t>
        <w:br/>
        <w:t>і нас усіх!&lt;br /&gt;</w:t>
        <w:br/>
        <w:t>Тут саме пролітають вгорі на екрані всесвіту пташки і усміхаються.&lt;br /&gt;</w:t>
        <w:br/>
        <w:t>Так що ж ми: будем ждать,&lt;br /&gt;</w:t>
        <w:br/>
        <w:t>поки він нас і справді не підломить,&lt;br /&gt;</w:t>
        <w:br/>
        <w:t>з'єднавшися з селянством, як Джон Болл&lt;br /&gt;</w:t>
        <w:br/>
        <w:t>ув Англії? Чи, може: будем падать&lt;br /&gt;</w:t>
        <w:br/>
        <w:t>і одступать перед отим Грицьком,&lt;br /&gt;</w:t>
        <w:br/>
        <w:t>що всіх він нас ненавидить і ганить&lt;br /&gt;</w:t>
        <w:br/>
        <w:t>як ворогів, як супротивників&lt;br /&gt;</w:t>
        <w:br/>
        <w:t>своїх на цім на безконечнім герці?&lt;br /&gt;</w:t>
        <w:br/>
        <w:t>Таж ми (чи так?) дворянство, сіль землі.&lt;br /&gt;</w:t>
        <w:br/>
        <w:t>Таж ми (чи так?) сучасники барокко.—&lt;br /&gt;</w:t>
        <w:br/>
        <w:t>Препишного, непогрішимого,&lt;br /&gt;</w:t>
        <w:br/>
        <w:t>лінивого, як те й сам бог дозволив!&lt;br /&gt;</w:t>
        <w:br/>
        <w:t>...Земля, раби, вино і містика —&lt;br /&gt;</w:t>
        <w:br/>
        <w:t>оце все те, чим живемо. Існуєм.&lt;br /&gt;</w:t>
        <w:br/>
        <w:t>...Свобода. Труд. Знання. Матерія —&lt;br /&gt;</w:t>
        <w:br/>
        <w:t>оце все те, що н а м він пропонує.&lt;br /&gt;</w:t>
        <w:br/>
        <w:t>Як тут. Як скрізь. У різних виглядах&lt;br /&gt;</w:t>
        <w:br/>
        <w:t>і формах. От! Гадаю, зрозуміло,&lt;br /&gt;</w:t>
        <w:br/>
        <w:t>чого від нас він хоче?&lt;br /&gt;</w:t>
        <w:br/>
        <w:t>Рената&lt;br /&gt;</w:t>
        <w:br/>
        <w:t>Maman, Сковорода — це той колишній мій навчитель, що&lt;br /&gt;</w:t>
        <w:br/>
        <w:t>ти його завше на кухню одсилала?&lt;br /&gt;</w:t>
        <w:br/>
        <w:t>Пані&lt;br /&gt;</w:t>
        <w:br/>
        <w:t>( підлабузнено )&lt;br /&gt;</w:t>
        <w:br/>
        <w:t>Хитрий він:&lt;br /&gt;</w:t>
        <w:br/>
        <w:t>il s&amp;#233;duit tout le monde l.&lt;br /&gt;</w:t>
        <w:br/>
        <w:t>Рената перекладає цю фразу.&lt;br /&gt;</w:t>
        <w:br/>
        <w:t>1 Він зачарував весь світ (франц.).— Ред.&lt;br /&gt;</w:t>
        <w:br/>
        <w:t>Обер-офіцер&lt;br /&gt;</w:t>
        <w:br/>
        <w:t>(ціляючи пальцем, злорадно)&lt;br /&gt;</w:t>
        <w:br/>
        <w:t>Ага? Ага?&lt;br /&gt;</w:t>
        <w:br/>
        <w:t>Масон&lt;br /&gt;</w:t>
        <w:br/>
        <w:t>А глядіть, чого доброго, що й справді він нас...&lt;br /&gt;</w:t>
        <w:br/>
        <w:t>Та що там всіх,— дворянство він&lt;br /&gt;</w:t>
        <w:br/>
        <w:t>підводить.&lt;br /&gt;</w:t>
        <w:br/>
        <w:t>Це ж на бруску, бач, випробовує:&lt;br /&gt;</w:t>
        <w:br/>
        <w:t>чи гострі ми?&lt;br /&gt;</w:t>
        <w:br/>
        <w:t>Фігель&lt;br /&gt;</w:t>
        <w:br/>
        <w:t>( псевдокласично )&lt;br /&gt;</w:t>
        <w:br/>
        <w:t>Сскажіть? Подумать тільки,&lt;br /&gt;</w:t>
        <w:br/>
        <w:t>якийсь там ххам, ммужик!&lt;br /&gt;</w:t>
        <w:br/>
        <w:t>Ага-га-га!&lt;br /&gt;</w:t>
        <w:br/>
        <w:t>(Припадок сміху.)&lt;br /&gt;</w:t>
        <w:br/>
        <w:t>Пані&lt;br /&gt;</w:t>
        <w:br/>
        <w:t>Хитрий він же: il nous a mis sens dessus dessous *. (Ta пе-&lt;br /&gt;</w:t>
        <w:br/>
        <w:t>рестань, Ренато.) Il nous a tous boulvers&amp;#233;!2&lt;br /&gt;</w:t>
        <w:br/>
        <w:t>Обер-офіцер&lt;br /&gt;</w:t>
        <w:br/>
        <w:t>Ara? Ara?&lt;br /&gt;</w:t>
        <w:br/>
        <w:t>M a с о H&lt;br /&gt;</w:t>
        <w:br/>
        <w:t>Цього вже ні! Щоб нас перевернути?&lt;br /&gt;</w:t>
        <w:br/>
        <w:t>Цього вже ні. (О ні, цьо-го вже — ні.)&lt;br /&gt;</w:t>
        <w:br/>
        <w:t>Обер-офіцер&lt;br /&gt;</w:t>
        <w:br/>
        <w:t>(цідячи крізь зуби)&lt;br /&gt;</w:t>
        <w:br/>
        <w:t>Філософа, кажу ж, нам треба з'їсти.&lt;br /&gt;</w:t>
        <w:br/>
        <w:t>Масон&lt;br /&gt;</w:t>
        <w:br/>
        <w:t>(гвоздить)&lt;br /&gt;</w:t>
        <w:br/>
        <w:t>Із'їсти. Так! Хоч би там що!&lt;br /&gt;</w:t>
        <w:br/>
        <w:t>(З досадою і не оглядаючись на того, хто увійшов.)&lt;br /&gt;</w:t>
        <w:br/>
        <w:t>1 Він пас поставив догори ногами (франц.).— Ред.&lt;br /&gt;</w:t>
        <w:br/>
        <w:t>2 Він нас усіх приголомшив! (франц.).— Ред.&lt;br /&gt;</w:t>
        <w:br/>
        <w:t>Ну що?&lt;br /&gt;</w:t>
        <w:br/>
        <w:t>Слуга&lt;br /&gt;</w:t>
        <w:br/>
        <w:t>Селяни хвилюються. Й Сковорода прийшов.&lt;br /&gt;</w:t>
        <w:br/>
        <w:t>Усі&lt;br /&gt;</w:t>
        <w:br/>
        <w:t>Селяни? Сковорода? Ага-ага!&lt;br /&gt;</w:t>
        <w:br/>
        <w:t>Ракета, метнувшись, вигинчастою пальмою виросла. Постояла, на-&lt;br /&gt;</w:t>
        <w:br/>
        <w:t>мітилась і зблідла.&lt;br /&gt;</w:t>
        <w:br/>
        <w:t>Слуга&lt;br /&gt;</w:t>
        <w:br/>
        <w:t>Огенія.&lt;br /&gt;</w:t>
        <w:br/>
        <w:t>М а с о н&lt;br /&gt;</w:t>
        <w:br/>
        <w:t>Огенія? От зараз&lt;br /&gt;</w:t>
        <w:br/>
        <w:t>побачите.&lt;br /&gt;</w:t>
        <w:br/>
        <w:t>(До слуги.)&lt;br /&gt;</w:t>
        <w:br/>
        <w:t>Хай прийде.&lt;br /&gt;</w:t>
        <w:br/>
        <w:t>Слуга&lt;br /&gt;</w:t>
        <w:br/>
        <w:t>Зараз.&lt;br /&gt;</w:t>
        <w:br/>
        <w:t>М а с о н&lt;br /&gt;</w:t>
        <w:br/>
        <w:t>Та не "зараз", а туди, говорю тобі, хай прийде. На скелю&lt;br /&gt;</w:t>
        <w:br/>
        <w:t>Амура і Псіхеї. (Шановне панство, за хвилину ми всі&lt;br /&gt;</w:t>
        <w:br/>
        <w:t>перейдемо на скелю.) Чи все вже готове до містерії?&lt;br /&gt;</w:t>
        <w:br/>
        <w:t>Слуга&lt;br /&gt;</w:t>
        <w:br/>
        <w:t>Оркестр давно вже жде. Балет теж. А народ...&lt;br /&gt;</w:t>
        <w:br/>
        <w:t>М а с о н&lt;br /&gt;</w:t>
        <w:br/>
        <w:t>Ну, не патякай — йди геть!&lt;br /&gt;</w:t>
        <w:br/>
        <w:t>Тут саме на екрані всесвіту пролітають усміхнені птиці. Куди —&lt;br /&gt;</w:t>
        <w:br/>
        <w:t>хто їх знає. Усміхнені птиці.&lt;br /&gt;</w:t>
        <w:br/>
        <w:t>М а с о н&lt;br /&gt;</w:t>
        <w:br/>
        <w:t>Бачите,—&lt;br /&gt;</w:t>
        <w:br/>
        <w:t>Огенія (не всі тут, певне, знають),—&lt;br /&gt;</w:t>
        <w:br/>
        <w:t>ну, як сказать,— та он: ну знаєте? —&lt;br /&gt;</w:t>
        <w:br/>
        <w:t>утікачі: вона і брат&lt;br /&gt;</w:t>
        <w:br/>
        <w:t>із Білорусі. На фабрику до мене мануфактурну. (До речі,&lt;br /&gt;</w:t>
        <w:br/>
        <w:t>брат її — відомий Цундра. Мав зносини з Залізняком.)&lt;br /&gt;</w:t>
        <w:br/>
        <w:t>Ну от! —&lt;br /&gt;</w:t>
        <w:br/>
        <w:t>В кімнати&lt;br /&gt;</w:t>
        <w:br/>
        <w:t>я взяв її. Спочатку так: мовчить&lt;br /&gt;</w:t>
        <w:br/>
        <w:t>і криється. Чи квітка, чи голубка.&lt;br /&gt;</w:t>
        <w:br/>
        <w:t>Така дурна. Веселоброва. Враз —&lt;br /&gt;</w:t>
        <w:br/>
        <w:t>неграмотна ж? — книжки мої читає!&lt;br /&gt;</w:t>
        <w:br/>
        <w:t>Книжки, журнал, прожекти. Я — мовчу.&lt;br /&gt;</w:t>
        <w:br/>
        <w:t>Аж раз (ха-ха?),— ну знаєте — у ліжку&lt;br /&gt;</w:t>
        <w:br/>
        <w:t>(живу ж я сам!).&lt;br /&gt;</w:t>
        <w:br/>
        <w:t>(Тон подавання справки.)&lt;br /&gt;</w:t>
        <w:br/>
        <w:t>Дворянство відає: перша шлюбна ніч кріпачки належить&lt;br /&gt;</w:t>
        <w:br/>
        <w:t>панові. Хоч, правда, вона ще дівчина і зовсім не кріпач-&lt;br /&gt;</w:t>
        <w:br/>
        <w:t>ка,— ну, не в тім річ (живу ж я сам!).&lt;br /&gt;</w:t>
        <w:br/>
        <w:t>Дивлюсь: якраз отут&lt;br /&gt;</w:t>
        <w:br/>
        <w:t>зашито щось. (Люблю — тулю — стискаю!)&lt;br /&gt;</w:t>
        <w:br/>
        <w:t>Пручається. Пручається! кричить!&lt;br /&gt;</w:t>
        <w:br/>
        <w:t>Зломив її. Заснула... Роз-по-ров&lt;br /&gt;</w:t>
        <w:br/>
        <w:t>одежу я: хм! — лист. Адреса — Лейпціг,&lt;br /&gt;</w:t>
        <w:br/>
        <w:t>Радищеву. Рука Сковороди —&lt;br /&gt;</w:t>
        <w:br/>
        <w:t>чекайте... ось...&lt;br /&gt;</w:t>
        <w:br/>
        <w:t>(Виймає листа.)&lt;br /&gt;</w:t>
        <w:br/>
        <w:t>Пані&lt;br /&gt;</w:t>
        <w:br/>
        <w:t>Невже?! Не може бути!&lt;br /&gt;</w:t>
        <w:br/>
        <w:t>Загальне обурення: убить її! Гга!..&lt;br /&gt;</w:t>
        <w:br/>
        <w:t>Фігель&lt;br /&gt;</w:t>
        <w:br/>
        <w:t>Ага-га-га!&lt;br /&gt;</w:t>
        <w:br/>
        <w:t>К и з я ч к о&lt;br /&gt;</w:t>
        <w:br/>
        <w:t>Цікаво: Лейпціг? Ну!&lt;br /&gt;</w:t>
        <w:br/>
        <w:t>М а с о н&lt;br /&gt;</w:t>
        <w:br/>
        <w:t>(читає)&lt;br /&gt;</w:t>
        <w:br/>
        <w:t>"Десятимудрий і двадцятилітній мій друже! "Слово" твоє&lt;br /&gt;</w:t>
        <w:br/>
        <w:t>одержав. Не "Слово" — це адамаптове вістря, що разить&lt;br /&gt;</w:t>
        <w:br/>
        <w:t>тих, хто ще стоїть за рабство. Тут "Слово" приписують&lt;br /&gt;</w:t>
        <w:br/>
        <w:t>мені. Пани і власті стежать за мною і як на звіра полюють.&lt;br /&gt;</w:t>
        <w:br/>
        <w:t>Та я на це сміюсь! Хай. Дивуюсь я, що ти так виріс. При-&lt;br /&gt;</w:t>
        <w:br/>
        <w:t>гадую Петербург, де я зустрів тебе ще зовсім юнака. Тобі&lt;br /&gt;</w:t>
        <w:br/>
        <w:t>вже зараз двадцять! А наче ще ж недавно разом з Декар-&lt;br /&gt;</w:t>
        <w:br/>
        <w:t>том і Спінозою ми обнімали всесвіт: Просторінь і Рух; Без-&lt;br /&gt;</w:t>
        <w:br/>
        <w:t>конечне битіє. А наче ще ж недавно обурювалися разом&lt;br /&gt;</w:t>
        <w:br/>
        <w:t>з Мореллі і Маблі. Ось вона, приватна власність! Ось! Дво-&lt;br /&gt;</w:t>
        <w:br/>
        <w:t>ряни тут немов посатаніли. Понавішували замки на труд,</w:t>
      </w:r>
    </w:p>
    <w:p>
      <w:r>
        <w:br/>
        <w:t>на волю, на самі права людини. А Катерина книги пише&lt;br /&gt;</w:t>
        <w:br/>
        <w:t>та з малоросійськими дворянами па бенкетах любомудрст-&lt;br /&gt;</w:t>
        <w:br/>
        <w:t>вує. Над царським двором од любомудрія аж курява сто-&lt;br /&gt;</w:t>
        <w:br/>
        <w:t>їть! Чи долетіли до вас каміння гайдамаччини? Ой, якби&lt;br /&gt;</w:t>
        <w:br/>
        <w:t>долетіли! Я борюсь, борюсь, скільки можу. І буду боро-&lt;br /&gt;</w:t>
        <w:br/>
        <w:t>тись! І буду! Вітай свого друга Вольфганга Гете. Йому&lt;br /&gt;</w:t>
        <w:br/>
        <w:t>подобались мої байки? О, що ті байки, та ще в перекладі!&lt;br /&gt;</w:t>
        <w:br/>
        <w:t>Вирізьблюю зараз "Марка Препростого", головною особою&lt;br /&gt;</w:t>
        <w:br/>
        <w:t>якого буде той простий люд, що його оце по світу ганяють,&lt;br /&gt;</w:t>
        <w:br/>
        <w:t>як бидло, як скотину. Хай. Марко ще себе покаже!.. Дякую&lt;br /&gt;</w:t>
        <w:br/>
        <w:t>за надісланий Листок нової віри едомітської. Це все мені&lt;br /&gt;</w:t>
        <w:br/>
        <w:t>цікаво, але Листок мені давно уже прислали з самої Чен-&lt;br /&gt;</w:t>
        <w:br/>
        <w:t>стоховської тюрми, та й Якову Йозефу Франку я мало&lt;br /&gt;</w:t>
        <w:br/>
        <w:t>доймаю віри. Тут зі мною моя давня учениця, що зараз&lt;br /&gt;</w:t>
        <w:br/>
        <w:t>вона, як у тюрмі, в кріпацтві пана. Та ще твій друг Аміран,&lt;br /&gt;</w:t>
        <w:br/>
        <w:t>якому вже до тебе в Лейпціг не вертатись. Його прислала&lt;br /&gt;</w:t>
        <w:br/>
        <w:t>з Петербурга Тайна канцелярія і, немовби біснуватого&lt;br /&gt;</w:t>
        <w:br/>
        <w:t>(хоч він зовсім при пам'яті і при умі), прикувала його на&lt;br /&gt;</w:t>
        <w:br/>
        <w:t>ланцюг. Та ми рвемось! Сміємось! Смійся й ти! Нехай&lt;br /&gt;</w:t>
        <w:br/>
        <w:t>сміється світ увесь! Дякую тобі за "Суспільну нерівність"&lt;br /&gt;</w:t>
        <w:br/>
        <w:t>Руссо. Пришли мені ще Лессінга — "Гамбурзьку драма-&lt;br /&gt;</w:t>
        <w:br/>
        <w:t>тургію",— я чув, що вона вийшла, а також Лейбніца "Нові&lt;br /&gt;</w:t>
        <w:br/>
        <w:t>досвіди".&lt;br /&gt;</w:t>
        <w:br/>
        <w:t>Твій Григір Варсава".&lt;br /&gt;</w:t>
        <w:br/>
        <w:t>Масон&lt;br /&gt;</w:t>
        <w:br/>
        <w:t>Ну, як вам це сподобалось?&lt;br /&gt;</w:t>
        <w:br/>
        <w:t>Ну, Радищев — то це ще так-сяк. Він же ж сам пише:&lt;br /&gt;</w:t>
        <w:br/>
        <w:t>"двадцятилітній". Але хто такий Гете? Може, ви знаєте?&lt;br /&gt;</w:t>
        <w:br/>
        <w:t>Може, ви?&lt;br /&gt;</w:t>
        <w:br/>
        <w:t>Пауза.&lt;br /&gt;</w:t>
        <w:br/>
        <w:t>Одначе!&lt;br /&gt;</w:t>
        <w:br/>
        <w:t>Сковорода собі не дурень!&lt;br /&gt;</w:t>
        <w:br/>
        <w:t>К и з я ч к о&lt;br /&gt;</w:t>
        <w:br/>
        <w:t>Ххе!&lt;br /&gt;</w:t>
        <w:br/>
        <w:t>Масон&lt;br /&gt;</w:t>
        <w:br/>
        <w:t>Під виглядом добрячої людини,&lt;br /&gt;</w:t>
        <w:br/>
        <w:t>під виглядом юродства, простоти...&lt;br /&gt;</w:t>
        <w:br/>
        <w:t>Пані&lt;br /&gt;</w:t>
        <w:br/>
        <w:t>(уїдливо)&lt;br /&gt;</w:t>
        <w:br/>
        <w:t>...а головне, що кроткий,— кроткий, тихий.</w:t>
      </w:r>
    </w:p>
    <w:p>
      <w:r>
        <w:br/>
        <w:t>6 Павло Тичина, т. 4</w:t>
      </w:r>
    </w:p>
    <w:p>
      <w:r>
        <w:br/>
        <w:t>161</w:t>
      </w:r>
    </w:p>
    <w:p>
      <w:r>
        <w:br/>
        <w:t>Він нас бере, як тих негідників&lt;br /&gt;</w:t>
        <w:br/>
        <w:t>послідніх! Га? Самотни' — й тут же учні.&lt;br /&gt;</w:t>
        <w:br/>
        <w:t>Безхитрий він — і тут же лист, зв'язок,&lt;br /&gt;</w:t>
        <w:br/>
        <w:t>стратегія. Розгони: Україна —&lt;br /&gt;</w:t>
        <w:br/>
        <w:t>і цілий світ. Зав'язка: світ увесь —&lt;br /&gt;</w:t>
        <w:br/>
        <w:t>і простий люд (вірніш сказати, підлий).&lt;br /&gt;</w:t>
        <w:br/>
        <w:t>Ну що ж іще? — здається, ясно?&lt;br /&gt;</w:t>
        <w:br/>
        <w:t>Всі&lt;br /&gt;</w:t>
        <w:br/>
        <w:t>Так,&lt;br /&gt;</w:t>
        <w:br/>
        <w:t>здається, ясно.&lt;br /&gt;</w:t>
        <w:br/>
        <w:t>Дибуль&lt;br /&gt;</w:t>
        <w:br/>
        <w:t>Велікоє благополучіє, як каже тридцять друга стаття...&lt;br /&gt;</w:t>
        <w:br/>
        <w:t>ти ж, боже мій!&lt;br /&gt;</w:t>
        <w:br/>
        <w:t>[1933]</w:t>
      </w:r>
    </w:p>
    <w:p>
      <w:r>
        <w:br/>
        <w:t>[ІНТЕРМЕДІЯ]</w:t>
      </w:r>
    </w:p>
    <w:p>
      <w:r>
        <w:br/>
        <w:t>ДИСПУТ&lt;br /&gt;</w:t>
        <w:br/>
        <w:t>(Памфлет)</w:t>
      </w:r>
    </w:p>
    <w:p>
      <w:r>
        <w:br/>
        <w:t>...Там недолугість, наче степ,&lt;br /&gt;</w:t>
        <w:br/>
        <w:t>там творчий мозок, як ведмідь.&lt;br /&gt;</w:t>
        <w:br/>
        <w:t>То ж Малоросія росте,&lt;br /&gt;</w:t>
        <w:br/>
        <w:t>як ніс у чортової відьми.</w:t>
      </w:r>
    </w:p>
    <w:p>
      <w:r>
        <w:br/>
        <w:t>1768 рік. Місце — одна із поміщицьких са-&lt;br /&gt;</w:t>
        <w:br/>
        <w:t>диб на Україні. Літо. День. По один бік —&lt;br /&gt;</w:t>
        <w:br/>
        <w:t>палац з бічними сходами на балкон; по&lt;br /&gt;</w:t>
        <w:br/>
        <w:t>другий — пагорок із свіжовкопаним стов-&lt;br /&gt;</w:t>
        <w:br/>
        <w:t>пом; а просто — майдан, на якому приго-&lt;br /&gt;</w:t>
        <w:br/>
        <w:t>товлено до диспуту трибуну, ослони, роз-&lt;br /&gt;</w:t>
        <w:br/>
        <w:t>криті книги, фоліанти. За майданом —&lt;br /&gt;</w:t>
        <w:br/>
        <w:t>клумби і кущі, а далеко — вигляд на степ.&lt;br /&gt;</w:t>
        <w:br/>
        <w:t>Лінь. Рухло. Подорожній іде. Коло стовпа вже подорожній&lt;br /&gt;</w:t>
        <w:br/>
        <w:t>(ху! спека...), бриля ізняв, рукою утирається. І так — не то уголос&lt;br /&gt;</w:t>
        <w:br/>
        <w:t>він сказав, не то подумав: "Хм, а Цундри нема ще й досі?" —&lt;br /&gt;</w:t>
        <w:br/>
        <w:t>торбинку з плеч. На землю. Лягти б і собі хіба?&lt;br /&gt;</w:t>
        <w:br/>
        <w:t>Із вікон ниє клавесин. Старечий голос гаму ступеняє,— зри-&lt;br /&gt;</w:t>
        <w:br/>
        <w:t>вається, немов по сходах.&lt;br /&gt;</w:t>
        <w:br/>
        <w:t>Коло балкона в очеканні диспуту тиняються учені. Спать!&lt;br /&gt;</w:t>
        <w:br/>
        <w:t>Чи не дощ часом? Якось особливо сьогодні позіхається. Що каже-&lt;br /&gt;</w:t>
        <w:br/>
        <w:t>те? У відповідь: "А хіба я що казав? (Мовчок.) І то ж як, господи,&lt;br /&gt;</w:t>
        <w:br/>
        <w:t>устроено все мудро: зівається, зівається, аж поки й плюнеш".&lt;br /&gt;</w:t>
        <w:br/>
        <w:t>На підвищенні — сам володар. Стоїть, нагорбившись, як па-&lt;br /&gt;</w:t>
        <w:br/>
        <w:t>м'ятник. Мундир на ньому,— в один рукав удітий,— повис, немов&lt;br /&gt;</w:t>
        <w:br/>
        <w:t>кінець плаща іззаду. Мундироносець, угнітивши пальці в голову,&lt;br /&gt;</w:t>
        <w:br/>
        <w:t>до трибуни ліктями приріс. Од скреготу аж очі він заплющив:&lt;br /&gt;</w:t>
        <w:br/>
        <w:t>"Як!? Основи царства потрясати? Глумитися з дворянства? І хто ж?&lt;br /&gt;</w:t>
        <w:br/>
        <w:t>(Подорожній сам до себе: "Хто ж, як не голота?") Якийсь фабрич-&lt;br /&gt;</w:t>
        <w:br/>
        <w:t>ний, чорнорукий, та ще отой філософ простоволосий, козак бло-&lt;br /&gt;</w:t>
        <w:br/>
        <w:t>щичного роду, репані ноги,—о ні, цього не подаруєм. Хто там?!"&lt;br /&gt;</w:t>
        <w:br/>
        <w:t>Із-за кущів — голови кошлаті (замість волосся стрічки з написа-&lt;br /&gt;</w:t>
        <w:br/>
        <w:t>ми), зашелестівши, хором запитали: "Філософ, кажете? О! Сково-&lt;br /&gt;</w:t>
        <w:br/>
        <w:t>роду не так уже й страшно, а он того фабрично-заводського, то,&lt;br /&gt;</w:t>
        <w:br/>
        <w:t>Дійсно, як і спекатись, не знаєм". (Подорожній: "Бояться Цундру,&lt;br /&gt;</w:t>
        <w:br/>
        <w:t>катюги!" — Подорожній поклав губку на кремінь, креше.) Голоси:</w:t>
      </w:r>
    </w:p>
    <w:p>
      <w:r>
        <w:br/>
        <w:t>6*</w:t>
      </w:r>
    </w:p>
    <w:p>
      <w:r>
        <w:br/>
        <w:t>163</w:t>
      </w:r>
    </w:p>
    <w:p>
      <w:r>
        <w:br/>
        <w:t>"А все виною наша доброта. Нехай, мовляв, подиспутує з нами не&lt;br /&gt;</w:t>
        <w:br/>
        <w:t>тільки Сковорода, а ще й його товариш. Думали — посміємось&lt;br /&gt;</w:t>
        <w:br/>
        <w:t>з голоти, а воно зовсім на друге вийшло. Бо той товариш так нас&lt;br /&gt;</w:t>
        <w:br/>
        <w:t>б'є, що ми й догми своєї пропюхувати не встигаєм".&lt;br /&gt;</w:t>
        <w:br/>
        <w:t>Кошлаті — через кущі скікі — хитро пронюхують і зараз же&lt;br /&gt;</w:t>
        <w:br/>
        <w:t>розлазяться по книжках. Це догматики. Ніхто на них не звертає&lt;br /&gt;</w:t>
        <w:br/>
        <w:t>уваги, ххе?&lt;br /&gt;</w:t>
        <w:br/>
        <w:t>Раптом: зик! сурми риплять! ріжки рикають!&lt;br /&gt;</w:t>
        <w:br/>
        <w:t>Що, мо Сковорода йде? А не діждеться, щоб ми його та сурмами&lt;br /&gt;</w:t>
        <w:br/>
        <w:t>стрічали.&lt;br /&gt;</w:t>
        <w:br/>
        <w:t>Слуга&lt;br /&gt;</w:t>
        <w:br/>
        <w:t>(докладає )&lt;br /&gt;</w:t>
        <w:br/>
        <w:t>їх преподобія отці ченці на диспут вилазять з кухні!&lt;br /&gt;</w:t>
        <w:br/>
        <w:t>Вельможний&lt;br /&gt;</w:t>
        <w:br/>
        <w:t>Нажралися! Нехай.&lt;br /&gt;</w:t>
        <w:br/>
        <w:t>(З трибуни од хитнувшись.)&lt;br /&gt;</w:t>
        <w:br/>
        <w:t>Учені! Чи ви знайшли потрібні артикули? Так треба ж&lt;br /&gt;</w:t>
        <w:br/>
        <w:t>було комусь про це подбати!&lt;br /&gt;</w:t>
        <w:br/>
        <w:t>Учені рота хрестять, позіхаючи.&lt;br /&gt;</w:t>
        <w:br/>
        <w:t>Догматики! А ви повирізали там тексти?&lt;br /&gt;</w:t>
        <w:br/>
        <w:t>Догматики за ножиці хватнулись.&lt;br /&gt;</w:t>
        <w:br/>
        <w:t>Домовимося раз назавше: на диспуті нам треба буде гриз-&lt;br /&gt;</w:t>
        <w:br/>
        <w:t>тися з голотою — за кожну літеру (хихотіння), за кожну&lt;br /&gt;</w:t>
        <w:br/>
        <w:t>рисочку мертву.&lt;br /&gt;</w:t>
        <w:br/>
        <w:t>Цитатний ґедзь напав, і вони, ножицями брязкаючи, проти голоти&lt;br /&gt;</w:t>
        <w:br/>
        <w:t>зацвенькали, зацокотіли.&lt;br /&gt;</w:t>
        <w:br/>
        <w:t>Та тут па пагорку почувся сміх. То другий&lt;br /&gt;</w:t>
        <w:br/>
        <w:t>подорожній, з торбинкою, в лахмітті, пі-&lt;br /&gt;</w:t>
        <w:br/>
        <w:t>дійшов. Могутній погляд, дужі плечі, руки&lt;br /&gt;</w:t>
        <w:br/>
        <w:t>робочі. Другий. Здрастуй, чоловіче!&lt;br /&gt;</w:t>
        <w:br/>
        <w:t>Перший. Як драстуй, то й здрастуй.&lt;br /&gt;</w:t>
        <w:br/>
        <w:t>(Понизивши голос.) Ну дак кажи, чого ме-&lt;br /&gt;</w:t>
        <w:br/>
        <w:t>не саме сюди ти викликав? Другий (ски-&lt;br /&gt;</w:t>
        <w:br/>
        <w:t>даючи торбинку). Он'о, маняки які, глянь,&lt;br /&gt;</w:t>
        <w:br/>
        <w:t>а ще на нас накопуються, гадюки. Пер-&lt;br /&gt;</w:t>
        <w:br/>
        <w:t>ший. Е, Цундро, захотів у жука та меду.&lt;br /&gt;</w:t>
        <w:br/>
        <w:t>(Чвиркнув крізь зуби.) Сідай. Другий.&lt;br /&gt;</w:t>
        <w:br/>
        <w:t>Не називай мене цундрою, тепер я буду&lt;br /&gt;</w:t>
        <w:br/>
        <w:t>фабрично-заводський, не кріпак, а вольний.&lt;br /&gt;</w:t>
        <w:br/>
        <w:t>А викликав тебе я ось чого (сів навкарач-&lt;br /&gt;</w:t>
        <w:br/>
        <w:t>ки): тсс... роби вигляд, що розглядаєм на&lt;br /&gt;</w:t>
        <w:br/>
        <w:t>стовпі об'яву.&lt;br /&gt;</w:t>
        <w:br/>
        <w:t>Вельможний&lt;br /&gt;</w:t>
        <w:br/>
        <w:t>(гукає)&lt;br /&gt;</w:t>
        <w:br/>
        <w:t>Найматися? (Мовчок.) Найматися прийшли, питаю!&lt;br /&gt;</w:t>
        <w:br/>
        <w:t>Ніхто не відповідає.&lt;br /&gt;</w:t>
        <w:br/>
        <w:t>Професоре, підіть хоч ви та поговоріть із тими хамами.&lt;br /&gt;</w:t>
        <w:br/>
        <w:t>(До слуги.) Ну де ж твої ченці, нарешті, га?&lt;br /&gt;</w:t>
        <w:br/>
        <w:t>Слуга побіг.&lt;br /&gt;</w:t>
        <w:br/>
        <w:t>А на пагорку — Перший. Ось тут на&lt;br /&gt;</w:t>
        <w:br/>
        <w:t>стовпі виверчено дві дірки — це означає:&lt;br /&gt;</w:t>
        <w:br/>
        <w:t>два дні на пана, а ось зарубина — 60 коп.&lt;br /&gt;</w:t>
        <w:br/>
        <w:t>поголовного, 50 коп. за землю та 2 коп. на&lt;br /&gt;</w:t>
        <w:br/>
        <w:t>пошту. Другий. Ще, може, копійку на&lt;br /&gt;</w:t>
        <w:br/>
        <w:t>панську полюбовницю? Тьху! Краще слу-&lt;br /&gt;</w:t>
        <w:br/>
        <w:t>хай, що я скажу тобі...&lt;br /&gt;</w:t>
        <w:br/>
        <w:t>Вельможний&lt;br /&gt;</w:t>
        <w:br/>
        <w:t>(до учених)&lt;br /&gt;</w:t>
        <w:br/>
        <w:t>Ну, звичайно, якби не ті повстанці, я вже б давно Сково-&lt;br /&gt;</w:t>
        <w:br/>
        <w:t>роду поставив на коліна...&lt;br /&gt;</w:t>
        <w:br/>
        <w:t>Другий. ...Повстанські загони нам треба&lt;br /&gt;</w:t>
        <w:br/>
        <w:t>об'єднати — це найперше. А потім...&lt;br /&gt;</w:t>
        <w:br/>
        <w:t>Учений&lt;br /&gt;</w:t>
        <w:br/>
        <w:t>...на колі— (позіхає) — коліна ж. І я те саме кажу (ото,&lt;br /&gt;</w:t>
        <w:br/>
        <w:t>господи, позіхота!) —кажу, що теє як його (ну дивись,&lt;br /&gt;</w:t>
        <w:br/>
        <w:t>ізнову рота роздирає).&lt;br /&gt;</w:t>
        <w:br/>
        <w:t>Вельможний&lt;br /&gt;</w:t>
        <w:br/>
        <w:t>А що ж, і правильно. Насамперед найслабше місце ворога&lt;br /&gt;</w:t>
        <w:br/>
        <w:t>намацати нам треба. А таким є роз'єднаність їхня: з одно-&lt;br /&gt;</w:t>
        <w:br/>
        <w:t>го боку — ватаги коліїв, а з другого — сам по собі Цундра.&lt;br /&gt;</w:t>
        <w:br/>
        <w:t>От ми й повинні скористатися із цього, не дати об'єднатись.&lt;br /&gt;</w:t>
        <w:br/>
        <w:t>Що там таке?&lt;br /&gt;</w:t>
        <w:br/>
        <w:t>Слуга подає пакета.&lt;br /&gt;</w:t>
        <w:br/>
        <w:t>Панове 1 Радісна вістка І Пан полковник пише: найлюті-&lt;br /&gt;</w:t>
        <w:br/>
        <w:t>шого ворога нашого Марка Чорноземлю ізловлено!&lt;br /&gt;</w:t>
        <w:br/>
        <w:t>(Всі. О-о!) За указом цариці Катерини II, бунтаря цього&lt;br /&gt;</w:t>
        <w:br/>
        <w:t>присуджено до висилки на Нерчинське. (Всі. А-а!) Пе-&lt;br /&gt;</w:t>
        <w:br/>
        <w:t>ред висилкою ж ласкаво рекомендовано його ще й нізд-&lt;br /&gt;</w:t>
        <w:br/>
        <w:t>рюванням покарати,— і саме в тій місцевості, де він най-&lt;br /&gt;</w:t>
        <w:br/>
        <w:t>більше бунтував, тобто у моїм селі, панове, у нашому&lt;br /&gt;</w:t>
        <w:br/>
        <w:t>маєтку.&lt;br /&gt;</w:t>
        <w:br/>
        <w:t>На пагорку Другий. Аякже! Надійся.&lt;br /&gt;</w:t>
        <w:br/>
        <w:t>Хто зараз виграє, той накінці не має що&lt;br /&gt;</w:t>
        <w:br/>
        <w:t>ставити.</w:t>
      </w:r>
    </w:p>
    <w:p>
      <w:r>
        <w:br/>
        <w:t>Вельможний&lt;br /&gt;</w:t>
        <w:br/>
        <w:t>Отже, за якийсь час має прибути сюди полковник із заго-&lt;br /&gt;</w:t>
        <w:br/>
        <w:t>ном, що супроводить бунтаря по етапу. Як ви гадаєте: чи&lt;br /&gt;</w:t>
        <w:br/>
        <w:t>не краще було б почекати полковника, а потім уже й дис-&lt;br /&gt;</w:t>
        <w:br/>
        <w:t>пут починати?&lt;br /&gt;</w:t>
        <w:br/>
        <w:t>Другий (своє продовжуючи). ...ну, а раз&lt;br /&gt;</w:t>
        <w:br/>
        <w:t>дійшли ми згоди, то тепер будемо діяти&lt;br /&gt;</w:t>
        <w:br/>
        <w:t>так: ти з своїми коліями зайдеш он ізвідти,&lt;br /&gt;</w:t>
        <w:br/>
        <w:t>а з другого боку з моїм загоном Марко&lt;br /&gt;</w:t>
        <w:br/>
        <w:t>Чорноземля ударить. Перший (схопився&lt;br /&gt;</w:t>
        <w:br/>
        <w:t>з місця). Як?! Одбили Чорноземлю? Ну,&lt;br /&gt;</w:t>
        <w:br/>
        <w:t>кажи: одбили? Другий. Та не кричи хоч&lt;br /&gt;</w:t>
        <w:br/>
        <w:t>так! (Встає й собі.) Найголовніше ми, ви-&lt;br /&gt;</w:t>
        <w:br/>
        <w:t>ходить, вирішили. Вертайся ж зараз до за-&lt;br /&gt;</w:t>
        <w:br/>
        <w:t>гону, там ти й про Марка все узнаєш, а я&lt;br /&gt;</w:t>
        <w:br/>
        <w:t>кругом ще обійду, переодягнусь в яру і&lt;br /&gt;</w:t>
        <w:br/>
        <w:t>буду ждати, поки Сковорода не прийде та&lt;br /&gt;</w:t>
        <w:br/>
        <w:t>на флейту не заграє (ми так умовились) —&lt;br /&gt;</w:t>
        <w:br/>
        <w:t>пішли?&lt;br /&gt;</w:t>
        <w:br/>
        <w:t>"А пождіть, хами, щось я вам скажу! — наздибочках до них Про-&lt;br /&gt;</w:t>
        <w:br/>
        <w:t>фесор підійшов. Похитуючись од мозкового висихання, він по-&lt;br /&gt;</w:t>
        <w:br/>
        <w:t>журавлиному на 'дній нозі став і таке собі в повітрі прорік: —&lt;br /&gt;</w:t>
        <w:br/>
        <w:t>Галай-балай, амінь, алілуя!"&lt;br /&gt;</w:t>
        <w:br/>
        <w:t>Перший. Тю! чорти з греблі... Не гнівай-&lt;br /&gt;</w:t>
        <w:br/>
        <w:t>тесь пане, а їй-бо, якби оце вам до голови&lt;br /&gt;</w:t>
        <w:br/>
        <w:t>роги приправити та причепити хвоста зза-&lt;br /&gt;</w:t>
        <w:br/>
        <w:t>ду — ну дак точнісінько б були... (Чвирк-&lt;br /&gt;</w:t>
        <w:br/>
        <w:t>нув крізь зуби.)&lt;br /&gt;</w:t>
        <w:br/>
        <w:t>Догматик&lt;br /&gt;</w:t>
        <w:br/>
        <w:t>(скакнувши)&lt;br /&gt;</w:t>
        <w:br/>
        <w:t>Як ти смієш?! Пан Професор для тебе не тю, а вашець.&lt;br /&gt;</w:t>
        <w:br/>
        <w:t>Професорова рука з одставленим мізинцем наблизилась до плечей&lt;br /&gt;</w:t>
        <w:br/>
        <w:t>Подорожнього і зараз же гидливо одсіпнулась: "Три дні!"&lt;br /&gt;</w:t>
        <w:br/>
        <w:t>Перший. На пана працювати? А на&lt;br /&gt;</w:t>
        <w:br/>
        <w:t>об'яві лише дві дірки виверчено.&lt;br /&gt;</w:t>
        <w:br/>
        <w:t>...рука іще раз скрадливо доторкнулась і відскочила як опечена:&lt;br /&gt;</w:t>
        <w:br/>
        <w:t>"Три!"&lt;br /&gt;</w:t>
        <w:br/>
        <w:t>Другий (до Догматика). Я — вашець,&lt;br /&gt;</w:t>
        <w:br/>
        <w:t>ти вашець, а хто ж нам хліба напашець?&lt;br /&gt;</w:t>
        <w:br/>
        <w:t>(До Професора.) Отож, підіть скажіть уся-&lt;br /&gt;</w:t>
        <w:br/>
        <w:t>ким вашим вашецям: пропали пани геть-&lt;br /&gt;</w:t>
        <w:br/>
        <w:t>мани, а кобила порох із'їла. (Зареготав-&lt;br /&gt;</w:t>
        <w:br/>
        <w:t>шись, подалися далі.)&lt;br /&gt;</w:t>
        <w:br/>
        <w:t>Вельможний&lt;br /&gt;</w:t>
        <w:br/>
        <w:t>Ну як?&lt;br /&gt;</w:t>
        <w:br/>
        <w:t>Професор&lt;br /&gt;</w:t>
        <w:br/>
        <w:t>Пропали пани гетьмани, а кобила порох...&lt;br /&gt;</w:t>
        <w:br/>
        <w:t>Вельможний&lt;br /&gt;</w:t>
        <w:br/>
        <w:t>Свободомисліе! Єресь! Революція. Учені, ви чуєте, до чого&lt;br /&gt;</w:t>
        <w:br/>
        <w:t>доходить наука, відірвана від богословія?&lt;br /&gt;</w:t>
        <w:br/>
        <w:t>Учений&lt;br /&gt;</w:t>
        <w:br/>
        <w:t>(дивлячись на небо)&lt;br /&gt;</w:t>
        <w:br/>
        <w:t>Ні, таки мудро устроено: зівається, аж поки й плюнеш.&lt;br /&gt;</w:t>
        <w:br/>
        <w:t>Вельможний&lt;br /&gt;</w:t>
        <w:br/>
        <w:t>(до Професора)&lt;br /&gt;</w:t>
        <w:br/>
        <w:t>Ось із кого приклад треба брати... (Раптом назустріч з три-&lt;br /&gt;</w:t>
        <w:br/>
        <w:t>буни рука.) А! православні клобуки! І католицьке духів-&lt;br /&gt;</w:t>
        <w:br/>
        <w:t>ництво!&lt;br /&gt;</w:t>
        <w:br/>
        <w:t>Це саме святі отці із кухні показались. Вони ідуть в потилицю,&lt;br /&gt;</w:t>
        <w:br/>
        <w:t>один за одним. Ізроблять крок — та й знов назад, руками роз-&lt;br /&gt;</w:t>
        <w:br/>
        <w:t>махують, сперечаються.&lt;br /&gt;</w:t>
        <w:br/>
        <w:t>Вельможний&lt;br /&gt;</w:t>
        <w:br/>
        <w:t>А там ще хто? Я бачу, на мій заклик проти голоти стали&lt;br /&gt;</w:t>
        <w:br/>
        <w:t>єдиним строєм не лише з Європи, а й мусульмани, євреї&lt;br /&gt;</w:t>
        <w:br/>
        <w:t>та буддисти. Зійду ж до однодушників і я. Щасливий я&lt;br /&gt;</w:t>
        <w:br/>
        <w:t>безмірної (У другий рукав мундир вдівав.)&lt;br /&gt;</w:t>
        <w:br/>
        <w:t>...Гама, заглитнувшись, закашлюється на клавесині, і кручений,&lt;br /&gt;</w:t>
        <w:br/>
        <w:t>підкидистий сміх ув образі Панни з метеликами на голові аж&lt;br /&gt;</w:t>
        <w:br/>
        <w:t>сюди на балкон вискакує з палацу.&lt;br /&gt;</w:t>
        <w:br/>
        <w:t>Панна&lt;br /&gt;</w:t>
        <w:br/>
        <w:t>І нехай тепер кашляє. І нехай. Папа, ти знаєш, він мене&lt;br /&gt;</w:t>
        <w:br/>
        <w:t>замучив, я вже більше не можу! (Ловить сіткою метели-&lt;br /&gt;</w:t>
        <w:br/>
        <w:t>ка.) Ну ти й сам подумай — что єсть мусікія або ж із цер-&lt;br /&gt;</w:t>
        <w:br/>
        <w:t>ковнослов'янської мови — музика.&lt;br /&gt;</w:t>
        <w:br/>
        <w:t>Навчитель&lt;br /&gt;</w:t>
        <w:br/>
        <w:t>(слідом виходячи на балкон)&lt;br /&gt;</w:t>
        <w:br/>
        <w:t>"Мусікія, кая єсть пєнієм ілі ігранієм сердца человеческая&lt;br /&gt;</w:t>
        <w:br/>
        <w:t>возбуждает ко веселію ілі сокрушенію і плачю (от-от кха-&lt;br /&gt;</w:t>
        <w:br/>
        <w:t>шель!), і пакі єсть мусікія, кая пєнієм своїм ілі ігранієм&lt;br /&gt;</w:t>
        <w:br/>
        <w:t>вверх ілі вніз меру показуєт".&lt;br /&gt;</w:t>
        <w:br/>
        <w:t>Панна&lt;br /&gt;</w:t>
        <w:br/>
        <w:t>Папа, а чи скоро я буду дочкою гетьмана? Завтра? Ну,&lt;br /&gt;</w:t>
        <w:br/>
        <w:t>а чому не сьогодні? (Пхиче.)&lt;br /&gt;</w:t>
        <w:br/>
        <w:t>Вельможний&lt;br /&gt;</w:t>
        <w:br/>
        <w:t>Дитино моя, ти ж бачиш — у мене гості.&lt;br /&gt;</w:t>
        <w:br/>
        <w:t>Пані&lt;br /&gt;</w:t>
        <w:br/>
        <w:t>(з вікна)&lt;br /&gt;</w:t>
        <w:br/>
        <w:t>Цвірінь? Цвірінь? Висловлюйтесь, нарешті, класичною мо-&lt;br /&gt;</w:t>
        <w:br/>
        <w:t>вою. Обстоюйте чистоту раси. Ось як у моїм проекті, на-&lt;br /&gt;</w:t>
        <w:br/>
        <w:t>приклад. (Виставляє на долоні опудало півня.) Очистка&lt;br /&gt;</w:t>
        <w:br/>
        <w:t>рас повинна ж торкнутись не самих лише курей та гинди-&lt;br /&gt;</w:t>
        <w:br/>
        <w:t>ків, а так само й рас людських. (Гладить півнячий хвіст&lt;br /&gt;</w:t>
        <w:br/>
        <w:t>проти пір'я.)&lt;br /&gt;</w:t>
        <w:br/>
        <w:t>Побекав Вельможний по латині, помекекав та й знов до ченців&lt;br /&gt;</w:t>
        <w:br/>
        <w:t>своїх. Махнув рукою — барабани заторохкотіли там десь.&lt;br /&gt;</w:t>
        <w:br/>
        <w:t>Панна&lt;br /&gt;</w:t>
        <w:br/>
        <w:t>Але ж я люблю метеликів, а вони науку. Це насильство!&lt;br /&gt;</w:t>
        <w:br/>
        <w:t>От — умисне: напну на себе хустку, візьму корзинку в ру-&lt;br /&gt;</w:t>
        <w:br/>
        <w:t>ку і піду собі в парод, між демос...&lt;br /&gt;</w:t>
        <w:br/>
        <w:t>Пані&lt;br /&gt;</w:t>
        <w:br/>
        <w:t>(сплескує руками)&lt;br /&gt;</w:t>
        <w:br/>
        <w:t>Бож-же! Вона мене вб'є своїм демократизмом! Скинь мені&lt;br /&gt;</w:t>
        <w:br/>
        <w:t>хустку зараз! Цвірк-цварк? І, будь ласка, про метеликів&lt;br /&gt;</w:t>
        <w:br/>
        <w:t>висловлюйся в стилі барокко. Цвірк? — і будь ласка.&lt;br /&gt;</w:t>
        <w:br/>
        <w:t>А гості ізроблять крок — та й .заведуться, ізроблять крок — та й&lt;br /&gt;</w:t>
        <w:br/>
        <w:t>вчепляться в бороди.&lt;br /&gt;</w:t>
        <w:br/>
        <w:t>Пані&lt;br /&gt;</w:t>
        <w:br/>
        <w:t>Адже ж я тебе учила. Параграф сто двадцятий правил дво-&lt;br /&gt;</w:t>
        <w:br/>
        <w:t>рянського виховання про що гласить?&lt;br /&gt;</w:t>
        <w:br/>
        <w:t>Догматики хутенько на балкон по сходах кривуляють і там перед&lt;br /&gt;</w:t>
        <w:br/>
        <w:t>вікном клац-клац цитати ножичками, клац!&lt;br /&gt;</w:t>
        <w:br/>
        <w:t>Пані&lt;br /&gt;</w:t>
        <w:br/>
        <w:t>А гласить він ось про що. (їй розгортають фоліанта, вона&lt;br /&gt;</w:t>
        <w:br/>
        <w:t>вичитує.) "Згідно з гинчими гисторичними... дворяни по-&lt;br /&gt;</w:t>
        <w:br/>
        <w:t>винні" ...цвірінь? — читайте далі.&lt;br /&gt;</w:t>
        <w:br/>
        <w:t>Догматик&lt;br /&gt;</w:t>
        <w:br/>
        <w:t>(дискантом на одній ноті)&lt;br /&gt;</w:t>
        <w:br/>
        <w:t>"...з попугайлами радитись, з собачками цьоматися, з та-&lt;br /&gt;</w:t>
        <w:br/>
        <w:t>кими слюзавими цюцями, сльозавими, і панталони одяга-&lt;br /&gt;</w:t>
        <w:br/>
        <w:t>ти, і трико, і навіть сюсяти ходити — все: в стилі рококо".&lt;br /&gt;</w:t>
        <w:br/>
        <w:t>Слуга&lt;br /&gt;</w:t>
        <w:br/>
        <w:t>Прибули мудреці з Європи, що самі себе зволять прозива-&lt;br /&gt;</w:t>
        <w:br/>
        <w:t>ти: немічні й коричняві!&lt;br /&gt;</w:t>
        <w:br/>
        <w:t>Вельможний&lt;br /&gt;</w:t>
        <w:br/>
        <w:t>Професоре, приготуйте привітальну промову! (Махнув ру-&lt;br /&gt;</w:t>
        <w:br/>
        <w:t>кою — барабани заторохкотіли там десь.)&lt;br /&gt;</w:t>
        <w:br/>
        <w:t>Немічних попід руки ведуть. Вони ще здалеку гу-гу, галу-балу&lt;br /&gt;</w:t>
        <w:br/>
        <w:t>сявкають, белебенять. Дух од них такий, аж Панна носом...&lt;br /&gt;</w:t>
        <w:br/>
        <w:t>Навчитель&lt;br /&gt;</w:t>
        <w:br/>
        <w:t>Панні хочеться до парку? О, будь ласка. Але благаю: за-&lt;br /&gt;</w:t>
        <w:br/>
        <w:t>кінчимо лекцію. Что єсть мусікія?&lt;br /&gt;</w:t>
        <w:br/>
        <w:t>Та знаю, знаю! Мусікія есть... і т. д., й т. ін. (Дає йому ля-&lt;br /&gt;</w:t>
        <w:br/>
        <w:t>паса.) Ви вже мені більш не потрібні, мусікійський навчи-&lt;br /&gt;</w:t>
        <w:br/>
        <w:t>телю.&lt;br /&gt;</w:t>
        <w:br/>
        <w:t>Пані&lt;br /&gt;</w:t>
        <w:br/>
        <w:t>Ну от і умничка. А тепер сідай отут на балконі та враніш-&lt;br /&gt;</w:t>
        <w:br/>
        <w:t>ній туалет докінчувати будеш. (Вибігають служниці й за-&lt;br /&gt;</w:t>
        <w:br/>
        <w:t>ходяться чистити їй нігті.)&lt;br /&gt;</w:t>
        <w:br/>
        <w:t>А внизу під балконом — сльози радості, обнімання, крик. Немічних&lt;br /&gt;</w:t>
        <w:br/>
        <w:t>усадили нарешті.&lt;br /&gt;</w:t>
        <w:br/>
        <w:t>Вельможний&lt;br /&gt;</w:t>
        <w:br/>
        <w:t>Ні, ви тільки подумайте (якеє торжество, який восторг!):&lt;br /&gt;</w:t>
        <w:br/>
        <w:t>од королівсько-папської Європи прибули до нас гуманні&lt;br /&gt;</w:t>
        <w:br/>
        <w:t>мудреці. Щоправда, деякі з них такі старі, що й кашлянуть&lt;br /&gt;</w:t>
        <w:br/>
        <w:t>не здужають, але...&lt;br /&gt;</w:t>
        <w:br/>
        <w:t>Немічні все-таки пробують кашлянути — загальна радість, виск.&lt;br /&gt;</w:t>
        <w:br/>
        <w:t>Вельможний&lt;br /&gt;</w:t>
        <w:br/>
        <w:t>А зате які в них лоби твердесенькі! (Пробує рукою, всі&lt;br /&gt;</w:t>
        <w:br/>
        <w:t>теж кожен свого лоба мацає.) А зате як вони плюватись&lt;br /&gt;</w:t>
        <w:br/>
        <w:t>проти голоти вміють, хо-хо!&lt;br /&gt;</w:t>
        <w:br/>
        <w:t>Немічні пробують плюнути, та слина на своїй же бороді зависає.&lt;br /&gt;</w:t>
        <w:br/>
        <w:t>Загальна радість, виск. І от під цюю радісну хвилину. Наздибоч-&lt;br /&gt;</w:t>
        <w:br/>
        <w:t>ках. До них. Професор підійшов. Похитуючись од мозкового ви-&lt;br /&gt;</w:t>
        <w:br/>
        <w:t>сихання, він по-журавлиному на 'дній нозі став і таке собі в по-&lt;br /&gt;</w:t>
        <w:br/>
        <w:t>вітря прорік: "Галай-балай, амінь, алілуя!" — Коричняві чхнули&lt;br /&gt;</w:t>
        <w:br/>
        <w:t>йому в лице.&lt;br /&gt;</w:t>
        <w:br/>
        <w:t>Професор&lt;br /&gt;</w:t>
        <w:br/>
        <w:t>Так же й вас! Рекомендуюсь: представник панської педаго-&lt;br /&gt;</w:t>
        <w:br/>
        <w:t>гіки, що непохитно на 'дній нозі подвизається, а саме: на&lt;br /&gt;</w:t>
        <w:br/>
        <w:t>граматичному гуманізмі чи вербалізмі. До речі, ось і труна&lt;br /&gt;</w:t>
        <w:br/>
        <w:t>моя. Завше вожу її з собою на вірьовці. Під час засухи&lt;br /&gt;</w:t>
        <w:br/>
        <w:t>психології можу й стоя на голові викомарювати лекції.&lt;br /&gt;</w:t>
        <w:br/>
        <w:t>Тема? Хіромантія й християнство, наприклад. Або ж: сло-&lt;br /&gt;</w:t>
        <w:br/>
        <w:t>во вихователя, виголошене над фаршированим зайцем піс-&lt;br /&gt;</w:t>
        <w:br/>
        <w:t>ля четвертої чарки у батьків учня. А що ж. Треба ж, знає-&lt;br /&gt;</w:t>
        <w:br/>
        <w:t>те, якось існувати. А в цім мені великий приклад — пре-&lt;br /&gt;</w:t>
        <w:br/>
        <w:t>подобнії.&lt;br /&gt;</w:t>
        <w:br/>
        <w:t>Вельможний&lt;br /&gt;</w:t>
        <w:br/>
        <w:t>Преподобні! Приходьте сюди ближче, чуйтеся як дома.&lt;br /&gt;</w:t>
        <w:br/>
        <w:t>Та преподобнії давно вже як дома. Уже до них і догматики з за-&lt;br /&gt;</w:t>
        <w:br/>
        <w:t>кладками й цитатами: А почім берете за відпущення гріхів? А що&lt;br /&gt;</w:t>
        <w:br/>
        <w:t>ви скажете про тройчність бога? Та воно й справді: аби сало та&lt;br /&gt;</w:t>
        <w:br/>
        <w:t>паляниця, а тройчність... Архієреї строго обернулись — стихло.&lt;br /&gt;</w:t>
        <w:br/>
        <w:t>Лише сміхотня поміж сміхунцями так і заскакала скаклями, так&lt;br /&gt;</w:t>
        <w:br/>
        <w:t>і заскакала...&lt;br /&gt;</w:t>
        <w:br/>
        <w:t>Слуга&lt;br /&gt;</w:t>
        <w:br/>
        <w:t>(докладає)&lt;br /&gt;</w:t>
        <w:br/>
        <w:t>Плакун-Гребіночка з коломаззю на лекцію до Панни.&lt;br /&gt;</w:t>
        <w:br/>
        <w:t>Плакун-Гребіночка&lt;br /&gt;</w:t>
        <w:br/>
        <w:t>(збігаючи на балкон)&lt;br /&gt;</w:t>
        <w:br/>
        <w:t>Що, набагато я спізнився? (Цілую ручку Панни.) Але ж...&lt;br /&gt;</w:t>
        <w:br/>
        <w:t>у вашім подвір'ї колясок-колясок! Із Англії, Індії, Єгипту...&lt;br /&gt;</w:t>
        <w:br/>
        <w:t>І що дивно (я дослідив): коляски різні, а коломазь, що на&lt;br /&gt;</w:t>
        <w:br/>
        <w:t>ній капітал виїжджає, однакова. Ось. Бажаєте понюхати?&lt;br /&gt;</w:t>
        <w:br/>
        <w:t>Панна&lt;br /&gt;</w:t>
        <w:br/>
        <w:t>Папа, скажи їм, щоб мене не мучили...&lt;br /&gt;</w:t>
        <w:br/>
        <w:t>Плакун-Гребіночка&lt;br /&gt;</w:t>
        <w:br/>
        <w:t>Ну, тоді лекцію починаємо (цілую ручку панни), станьте&lt;br /&gt;</w:t>
        <w:br/>
        <w:t>в позу, кліпайте очима! Сьогодні ми з вами українські го-&lt;br /&gt;</w:t>
        <w:br/>
        <w:t>лосіння повторимо. Українські голосіння, як відомо, є най-&lt;br /&gt;</w:t>
        <w:br/>
        <w:t>кращі в усьому світі. їхні мелізми та різні голосові прикра-&lt;br /&gt;</w:t>
        <w:br/>
        <w:t>си далеко корисніші від строгої простоти трудової пісні,&lt;br /&gt;</w:t>
        <w:br/>
        <w:t>від пісні робочої. Розчуленість, розслабленість від цих при-&lt;br /&gt;</w:t>
        <w:br/>
        <w:t>крас, як той бальзам на наші рани. Отож — культивуймо&lt;br /&gt;</w:t>
        <w:br/>
        <w:t>голосіння, навчаймося прикладати їх до життя практично.&lt;br /&gt;</w:t>
        <w:br/>
        <w:t>А робиться це ось як (ну, кліпайте ж очима!): беруть що-&lt;br /&gt;</w:t>
        <w:br/>
        <w:t>найкращу українську гребінку; між зубчиків закладають&lt;br /&gt;</w:t>
        <w:br/>
        <w:t>аркушик паперу — теж українського; слинять цей папір&lt;br /&gt;</w:t>
        <w:br/>
        <w:t>доброю українською слиною і тоді із слізним голосовим&lt;br /&gt;</w:t>
        <w:br/>
        <w:t>іржанням на слова "Гей та ой да гей!" або "Ой на кого ж&lt;br /&gt;</w:t>
        <w:br/>
        <w:t>це ти нас покидаєш!" крепко дмухають у гребінку. О, ви&lt;br /&gt;</w:t>
        <w:br/>
        <w:t>чуєте — який благородний звук виходить. Немовби то&lt;br /&gt;</w:t>
        <w:br/>
        <w:t>вовки-сіроманці ридали-проквиляли на руїнах гетьмансько-&lt;br /&gt;</w:t>
        <w:br/>
        <w:t>го минулого.&lt;br /&gt;</w:t>
        <w:br/>
        <w:t>Та ти зовсім мене не слухаєш; папа... ви більш мені вже не&lt;br /&gt;</w:t>
        <w:br/>
        <w:t>потрібні, мелізмовий Плакун-Гребіночко. (Дає йому ляпа-&lt;br /&gt;</w:t>
        <w:br/>
        <w:t>са.) До парку! До парку!&lt;br /&gt;</w:t>
        <w:br/>
        <w:t>"Цвірк-цварк? Парасольку ж од сонця! Аптечку!" — кричить із&lt;br /&gt;</w:t>
        <w:br/>
        <w:t>вікна Пані. "Парасольку! Аптечку!" — слідом кинулися М у с і-&lt;br /&gt;</w:t>
        <w:br/>
        <w:t>к і я й П л а к у и — Г р е б і н о ч к а. Та Панна вже не слухає. Ви-&lt;br /&gt;</w:t>
        <w:br/>
        <w:t>хорцем із сходів збігла, врізалася поміж ряси, що роздалися зляка-&lt;br /&gt;</w:t>
        <w:br/>
        <w:t>но перед сміюхою такою: чи засміятися й собі, чи, мо розсердить-&lt;br /&gt;</w:t>
        <w:br/>
        <w:t>ся? Гигикнули — наче цілий табун горобців пужнув хто...&lt;br /&gt;</w:t>
        <w:br/>
        <w:t>Вельможний&lt;br /&gt;</w:t>
        <w:br/>
        <w:t>(милуючись, услід)&lt;br /&gt;</w:t>
        <w:br/>
        <w:t>Ну, що ви на це їй скажете?!&lt;br /&gt;</w:t>
        <w:br/>
        <w:t>Учені&lt;br /&gt;</w:t>
        <w:br/>
        <w:t>Умілітельно! Просто ж умілєніє! Така у вас вона хоросю-&lt;br /&gt;</w:t>
        <w:br/>
        <w:t>нєчка. А головне, що виховання по-хоросюнєчки прова-&lt;br /&gt;</w:t>
        <w:br/>
        <w:t>диться. І на науковій основі — це теж дуже хоросюнєчки.&lt;br /&gt;</w:t>
        <w:br/>
        <w:t>Слуга&lt;br /&gt;</w:t>
        <w:br/>
        <w:t>(докладає)&lt;br /&gt;</w:t>
        <w:br/>
        <w:t>Нюнєчки!&lt;br /&gt;</w:t>
        <w:br/>
        <w:t>Вельможний&lt;br /&gt;</w:t>
        <w:br/>
        <w:t>Плаксії прийшли й плаксійки? (До учених.) Оце пораді-&lt;br /&gt;</w:t>
        <w:br/>
        <w:t>ють наші метафізики. Мумії ж філософські ані плакати&lt;br /&gt;</w:t>
        <w:br/>
        <w:t>вже, ані сміятися не вміють. (До немічних.) Трагізм сучас-&lt;br /&gt;</w:t>
        <w:br/>
        <w:t>ної культури в чім? — що ми не цінуємо плаксіїв. Мене й&lt;br /&gt;</w:t>
        <w:br/>
        <w:t>самого на плач частенько кривить. Ось... як і зараз. (Усі&lt;br /&gt;</w:t>
        <w:br/>
        <w:t>присутні кривляться.) Ах, нам би єдиную науку наук, да&lt;br /&gt;</w:t>
        <w:br/>
        <w:t>таку, щоб ми ще більш в правах своїх сперлися на неї.&lt;br /&gt;</w:t>
        <w:br/>
        <w:t>Отоді б ми оскалились! (Усі присутні гарчать.)&lt;br /&gt;</w:t>
        <w:br/>
        <w:t>Появляються Нюнєчки. Вони хватаються за голову, рвуть на собі&lt;br /&gt;</w:t>
        <w:br/>
        <w:t>одежу, зітхають тяжко і взагалі от-от об світову печаль журбою&lt;br /&gt;</w:t>
        <w:br/>
        <w:t>брязнуть. Уже навіть і арфочки повитягали з торби та бандури.&lt;br /&gt;</w:t>
        <w:br/>
        <w:t>Вельможний&lt;br /&gt;</w:t>
        <w:br/>
        <w:t>Ні, ні, якраз іще ж не час. Закам'янійте. Зараз у нас ве-&lt;br /&gt;</w:t>
        <w:br/>
        <w:t>лике свято: і королі, і Ватікан прислали нам своїх послів.&lt;br /&gt;</w:t>
        <w:br/>
        <w:t>"Тримайтесь!" — вони нам кажуть. "Тримаємось",— відпо-&lt;br /&gt;</w:t>
        <w:br/>
        <w:t>відаємо. Хоч перед нами і є небезпека революцій як на&lt;br /&gt;</w:t>
        <w:br/>
        <w:t>Заході, так і на Сході,— проте через духівництво будем&lt;br /&gt;</w:t>
        <w:br/>
        <w:t>присиплять, будем присиплять. Отже... (До духівництва.)&lt;br /&gt;</w:t>
        <w:br/>
        <w:t>Чи всі вже там з кухні? (Виголошує.)&lt;br /&gt;</w:t>
        <w:br/>
        <w:t>Вітаю божих посланців! Хай буде благословення й доб-&lt;br /&gt;</w:t>
        <w:br/>
        <w:t>ро — над Європою, над всією Азією й над нами, дворя-&lt;br /&gt;</w:t>
        <w:br/>
        <w:t>нами!&lt;br /&gt;</w:t>
        <w:br/>
        <w:t>Перекладачі шелепотять: "Дак вельможний і каже й —&lt;br /&gt;</w:t>
        <w:br/>
        <w:t>хай підживаються дворяни, то, може, й черні житиметься довго,&lt;br /&gt;</w:t>
        <w:br/>
        <w:t>амінь". Всі амінькають. Це ми й без перекладів розуміємо. Еж&lt;br /&gt;</w:t>
        <w:br/>
        <w:t>капітал... звісно...&lt;br /&gt;</w:t>
        <w:br/>
        <w:t>Хвилина герготу. Хвилина белькоту. Клобуки коло коричнявих,&lt;br /&gt;</w:t>
        <w:br/>
        <w:t>твердолобих розсідаються — хто на ослонах, хто на сходах.&lt;br /&gt;</w:t>
        <w:br/>
        <w:t>"Авжеж, у вас дворяни, а в нас, сказати б, лорди".— "Та не туп-&lt;br /&gt;</w:t>
        <w:br/>
        <w:t>цяйтесь хоч на ногах,— "лорди".— "Драстуйте! — хто ж по ногах?"&lt;br /&gt;</w:t>
        <w:br/>
        <w:t>Вельможний&lt;br /&gt;</w:t>
        <w:br/>
        <w:t>Ну от, як скоро прибуде полковник — зараз і почнемо.&lt;br /&gt;</w:t>
        <w:br/>
        <w:t>(Сідає на лаві поміж гостей і починає задурювати їм голо-&lt;br /&gt;</w:t>
        <w:br/>
        <w:t>ви.) Нарешті ми й зійшлися. А де ж це філософи — невже&lt;br /&gt;</w:t>
        <w:br/>
        <w:t>не виспалися досі?&lt;br /&gt;</w:t>
        <w:br/>
        <w:t>Слуга по сходах у палац побіг.&lt;br /&gt;</w:t>
        <w:br/>
        <w:t>І політики теж. Учора, бачите, після диспуту як сочинили&lt;br /&gt;</w:t>
        <w:br/>
        <w:t>оргію! З науковою метою зґвалтували дівчину-кріпачку.&lt;br /&gt;</w:t>
        <w:br/>
        <w:t>(Клобук. Оце я розумію.) З метою благотворительною&lt;br /&gt;</w:t>
        <w:br/>
        <w:t>проміняли на собаку двох братів її і матір. (Підбрехач.&lt;br /&gt;</w:t>
        <w:br/>
        <w:t>Гав, гав! Це ж той одновухий собака, що по всьому серед-&lt;br /&gt;</w:t>
        <w:br/>
        <w:t>ньовіччю хвостом Арістотелевим вимахував?) Бо не мог-&lt;br /&gt;</w:t>
        <w:br/>
        <w:t>ли ж ми, справді, терпіти, щоб бідна тварина та голодувала&lt;br /&gt;</w:t>
        <w:br/>
        <w:t>ото у скупої поміщиці-сусідки. А потім танцювали цілу&lt;br /&gt;</w:t>
        <w:br/>
        <w:t>ніч, пили опіум, відригували. І все це по-латині.&lt;br /&gt;</w:t>
        <w:br/>
        <w:t>(Ксьондз. Латина як символ могутності короля й папи?&lt;br /&gt;</w:t>
        <w:br/>
        <w:t>Похвально, похвально.) Крім того, така вже в нас до ста-&lt;br /&gt;</w:t>
        <w:br/>
        <w:t>ровини охота. Хочете посміятись? (Всі. Ануте — да.)&lt;br /&gt;</w:t>
        <w:br/>
        <w:t>Риючись у архівах, я натрапив на поржавілу бляшку. От&lt;br /&gt;</w:t>
        <w:br/>
        <w:t>так собі бляшка, вирізана в формі голуба. Поплював я на&lt;br /&gt;</w:t>
        <w:br/>
        <w:t>неї, крейдою почистив — заблищала. Ах ти ж, думаю, чорт!&lt;br /&gt;</w:t>
        <w:br/>
        <w:t>А що, якби її та на бунчук гетьманський насадити?&lt;br /&gt;</w:t>
        <w:br/>
        <w:t>І справді. Насадили на бунчук бляшаного голуба дзьобом&lt;br /&gt;</w:t>
        <w:br/>
        <w:t>униз — і вийшов (Всі. Ануте — ну!) — і вийшов герб.&lt;br /&gt;</w:t>
        <w:br/>
        <w:t>(Виткнувсь регіт: Ге-ге-ге-герб.) Як отак поверну-&lt;br /&gt;</w:t>
        <w:br/>
        <w:t>ти, то буде голуб миру,— нікого, мовляв, ми не чіпаємо,&lt;br /&gt;</w:t>
        <w:br/>
        <w:t>а як отак,— то буде тризуб, вила, проти голоти гак. (О г-&lt;br /&gt;</w:t>
        <w:br/>
        <w:t>лоблями регіт: Га-га-га-гак!) Проти голоти. Проти&lt;br /&gt;</w:t>
        <w:br/>
        <w:t>вашої і нашої української. Так. Ви ж знаєте: я й сам укра-&lt;br /&gt;</w:t>
        <w:br/>
        <w:t>їнського роду, але... (випростався гордо) отут-то й є різни-&lt;br /&gt;</w:t>
        <w:br/>
        <w:t>ця в людях. Мил остю цариці Катерини II; піддержкою&lt;br /&gt;</w:t>
        <w:br/>
        <w:t>рідні, що вилізла в дворяни; вашими молитвами, отці, я до-&lt;br /&gt;</w:t>
        <w:br/>
        <w:t>служився до вельможного. Гетьманом я хочу сісти! Сяду&lt;br /&gt;</w:t>
        <w:br/>
        <w:t>я гетьманом, а потім так: ківірк! — і вся голота у мене&lt;br /&gt;</w:t>
        <w:br/>
        <w:t>в жмені. (Кишко-животяне кихкання: Ге-ге-&lt;br /&gt;</w:t>
        <w:br/>
        <w:t>гетьмана! на го-голоту!) Ківірк! — і вся культура к чорту.&lt;br /&gt;</w:t>
        <w:br/>
        <w:t>(До слуги, що несе з палацу аптечку та парасольку.) До&lt;br /&gt;</w:t>
        <w:br/>
        <w:t>парку? Вернешся, скажеш філософам: вже всі зібралися,&lt;br /&gt;</w:t>
        <w:br/>
        <w:t>будемо починати. Або ні, чекай. Тупоголове бидло хіба ж&lt;br /&gt;</w:t>
        <w:br/>
        <w:t>можна до філософії пускати? Я краще сам до них піду.&lt;br /&gt;</w:t>
        <w:br/>
        <w:t>(Іде по сходах на балкон, але не може не зупинитись, за-&lt;br /&gt;</w:t>
        <w:br/>
        <w:t>доволений із себе — він іще раз через плече кумедно паль-&lt;br /&gt;</w:t>
        <w:br/>
        <w:t>цем приставляє.) Як отак — голуб миру, а як отак, мов-&lt;br /&gt;</w:t>
        <w:br/>
        <w:t>ляв... (Од сміху почали валятись.)</w:t>
      </w:r>
    </w:p>
    <w:p>
      <w:r>
        <w:br/>
        <w:t>Тут саме вбігає вістовець. Вельможний па-&lt;br /&gt;</w:t>
        <w:br/>
        <w:t>не! Повстанці! Накажеш підкотити гармату? Цундра насу-&lt;br /&gt;</w:t>
        <w:br/>
        <w:t>ває — ой вельможний пане...&lt;br /&gt;</w:t>
        <w:br/>
        <w:t>Всі, обтираючи сльози, тяжко віддихують. Хху! Це так ківірк.&lt;br /&gt;</w:t>
        <w:br/>
        <w:t>А вони ще кажуть: з панами жить немило. Та цитьте, ось тривога.&lt;br /&gt;</w:t>
        <w:br/>
        <w:t>Цундра? А як же це ми проскочили? Та й що йому сказать? Вель-&lt;br /&gt;</w:t>
        <w:br/>
        <w:t>можного аж підкинуло: Як "що"! На відповідь —у чорних і жов-&lt;br /&gt;</w:t>
        <w:br/>
        <w:t>тих сполохах ненависть. Жовч.&lt;br /&gt;</w:t>
        <w:br/>
        <w:t>Вельможний&lt;br /&gt;</w:t>
        <w:br/>
        <w:t>Ти знову, смерде? Жахнувся, смерде? Це ти так служиш,&lt;br /&gt;</w:t>
        <w:br/>
        <w:t>смерде? (Крикозростаючи.) Та то ж, певно, полковник із&lt;br /&gt;</w:t>
        <w:br/>
        <w:t>своїм військом! Зараз. Тут. На ланцюгу. Отого підлого&lt;br /&gt;</w:t>
        <w:br/>
        <w:t>Марка Чорноземлю приведуть, а ти... (Збігає з сходів.)&lt;br /&gt;</w:t>
        <w:br/>
        <w:t>Гармату підкотити! Швидше!</w:t>
      </w:r>
    </w:p>
    <w:p>
      <w:r>
        <w:br/>
        <w:t>Пройшла дворова варта, пробігла. Гамір. Хтось рукою тривожно.&lt;br /&gt;</w:t>
        <w:br/>
        <w:t>Замаяло прапором слово: ведуть?.. Всі посхоплювались. Увага.&lt;br /&gt;</w:t>
        <w:br/>
        <w:t>Але ж нема ні духу! Тільки гармату — видно — поза кущами, над-&lt;br /&gt;</w:t>
        <w:br/>
        <w:t>риваючись, підкочують із крекотом.&lt;br /&gt;</w:t>
        <w:br/>
        <w:t>Та ще на пагорку прийшов і став якийсь&lt;br /&gt;</w:t>
        <w:br/>
        <w:t>високий. У сорочці під поясок. Лицем туди&lt;br /&gt;</w:t>
        <w:br/>
        <w:t>кудись. Говорить.&lt;br /&gt;</w:t>
        <w:br/>
        <w:t>В просторонях всесвіту одчайдушна&lt;br /&gt;</w:t>
        <w:br/>
        <w:t>хмара. Власне, то не хмара, то підстава,&lt;br /&gt;</w:t>
        <w:br/>
        <w:t>грунт. Отак треба скупчувать, громадити&lt;br /&gt;</w:t>
        <w:br/>
        <w:t>бунт.&lt;br /&gt;</w:t>
        <w:br/>
        <w:t>Високий ізвів свої руки вгору, притулив&lt;br /&gt;</w:t>
        <w:br/>
        <w:t>флейту до вуст, і от у зльотах, у підсвистах,&lt;br /&gt;</w:t>
        <w:br/>
        <w:t>у погрозливих блисках бунтарські слова&lt;br /&gt;</w:t>
        <w:br/>
        <w:t>відомої пісні у світ забушували.&lt;br /&gt;</w:t>
        <w:br/>
        <w:t>Флейта&lt;br /&gt;</w:t>
        <w:br/>
        <w:t>Одним земля й розкоші,&lt;br /&gt;</w:t>
        <w:br/>
        <w:t>а другим хоч здихай:&lt;br /&gt;</w:t>
        <w:br/>
        <w:t>безхліб'яно, безводяно,&lt;br /&gt;</w:t>
        <w:br/>
        <w:t>собакою здихай.&lt;br /&gt;</w:t>
        <w:br/>
        <w:t>Ну, так хоч ти, свободо,&lt;br /&gt;</w:t>
        <w:br/>
        <w:t>хоч ти нас прикохай!&lt;br /&gt;</w:t>
        <w:br/>
        <w:t>Учені&lt;br /&gt;</w:t>
        <w:br/>
        <w:t>Ви бачите — це вже Сковорода на диспут з'явився. Нам&lt;br /&gt;</w:t>
        <w:br/>
        <w:t>треба свій гімн створити, щоб можна було його голоті про-&lt;br /&gt;</w:t>
        <w:br/>
        <w:t>тиставити. Ану, хто там голосніший, заспівуйте: і ї м,&lt;br /&gt;</w:t>
        <w:br/>
        <w:t>і п' ю, і люд давлю.&lt;br /&gt;</w:t>
        <w:br/>
        <w:t>Всі збігаються докупи. Гамір як на ключку наколовся (спокійі).&lt;br /&gt;</w:t>
        <w:br/>
        <w:t>Вельможний аж одхилився, обороняючись: пропоную спокій! Та&lt;br /&gt;</w:t>
        <w:br/>
        <w:t>де там! Така тобі веремія... А тут іще нове роздратування.&lt;br /&gt;</w:t>
        <w:br/>
        <w:t>На пагорку з'явилась кострубата постать:&lt;br /&gt;</w:t>
        <w:br/>
        <w:t>могутній погляд, дужі плечі, руки робочі.&lt;br /&gt;</w:t>
        <w:br/>
        <w:t>Стоїть і дивиться, немовби словами гово-&lt;br /&gt;</w:t>
        <w:br/>
        <w:t>рить: "С-собаки, га?"&lt;br /&gt;</w:t>
        <w:br/>
        <w:t>Учений&lt;br /&gt;</w:t>
        <w:br/>
        <w:t>Та вдарте хто-небудь отого, щоб не дивився так! Не надоїв&lt;br /&gt;</w:t>
        <w:br/>
        <w:t>хіба він нам учора?!&lt;br /&gt;</w:t>
        <w:br/>
        <w:t>Єхидний&lt;br /&gt;</w:t>
        <w:br/>
        <w:t>Хм. Оброслий, бородатий. А головне: одежа в нього — аж&lt;br /&gt;</w:t>
        <w:br/>
        <w:t>до землі, і це літом! Він або юродивий, або ж... тут щось&lt;br /&gt;</w:t>
        <w:br/>
        <w:t>підозріле.&lt;br /&gt;</w:t>
        <w:br/>
        <w:t>Сковорода (обертається). А ти вже&lt;br /&gt;</w:t>
        <w:br/>
        <w:t>тут? (Понизивши голос.) Ой Цундро, гля-&lt;br /&gt;</w:t>
        <w:br/>
        <w:t>ди, помітять, що борода приправлена. А то&lt;br /&gt;</w:t>
        <w:br/>
        <w:t>он що під одежею — шабля?&lt;br /&gt;</w:t>
        <w:br/>
        <w:t>Та Цундра так само стоїть, поглядом своїм&lt;br /&gt;</w:t>
        <w:br/>
        <w:t>панів пронизує: "Г-гадьІ От уже справж-&lt;br /&gt;</w:t>
        <w:br/>
        <w:t>нісінькі собаки, г-гидь!"&lt;br /&gt;</w:t>
        <w:br/>
        <w:t>Вельможний&lt;br /&gt;</w:t>
        <w:br/>
        <w:t>Ет, плебей... (Плюнув.) Коли такі помічники в Сковороди&lt;br /&gt;</w:t>
        <w:br/>
        <w:t>будуть, нам тоді на диспуті не страшно. Як бути з Цун-&lt;br /&gt;</w:t>
        <w:br/>
        <w:t>дрою (показав рукою на степ) — це трохи гірше.&lt;br /&gt;</w:t>
        <w:br/>
        <w:t>Гості&lt;br /&gt;</w:t>
        <w:br/>
        <w:t>Все Цундра та й Цундра, а хто він такий — так не уявляє-&lt;br /&gt;</w:t>
        <w:br/>
        <w:t>мо й досі.&lt;br /&gt;</w:t>
        <w:br/>
        <w:t>Вельможний&lt;br /&gt;</w:t>
        <w:br/>
        <w:t>Невже не всі тут знають? О! тоді я з охотою розповім.&lt;br /&gt;</w:t>
        <w:br/>
        <w:t>(Сідає разом з ними на лаві.) Вам відомо: кожному помі-&lt;br /&gt;</w:t>
        <w:br/>
        <w:t>щикові хочеться, щоб у нього був власний артист,&lt;br /&gt;</w:t>
        <w:br/>
        <w:t>в л а с п и й маляр. Вам відомо: кожному дворянинові хо-&lt;br /&gt;</w:t>
        <w:br/>
        <w:t>четься, щоб у нього був свій композитор, свій музика,&lt;br /&gt;</w:t>
        <w:br/>
        <w:t>архітект. Добре. І от якось перемалював собі щось козачок&lt;br /&gt;</w:t>
        <w:br/>
        <w:t>у мене в передпокою. Дивлюсь — копія з нідерландського&lt;br /&gt;</w:t>
        <w:br/>
        <w:t>художника Брейгеля Старшого Мужицького "Країна леда-&lt;br /&gt;</w:t>
        <w:br/>
        <w:t>рів". А під копією олівцем дописано "Поміщицька Росія".&lt;br /&gt;</w:t>
        <w:br/>
        <w:t>Стьобнув я козачка за цю дописку, проте подумав і в ін-&lt;br /&gt;</w:t>
        <w:br/>
        <w:t>тересах своїх поміщицьких послав його до Лейпціга учи-&lt;br /&gt;</w:t>
        <w:br/>
        <w:t>тись. Поблагословив іще раз канчуком на дорогу, прізвище&lt;br /&gt;</w:t>
        <w:br/>
        <w:t>йому підшукав підходяще: Цундра, що означає голь не-&lt;br /&gt;</w:t>
        <w:br/>
        <w:t>щадима. І уявіть собі, яка невдячність! Оцяя голь нещади-&lt;br /&gt;</w:t>
        <w:br/>
        <w:t>ма та злигалась у Лейпцігському університеті з вільнодум-&lt;br /&gt;</w:t>
        <w:br/>
        <w:t>цями.&lt;br /&gt;</w:t>
        <w:br/>
        <w:t>Серед гостей рух.&lt;br /&gt;</w:t>
        <w:br/>
        <w:t>Так, так! Наприклад, студент-безбожник Олександр Ра-&lt;br /&gt;</w:t>
        <w:br/>
        <w:t>дищев.&lt;br /&gt;</w:t>
        <w:br/>
        <w:t>Гості. Радищев? А хто ж він є? Хто? Та це ж один із тих&lt;br /&gt;</w:t>
        <w:br/>
        <w:t>дванадцяти, що їх цариця послала до Лейпціга учитись.&lt;br /&gt;</w:t>
        <w:br/>
        <w:t>(Голос. Ну то й нехай собі учиться!) Так в тім-то й річ,&lt;br /&gt;</w:t>
        <w:br/>
        <w:t>що вільнодумствувать він хоче! І чи то вже тут традиція&lt;br /&gt;</w:t>
        <w:br/>
        <w:t>відогравала роль, чи що інше (у Лейпцігу ж учився при-&lt;br /&gt;</w:t>
        <w:br/>
        <w:t>бічник комуністичних ідей Томас Мюнцер), але в гуртку&lt;br /&gt;</w:t>
        <w:br/>
        <w:t>Радищева, до якого належав і Цундра теж, читали, напри-&lt;br /&gt;</w:t>
        <w:br/>
        <w:t>клад, дванадцять тезисів Ганса Берліна; а то ще порушу-&lt;br /&gt;</w:t>
        <w:br/>
        <w:t>вали такі питання, як шлях поступового звільнення селян;&lt;br /&gt;</w:t>
        <w:br/>
        <w:t>або ж спроба пояснити за Гельвецієм суспільний розумо-&lt;br /&gt;</w:t>
        <w:br/>
        <w:t>вий розвиток людства матеріальними його потребами.&lt;br /&gt;</w:t>
        <w:br/>
        <w:t>Попи аж захрестились, одпльовуючись.&lt;br /&gt;</w:t>
        <w:br/>
        <w:t>Чекайте. Найголовніше буде далі. І от, по закінченні уні-&lt;br /&gt;</w:t>
        <w:br/>
        <w:t>верситету вертаю його назад. (Схопився з місця.) Будеш&lt;br /&gt;</w:t>
        <w:br/>
        <w:t>служити — наказую — Панні за лакея! А був при цій роз-&lt;br /&gt;</w:t>
        <w:br/>
        <w:t>мові і Сковорода випадково. Цундра: нікому служити я не&lt;br /&gt;</w:t>
        <w:br/>
        <w:t>буду! Ага, так ти забув, що ти кріпак, що ти річ, що ти&lt;br /&gt;</w:t>
        <w:br/>
        <w:t>моя власність? Жодної власності — кричить — тим більш&lt;br /&gt;</w:t>
        <w:br/>
        <w:t>на людину!&lt;br /&gt;</w:t>
        <w:br/>
        <w:t>Серед гостей обурення.&lt;br /&gt;</w:t>
        <w:br/>
        <w:t>На конюшню! Засікти його до смерті! Ну, тут уже й Ско-&lt;br /&gt;</w:t>
        <w:br/>
        <w:t>ворода на мене костуром.&lt;br /&gt;</w:t>
        <w:br/>
        <w:t>Гості. Сковорода в ролі оборонця? Ну подумайте, цікаво, а да-&lt;br /&gt;</w:t>
        <w:br/>
        <w:t>лі ж як?&lt;br /&gt;</w:t>
        <w:br/>
        <w:t>Далі? (Нахмурився.) Уночі... Цундра через вікно до мене...&lt;br /&gt;</w:t>
        <w:br/>
        <w:t>з сокирою.&lt;br /&gt;</w:t>
        <w:br/>
        <w:t>Гості аж з місць своїх попідводились: ну-ну?&lt;br /&gt;</w:t>
        <w:br/>
        <w:t>...і якби не моя вірна собачечка — кажу серйозно: я б не&lt;br /&gt;</w:t>
        <w:br/>
        <w:t>врятувався. Тепер він там (рукою в степ) з рештками ко-&lt;br /&gt;</w:t>
        <w:br/>
        <w:t>ліїв, з повстанцями орудує.&lt;br /&gt;</w:t>
        <w:br/>
        <w:t>Гості&lt;br /&gt;</w:t>
        <w:br/>
        <w:t>А-а! Ну тепер усе нам зрозуміло. Хху! аж употіли. (Сіда-&lt;br /&gt;</w:t>
        <w:br/>
        <w:t>ють знову.)&lt;br /&gt;</w:t>
        <w:br/>
        <w:t>А на пагорку: "А-а! от коли вже панство знахабніло, так знахаб-&lt;br /&gt;</w:t>
        <w:br/>
        <w:t>ніло! Поглянь, Сковорода, якії морди".&lt;br /&gt;</w:t>
        <w:br/>
        <w:t>Професор&lt;br /&gt;</w:t>
        <w:br/>
        <w:t>Панове! Дозволите?&lt;br /&gt;</w:t>
        <w:br/>
        <w:t>Всі замовкли.&lt;br /&gt;</w:t>
        <w:br/>
        <w:t>Маю до вашої уваги таку ось думку я подати... тільки пі-&lt;br /&gt;</w:t>
        <w:br/>
        <w:t>допріть мене, будь ласка, труною, бо я вже не годен на&lt;br /&gt;</w:t>
        <w:br/>
        <w:t>одній нозі стояти.&lt;br /&gt;</w:t>
        <w:br/>
        <w:t>Слуги його підпирають.&lt;br /&gt;</w:t>
        <w:br/>
        <w:t>Ну от, тепер неначе трохи легше стало... дак я й кажу:&lt;br /&gt;</w:t>
        <w:br/>
        <w:t>а чи не поставити нам тут перед вікнами Вельможного па-&lt;br /&gt;</w:t>
        <w:br/>
        <w:t>м'ятника собачці, га?&lt;br /&gt;</w:t>
        <w:br/>
        <w:t>Всі так і заплескали в долоні.&lt;br /&gt;</w:t>
        <w:br/>
        <w:t>Коли згода, то що ж, дозвольте мені зараз і пожертви на&lt;br /&gt;</w:t>
        <w:br/>
        <w:t>пам'ятник збирати. Хто перший, ви? (Записує.)&lt;br /&gt;</w:t>
        <w:br/>
        <w:t>Раптом зик! сурми риплять! ріжки рикають! Із па-&lt;br /&gt;</w:t>
        <w:br/>
        <w:t>лацу по сходах невиспанії дюбають філософи. За ними, по-собачи&lt;br /&gt;</w:t>
        <w:br/>
        <w:t>вичухуючись, політики й пророки. У останніх— по зеленій гілочці&lt;br /&gt;</w:t>
        <w:br/>
        <w:t>в руках.&lt;br /&gt;</w:t>
        <w:br/>
        <w:t>Політик&lt;br /&gt;</w:t>
        <w:br/>
        <w:t>Ну та й свербить же, хоч скільки ти його не чухай. Напри-&lt;br /&gt;</w:t>
        <w:br/>
        <w:t>клад, пакт про загальне обеззброєння в Європі — його вже&lt;br /&gt;</w:t>
        <w:br/>
        <w:t>й чухать нема рації.&lt;br /&gt;</w:t>
        <w:br/>
        <w:t>1-й філософ&lt;br /&gt;</w:t>
        <w:br/>
        <w:t>(байдужим тоном)&lt;br /&gt;</w:t>
        <w:br/>
        <w:t>Ми — скептики, і ми кажемо: повсякчас треба утриму-&lt;br /&gt;</w:t>
        <w:br/>
        <w:t>ватись від чухання, від присуду, від міркування. О-о!&lt;br /&gt;</w:t>
        <w:br/>
        <w:t>Посхиляли голови.&lt;br /&gt;</w:t>
        <w:br/>
        <w:t>Пророк&lt;br /&gt;</w:t>
        <w:br/>
        <w:t>Бо все 'дно ж: у кожної людини — своя гілка на дереві&lt;br /&gt;</w:t>
        <w:br/>
        <w:t>життя. Слухайте: уся біда від того, що на зміну матема-&lt;br /&gt;</w:t>
        <w:br/>
        <w:t>тичній фізиці...&lt;br /&gt;</w:t>
        <w:br/>
        <w:t>2-й філософ&lt;br /&gt;</w:t>
        <w:br/>
        <w:t>Своя чи не своя, а ми — метафізики і ми кажемо: після&lt;br /&gt;</w:t>
        <w:br/>
        <w:t>винайдення Спінозою отого проклятого експеримен-&lt;br /&gt;</w:t>
        <w:br/>
        <w:t>т у (для означення досліджуваної речі) чогось усе нас&lt;br /&gt;</w:t>
        <w:br/>
        <w:t>трусить. О-о!&lt;br /&gt;</w:t>
        <w:br/>
        <w:t>Посхиляли голови.&lt;br /&gt;</w:t>
        <w:br/>
        <w:t>Пророк&lt;br /&gt;</w:t>
        <w:br/>
        <w:t>Застерігаю — наступає період електрики від тертя!&lt;br /&gt;</w:t>
        <w:br/>
        <w:t>2-й філософ&lt;br /&gt;</w:t>
        <w:br/>
        <w:t>Найшов кого згадувати — Спінозу. Та він же єврей, ххе!&lt;br /&gt;</w:t>
        <w:br/>
        <w:t>Ви кажете — трусить. А хіба ж не так само трусило нас&lt;br /&gt;</w:t>
        <w:br/>
        <w:t>після Ньютонового: "Фізико, бережись метафізики!"?&lt;br /&gt;</w:t>
        <w:br/>
        <w:t>Пророк&lt;br /&gt;</w:t>
        <w:br/>
        <w:t>О! Франклін іде! А не дай же ж бог, да мені на голові&lt;br /&gt;</w:t>
        <w:br/>
        <w:t>громовідвід поставить. Ой! Я боюсь лоскоту, ой! у голову&lt;br /&gt;</w:t>
        <w:br/>
        <w:t>лоскоче! (Розсипає окремі шматки реготу і кожного разу,&lt;br /&gt;</w:t>
        <w:br/>
        <w:t>наставивши вухо, сам себе слухає. Нюнєчки плачуть.)&lt;br /&gt;</w:t>
        <w:br/>
        <w:t>Догматик&lt;br /&gt;</w:t>
        <w:br/>
        <w:t>От. Плачуть. А Сковорода та фабричний нехай сміються&lt;br /&gt;</w:t>
        <w:br/>
        <w:t>з нас. То ж що ж, ми й сьогодні будемо з ними панькатись,&lt;br /&gt;</w:t>
        <w:br/>
        <w:t>як учора? Чи, може, поклонитися їм і попрохати пере-&lt;br /&gt;</w:t>
        <w:br/>
        <w:t>мир'я? (У горлі сміх. Вельможний стежить за всіма. Він&lt;br /&gt;</w:t>
        <w:br/>
        <w:t>хитро відступив. Поза мудрого змія.)&lt;br /&gt;</w:t>
        <w:br/>
        <w:t>Учений&lt;br /&gt;</w:t>
        <w:br/>
        <w:t>Та одчепімось од них, чого вони нас мучать. Нехай собі на&lt;br /&gt;</w:t>
        <w:br/>
        <w:t>майдани йдуть, на заводи, на села... (У горлі сміх. Пан —&lt;br /&gt;</w:t>
        <w:br/>
        <w:t>поза хитрозмія премудрого.)&lt;br /&gt;</w:t>
        <w:br/>
        <w:t>Політик&lt;br /&gt;</w:t>
        <w:br/>
        <w:t>Тсс... І не перемир'я, й не заводи. А просто. Професор фі-&lt;br /&gt;</w:t>
        <w:br/>
        <w:t>зики в Парижі Жан Антуан Нолле розрядами банки на-&lt;br /&gt;</w:t>
        <w:br/>
        <w:t>вчився тварин маленьких убивати. До чого це? Та до того,&lt;br /&gt;</w:t>
        <w:br/>
        <w:t>що якби отак і цих двох... під час диспуту електрикою... ви&lt;br /&gt;</w:t>
        <w:br/>
        <w:t>розумієте? (Пристроює коло трибуни приладдя.) Бо й&lt;br /&gt;</w:t>
        <w:br/>
        <w:t>справді, вони тут як гриби ростуть ...гляньте, вже третій он&lt;br /&gt;</w:t>
        <w:br/>
        <w:t>плебей до них підходить. Ану, наставлю вухо.&lt;br /&gt;</w:t>
        <w:br/>
        <w:t>Сковорода&lt;br /&gt;</w:t>
        <w:br/>
        <w:t>Цундро, чи не давав я тобі учора книжки,&lt;br /&gt;</w:t>
        <w:br/>
        <w:t>що по-французькому?&lt;br /&gt;</w:t>
        <w:br/>
        <w:t>Цундра&lt;br /&gt;</w:t>
        <w:br/>
        <w:t>Книжки? (Рукою немовби хоче щось ска-&lt;br /&gt;</w:t>
        <w:br/>
        <w:t>зати, а сам туди кудись задивився.) Ти&lt;br /&gt;</w:t>
        <w:br/>
        <w:t>кажеш: книжки? (Радісно.) Це ж він іде!&lt;br /&gt;</w:t>
        <w:br/>
        <w:t>Ну да, це ж він!&lt;br /&gt;</w:t>
        <w:br/>
        <w:t>3-й подорожній&lt;br /&gt;</w:t>
        <w:br/>
        <w:t>( підходячи)&lt;br /&gt;</w:t>
        <w:br/>
        <w:t>Несу обом звістку: колії до нас приєдна-&lt;br /&gt;</w:t>
        <w:br/>
        <w:t>лись. Марко Чорноземля прохає переказа-&lt;br /&gt;</w:t>
        <w:br/>
        <w:t>ти: до бою всі готові, ждемо розпоря-&lt;br /&gt;</w:t>
        <w:br/>
        <w:t>дження.&lt;br /&gt;</w:t>
        <w:br/>
        <w:t>Політик&lt;br /&gt;</w:t>
        <w:br/>
        <w:t>(переставши слухати)&lt;br /&gt;</w:t>
        <w:br/>
        <w:t>Хха! Нічого не розібрав. Ви кажете "панькатись". От&lt;br /&gt;</w:t>
        <w:br/>
        <w:t>в тім-то й річ, що панькатись не треба. О! Ви їх ще не&lt;br /&gt;</w:t>
        <w:br/>
        <w:t>знаєте! (Раптом ударив себе по лобі.) Я й забув. Учора&lt;br /&gt;</w:t>
        <w:br/>
        <w:t>під час диспутування я витягнув у оцього з кишені книж-&lt;br /&gt;</w:t>
        <w:br/>
        <w:t>ку. Біблія? Подавись галушкою. Le code de la nature.&lt;br /&gt;</w:t>
        <w:br/>
        <w:t>Або ж: Кодекс природи. Анонімного автора. Та ось вона&lt;br /&gt;</w:t>
        <w:br/>
        <w:t>(показує). Ну, не дивним було б, коли б це в кишені Ско-&lt;br /&gt;</w:t>
        <w:br/>
        <w:t>вороди, а то... фабрично-заводський, і отака література!&lt;br /&gt;</w:t>
        <w:br/>
        <w:t>(Вельможний. Так що ви пропонуєте?) Я пропоную:&lt;br /&gt;</w:t>
        <w:br/>
        <w:t>диспуту не продовжувати, а прив'язати до стовпа оцих-о&lt;br /&gt;</w:t>
        <w:br/>
        <w:t>непокірних, розкласти під стовпом огопь — і просто живи-&lt;br /&gt;</w:t>
        <w:br/>
        <w:t>ми, живими їх спекти! А з книги цієї великосердно виплю-&lt;br /&gt;</w:t>
        <w:br/>
        <w:t>нути всі ті істини — хай утішаються.&lt;br /&gt;</w:t>
        <w:br/>
        <w:t>Зашепотіли. Задріботіли. Плечима захихотіли. А справді: спробу-&lt;br /&gt;</w:t>
        <w:br/>
        <w:t>вати електрикою! Ануте-ну! По голові їх трісь. Хха! З панами не&lt;br /&gt;</w:t>
        <w:br/>
        <w:t>змагайся. Старовини держись. Цілий синедріон — сміха! Над ни-&lt;br /&gt;</w:t>
        <w:br/>
        <w:t>ми ж — ненависті коливання: сизо-червоні леза так і заззяли,&lt;br /&gt;</w:t>
        <w:br/>
        <w:t>загоготіли.&lt;br /&gt;</w:t>
        <w:br/>
        <w:t>Ні, ви тільки послухайте, що тут написано! (Анонім цей,&lt;br /&gt;</w:t>
        <w:br/>
        <w:t>я гадаю, не хто інший, як відомий уже нам по "Безіліаді"&lt;br /&gt;</w:t>
        <w:br/>
        <w:t>француз Мореллі.) Наприклад, отаке місце (читає по-&lt;br /&gt;</w:t>
        <w:br/>
        <w:t>французьки, перекладачі шепотять: "...неподільна&lt;br /&gt;</w:t>
        <w:br/>
        <w:t>єдність земельного фонду і спільне кори-&lt;br /&gt;</w:t>
        <w:br/>
        <w:t>стування його продуктами").&lt;br /&gt;</w:t>
        <w:br/>
        <w:t>Всі одубеніли.&lt;br /&gt;</w:t>
        <w:br/>
        <w:t>А на пагорку Цундра. "Отже, вертайся і пе-&lt;br /&gt;</w:t>
        <w:br/>
        <w:t>редай моє розпорядження: наступати. Диспут от-&lt;br /&gt;</w:t>
        <w:br/>
        <w:t>от почнеться, і ми їх тут (моргнув Сковороді)&lt;br /&gt;</w:t>
        <w:br/>
        <w:t>в тісних руках подержимо, щоб довго прокляті&lt;br /&gt;</w:t>
        <w:br/>
        <w:t>пам'ятали".&lt;br /&gt;</w:t>
        <w:br/>
        <w:t>Або ж друге місце: "...там, де не було б жодної&lt;br /&gt;</w:t>
        <w:br/>
        <w:t>власності, не могло б існувати й жодно-&lt;br /&gt;</w:t>
        <w:br/>
        <w:t>го з її згубних наслідків".&lt;br /&gt;</w:t>
        <w:br/>
        <w:t>Всі як поглухли&lt;br /&gt;</w:t>
        <w:br/>
        <w:t>Цундра&lt;br /&gt;</w:t>
        <w:br/>
        <w:t>А тебе, Сковорода, я про одне прошу: не зби-&lt;br /&gt;</w:t>
        <w:br/>
        <w:t>вайся ти на тую містику нещасну. Невже ще іі&lt;br /&gt;</w:t>
        <w:br/>
        <w:t>досі не побачив, куди твоє нероблення заводить?&lt;br /&gt;</w:t>
        <w:br/>
        <w:t>Тримайся нас, бідноти. Пора, пора вже філософію&lt;br /&gt;</w:t>
        <w:br/>
        <w:t>поставити на ноги!&lt;br /&gt;</w:t>
        <w:br/>
        <w:t>Політик&lt;br /&gt;</w:t>
        <w:br/>
        <w:t>Панове, ну що це? Ще мало Вольтерового того яду? Та&lt;br /&gt;</w:t>
        <w:br/>
        <w:t>й доки це буде?! Ось уже третій день, як ми з ними дис-&lt;br /&gt;</w:t>
        <w:br/>
        <w:t>путуємо. Доводимо їм докази із святих отців церкви...&lt;br /&gt;</w:t>
        <w:br/>
        <w:t>Я вже не витерплю! Я закликаю! Духовну цензуру підси-&lt;br /&gt;</w:t>
        <w:br/>
        <w:t>лить пропоную!&lt;br /&gt;</w:t>
        <w:br/>
        <w:t>Забелькотали. Зареготали: "Земельний фонд? А дулю! Зміцняймо&lt;br /&gt;</w:t>
        <w:br/>
        <w:t>духовну цензуру! Спільне користування? Наділили? Хо-хо!" Од зло-&lt;br /&gt;</w:t>
        <w:br/>
        <w:t>би аж поопухали, аж попотіли.&lt;br /&gt;</w:t>
        <w:br/>
        <w:t>Блискавкою голос Вельможного, не голос — жовч, шипіння:&lt;br /&gt;</w:t>
        <w:br/>
        <w:t>"Та що ви, збожеволіли,— еж він почує. Не бачите?" Із вікна Пані&lt;br /&gt;</w:t>
        <w:br/>
        <w:t>виглянула строго: "Попугайло!" Всі: "Який попугайло?"&lt;br /&gt;</w:t>
        <w:br/>
        <w:t>На мить вщухли. А потім враз — так мов болботінням хто їх з при-&lt;br /&gt;</w:t>
        <w:br/>
        <w:t>горшні посипав. А до того ще й сурми — нічого ж не чути. Тут&lt;br /&gt;</w:t>
        <w:br/>
        <w:t>саме вбігає вістовець. "Вельможний пане! Марко Чорноземля&lt;br /&gt;</w:t>
        <w:br/>
        <w:t>в обхід іде! Кріпаки неспокійні, що робити, ой вельможний пане..."&lt;br /&gt;</w:t>
        <w:br/>
        <w:t>Вельможний&lt;br /&gt;</w:t>
        <w:br/>
        <w:t>Кріпаки? Чорноземля? (Зареготав злобно.) А якого ж це&lt;br /&gt;</w:t>
        <w:br/>
        <w:t>тоді Чорноземлю веде сюди полковник по етапу, розтол-&lt;br /&gt;</w:t>
        <w:br/>
        <w:t>куйте цьому дурневі, будь ласка! (Оскалено.) Ах, підлий&lt;br /&gt;</w:t>
        <w:br/>
        <w:t>смерде! Це ти так служиш, смерде? Я покажу тобі, смер-&lt;br /&gt;</w:t>
        <w:br/>
        <w:t>де! Та годі там сурмити! Другу гармату підкотити! Нав-&lt;br /&gt;</w:t>
        <w:br/>
        <w:t>переріз до полковника — враз!&lt;br /&gt;</w:t>
        <w:br/>
        <w:t>Ізнов варта озброєна прибігла. Ляк. Гук. Перекидання. Прийшли&lt;br /&gt;</w:t>
        <w:br/>
        <w:t>саме астрологи та й не можуть утямити, що тут таке,— махнувши&lt;br /&gt;</w:t>
        <w:br/>
        <w:t>рукою, наводять труби на небо. Чиєсь пронизливе слово простром-&lt;br /&gt;</w:t>
        <w:br/>
        <w:t>лює хаос: ведуть? Всі посхоплювались. Увага. Але ж нема ні духа.&lt;br /&gt;</w:t>
        <w:br/>
        <w:t>Тільки на пагорку Цундра, вглядаючись у дале-&lt;br /&gt;</w:t>
        <w:br/>
        <w:t>чінь, говорить.&lt;br /&gt;</w:t>
        <w:br/>
        <w:t>В просторонях всесвіту наброви-&lt;br /&gt;</w:t>
        <w:br/>
        <w:t>лась тінь. Власне, то не тінь — на-&lt;br /&gt;</w:t>
        <w:br/>
        <w:t>гніток думок: вставай, голото, візь-&lt;br /&gt;</w:t>
        <w:br/>
        <w:t>мем панство на замок. А Сковорода ізвів&lt;br /&gt;</w:t>
        <w:br/>
        <w:t>свої руки вгору, притулив флейту до вуст, і от&lt;br /&gt;</w:t>
        <w:br/>
        <w:t>бунтарські слова відомої пісні у світ забушували.&lt;br /&gt;</w:t>
        <w:br/>
        <w:t>Флейта&lt;br /&gt;</w:t>
        <w:br/>
        <w:t>Одним земля й розкоші,&lt;br /&gt;</w:t>
        <w:br/>
        <w:t>а другим хоч здихай:&lt;br /&gt;</w:t>
        <w:br/>
        <w:t>безхліб'яно, безводяно,&lt;br /&gt;</w:t>
        <w:br/>
        <w:t>собакою здихай.&lt;br /&gt;</w:t>
        <w:br/>
        <w:t>Ну, так хоч ти, свободо,&lt;br /&gt;</w:t>
        <w:br/>
        <w:t>хоч ти нас прикохай.&lt;br /&gt;</w:t>
        <w:br/>
        <w:t>На пагорку до ставка іще підходять двоє. Тор-&lt;br /&gt;</w:t>
        <w:br/>
        <w:t>бинки з плеч. Сідають.&lt;br /&gt;</w:t>
        <w:br/>
        <w:t>Догматик&lt;br /&gt;</w:t>
        <w:br/>
        <w:t>А чого ж це нашого гімну не чути? Починаймо: "І їм, і&lt;br /&gt;</w:t>
        <w:br/>
        <w:t>п'ю, і люд давлю".&lt;br /&gt;</w:t>
        <w:br/>
        <w:t>Співають.&lt;br /&gt;</w:t>
        <w:br/>
        <w:t>Учений&lt;br /&gt;</w:t>
        <w:br/>
        <w:t>Вони, їй-бо, наворожили. Бо що ж це: утікачів он скільки&lt;br /&gt;</w:t>
        <w:br/>
        <w:t>вештасться, а гляньте — жоден з них найматися не хоче.&lt;br /&gt;</w:t>
        <w:br/>
        <w:t>Краще одчепімося од диспутантів, та й годі. Нехай собі&lt;br /&gt;</w:t>
        <w:br/>
        <w:t>куди вгодно йдуть — на село, на заводи...&lt;br /&gt;</w:t>
        <w:br/>
        <w:t>Вельможний&lt;br /&gt;</w:t>
        <w:br/>
        <w:t>Шановне панство, ви помиляєтесь. Духовні отці, ви без-&lt;br /&gt;</w:t>
        <w:br/>
        <w:t>розсудні. На жаль, ми одчепитися не можемо. На села&lt;br /&gt;</w:t>
        <w:br/>
        <w:t>хай ідуть? Старчає й розуму таке говорити. Там саме&lt;br /&gt;</w:t>
        <w:br/>
        <w:t>в кожній борозні голота грізно визріває, а ви їх на села.&lt;br /&gt;</w:t>
        <w:br/>
        <w:t>Я розумію, що ми колись в Європі (не ми, а найсвятіший&lt;br /&gt;</w:t>
        <w:br/>
        <w:t>папа римський) безвірникові й матеріалісту Лючіліо Ва-&lt;br /&gt;</w:t>
        <w:br/>
        <w:t>ніні вирвали язик. Відновити інквізицію — згоден. Тіль-&lt;br /&gt;</w:t>
        <w:br/>
        <w:t>ки ж... інших методів зараз потрібно. Боротьба повинна&lt;br /&gt;</w:t>
        <w:br/>
        <w:t>бути хитра, до того ж хитра, що я навіть не від тієї дум-&lt;br /&gt;</w:t>
        <w:br/>
        <w:t>ки був би, панове, щоб пристати до їхнього учення.&lt;br /&gt;</w:t>
        <w:br/>
        <w:t>Хихотіння.&lt;br /&gt;</w:t>
        <w:br/>
        <w:t>Так, так, не дивуйтесь, до учення наших ворогів — зви-&lt;br /&gt;</w:t>
        <w:br/>
        <w:t>чайно, облагородивши спочатку, аби воно відповідало&lt;br /&gt;</w:t>
        <w:br/>
        <w:t>витонченому генію нашої чи якоїсь іншої нації... Що там&lt;br /&gt;</w:t>
        <w:br/>
        <w:t>за шум?&lt;br /&gt;</w:t>
        <w:br/>
        <w:t>Простерли руку філософи й собі: справді, що за гризня і звідки&lt;br /&gt;</w:t>
        <w:br/>
        <w:t>тут собаки? Слуги з кілками біжать, посхоплювались дрімотні вче-&lt;br /&gt;</w:t>
        <w:br/>
        <w:t>ні, га? Та то ж вони самі, духовні отці,— і як не стидно!? Невже&lt;br /&gt;</w:t>
        <w:br/>
        <w:t>з першого разу так уже не помирили? "А чого ж цей дурноляп ка-&lt;br /&gt;</w:t>
        <w:br/>
        <w:t>же, що дух святий виходить не лише від отця, а й від сина (Рі-&lt;br /&gt;</w:t>
        <w:br/>
        <w:t>Ііодие). Адже східна церква й церква західна повинні були б якось&lt;br /&gt;</w:t>
        <w:br/>
        <w:t>помиритись. Був колись оріх — тепер свистун. Не смійсь, барило,&lt;br /&gt;</w:t>
        <w:br/>
        <w:t>сам кухвою станеш".&lt;br /&gt;</w:t>
        <w:br/>
        <w:t>Вельможний&lt;br /&gt;</w:t>
        <w:br/>
        <w:t>Невже вам не соромно? Перед лицем постійної небезпеки&lt;br /&gt;</w:t>
        <w:br/>
        <w:t>нам ще більше треба було б об'єднатись.&lt;br /&gt;</w:t>
        <w:br/>
        <w:t>"А чого ж він про непорочне зачатіе діви Марії каже..." (Шепоче&lt;br /&gt;</w:t>
        <w:br/>
        <w:t>на вухо). "Та невже?" (Аж самих попів на регіт узяло.) "А ти&lt;br /&gt;</w:t>
        <w:br/>
        <w:t>у безгрішність папи не віриш".— "А ти у мощі".— "Хто — я?" —&lt;br /&gt;</w:t>
        <w:br/>
        <w:t>"Та чого ти дриґотиш, як зимою хорт!? П'яничко ти нещасна, забув,&lt;br /&gt;</w:t>
        <w:br/>
        <w:t>як я тебе по голові євангелієм тріснув, та ще й у живіт кадилом&lt;br /&gt;</w:t>
        <w:br/>
        <w:t>бив разнообразно!" — "Ото жіпочок моїх на сповіді не тисни".—&lt;br /&gt;</w:t>
        <w:br/>
        <w:t>"Майстер майстру не укажчик".— "Кукуріку на твою голову".&lt;br /&gt;</w:t>
        <w:br/>
        <w:t>Вельможний&lt;br /&gt;</w:t>
        <w:br/>
        <w:t>Та ну вас к чорту, врешті заспокойтесь! Ми тут сваримось,&lt;br /&gt;</w:t>
        <w:br/>
        <w:t>а вони тим часом...&lt;br /&gt;</w:t>
        <w:br/>
        <w:t>Сковорода на флейту пирснув. Подорожні заспівали.&lt;br /&gt;</w:t>
        <w:br/>
        <w:t>Коли царі й дворяни,&lt;br /&gt;</w:t>
        <w:br/>
        <w:t>то хто ж із нас не гол?&lt;br /&gt;</w:t>
        <w:br/>
        <w:t>Татейлера, татайлера —&lt;br /&gt;</w:t>
        <w:br/>
        <w:t>ну хто ж із нас не гол?&lt;br /&gt;</w:t>
        <w:br/>
        <w:t>Прославим Уота Тайлера,&lt;br /&gt;</w:t>
        <w:br/>
        <w:t>живи, Джоне Болл!&lt;br /&gt;</w:t>
        <w:br/>
        <w:t>їзразу — серед гостей мовчок. Потім — рух, сичання, гусячий метал&lt;br /&gt;</w:t>
        <w:br/>
        <w:t>тривоги.&lt;br /&gt;</w:t>
        <w:br/>
        <w:t>Голоси й флейта&lt;br /&gt;</w:t>
        <w:br/>
        <w:t>Одним земля й розкоші,&lt;br /&gt;</w:t>
        <w:br/>
        <w:t>а другим хоч здихай:&lt;br /&gt;</w:t>
        <w:br/>
        <w:t>безхліб'яно, безводяно,&lt;br /&gt;</w:t>
        <w:br/>
        <w:t>собакою здихай.&lt;br /&gt;</w:t>
        <w:br/>
        <w:t>Ну, так хоч ти, свободо,&lt;br /&gt;</w:t>
        <w:br/>
        <w:t>хоч ти нас прикохай!&lt;br /&gt;</w:t>
        <w:br/>
        <w:t>Політик&lt;br /&gt;</w:t>
        <w:br/>
        <w:t>Ну да, вони собі там посідали й любенько з нас сміються.&lt;br /&gt;</w:t>
        <w:br/>
        <w:t>Але ж слова, слова які,— послухайте!&lt;br /&gt;</w:t>
        <w:br/>
        <w:t>Голоси й флейта&lt;br /&gt;</w:t>
        <w:br/>
        <w:t>Вночі огонь у лісі.&lt;br /&gt;</w:t>
        <w:br/>
        <w:t>Од танців аж димин.&lt;br /&gt;</w:t>
        <w:br/>
        <w:t>Отаман настовбурчений,&lt;br /&gt;</w:t>
        <w:br/>
        <w:t>але веселий він:&lt;br /&gt;</w:t>
        <w:br/>
        <w:t>із дуба звісив голову&lt;br /&gt;</w:t>
        <w:br/>
        <w:t>на шворці дворянин.&lt;br /&gt;</w:t>
        <w:br/>
        <w:t>Вихитують, вигупують,&lt;br /&gt;</w:t>
        <w:br/>
        <w:t>кахикають на знать:&lt;br /&gt;</w:t>
        <w:br/>
        <w:t>ой радуйся, гнобителю,&lt;br /&gt;</w:t>
        <w:br/>
        <w:t>пречистая мать!&lt;br /&gt;</w:t>
        <w:br/>
        <w:t>Та кинь його, йдім далі&lt;br /&gt;</w:t>
        <w:br/>
        <w:t>весь світ воювать.&lt;br /&gt;</w:t>
        <w:br/>
        <w:t>Учений&lt;br /&gt;</w:t>
        <w:br/>
        <w:t>Хм. Іншими словами: не хочу пахать, хочу пана воювать.&lt;br /&gt;</w:t>
        <w:br/>
        <w:t>І цю філософію підносять кому ж — хамові.&lt;br /&gt;</w:t>
        <w:br/>
        <w:t>Голоси й флейта&lt;br /&gt;</w:t>
        <w:br/>
        <w:t>На коні й поскакали...&lt;br /&gt;</w:t>
        <w:br/>
        <w:t>З них кожен, як той лев.&lt;br /&gt;</w:t>
        <w:br/>
        <w:t>Напали десь ненавидних —&lt;br /&gt;</w:t>
        <w:br/>
        <w:t>і крик, і брязк, і рев...&lt;br /&gt;</w:t>
        <w:br/>
        <w:t>Огонь під дворянином,&lt;br /&gt;</w:t>
        <w:br/>
        <w:t>світає між дерев.&lt;br /&gt;</w:t>
        <w:br/>
        <w:t>Всі&lt;br /&gt;</w:t>
        <w:br/>
        <w:t>І справді. їх таки розмордувало сьогодні. (Закончились.)&lt;br /&gt;</w:t>
        <w:br/>
        <w:t>Таж ми не можемо! Таж ми нервові дуже! Та припиніть&lt;br /&gt;</w:t>
        <w:br/>
        <w:t>цю проповідь у нашій господі перед самим носом! (За-&lt;br /&gt;</w:t>
        <w:br/>
        <w:t>корчились.)&lt;br /&gt;</w:t>
        <w:br/>
        <w:t>Голоси й флейта&lt;br /&gt;</w:t>
        <w:br/>
        <w:t>Так от як воювалося&lt;br /&gt;</w:t>
        <w:br/>
        <w:t>голоколінець гол:&lt;br /&gt;</w:t>
        <w:br/>
        <w:t>Татсйлера, татайлера —&lt;br /&gt;</w:t>
        <w:br/>
        <w:t>ну хто ж із нас не гол?&lt;br /&gt;</w:t>
        <w:br/>
        <w:t>Прославим Уота Тайлера,&lt;br /&gt;</w:t>
        <w:br/>
        <w:t>живи, Джопе Болл!&lt;br /&gt;</w:t>
        <w:br/>
        <w:t>Догматик&lt;br /&gt;</w:t>
        <w:br/>
        <w:t>А чому ви не припините цього? Чому не забороните веш-&lt;br /&gt;</w:t>
        <w:br/>
        <w:t>татись якимось там?..&lt;br /&gt;</w:t>
        <w:br/>
        <w:t>Вельможний&lt;br /&gt;</w:t>
        <w:br/>
        <w:t>А тому, що, по-перше: улаштовуючи диспут тут при до-&lt;br /&gt;</w:t>
        <w:br/>
        <w:t>розі коло свіжовикопаного стовпа з об'явою "Утікачів на-&lt;br /&gt;</w:t>
        <w:br/>
        <w:t>ймаю" (наймаю, панове, утікачів, бо і від мене багато&lt;br /&gt;</w:t>
        <w:br/>
        <w:t>повтікало, а мушу ж за них платити подушне), ми цим&lt;br /&gt;</w:t>
        <w:br/>
        <w:t>самим, так би мовити, хотіли знизитись до народу. По-&lt;br /&gt;</w:t>
        <w:br/>
        <w:t>друге: диспут наш повинен закінчитись вириванням ніз-&lt;br /&gt;</w:t>
        <w:br/>
        <w:t>дрів у того бунтаря, що після Залізнякової різні в Умані&lt;br /&gt;</w:t>
        <w:br/>
        <w:t>нове підняв був проти нас повстання (ви ж знаєте: з За-&lt;br /&gt;</w:t>
        <w:br/>
        <w:t>лізняком, а особливо з Гонтою нам ще можна було якось&lt;br /&gt;</w:t>
        <w:br/>
        <w:t>вговоритись, а от Марко Чорноземля та Цундра — це&lt;br /&gt;</w:t>
        <w:br/>
        <w:t>найбільші, найнепримиренніші вороги наші, вороги, що&lt;br /&gt;</w:t>
        <w:br/>
        <w:t>діють за планом; і одного з них ми піймали), отже, подо-&lt;br /&gt;</w:t>
        <w:br/>
        <w:t>рожнім гультяям, гадаю, не зашкодить на ніздрювання&lt;br /&gt;</w:t>
        <w:br/>
        <w:t>подивитись?&lt;br /&gt;</w:t>
        <w:br/>
        <w:t>Вертаються із парку: Панна, що в гидливо одставленій руці дво-&lt;br /&gt;</w:t>
        <w:br/>
        <w:t>ма пальцями за хвостика тримає тикву-карахоньку; П л [а к у н] —&lt;br /&gt;</w:t>
        <w:br/>
        <w:t>Греб[іночка] з сіткою; М у с і к і я з аптечкою; слуга з па-&lt;br /&gt;</w:t>
        <w:br/>
        <w:t>расолькою.&lt;br /&gt;</w:t>
        <w:br/>
        <w:t>Панна&lt;br /&gt;</w:t>
        <w:br/>
        <w:t>Ах, що б ви собі там не говорили, а любов до природи, лю-&lt;br /&gt;</w:t>
        <w:br/>
        <w:t>бов до рідного краю, так звана релігія серця... (Выхватив-&lt;br /&gt;</w:t>
        <w:br/>
        <w:t>ши сітку, ловить метелика.)&lt;br /&gt;</w:t>
        <w:br/>
        <w:t>Плакун-Гребіночка&lt;br /&gt;</w:t>
        <w:br/>
        <w:t>Мадмуазель! Одначе, я гадаю, українські голосіння ще в&lt;br /&gt;</w:t>
        <w:br/>
        <w:t>більшій мірі...&lt;br /&gt;</w:t>
        <w:br/>
        <w:t>Навчитель&lt;br /&gt;</w:t>
        <w:br/>
        <w:t>Та зовсім ні (от-от кхашель!), еж мусікія, а особливо вір-&lt;br /&gt;</w:t>
        <w:br/>
        <w:t>не і самовіддане попадання пальцями в клавіші...&lt;br /&gt;</w:t>
        <w:br/>
        <w:t>Вельможний&lt;br /&gt;</w:t>
        <w:br/>
        <w:t>(до гостей)&lt;br /&gt;</w:t>
        <w:br/>
        <w:t>Ну, тепер будемо готуватись до диспуту. Начитники! Роз-&lt;br /&gt;</w:t>
        <w:br/>
        <w:t>горніть книгу "Благотворительність царської фамілії,&lt;br /&gt;</w:t>
        <w:br/>
        <w:t>або ж невтомне виряджання бідноти до шибениць".&lt;br /&gt;</w:t>
        <w:br/>
        <w:t>Панна&lt;br /&gt;</w:t>
        <w:br/>
        <w:t>(кричить)&lt;br /&gt;</w:t>
        <w:br/>
        <w:t>Ай! Жук на карахоньці. (В'є слугу.) Це все ти винен! Геть&lt;br /&gt;</w:t>
        <w:br/>
        <w:t>з-перед моїх очей! (До Мусікії.) Ну подумайте,—у мене&lt;br /&gt;</w:t>
        <w:br/>
        <w:t>од страху аж голос тремоляндо...&lt;br /&gt;</w:t>
        <w:br/>
        <w:t>М у с і к і я&lt;br /&gt;</w:t>
        <w:br/>
        <w:t>Боже! Що сталося!? Жук? О сколь нещасні всі ми єсть із&lt;br /&gt;</w:t>
        <w:br/>
        <w:t>слугами такими. Та ви не хвилюйтесь, випийте з аптеч-&lt;br /&gt;</w:t>
        <w:br/>
        <w:t>ки— і зразу пройде. (Накапує.)&lt;br /&gt;</w:t>
        <w:br/>
        <w:t>Панна&lt;br /&gt;</w:t>
        <w:br/>
        <w:t>Та отакії звірі хіба дадуть природою дихнути?! (П'є&lt;br /&gt;</w:t>
        <w:br/>
        <w:t>краплі.)&lt;br /&gt;</w:t>
        <w:br/>
        <w:t>Плакун-Гребіночка&lt;br /&gt;</w:t>
        <w:br/>
        <w:t>Але, б'ючи слугу, вам треба було б стати в гуманну позу —&lt;br /&gt;</w:t>
        <w:br/>
        <w:t>ви розумієте?&lt;br /&gt;</w:t>
        <w:br/>
        <w:t>Пані&lt;br /&gt;</w:t>
        <w:br/>
        <w:t>(з вікна)&lt;br /&gt;</w:t>
        <w:br/>
        <w:t>Цвірінь? Ти не уявляєш, моє учененьке дитятко, як я тут&lt;br /&gt;</w:t>
        <w:br/>
        <w:t>перемучилась (підскугилюючи): тільки-но задрімав мій&lt;br /&gt;</w:t>
        <w:br/>
        <w:t>попугайлонько — а попи як загигочуть!.. І це називається&lt;br /&gt;</w:t>
        <w:br/>
        <w:t>вік просвіщенства. (Цілує у себе на руках горбатоносий&lt;br /&gt;</w:t>
        <w:br/>
        <w:t>хохлик.)&lt;br /&gt;</w:t>
        <w:br/>
        <w:t>Панна&lt;br /&gt;</w:t>
        <w:br/>
        <w:t>(витягнувши губки)&lt;br /&gt;</w:t>
        <w:br/>
        <w:t>О мій бідний попугайлоньку! О моя релігія серця! (Зацо-&lt;br /&gt;</w:t>
        <w:br/>
        <w:t>котіла каблучками вгору по сходах.)&lt;br /&gt;</w:t>
        <w:br/>
        <w:t>За нею слідом, як два верблюди, Мусікія й Плакун-Гребіночка. За-&lt;br /&gt;</w:t>
        <w:br/>
        <w:t>крилися двері на балконі, і знову клавесин занив.&lt;br /&gt;</w:t>
        <w:br/>
        <w:t>Вельможний&lt;br /&gt;</w:t>
        <w:br/>
        <w:t>Отже, цитату з "Благотворительное^ царської фамілії" ми&lt;br /&gt;</w:t>
        <w:br/>
        <w:t>й будемо тримати про запас. А тим часом на диспут ми ви-&lt;br /&gt;</w:t>
        <w:br/>
        <w:t>пустимо артистів. Де забракне нам логіки — там ми акро-&lt;br /&gt;</w:t>
        <w:br/>
        <w:t>бата.&lt;br /&gt;</w:t>
        <w:br/>
        <w:t>Всі. О-о!&lt;br /&gt;</w:t>
        <w:br/>
        <w:t>Де станеться зупинка — там ми жонглера.&lt;br /&gt;</w:t>
        <w:br/>
        <w:t>Всі. А-а!&lt;br /&gt;</w:t>
        <w:br/>
        <w:t>А замість філософії — балет розвернемо. І будемо драж-&lt;br /&gt;</w:t>
        <w:br/>
        <w:t>нить цього філософа його ж таки творами. "Тень до танцю&lt;br /&gt;</w:t>
        <w:br/>
        <w:t>Цундри" чули? Ну так от, у цій пісні, може, й сам того&lt;br /&gt;</w:t>
        <w:br/>
        <w:t>не помічаючи, Сковорода, на нашу радість, близько піді-&lt;br /&gt;</w:t>
        <w:br/>
        <w:t>йшов був до нас. А саме, виспівуючи бунтаря Цундру, він&lt;br /&gt;</w:t>
        <w:br/>
        <w:t>тут же й мирну проповідь підносить: пізнай себе самого&lt;br /&gt;</w:t>
        <w:br/>
        <w:t>(по-грецьки: гнофті се автон). На цьому ж і будемо грати.&lt;br /&gt;</w:t>
        <w:br/>
        <w:t>Задзеленькотіли болобончики, забалмакали. Це убігають жонгле-&lt;br /&gt;</w:t>
        <w:br/>
        <w:t>ри, акробати, балет.&lt;br /&gt;</w:t>
        <w:br/>
        <w:t>Вельможний&lt;br /&gt;</w:t>
        <w:br/>
        <w:t>Та що це справді полковника не видно! Слуги, провірити,&lt;br /&gt;</w:t>
        <w:br/>
        <w:t>чи варта на місцях.&lt;br /&gt;</w:t>
        <w:br/>
        <w:t>Слуги метнулись.&lt;br /&gt;</w:t>
        <w:br/>
        <w:t>А це ще хто тут заснув? Будіть пророка, трапеції поставте,&lt;br /&gt;</w:t>
        <w:br/>
        <w:t>будемо починати. (Сходить на трибуну.) Сурміть у сурми!&lt;br /&gt;</w:t>
        <w:br/>
        <w:t>Усі ті докази і контропінії, що не задовольнили нас учора,&lt;br /&gt;</w:t>
        <w:br/>
        <w:t>переглядаємо ще раз сьогодні. Балет на місці? Жонглери.&lt;br /&gt;</w:t>
        <w:br/>
        <w:t>Акробати.&lt;br /&gt;</w:t>
        <w:br/>
        <w:t>Всі надимаються від злості.&lt;br /&gt;</w:t>
        <w:br/>
        <w:t>Єхидний&lt;br /&gt;</w:t>
        <w:br/>
        <w:t>(солодким голоском)&lt;br /&gt;</w:t>
        <w:br/>
        <w:t>Шановний філософе! Оборонче істини й свободи! Громадя-&lt;br /&gt;</w:t>
        <w:br/>
        <w:t>нине всього світу,— ну як вас там іще,— просимо, ми по-&lt;br /&gt;</w:t>
        <w:br/>
        <w:t>чинаєм!&lt;br /&gt;</w:t>
        <w:br/>
        <w:t>Всі надимаються від злості.&lt;br /&gt;</w:t>
        <w:br/>
        <w:t>Сковорода&lt;br /&gt;</w:t>
        <w:br/>
        <w:t>(до подорожніх)&lt;br /&gt;</w:t>
        <w:br/>
        <w:t>Ідіть же ви, товариство, найматися іще де-&lt;br /&gt;</w:t>
        <w:br/>
        <w:t>інде... (Раптом повернувся і так — не то до&lt;br /&gt;</w:t>
        <w:br/>
        <w:t>них, не то до себе — він говорить.)&lt;br /&gt;</w:t>
        <w:br/>
        <w:t>В просторонях всесвіту одчай-&lt;br /&gt;</w:t>
        <w:br/>
        <w:t>душна хмара. Власне, то не&lt;br /&gt;</w:t>
        <w:br/>
        <w:t>хмара, то підстава, грунт. Отак&lt;br /&gt;</w:t>
        <w:br/>
        <w:t>треба скупчувать, громадити&lt;br /&gt;</w:t>
        <w:br/>
        <w:t>бунт.&lt;br /&gt;</w:t>
        <w:br/>
        <w:t>Єхидний&lt;br /&gt;</w:t>
        <w:br/>
        <w:t>Ну просимо ж. Проходь сюди. Ось тут сідай, у центрі.&lt;br /&gt;</w:t>
        <w:br/>
        <w:t>Вельможний&lt;br /&gt;</w:t>
        <w:br/>
        <w:t>А той же смерд чого стоїть? Еж ми йому й сьогодні дозво-&lt;br /&gt;</w:t>
        <w:br/>
        <w:t>лили диспутувати.&lt;br /&gt;</w:t>
        <w:br/>
        <w:t>Начитники&lt;br /&gt;</w:t>
        <w:br/>
        <w:t>Диспутувати —— ххе! Та він і слова такого не чув ніколи.&lt;br /&gt;</w:t>
        <w:br/>
        <w:t>(До Цундри.) Ну йди ж уже, коли кажуть,—— нехай усі ба-&lt;br /&gt;</w:t>
        <w:br/>
        <w:t>чать, що пан Вельможний злидарів любить. (Заверещали,&lt;br /&gt;</w:t>
        <w:br/>
        <w:t>турляючись.)&lt;br /&gt;</w:t>
        <w:br/>
        <w:t>Цундра нахмурився: це так на бідноту? Шарп-&lt;br /&gt;</w:t>
        <w:br/>
        <w:t>нув плечем (г-гадь!). От уже справжнісінькі со-&lt;br /&gt;</w:t>
        <w:br/>
        <w:t>баки (г-гидь!). Гордо. Ні на кого не дивлячись.&lt;br /&gt;</w:t>
        <w:br/>
        <w:t>Пройшов собі напружений.&lt;br /&gt;</w:t>
        <w:br/>
        <w:t>І став.&lt;br /&gt;</w:t>
        <w:br/>
        <w:t>Пророк, вичухуючись, несподівано загигикав.&lt;br /&gt;</w:t>
        <w:br/>
        <w:t>Тиша.&lt;br /&gt;</w:t>
        <w:br/>
        <w:t>Хм. То що — може, вже можна? Тсс...&lt;br /&gt;</w:t>
        <w:br/>
        <w:t>Болобончики протремтіли собі, задзвякотіли й стали. Акробати на-&lt;br /&gt;</w:t>
        <w:br/>
        <w:t>поготові стали.&lt;br /&gt;</w:t>
        <w:br/>
        <w:t>І ось... Вигинаючись. Підкрадаючись. Націляючись. Навшпиньках.&lt;br /&gt;</w:t>
        <w:br/>
        <w:t>Виступає.&lt;br /&gt;</w:t>
        <w:br/>
        <w:t>Схоластик&lt;br /&gt;</w:t>
        <w:br/>
        <w:t>УчителюІ Ти вчора говорив (пише пальцем у повітрі):&lt;br /&gt;</w:t>
        <w:br/>
        <w:t>Materia aeterna est — матерія вічна.&lt;br /&gt;</w:t>
        <w:br/>
        <w:t>Начитники шелестять.&lt;br /&gt;</w:t>
        <w:br/>
        <w:t>А чи не здається тобі, що коли матерія є вічна, то і т. д.,&lt;br /&gt;</w:t>
        <w:br/>
        <w:t>і т. д.&lt;br /&gt;</w:t>
        <w:br/>
        <w:t>Балет в рухливих образах передає, що матерія нібито не є вічна.&lt;br /&gt;</w:t>
        <w:br/>
        <w:t>Сковорода мовчить.&lt;br /&gt;</w:t>
        <w:br/>
        <w:t>Вельможний&lt;br /&gt;</w:t>
        <w:br/>
        <w:t>Ми знаємо, що ти пішов з голотою. Але ми знаємо також&lt;br /&gt;</w:t>
        <w:br/>
        <w:t>і те, що свого часу "Пізнай себе самого" оцій голоті під-&lt;br /&gt;</w:t>
        <w:br/>
        <w:t>носив. Любий друже! Коханий! Чи можеш запевнити нас,&lt;br /&gt;</w:t>
        <w:br/>
        <w:t>Що ти цей яд підноситимеш і далі?&lt;br /&gt;</w:t>
        <w:br/>
        <w:t>Професор&lt;br /&gt;</w:t>
        <w:br/>
        <w:t>Ну ж бо, чи можеш?&lt;br /&gt;</w:t>
        <w:br/>
        <w:t>Акробати перекидатись стали. Нижчим на плечі стали. Фігурами&lt;br /&gt;</w:t>
        <w:br/>
        <w:t>повиростали. На різні голоси дражнячи: "Тень до танцю Цундри,&lt;br /&gt;</w:t>
        <w:br/>
        <w:t>гнофті се автон!" — "Ні, акробати, може, він що скаже, поче-&lt;br /&gt;</w:t>
        <w:br/>
        <w:t>кайте".&lt;br /&gt;</w:t>
        <w:br/>
        <w:t>І ось... Замурзувато. Завалькувато. Закарлючкувато. Витупцьовує&lt;br /&gt;</w:t>
        <w:br/>
        <w:t>якийсь учений. Це такий собі шпіц-бубе; все зітхає, мимрить, ви-&lt;br /&gt;</w:t>
        <w:br/>
        <w:t>знає, не визнає — він і сам не знає, хто він є.&lt;br /&gt;</w:t>
        <w:br/>
        <w:t>Шпіц-бубе&lt;br /&gt;</w:t>
        <w:br/>
        <w:t>Та воно хоча б сказати й так... (До начитників.) Глядіть&lt;br /&gt;</w:t>
        <w:br/>
        <w:t>же, як тільки я почну заникуватись — зараз же наліплюйте&lt;br /&gt;</w:t>
        <w:br/>
        <w:t>мені на лисину те слово, на якому я запнувся... Ох, господи&lt;br /&gt;</w:t>
        <w:br/>
        <w:t>премилосердний.&lt;br /&gt;</w:t>
        <w:br/>
        <w:t>Ченці й собі, як буйволи, зітхають.&lt;br /&gt;</w:t>
        <w:br/>
        <w:t>Алхімія і філософський камінь, що перетворює метал на&lt;br /&gt;</w:t>
        <w:br/>
        <w:t>золото; чудодійна легенда про доктора Фауста... Чекайте,&lt;br /&gt;</w:t>
        <w:br/>
        <w:t>а про що ж це я казав?&lt;br /&gt;</w:t>
        <w:br/>
        <w:t>Начитники ліплять до лисини слово.&lt;br /&gt;</w:t>
        <w:br/>
        <w:t>Ага... доктора Фауста... Уся ж Європа цим живе, ох, гос-&lt;br /&gt;</w:t>
        <w:br/>
        <w:t>поди премилосердний, живе і мріє, мріє й солодко дрімає...&lt;br /&gt;</w:t>
        <w:br/>
        <w:t>От ізнову забув, про що казав...&lt;br /&gt;</w:t>
        <w:br/>
        <w:t>Балет передає легенду про Фауста.&lt;br /&gt;</w:t>
        <w:br/>
        <w:t>Сковорода мовчить.&lt;br /&gt;</w:t>
        <w:br/>
        <w:t>Політик&lt;br /&gt;</w:t>
        <w:br/>
        <w:t>Учителю! У Геракліта сказано: огонь-логосом, що керує&lt;br /&gt;</w:t>
        <w:br/>
        <w:t>всім світом, через повітря перетворюється у воду, тобто&lt;br /&gt;</w:t>
        <w:br/>
        <w:t>у море. Добре. А звідки ж самий вогонь узявся? Чи не по-&lt;br /&gt;</w:t>
        <w:br/>
        <w:t>вертаємось ми знову до того ж таки, що суть речей годі&lt;br /&gt;</w:t>
        <w:br/>
        <w:t>пізнати?&lt;br /&gt;</w:t>
        <w:br/>
        <w:t>Професор&lt;br /&gt;</w:t>
        <w:br/>
        <w:t>Ну, а раз так, то кому тоді потрібна буде ота твоя Абетка&lt;br /&gt;</w:t>
        <w:br/>
        <w:t>Світу, що ти її писати збираєшся?&lt;br /&gt;</w:t>
        <w:br/>
        <w:t>Жонглери стрибнули. Ясами, словесами сипнули. Погралися, по-&lt;br /&gt;</w:t>
        <w:br/>
        <w:t>гралися й ковтнули. На різні голоси дражнячи: "Тень до танцю&lt;br /&gt;</w:t>
        <w:br/>
        <w:t>Цундри, гнофті се автон!" — "Ні, жонглери, може, що він скаже,&lt;br /&gt;</w:t>
        <w:br/>
        <w:t>почекайте".&lt;br /&gt;</w:t>
        <w:br/>
        <w:t>Аж тут зашелестіли бороди. Руки обурено пад головами. Жили на&lt;br /&gt;</w:t>
        <w:br/>
        <w:t>скронях, очі, крик! Та що він з нас сміється, чи не чує?! Скажи,&lt;br /&gt;</w:t>
        <w:br/>
        <w:t>яку ти там Абетку Світу хочеш написати,— поясни нам, будь лас-&lt;br /&gt;</w:t>
        <w:br/>
        <w:t>ка, огонь!&lt;br /&gt;</w:t>
        <w:br/>
        <w:t>Сковорода&lt;br /&gt;</w:t>
        <w:br/>
        <w:t>Огонь? (І, одірвавшись од паузи, якийсь мент примруже-&lt;br /&gt;</w:t>
        <w:br/>
        <w:t>но прислухається. А потім знову в долину думки западає.&lt;br /&gt;</w:t>
        <w:br/>
        <w:t>Говорить, мов з глибини віків.)&lt;br /&gt;</w:t>
        <w:br/>
        <w:t>Вельможний&lt;br /&gt;</w:t>
        <w:br/>
        <w:t>Цитьте! Заговорив! Отепер його в словах піймаємо.&lt;br /&gt;</w:t>
        <w:br/>
        <w:t>Сковорода&lt;br /&gt;</w:t>
        <w:br/>
        <w:t>Огонь. Буран. Тяжіння. Рух. Свідомість.&lt;br /&gt;</w:t>
        <w:br/>
        <w:t>Матерія... Біжить життя моє&lt;br /&gt;</w:t>
        <w:br/>
        <w:t>спіралями. В спіралях тих я гину!&lt;br /&gt;</w:t>
        <w:br/>
        <w:t>(Самотністю подоланий.) І я&lt;br /&gt;</w:t>
        <w:br/>
        <w:t>в спіралях тих — як у страшних обіймах&lt;br /&gt;</w:t>
        <w:br/>
        <w:t>Лаокоон! (Самотністю.) Печаль.&lt;br /&gt;</w:t>
        <w:br/>
        <w:t>Постій, життя. (Печаль.) Постій, спинися!&lt;br /&gt;</w:t>
        <w:br/>
        <w:t>Я добіжу, я порівняюсь. Я —&lt;br /&gt;</w:t>
        <w:br/>
        <w:t>о ні, о ні!&lt;br /&gt;</w:t>
        <w:br/>
        <w:t>(Іронізуючи, філософським жестом.)&lt;br /&gt;</w:t>
        <w:br/>
        <w:t>Хіба спинитись може&lt;br /&gt;</w:t>
        <w:br/>
        <w:t>самий закон буття? "Постій, життя".&lt;br /&gt;</w:t>
        <w:br/>
        <w:t>Таж смішно це! Хіба потрібне чудо&lt;br /&gt;</w:t>
        <w:br/>
        <w:t>у сферах тих, де розум діє, мисль,&lt;br /&gt;</w:t>
        <w:br/>
        <w:t>окреслення? Печаль. В Європі Фауст&lt;br /&gt;</w:t>
        <w:br/>
        <w:t>ще брязкотить сумнівами. Туман&lt;br /&gt;</w:t>
        <w:br/>
        <w:t>алхімії і природничі точні&lt;br /&gt;</w:t>
        <w:br/>
        <w:t>покільчення? Що ж? Європейський бруд&lt;br /&gt;</w:t>
        <w:br/>
        <w:t>перетворить у золото — послуга.&lt;br /&gt;</w:t>
        <w:br/>
        <w:t>Та не така. (Та не така.) Печаль.&lt;br /&gt;</w:t>
        <w:br/>
        <w:t>Голоси&lt;br /&gt;</w:t>
        <w:br/>
        <w:t>А що, не ми хіба казали? Он уже ж він ізнову про печаль&lt;br /&gt;</w:t>
        <w:br/>
        <w:t>говорить, про самотність, а нам же цього тільки й треба.&lt;br /&gt;</w:t>
        <w:br/>
        <w:t>Вельможний&lt;br /&gt;</w:t>
        <w:br/>
        <w:t>Ну що ж, нехай тепер попробує урятувать його фабричний&lt;br /&gt;</w:t>
        <w:br/>
        <w:t>(хихотіння), ми дозволимо, ану нехай.&lt;br /&gt;</w:t>
        <w:br/>
        <w:t>Раптом. Спокійно. Простягнув руку Цундра. І пролунало кілька&lt;br /&gt;</w:t>
        <w:br/>
        <w:t>слів,— не до панів, до Сковороди,— як нагадування, як підказ.&lt;br /&gt;</w:t>
        <w:br/>
        <w:t>Цундра&lt;br /&gt;</w:t>
        <w:br/>
        <w:t>Перетворить у золото я хочу&lt;br /&gt;</w:t>
        <w:br/>
        <w:t>енергію голоти, що змоглась!&lt;br /&gt;</w:t>
        <w:br/>
        <w:t>Перетворить у золото я хочу&lt;br /&gt;</w:t>
        <w:br/>
        <w:t>обурення, і труд, і боротьбу!&lt;br /&gt;</w:t>
        <w:br/>
        <w:t>Усього кілька слів, а Сковорода, звівшись на ноги, могутньо про-&lt;br /&gt;</w:t>
        <w:br/>
        <w:t>яснів, аж засміявся.&lt;br /&gt;</w:t>
        <w:br/>
        <w:t>Вельможний&lt;br /&gt;</w:t>
        <w:br/>
        <w:t>Що він сказав — обурення?&lt;br /&gt;</w:t>
        <w:br/>
        <w:t>Політик&lt;br /&gt;</w:t>
        <w:br/>
        <w:t>Тс... не треба так кричати, іще момент той не настав. Який&lt;br /&gt;</w:t>
        <w:br/>
        <w:t>момент? — я потім розкажу, нехай Сковорода говорить&lt;br /&gt;</w:t>
        <w:br/>
        <w:t>далі.&lt;br /&gt;</w:t>
        <w:br/>
        <w:t>Сковорода&lt;br /&gt;</w:t>
        <w:br/>
        <w:t>(рішуче, в грудомахах речень грізно виростаючи)&lt;br /&gt;</w:t>
        <w:br/>
        <w:t>На екрані&lt;br /&gt;</w:t>
        <w:br/>
        <w:t>наступ&lt;br /&gt;</w:t>
        <w:br/>
        <w:t>повстанців&lt;br /&gt;</w:t>
        <w:br/>
        <w:t>Перетворить у золото я хочу&lt;br /&gt;</w:t>
        <w:br/>
        <w:t>обурення, і труд, і боротьбу!&lt;br /&gt;</w:t>
        <w:br/>
        <w:t>І боротьбу. Ви чуєте? — там бурі!&lt;br /&gt;</w:t>
        <w:br/>
        <w:t>Там бурі бур! Прорвалися. І йдуть...&lt;br /&gt;</w:t>
        <w:br/>
        <w:t>Ви чуєте? — там бори! Там-бо борви!&lt;br /&gt;</w:t>
        <w:br/>
        <w:t>Прорвалися. І йдуть... І грають бризк',&lt;br /&gt;</w:t>
        <w:br/>
        <w:t>і грають бризк', і грають бризки, грають!&lt;br /&gt;</w:t>
        <w:br/>
        <w:t>І брань черлен', і крок черлен', і крик&lt;br /&gt;</w:t>
        <w:br/>
        <w:t>і шум черлен' — і я...&lt;br /&gt;</w:t>
        <w:br/>
        <w:t>(Руками небо потрясаючи.)&lt;br /&gt;</w:t>
        <w:br/>
        <w:t>Я вас питаю! —&lt;br /&gt;</w:t>
        <w:br/>
        <w:t>а хто ж ви є? А хто ж ви справді є,&lt;br /&gt;</w:t>
        <w:br/>
        <w:t>щоб нас на глум під панські ноги кидать&lt;br /&gt;</w:t>
        <w:br/>
        <w:t>і друбцювать: проси, мо', здобряться.&lt;br /&gt;</w:t>
        <w:br/>
        <w:t>Ви чуєте? — питаю!&lt;br /&gt;</w:t>
        <w:br/>
        <w:t>(Відступаючи від глибоченного сміху, слова потрібного&lt;br /&gt;</w:t>
        <w:br/>
        <w:t>шукає. Руки самі зрікаються попереднього.)&lt;br /&gt;</w:t>
        <w:br/>
        <w:t>От. Здитинивсь.&lt;br /&gt;</w:t>
        <w:br/>
        <w:t>Ще й змалився. Питать? Нащо!? Невже&lt;br /&gt;</w:t>
        <w:br/>
        <w:t>питаннями я притамую злидні,&lt;br /&gt;</w:t>
        <w:br/>
        <w:t>розхльоскані по наших спинах так, Далекий&lt;br /&gt;</w:t>
        <w:br/>
        <w:t>як ще ніхто у світі не помітив!? наступ&lt;br /&gt;</w:t>
        <w:br/>
        <w:t>Пригнобленню — кінець! (І грають бризк', повстанців,&lt;br /&gt;</w:t>
        <w:br/>
        <w:t>і грають бризк', і грають бризки, грають!&lt;br /&gt;</w:t>
        <w:br/>
        <w:t>І брань черлен', і крок черлен', і крик).&lt;br /&gt;</w:t>
        <w:br/>
        <w:t>...Д и т и н а ж я!&lt;br /&gt;</w:t>
        <w:br/>
        <w:t>Пописане по спинах&lt;br /&gt;</w:t>
        <w:br/>
        <w:t>хай у віки докрикне! — То ж і є&lt;br /&gt;</w:t>
        <w:br/>
        <w:t>та грамота! Ота Абетка Світу,&lt;br /&gt;</w:t>
        <w:br/>
        <w:t>розгорнута, що ми погноблених&lt;br /&gt;</w:t>
        <w:br/>
        <w:t>навчатимем по ній (безпомилково!)&lt;br /&gt;</w:t>
        <w:br/>
        <w:t>ненависті! Любові! То ж і є&lt;br /&gt;</w:t>
        <w:br/>
        <w:t>та грамота!&lt;br /&gt;</w:t>
        <w:br/>
        <w:t>Тиша, така голосна, немов її хто викресав. А в тиші тій Сковорода&lt;br /&gt;</w:t>
        <w:br/>
        <w:t>розбурхано клекоче. Вибухаючи приглушеним гнівом, у тон йому&lt;br /&gt;</w:t>
        <w:br/>
        <w:t>колюче впадає Цундра.&lt;br /&gt;</w:t>
        <w:br/>
        <w:t>Сковорода&lt;br /&gt;</w:t>
        <w:br/>
        <w:t>Ото ж і єсть огонь,—&lt;br /&gt;</w:t>
        <w:br/>
        <w:t>матерія!&lt;br /&gt;</w:t>
        <w:br/>
        <w:t>Цундра&lt;br /&gt;</w:t>
        <w:br/>
        <w:t>Ото ж і єсть той рух,&lt;br /&gt;</w:t>
        <w:br/>
        <w:t>тяжіння!..&lt;br /&gt;</w:t>
        <w:br/>
        <w:t>Сковорода&lt;br /&gt;</w:t>
        <w:br/>
        <w:t>Так. Бідноти гнів — це все.&lt;br /&gt;</w:t>
        <w:br/>
        <w:t>Протест — це все...&lt;br /&gt;</w:t>
        <w:br/>
        <w:t>Цундра&lt;br /&gt;</w:t>
        <w:br/>
        <w:t>(з презирством)&lt;br /&gt;</w:t>
        <w:br/>
        <w:t>Лежати на печі,&lt;br /&gt;</w:t>
        <w:br/>
        <w:t>де калачі,— гей, дуки, багачі,&lt;br /&gt;</w:t>
        <w:br/>
        <w:t>позадира' —— позадирали но-&lt;br /&gt;</w:t>
        <w:br/>
        <w:t>ги ч-чор, да чорт. Глядіть, чи не знесе&lt;br /&gt;</w:t>
        <w:br/>
        <w:t>вас цундрою! Ще що? Х'оце і все.&lt;br /&gt;</w:t>
        <w:br/>
        <w:t>Сковорода&lt;br /&gt;</w:t>
        <w:br/>
        <w:t>(од внутрішнього реготу не заспокоюючись)&lt;br /&gt;</w:t>
        <w:br/>
        <w:t>Позадира' — позадирали но-&lt;br /&gt;</w:t>
        <w:br/>
        <w:t>ги ч-чорт! Глядіть — голотою чи не знесе!&lt;br /&gt;</w:t>
        <w:br/>
        <w:t>А се —-&lt;br /&gt;</w:t>
        <w:br/>
        <w:t>за все платіж. Хм!.. "Переходь до нас".&lt;br /&gt;</w:t>
        <w:br/>
        <w:t>Ох я&lt;br /&gt;</w:t>
        <w:br/>
        <w:t>сміятимусь!</w:t>
      </w:r>
    </w:p>
    <w:p>
      <w:r>
        <w:br/>
        <w:t>Смія' — ти мусив би,&lt;br /&gt;</w:t>
        <w:br/>
        <w:t>мо ще й не так? Предать проклятію&lt;br /&gt;</w:t>
        <w:br/>
        <w:t>твою&lt;br /&gt;</w:t>
        <w:br/>
        <w:t>змію оцю! По голові джиґнуть,&lt;br /&gt;</w:t>
        <w:br/>
        <w:t>прихруснуть раз — і весь той сказ і яд,&lt;br /&gt;</w:t>
        <w:br/>
        <w:t>що гад&lt;br /&gt;</w:t>
        <w:br/>
        <w:t>назад жалом сикучим висичить,&lt;br /&gt;</w:t>
        <w:br/>
        <w:t>пролившися, погине весь. Лише&lt;br /&gt;</w:t>
        <w:br/>
        <w:t>ступню ноги услизить, уситйть,&lt;br /&gt;</w:t>
        <w:br/>
        <w:t>та й більш нічо Готово? Саксаган.&lt;br /&gt;</w:t>
        <w:br/>
        <w:t>І більш нічо&lt;br /&gt;</w:t>
        <w:br/>
        <w:t>Сковорода&lt;br /&gt;</w:t>
        <w:br/>
        <w:t>Позадирали но' —&lt;br /&gt;</w:t>
        <w:br/>
        <w:t>Гиджга! Джигни по голові! їй —— цоп&lt;br /&gt;</w:t>
        <w:br/>
        <w:t>ціпугою! Добив? Готово.&lt;br /&gt;</w:t>
        <w:br/>
        <w:t>Цундра&lt;br /&gt;</w:t>
        <w:br/>
        <w:t>Не помиляйсь: ще не готово.&lt;br /&gt;</w:t>
        <w:br/>
        <w:t>Учені&lt;br /&gt;</w:t>
        <w:br/>
        <w:t>Та-ак. (Переглядаються.) То що ж —— попробуємо ще?&lt;br /&gt;</w:t>
        <w:br/>
        <w:t>Клобуки&lt;br /&gt;</w:t>
        <w:br/>
        <w:t>Тільки... краще б фабричного не зачіпати.&lt;br /&gt;</w:t>
        <w:br/>
        <w:t>Вельможний&lt;br /&gt;</w:t>
        <w:br/>
        <w:t>Фабричного? Та одного мого руху буде досить, щоб його&lt;br /&gt;</w:t>
        <w:br/>
        <w:t>тут не було — хочете?&lt;br /&gt;</w:t>
        <w:br/>
        <w:t>Цундра саме лицем туди повернувся — у степ вдивляється пильно.&lt;br /&gt;</w:t>
        <w:br/>
        <w:t>Політик&lt;br /&gt;</w:t>
        <w:br/>
        <w:t>Е ні, аж ніяк цього не можна. Особливо після тих слів, що&lt;br /&gt;</w:t>
        <w:br/>
        <w:t>він сказав... Ось одійдімо на пагорок, я вам все поясню.&lt;br /&gt;</w:t>
        <w:br/>
        <w:t>Вельможний і Єхидний відходять.&lt;br /&gt;</w:t>
        <w:br/>
        <w:t>А серед гостей. Роздимається. Закльовується. То тут, то там. Окре-&lt;br /&gt;</w:t>
        <w:br/>
        <w:t>мими групами. Шиплячими нарадами. Як перемогти? Це ж ганьба.&lt;br /&gt;</w:t>
        <w:br/>
        <w:t>Як їх спекатись? Ви бачите — Сковорода ізнову сів, од нас уже&lt;br /&gt;</w:t>
        <w:br/>
        <w:t>він стомлений. Скористаймося ж.&lt;br /&gt;</w:t>
        <w:br/>
        <w:t>І над кожною групою — брезкле полихання, змієзвивно вихоплю-&lt;br /&gt;</w:t>
        <w:br/>
        <w:t>ються злобні висновки нарад. І на кожному окремому вогняному&lt;br /&gt;</w:t>
        <w:br/>
        <w:t>змієзвиві слизь, хихочучи, радіє, шипить, підтанцьовує: найшли!&lt;br /&gt;</w:t>
        <w:br/>
        <w:t>Найшли! Тепер вони уже, напевно, будуть биті... На пагорку По-&lt;br /&gt;</w:t>
        <w:br/>
        <w:t>літик.&lt;br /&gt;</w:t>
        <w:br/>
        <w:t>Так от в чім річ. Фабричний зараз (а я ж за ним стежу)&lt;br /&gt;</w:t>
        <w:br/>
        <w:t>промовив незвичні для нього три слова: енергія, тяжіння,&lt;br /&gt;</w:t>
        <w:br/>
        <w:t>рух.&lt;br /&gt;</w:t>
        <w:br/>
        <w:t>Вельможний&lt;br /&gt;</w:t>
        <w:br/>
        <w:t>Чекай,— та це ж філософські категорії! Звідки вони мо-&lt;br /&gt;</w:t>
        <w:br/>
        <w:t>жуть взятись у простої людини?&lt;br /&gt;</w:t>
        <w:br/>
        <w:t>Політик&lt;br /&gt;</w:t>
        <w:br/>
        <w:t>Тут якась е загадка, не інакше! То вчора в кишені у нього&lt;br /&gt;</w:t>
        <w:br/>
        <w:t>знайшлась французька книжка; сьогодні він філософськи-&lt;br /&gt;</w:t>
        <w:br/>
        <w:t>ми категоріями говорить, а ще і сама одежа його, зверніть&lt;br /&gt;</w:t>
        <w:br/>
        <w:t>увагу...&lt;br /&gt;</w:t>
        <w:br/>
        <w:t>Голоси&lt;br /&gt;</w:t>
        <w:br/>
        <w:t>А йдіть уже сюди! Що це ви диспут кинули напризво-&lt;br /&gt;</w:t>
        <w:br/>
        <w:t>ляще?!&lt;br /&gt;</w:t>
        <w:br/>
        <w:t>Вельможний&lt;br /&gt;</w:t>
        <w:br/>
        <w:t>(раптом кляснув пальцями)&lt;br /&gt;</w:t>
        <w:br/>
        <w:t>А що, якби оцю його одежу та якось... (злобним душиться&lt;br /&gt;</w:t>
        <w:br/>
        <w:t>сміхом) отак як-небудь...&lt;br /&gt;</w:t>
        <w:br/>
        <w:t>Політик&lt;br /&gt;</w:t>
        <w:br/>
        <w:t>...не як-небудь, а просто (підхихикує)... Ви мені дозволите&lt;br /&gt;</w:t>
        <w:br/>
        <w:t>замість вас розпорядитись? Начитники!&lt;br /&gt;</w:t>
        <w:br/>
        <w:t>Ті вже прибігли.&lt;br /&gt;</w:t>
        <w:br/>
        <w:t>Зайдете іззаду, як знак подам, і он того... свитину ножиця-&lt;br /&gt;</w:t>
        <w:br/>
        <w:t>ми чик-чик... ви розумієте?&lt;br /&gt;</w:t>
        <w:br/>
        <w:t>Вельможний&lt;br /&gt;</w:t>
        <w:br/>
        <w:t>Ох чорт! Ножицями! (Аж свиснув.)&lt;br /&gt;</w:t>
        <w:br/>
        <w:t>Політик&lt;br /&gt;</w:t>
        <w:br/>
        <w:t>Хай розкриється диявол, хто він такий. (Аж підскочив.)&lt;br /&gt;</w:t>
        <w:br/>
        <w:t>І вони, слиною вихихикуючи, один за другим подріботіли до гурту.&lt;br /&gt;</w:t>
        <w:br/>
        <w:t>Астролог&lt;br /&gt;</w:t>
        <w:br/>
        <w:t>(одриваючись од прозірної труби)&lt;br /&gt;</w:t>
        <w:br/>
        <w:t>Отже, тепер при всіх іще раз повторити хочу. (До Сково-&lt;br /&gt;</w:t>
        <w:br/>
        <w:t>роди.) Ти учора перед нами теорію метеорів заперечував.&lt;br /&gt;</w:t>
        <w:br/>
        <w:t>Арістотель, як відомо, небесні тіла уважав за вічні й без-&lt;br /&gt;</w:t>
        <w:br/>
        <w:t>смертні. Навіщо ж ти, скажи, фізіологію підносиш? Нащо&lt;br /&gt;</w:t>
        <w:br/>
        <w:t>про Епікурів лист до Піфокла нагадуєш?! Міфи навіщо&lt;br /&gt;</w:t>
        <w:br/>
        <w:t>одкидаєш? По якому праву?&lt;br /&gt;</w:t>
        <w:br/>
        <w:t>Балет рухами передає теорію метеорів.&lt;br /&gt;</w:t>
        <w:br/>
        <w:t>Сковорода мовчить.&lt;br /&gt;</w:t>
        <w:br/>
        <w:t>Філософ&lt;br /&gt;</w:t>
        <w:br/>
        <w:t>(байдужим тоном)&lt;br /&gt;</w:t>
        <w:br/>
        <w:t>Ти у своїх творах кажеш: гряде світ веселий. Що&lt;br /&gt;</w:t>
        <w:br/>
        <w:t>ти цим хочеш підкреслити? Що в Європі зараз мільйони&lt;br /&gt;</w:t>
        <w:br/>
        <w:t>безробітних? Та й кому саме буде весело в новому світі —&lt;br /&gt;</w:t>
        <w:br/>
        <w:t>вам чи нам?&lt;br /&gt;</w:t>
        <w:br/>
        <w:t>Політик подав знак рукою, але тут саме Цундра обернувся, і начит-&lt;br /&gt;</w:t>
        <w:br/>
        <w:t>ники тільки й устигли ножицями клинок поли відбатувати.&lt;br /&gt;</w:t>
        <w:br/>
        <w:t>Вельможний&lt;br /&gt;</w:t>
        <w:br/>
        <w:t>Хреста сюди! Воздвигнемо перед ним, хоч тоді отямиться&lt;br /&gt;</w:t>
        <w:br/>
        <w:t>безбожний. (Розвалився в кріслі перед трибуною.)&lt;br /&gt;</w:t>
        <w:br/>
        <w:t>Клобук&lt;br /&gt;</w:t>
        <w:br/>
        <w:t>(з піднесеним хрестом у руці)&lt;br /&gt;</w:t>
        <w:br/>
        <w:t>Усовіщаю! Просю! Сам за тебе ридаю. Ну, от ти вишукуєш&lt;br /&gt;</w:t>
        <w:br/>
        <w:t>якусь мову міжнародну, але признайсь: раз у тебе проска-&lt;br /&gt;</w:t>
        <w:br/>
        <w:t>кує слов'янщина — виходить, все-таки ти наш? І оці твої&lt;br /&gt;</w:t>
        <w:br/>
        <w:t>непослушенства (виступ проти закону божого в Переясла-&lt;br /&gt;</w:t>
        <w:br/>
        <w:t>ві, дерзотний намір заснувати приступний для всіх уні-&lt;br /&gt;</w:t>
        <w:br/>
        <w:t>верситет у Харкові) — еге ж, це тільки непорозуміння?&lt;br /&gt;</w:t>
        <w:br/>
        <w:t>Ксьондз&lt;br /&gt;</w:t>
        <w:br/>
        <w:t>За твоє знання латині підніс би я тебе до небес. Але... ти&lt;br /&gt;</w:t>
        <w:br/>
        <w:t>от десь чи писав, чи говорив, ну, словом, найсвятішого папу&lt;br /&gt;</w:t>
        <w:br/>
        <w:t>римського до якоїсь негарної хвороби приплітав. Чи мо-&lt;br /&gt;</w:t>
        <w:br/>
        <w:t>жеш ти зараз посвідчити по-латині, що у папи Лева X&lt;br /&gt;</w:t>
        <w:br/>
        <w:t>дійсно-таки од тієї хвороби ніс був провалився? Це раз.&lt;br /&gt;</w:t>
        <w:br/>
        <w:t>Друге. Ти ось десь чи писав, чи говорив... ну, словом, у ці-&lt;br /&gt;</w:t>
        <w:br/>
        <w:t>лющу силу молока діви Марії, по пляшці якого переховує-&lt;br /&gt;</w:t>
        <w:br/>
        <w:t>ться у нас у Римі, Парижі та Реймсі, ти ж не віриш і досі?&lt;br /&gt;</w:t>
        <w:br/>
        <w:t>О матко боска! Боїогога! Ьасгітога! Покарай ти оцього не-&lt;br /&gt;</w:t>
        <w:br/>
        <w:t>гідника, що в молоко твоє не вірить, і благослови ти нас&lt;br /&gt;</w:t>
        <w:br/>
        <w:t>на хрестовий похід!&lt;br /&gt;</w:t>
        <w:br/>
        <w:t>Балет рухами передає хрестовий похід.&lt;br /&gt;</w:t>
        <w:br/>
        <w:t>Та що це справді — скеля непорушна, чи як?! Я таки на-&lt;br /&gt;</w:t>
        <w:br/>
        <w:t>п'юся холодної води на тебе! (Поклав ногу на трибуну.)&lt;br /&gt;</w:t>
        <w:br/>
        <w:t>Покликати бабу-шептуху.&lt;br /&gt;</w:t>
        <w:br/>
        <w:t>Баба вже тут.&lt;br /&gt;</w:t>
        <w:br/>
        <w:t>Ей ти, бабо! Ось цей простоволосий казав, що ніби...&lt;br /&gt;</w:t>
        <w:br/>
        <w:t>Баба&lt;br /&gt;</w:t>
        <w:br/>
        <w:t>(до Сковороди)&lt;br /&gt;</w:t>
        <w:br/>
        <w:t>Ти бешихо-бешище, ти нежить-нежитище, я буду тебе ви-&lt;br /&gt;</w:t>
        <w:br/>
        <w:t>шіптувать, буду намовлять: тут собі не стоять, жовтої кості&lt;br /&gt;</w:t>
        <w:br/>
        <w:t>не ломить, щирого твого серця не нудить (закашлялась).&lt;br /&gt;</w:t>
        <w:br/>
        <w:t>Етнограф&lt;br /&gt;</w:t>
        <w:br/>
        <w:t>(прицмокуючи)&lt;br /&gt;</w:t>
        <w:br/>
        <w:t>Ну до чого ж прекрасно звучить: і щирого твого&lt;br /&gt;</w:t>
        <w:br/>
        <w:t>с е р ц я... (Записує.)&lt;br /&gt;</w:t>
        <w:br/>
        <w:t>Вельможний&lt;br /&gt;</w:t>
        <w:br/>
        <w:t>Та дайте ж мені сказати слово! — залопотіли...&lt;br /&gt;</w:t>
        <w:br/>
        <w:t>Баба&lt;br /&gt;</w:t>
        <w:br/>
        <w:t>...не я помагаю, господь помага, своїм духом подиха (дму-&lt;br /&gt;</w:t>
        <w:br/>
        <w:t>хає тричі навхрест і тричі плює). Поможи мені, мати божа,&lt;br /&gt;</w:t>
        <w:br/>
        <w:t>другим разом, іншим часом, іншої години, іншої часини&lt;br /&gt;</w:t>
        <w:br/>
        <w:t>цю бешиху шептать і всі святі лікарі до помочі ззивать.&lt;br /&gt;</w:t>
        <w:br/>
        <w:t>Вельможний&lt;br /&gt;</w:t>
        <w:br/>
        <w:t>Свине! (Обтирає око.) Ти ж хоч дивись, куди плюєшся.&lt;br /&gt;</w:t>
        <w:br/>
        <w:t>(Тоном вище.) А ось він казав учора, що ніби щастя чор-&lt;br /&gt;</w:t>
        <w:br/>
        <w:t>ній кістці, чорному народові належить!&lt;br /&gt;</w:t>
        <w:br/>
        <w:t>Баба&lt;br /&gt;</w:t>
        <w:br/>
        <w:t>Е, паночку-князю! Щастя як трясця — кого хоче, того й на-&lt;br /&gt;</w:t>
        <w:br/>
        <w:t>паде.&lt;br /&gt;</w:t>
        <w:br/>
        <w:t>Етнографи&lt;br /&gt;</w:t>
        <w:br/>
        <w:t>(радісно)&lt;br /&gt;</w:t>
        <w:br/>
        <w:t>Ви чуєте? — стареча мудрість...&lt;br /&gt;</w:t>
        <w:br/>
        <w:t>Філософи&lt;br /&gt;</w:t>
        <w:br/>
        <w:t>О-о! (Посхиляли голови. Нюнєчки плачуть.)&lt;br /&gt;</w:t>
        <w:br/>
        <w:t>7* 195&lt;br /&gt;</w:t>
        <w:br/>
        <w:t>(перекривляючи бабу)&lt;br /&gt;</w:t>
        <w:br/>
        <w:t>Кого хоче, того й нападе. (До етнографів.) А ви&lt;br /&gt;</w:t>
        <w:br/>
        <w:t>чого пораділи? Еж за цією мудрістю виходить, що й кріпа-&lt;br /&gt;</w:t>
        <w:br/>
        <w:t>ки можуть розраховувати на щастя? Тож треба зробити&lt;br /&gt;</w:t>
        <w:br/>
        <w:t>так, щоб цього не було. То що ж це, ще скажете: й шлюби&lt;br /&gt;</w:t>
        <w:br/>
        <w:t>вищої раси з нижчою дозволити? Нехай псують кров,—&lt;br /&gt;</w:t>
        <w:br/>
        <w:t>га? Ну, а історики ж куди дивились та антропологи? Чого&lt;br /&gt;</w:t>
        <w:br/>
        <w:t>поправок у народну мудрість не давали? Покликати&lt;br /&gt;</w:t>
        <w:br/>
        <w:t>кравців!&lt;br /&gt;</w:t>
        <w:br/>
        <w:t>Кравці вже тут.&lt;br /&gt;</w:t>
        <w:br/>
        <w:t>Зараз же усім моїм слугам, усім майстровим, потім і самі&lt;br /&gt;</w:t>
        <w:br/>
        <w:t>собі поміряйте носи сантиметром! Як тільки запримітите,&lt;br /&gt;</w:t>
        <w:br/>
        <w:t>що в когось череп не такий,—утюгом по голові нечестиво-&lt;br /&gt;</w:t>
        <w:br/>
        <w:t>го! А ви, учені, сідайте на землі — і щоб расова теорія&lt;br /&gt;</w:t>
        <w:br/>
        <w:t>готова була тут за хвилину.&lt;br /&gt;</w:t>
        <w:br/>
        <w:t>Учені сідають по-турецьки й без додержання певного ритму, мов ті&lt;br /&gt;</w:t>
        <w:br/>
        <w:t>курчата, що п'ють воду — гляне кожен з них на небо,— та й знов&lt;br /&gt;</w:t>
        <w:br/>
        <w:t>устромиться пером у книжку, погляне на небо та й знову пише.&lt;br /&gt;</w:t>
        <w:br/>
        <w:t>Утюг кравці розгойдують, щоб кинути слузі у голову, і от уже&lt;br /&gt;</w:t>
        <w:br/>
        <w:t>летить він у повітрі,—раз! Слуга відбив рукою той удар —утюг&lt;br /&gt;</w:t>
        <w:br/>
        <w:t>професору попав у ногу. "Галай-балай! — котячий голос закри-&lt;br /&gt;</w:t>
        <w:br/>
        <w:t>чав.— Алілуя!"&lt;br /&gt;</w:t>
        <w:br/>
        <w:t>Сковорода усміхається.&lt;br /&gt;</w:t>
        <w:br/>
        <w:t>Вельможний&lt;br /&gt;</w:t>
        <w:br/>
        <w:t>(поданеє прочитавши)&lt;br /&gt;</w:t>
        <w:br/>
        <w:t>Ага. Ну, тепер більш-менш добре. Підемо ж далі. Бабо!&lt;br /&gt;</w:t>
        <w:br/>
        <w:t>(Указує ногою з трибуни на Цундру.) А ось отой обідра-&lt;br /&gt;</w:t>
        <w:br/>
        <w:t>нець казав, що кріпаки можуть скинути панів і що вони&lt;br /&gt;</w:t>
        <w:br/>
        <w:t>колись працюватимуть на громаду.&lt;br /&gt;</w:t>
        <w:br/>
        <w:t>Баба&lt;br /&gt;</w:t>
        <w:br/>
        <w:t>Е, паночку-князю! Не стане риба раком. Мужик? Создав&lt;br /&gt;</w:t>
        <w:br/>
        <w:t>бог та й ніс висякав.&lt;br /&gt;</w:t>
        <w:br/>
        <w:t>Етнографи&lt;br /&gt;</w:t>
        <w:br/>
        <w:t>Бабина мудрість! Записуймо ж ми кожен вислів, кладімо&lt;br /&gt;</w:t>
        <w:br/>
        <w:t>на ноти, у словники заводьмо, розповсюджуймо.&lt;br /&gt;</w:t>
        <w:br/>
        <w:t>Етнографи хутенько сідають по-турецьки, живо кладуть бабину&lt;br /&gt;</w:t>
        <w:br/>
        <w:t>мудрість на ноти і зразу ж пробують на голос, перевіряючи ка-&lt;br /&gt;</w:t>
        <w:br/>
        <w:t>мертоном.&lt;br /&gt;</w:t>
        <w:br/>
        <w:t>Другий утюг летить у голову служниці. Політик подав знак рукою,&lt;br /&gt;</w:t>
        <w:br/>
        <w:t>але тут саме Цундра обернувся, і начитники тільки й устигли&lt;br /&gt;</w:t>
        <w:br/>
        <w:t>розпанахати свитину ззаду.&lt;br /&gt;</w:t>
        <w:br/>
        <w:t>Вельможний&lt;br /&gt;</w:t>
        <w:br/>
        <w:t>Підніміть мене! (Слуги разом з кріслом піднімають його&lt;br /&gt;</w:t>
        <w:br/>
        <w:t>вгору. Вельможний скочив на трибуну.) Принесіть папугу!&lt;br /&gt;</w:t>
        <w:br/>
        <w:t>Папугу принесено.&lt;br /&gt;</w:t>
        <w:br/>
        <w:t>Говоріть усі хором: папуго, папуго, летючий попугайло...&lt;br /&gt;</w:t>
        <w:br/>
        <w:t>Всі, крім Цундри, Сковороди та сонного пророка, теж і собі пови-&lt;br /&gt;</w:t>
        <w:br/>
        <w:t>лазили з ногами па ослопи.&lt;br /&gt;</w:t>
        <w:br/>
        <w:t>Хор&lt;br /&gt;</w:t>
        <w:br/>
        <w:t>Папуго, папуго, летючий попугайло, скажи, що говорив&lt;br /&gt;</w:t>
        <w:br/>
        <w:t>оцей-о філософ проти нас, дворян, проти попів, проти&lt;br /&gt;</w:t>
        <w:br/>
        <w:t>цариці?&lt;br /&gt;</w:t>
        <w:br/>
        <w:t>Папуга&lt;br /&gt;</w:t>
        <w:br/>
        <w:t>Ара! (Як, як?) Кара!&lt;br /&gt;</w:t>
        <w:br/>
        <w:t>Вельможний&lt;br /&gt;</w:t>
        <w:br/>
        <w:t>Філологи, що означає?&lt;br /&gt;</w:t>
        <w:br/>
        <w:t>Філологи&lt;br /&gt;</w:t>
        <w:br/>
        <w:t>Бачте, неясно вимовляє. Коли кара, то це по-турецьки&lt;br /&gt;</w:t>
        <w:br/>
        <w:t>буде "чорний". Коли ара, то це по-грузинськи "ні".&lt;br /&gt;</w:t>
        <w:br/>
        <w:t>А може, це французьке Агаск, тобто рисова горілка?&lt;br /&gt;</w:t>
        <w:br/>
        <w:t>Вельможний&lt;br /&gt;</w:t>
        <w:br/>
        <w:t>Схоластики, ну хоч ви поможіть, нарешті.&lt;br /&gt;</w:t>
        <w:br/>
        <w:t>Схоластики&lt;br /&gt;</w:t>
        <w:br/>
        <w:t>По-перше, чорний (пише пальцем у повітрі), по-друге&lt;br /&gt;</w:t>
        <w:br/>
        <w:t>н і, й по-третє — рисова горілка. Клинувате письмо,&lt;br /&gt;</w:t>
        <w:br/>
        <w:t>як вам і самим у повітрі видно, від тисячолітньої давнини&lt;br /&gt;</w:t>
        <w:br/>
        <w:t>подекуди стерлося (протирає письмо в повітрі й здмухує),&lt;br /&gt;</w:t>
        <w:br/>
        <w:t>але зміст прочитати все-таки можна. (Читає.) Неграм і&lt;br /&gt;</w:t>
        <w:br/>
        <w:t>взагалі всякій іншій чорній людині (хоча б вона й білу&lt;br /&gt;</w:t>
        <w:br/>
        <w:t>шкіру мала), людині робочій в цивілізованому світі кате-&lt;br /&gt;</w:t>
        <w:br/>
        <w:t>горичне ні: щодо державних посад, щодо стану громад-&lt;br /&gt;</w:t>
        <w:br/>
        <w:t>ського, щодо освіти. Горілку? — будь ласка! Сухий за-&lt;br /&gt;</w:t>
        <w:br/>
        <w:t>кон тут ні до чого,— горілкою нехай спивається хоч і вся&lt;br /&gt;</w:t>
        <w:br/>
        <w:t>нижча раса, аж поки не виродиться зовсім.&lt;br /&gt;</w:t>
        <w:br/>
        <w:t>Хм. Дотепно. Ви заслужили орден кайзерового чобота.&lt;br /&gt;</w:t>
        <w:br/>
        <w:t>А все ж таки що скаже баба?&lt;br /&gt;</w:t>
        <w:br/>
        <w:t>Баба&lt;br /&gt;</w:t>
        <w:br/>
        <w:t>А що ж я скажу: бог, не інакше як бог ув образі попугайла&lt;br /&gt;</w:t>
        <w:br/>
        <w:t>промовляє.&lt;br /&gt;</w:t>
        <w:br/>
        <w:t>Попи один по одному захрестились.&lt;br /&gt;</w:t>
        <w:br/>
        <w:t>Філологи&lt;br /&gt;</w:t>
        <w:br/>
        <w:t>А правда. Тепер і ми вже пригадали, що на якихсь остро-&lt;br /&gt;</w:t>
        <w:br/>
        <w:t>вах, якоюсь там мовою ара це ж означатиме бог.&lt;br /&gt;</w:t>
        <w:br/>
        <w:t>Всі&lt;br /&gt;</w:t>
        <w:br/>
        <w:t>Бог! Бог! (Танцюють на ослонах.)&lt;br /&gt;</w:t>
        <w:br/>
        <w:t>Аж тут як не бомкне із степу — всі так і покотились&lt;br /&gt;</w:t>
        <w:br/>
        <w:t>додолу. ...перестрілювання запахкало і, в різних кінцях заклекотів-&lt;br /&gt;</w:t>
        <w:br/>
        <w:t>ши, обірвалось. Шибка, брязнувши, скалками розлетілася з балкона.&lt;br /&gt;</w:t>
        <w:br/>
        <w:t>Пані&lt;br /&gt;</w:t>
        <w:br/>
        <w:t>(з вікна)&lt;br /&gt;</w:t>
        <w:br/>
        <w:t>Цвірінь? Хто це тут у вікпа стріляє? (В глибину кімнати.)&lt;br /&gt;</w:t>
        <w:br/>
        <w:t>Плакун-Гребіночко, а вийдіть погляньте, де наш попугай-&lt;br /&gt;</w:t>
        <w:br/>
        <w:t>лонько. (З вікна.) Ви кажете, вітер? Та який вітер, коли&lt;br /&gt;</w:t>
        <w:br/>
        <w:t>ось куля, відскочивши від стіни, в ікону попала.&lt;br /&gt;</w:t>
        <w:br/>
        <w:t>Панна&lt;br /&gt;</w:t>
        <w:br/>
        <w:t>(з другого вікна)&lt;br /&gt;</w:t>
        <w:br/>
        <w:t>Maman, де тая хустка шовкова, що з такими узорами —&lt;br /&gt;</w:t>
        <w:br/>
        <w:t>знаєш? Я більш не можу! А що ж, стріляють в ікони, в ре-&lt;br /&gt;</w:t>
        <w:br/>
        <w:t>лігію серця... Чаша терпіння переповнилась! Піду боро-&lt;br /&gt;</w:t>
        <w:br/>
        <w:t>тись за свободу,— за свою, панську свободу.&lt;br /&gt;</w:t>
        <w:br/>
        <w:t>Плакун-Гребіночка&lt;br /&gt;</w:t>
        <w:br/>
        <w:t>(задом виходячи на балкон)&lt;br /&gt;</w:t>
        <w:br/>
        <w:t>А я ж казав — вивчайте українські голосіння. О! Вони не&lt;br /&gt;</w:t>
        <w:br/>
        <w:t>раз ще пригодяться. (Обертаючись.) Чи смерть, чи весіл-&lt;br /&gt;</w:t>
        <w:br/>
        <w:t>ля, чи то якась божа кара. (Папуга. Кара!) — попугай-&lt;br /&gt;</w:t>
        <w:br/>
        <w:t>лоньку! любий! (Збігає до гурту.)&lt;br /&gt;</w:t>
        <w:br/>
        <w:t>А гурт — як та черва на купі. Одне корчиться, а друге його пере-&lt;br /&gt;</w:t>
        <w:br/>
        <w:t>лазить.&lt;br /&gt;</w:t>
        <w:br/>
        <w:t>Пророк, прокинувшись, рачки лазить: "Слухайте! Я пророкую..."&lt;br /&gt;</w:t>
        <w:br/>
        <w:t>розсипає шматки сміху і кожного разу, наставивши вухо, сам себе&lt;br /&gt;</w:t>
        <w:br/>
        <w:t>слухає.&lt;br /&gt;</w:t>
        <w:br/>
        <w:t>Сковорода радісно закричав:&lt;br /&gt;</w:t>
        <w:br/>
        <w:t>"Смійся, фабричний!&lt;br /&gt;</w:t>
        <w:br/>
        <w:t>Уже ж ми їх звалили,&lt;br /&gt;</w:t>
        <w:br/>
        <w:t>ч е р е п 'я&lt;br /&gt;</w:t>
        <w:br/>
        <w:t>черви&lt;br /&gt;</w:t>
        <w:br/>
        <w:t>реп'я!&lt;br /&gt;</w:t>
        <w:br/>
        <w:t>Але, оглянувшись, побачив: Цундра, кусаючи губи, грізно міряв&lt;br /&gt;</w:t>
        <w:br/>
        <w:t>очима направо й наліво, немовби зважував: чи вже пора? А в Ско-&lt;br /&gt;</w:t>
        <w:br/>
        <w:t>вороди ж просився сміх! Він ізсередини йому десь вибухав, шукав&lt;br /&gt;</w:t>
        <w:br/>
        <w:t>колюче-вразливого виявлення, кидався і добувався перемоги. Тоді&lt;br /&gt;</w:t>
        <w:br/>
        <w:t>Сковорода узяв і притулив флейту до вуст.&lt;br /&gt;</w:t>
        <w:br/>
        <w:t>Вельможний&lt;br /&gt;</w:t>
        <w:br/>
        <w:t>( стогнучи )&lt;br /&gt;</w:t>
        <w:br/>
        <w:t>Нічого, панове, нічого. Підводьмося, з божою поміччю&lt;br /&gt;</w:t>
        <w:br/>
        <w:t>вставаймо. То он із Індії поблискує трохи, та ще з Китаю,&lt;br /&gt;</w:t>
        <w:br/>
        <w:t>а ми ж нервові дуже. Давайте помовчимо хвилинку, заспо-&lt;br /&gt;</w:t>
        <w:br/>
        <w:t>коїмось.&lt;br /&gt;</w:t>
        <w:br/>
        <w:t>Обере-ежно, з переляканими очима сідають, як на гвіздки. Зуби —&lt;br /&gt;</w:t>
        <w:br/>
        <w:t>то вщухнуть, то знов у цокотливий дріб зірвуться. Скорчились.&lt;br /&gt;</w:t>
        <w:br/>
        <w:t>Флейта&lt;br /&gt;</w:t>
        <w:br/>
        <w:t>Татейлера, татайлера —&lt;br /&gt;</w:t>
        <w:br/>
        <w:t>ну хто ж із нас не гол?&lt;br /&gt;</w:t>
        <w:br/>
        <w:t>Прославим Уота Тайлерр&lt;br /&gt;</w:t>
        <w:br/>
        <w:t>живи, Джоне Болл!&lt;br /&gt;</w:t>
        <w:br/>
        <w:t>Голоси&lt;br /&gt;</w:t>
        <w:br/>
        <w:t>Довго ще будемо ми з ними панькатись? Довго це буде?&lt;br /&gt;</w:t>
        <w:br/>
        <w:t>Нарешті, ми вимагаємо суду над ними, ми вимагаємо!&lt;br /&gt;</w:t>
        <w:br/>
        <w:t>Вельможний&lt;br /&gt;</w:t>
        <w:br/>
        <w:t>Панове, ви забуваєте, що це ж не суд. Проте я підкоряюсь.&lt;br /&gt;</w:t>
        <w:br/>
        <w:t>(Кульгаючи, сходить на трибуну.) Перетворимо диспут&lt;br /&gt;</w:t>
        <w:br/>
        <w:t>на суд.&lt;br /&gt;</w:t>
        <w:br/>
        <w:t>Далі темп міняється на швидкий, нетерпеливий, всі аж зади-&lt;br /&gt;</w:t>
        <w:br/>
        <w:t>хаються.&lt;br /&gt;</w:t>
        <w:br/>
        <w:t>Вони вчора говорили, що земля належить усім?&lt;br /&gt;</w:t>
        <w:br/>
        <w:t>Голоси: Говорили! говорили!&lt;br /&gt;</w:t>
        <w:br/>
        <w:t>Про право на труд, про право людини?&lt;br /&gt;</w:t>
        <w:br/>
        <w:t>Всі. Говорили, ось тут так і записано!&lt;br /&gt;</w:t>
        <w:br/>
        <w:t>Акробати, чи можете це ви заперечити, роблячи схеми на&lt;br /&gt;</w:t>
        <w:br/>
        <w:t>трапеціях?&lt;br /&gt;</w:t>
        <w:br/>
        <w:t>"Можемо". Акробати, штуки витворяючи,— тяп-ляп, і вже вони що&lt;br /&gt;</w:t>
        <w:br/>
        <w:t>треба заперечують.&lt;br /&gt;</w:t>
        <w:br/>
        <w:t>Далі. Вони манили людей якоюсь свободою, вольністю зо-&lt;br /&gt;</w:t>
        <w:br/>
        <w:t>лотою?&lt;br /&gt;</w:t>
        <w:br/>
        <w:t>Всі. Манили! підманювали!&lt;br /&gt;</w:t>
        <w:br/>
        <w:t>Один із них трактував святих? Епіграми на богородицю&lt;br /&gt;</w:t>
        <w:br/>
        <w:t>писав? А другий бога підмінював матерією бездушною?&lt;br /&gt;</w:t>
        <w:br/>
        <w:t>Клобуки. Богомерзки слова возглашав, он вопо що!&lt;br /&gt;</w:t>
        <w:br/>
        <w:t>Жонглери, чи можете ви це заперечити, перекидаючись&lt;br /&gt;</w:t>
        <w:br/>
        <w:t>пляшками у повітрі?&lt;br /&gt;</w:t>
        <w:br/>
        <w:t>"Можемо". Жонглери тяп-ляп, і вже вони що треба заперечують.&lt;br /&gt;</w:t>
        <w:br/>
        <w:t>Отже, громадянине всього світу, а також і ти, фабричний,&lt;br /&gt;</w:t>
        <w:br/>
        <w:t>чорнорукий, чи визнаєте себе винними за всі ті гріхи перед&lt;br /&gt;</w:t>
        <w:br/>
        <w:t>панами, за весь той буран, що ви його поміж голоти сієте?&lt;br /&gt;</w:t>
        <w:br/>
        <w:t>Сковорода&lt;br /&gt;</w:t>
        <w:br/>
        <w:t>Буран? (І, одірвавшись од паузи, якийсь мент примружено&lt;br /&gt;</w:t>
        <w:br/>
        <w:t>прислухається. А потім знову в долину думки западає. Го-&lt;br /&gt;</w:t>
        <w:br/>
        <w:t>ворить — мов з глибини віків.)&lt;br /&gt;</w:t>
        <w:br/>
        <w:t>Огонь. Буран. Тяжіння. Рух. Свідомість.&lt;br /&gt;</w:t>
        <w:br/>
        <w:t>Матерія... Буран? — це просторінь&lt;br /&gt;</w:t>
        <w:br/>
        <w:t>у просторінь. Ні брам, ні розвороття!&lt;br /&gt;</w:t>
        <w:br/>
        <w:t>(З безоднями продовжено). Земля&lt;br /&gt;</w:t>
        <w:br/>
        <w:t>в просторах тих — як на страшній орбітній&lt;br /&gt;</w:t>
        <w:br/>
        <w:t>дротиночці! (Безоднями.) Печаль.&lt;br /&gt;</w:t>
        <w:br/>
        <w:t>Кричи до круч! (Печаль.) Кричи, біснуйся:&lt;br /&gt;</w:t>
        <w:br/>
        <w:t>небитіє? Чи битіє? Світ: пов-&lt;br /&gt;</w:t>
        <w:br/>
        <w:t>нокрикнява чи порожнеча? Брезкла&lt;br /&gt;</w:t>
        <w:br/>
        <w:t>схоластика? Тож зоряні світи,&lt;br /&gt;</w:t>
        <w:br/>
        <w:t>формуючись, такий там метеорний&lt;br /&gt;</w:t>
        <w:br/>
        <w:t>утворний дощ креснули, що огонь,&lt;br /&gt;</w:t>
        <w:br/>
        <w:t>підкинувшись, розбризкавсь, окружаливсь —&lt;br /&gt;</w:t>
        <w:br/>
        <w:t>і затріщав — як те насіння сонць,—&lt;br /&gt;</w:t>
        <w:br/>
        <w:t>і затріщав — веселим, синім, синім,—&lt;br /&gt;</w:t>
        <w:br/>
        <w:t>і затріщав...&lt;br /&gt;</w:t>
        <w:br/>
        <w:t>(Іронізуючи.)&lt;br /&gt;</w:t>
        <w:br/>
        <w:t>Діди в цьому знайшли&lt;br /&gt;</w:t>
        <w:br/>
        <w:t>божественне. І навіть Арістотель&lt;br /&gt;</w:t>
        <w:br/>
        <w:t>недомудрив, нервовий рух планет&lt;br /&gt;</w:t>
        <w:br/>
        <w:t>фарбуючи як вічний і блаженний.&lt;br /&gt;</w:t>
        <w:br/>
        <w:t>Голоси&lt;br /&gt;</w:t>
        <w:br/>
        <w:t>Це що, й сьогодні проти Арістотеля? А хто там ближче —&lt;br /&gt;</w:t>
        <w:br/>
        <w:t>затуліть йому рота! Забийте клинка в мозок!&lt;br /&gt;</w:t>
        <w:br/>
        <w:t>Політик&lt;br /&gt;</w:t>
        <w:br/>
        <w:t>Панове, ми ж гуманісти, пожаліймо бідолаху, дамо йому&lt;br /&gt;</w:t>
        <w:br/>
        <w:t>можливість надіятись. Як саме? (До Вельможн[ого].)&lt;br /&gt;</w:t>
        <w:br/>
        <w:t>Я тільки легенький йому виклик кину, ущипну, під бу-&lt;br /&gt;</w:t>
        <w:br/>
        <w:t>рю — нехай прорветься смерть і скаже те, що нам якраз&lt;br /&gt;</w:t>
        <w:br/>
        <w:t>потрібно (до всіх), отже, будемо всі гуртом, стоя на одній&lt;br /&gt;</w:t>
        <w:br/>
        <w:t>нозі, фабричного благати.&lt;br /&gt;</w:t>
        <w:br/>
        <w:t>Вибух реготу.&lt;br /&gt;</w:t>
        <w:br/>
        <w:t>...мо', той філософа ще вивезе. Ану, професоре, починайте!&lt;br /&gt;</w:t>
        <w:br/>
        <w:t>Професор, схрестивши руки на грудях, підстрибом, на одній&lt;br /&gt;</w:t>
        <w:br/>
        <w:t>нозі через увесь майданчик чмише, за ним труна на вірьовці —&lt;br /&gt;</w:t>
        <w:br/>
        <w:t>новий вибух реготу. Та тут. Спокійно. Простягнув руку. Цундра.&lt;br /&gt;</w:t>
        <w:br/>
        <w:t>І пролунало кілька слів,— не до панів, до Сковороди,— як нагаду-&lt;br /&gt;</w:t>
        <w:br/>
        <w:t>вання, як підказ.&lt;br /&gt;</w:t>
        <w:br/>
        <w:t>Цундра&lt;br /&gt;</w:t>
        <w:br/>
        <w:t>Не дурно ж так незграбно Епікур&lt;br /&gt;</w:t>
        <w:br/>
        <w:t>зареготав: "Череп'я". Га! — легенди&lt;br /&gt;</w:t>
        <w:br/>
        <w:t>і фізика?&lt;br /&gt;</w:t>
        <w:br/>
        <w:t>Усього кілька слів, а кругом таке зчинилось! Мов брила землі над&lt;br /&gt;</w:t>
        <w:br/>
        <w:t>головами одтріснула, нависла...&lt;br /&gt;</w:t>
        <w:br/>
        <w:t>Перший крикнув Вельможний: "Легенди й фізика? Ще й Епікур?&lt;br /&gt;</w:t>
        <w:br/>
        <w:t>А голос, голос у цього фабричного... чекайте, ну кого він мені&lt;br /&gt;</w:t>
        <w:br/>
        <w:t>нагадує? (Раптом перекрутивсь на місці.) Ну да, це він!" "Він! —&lt;br /&gt;</w:t>
        <w:br/>
        <w:t>зареготав, бігаючи, пророк.—Та де ж той він? Лови!". Попи заме-&lt;br /&gt;</w:t>
        <w:br/>
        <w:t>тушились. Але Політик на всіх їх руками замахав. "Ой боже мій,&lt;br /&gt;</w:t>
        <w:br/>
        <w:t>що ви робите?! Іще ж момент той не настав, нехай Сковорода гово-&lt;br /&gt;</w:t>
        <w:br/>
        <w:t>рить далі. Тсс..."&lt;br /&gt;</w:t>
        <w:br/>
        <w:t>Сковорода&lt;br /&gt;</w:t>
        <w:br/>
        <w:t>(поранений презирством, аж плечима здвигнув на всю&lt;br /&gt;</w:t>
        <w:br/>
        <w:t>слизь, розводячи руками)&lt;br /&gt;</w:t>
        <w:br/>
        <w:t>Діди в цьому знайшли&lt;br /&gt;</w:t>
        <w:br/>
        <w:t>божественне. Череп'я! Черви! Реп'я!&lt;br /&gt;</w:t>
        <w:br/>
        <w:t>(Випростався.)&lt;br /&gt;</w:t>
        <w:br/>
        <w:t>Ей ви! Святі! Святоші! Скептики!&lt;br /&gt;</w:t>
        <w:br/>
        <w:t>(Наступає.)&lt;br /&gt;</w:t>
        <w:br/>
        <w:t>Ей, ви! Стовпи! Стовпони! Тупоуми!&lt;br /&gt;</w:t>
        <w:br/>
        <w:t>Ви чуєте? (Проклянь.) Наш хід,— як тигр,—&lt;br /&gt;</w:t>
        <w:br/>
        <w:t>нестримний гон. (Проклянь! Царів! Череп'я.)&lt;br /&gt;</w:t>
        <w:br/>
        <w:t>Наш хід,— як тигр,— землі то тон,— титан.&lt;br /&gt;</w:t>
        <w:br/>
        <w:t>А ви?! Що ви!? Кого ви лю'? (Череп'я.)&lt;br /&gt;</w:t>
        <w:br/>
        <w:t>"І їм і п'ю — і люд давлю". Проклянь —&lt;br /&gt;</w:t>
        <w:br/>
        <w:t>царі — череп'я.&lt;br /&gt;</w:t>
        <w:br/>
        <w:t>Клобуки рвонулись, пани з кулаками кинулись. Та Сковорода усіх&lt;br /&gt;</w:t>
        <w:br/>
        <w:t>їх своєю іронією зупинив, як проти коней наставивши долоню.&lt;br /&gt;</w:t>
        <w:br/>
        <w:t>Н-ну! Ви ж мудрі. Мудрі.&lt;br /&gt;</w:t>
        <w:br/>
        <w:t>Ви — сіль землі. Ніхто ж не говорив,&lt;br /&gt;</w:t>
        <w:br/>
        <w:t>що ви гнобить не вмієте; що брезклу&lt;br /&gt;</w:t>
        <w:br/>
        <w:t>схоластику, як заглемезу грязь,&lt;br /&gt;</w:t>
        <w:br/>
        <w:t>в науках ви гульма не розгрузили;&lt;br /&gt;</w:t>
        <w:br/>
        <w:t>що простий люд колись та виросте ж;&lt;br /&gt;</w:t>
        <w:br/>
        <w:t>що труд, земля, що всі права людини —&lt;br /&gt;</w:t>
        <w:br/>
        <w:t>...вам боляче? Ви ж мудрі. Ну. Ніхто ж&lt;br /&gt;</w:t>
        <w:br/>
        <w:t>не говорив.&lt;br /&gt;</w:t>
        <w:br/>
        <w:t>Вельможний&lt;br /&gt;</w:t>
        <w:br/>
        <w:t>Царів проклинати? О-о! Такого ми вже ніяк не можемо&lt;br /&gt;</w:t>
        <w:br/>
        <w:t>стерпіти! Не досить хіба того, що в Умані бунтує чернь,&lt;br /&gt;</w:t>
        <w:br/>
        <w:t>то хай ще й у філософії весь світ нам переверне!&lt;br /&gt;</w:t>
        <w:br/>
        <w:t>Сковорода&lt;br /&gt;</w:t>
        <w:br/>
        <w:t>(як до щенят, котрі кусаються)&lt;br /&gt;</w:t>
        <w:br/>
        <w:t>Недобрі. Хижі. Злющі.&lt;br /&gt;</w:t>
        <w:br/>
        <w:t>їм боляче? — ніхто ж не говорив.&lt;br /&gt;</w:t>
        <w:br/>
        <w:t>Вельможний&lt;br /&gt;</w:t>
        <w:br/>
        <w:t>Та що там довго думати? Слуги, в'яжіть вірьовками — спо-&lt;br /&gt;</w:t>
        <w:br/>
        <w:t>чатку оцього бунтаря фабричного, а потім і ту філософію,&lt;br /&gt;</w:t>
        <w:br/>
        <w:t>науку.&lt;br /&gt;</w:t>
        <w:br/>
        <w:t>Цундра спокійно повернув свою голову до слуг, що нехотя набли-&lt;br /&gt;</w:t>
        <w:br/>
        <w:t>зились з вірьовками, і, усміхнувшись гірко, похитав на них голо-&lt;br /&gt;</w:t>
        <w:br/>
        <w:t>вою — ті зупинилися як укопані.&lt;br /&gt;</w:t>
        <w:br/>
        <w:t>Вельможний&lt;br /&gt;</w:t>
        <w:br/>
        <w:t>Панове! Скажіть: я сплю чи ні? Чи що це робиться на сві-&lt;br /&gt;</w:t>
        <w:br/>
        <w:t>ті!? Слуги панам своїм покорятися не хочуть!? Так я ж&lt;br /&gt;</w:t>
        <w:br/>
        <w:t>бо їх примушу —а дайте сюди канчук! (Замахуеться на&lt;br /&gt;</w:t>
        <w:br/>
        <w:t>слуг.)&lt;br /&gt;</w:t>
        <w:br/>
        <w:t>Тут саме вбігає вістовець. Вельможний пане... Чорноземля!...&lt;br /&gt;</w:t>
        <w:br/>
        <w:t>Із двох сторін облога... Цундра!&lt;br /&gt;</w:t>
        <w:br/>
        <w:t>У всіх одна думка: тікать! Де тікать, та ще в рясах!? Ой господи,&lt;br /&gt;</w:t>
        <w:br/>
        <w:t>хоч би ж було догадатись та мужичу одежу собі для переодягання&lt;br /&gt;</w:t>
        <w:br/>
        <w:t>призапасти.&lt;br /&gt;</w:t>
        <w:br/>
        <w:t>Вельможний&lt;br /&gt;</w:t>
        <w:br/>
        <w:t>Не розбігатися! На місця! Покликати малярів! Малярі вже&lt;br /&gt;</w:t>
        <w:br/>
        <w:t>тут. Зробіть мені, щоб за хвилину гості з коричнявих та&lt;br /&gt;</w:t>
        <w:br/>
        <w:t>чорних перетворилися на інших. Професоре, подержте їм&lt;br /&gt;</w:t>
        <w:br/>
        <w:t>відро. Плакун-Гребіночко, заграєте в гребінку.&lt;br /&gt;</w:t>
        <w:br/>
        <w:t>Малярі&lt;br /&gt;</w:t>
        <w:br/>
        <w:t>(між собою)&lt;br /&gt;</w:t>
        <w:br/>
        <w:t>Чого ж би нам і справді не перемазнуть усіх,— еж фарби&lt;br /&gt;</w:t>
        <w:br/>
        <w:t>у відрі ще досить. Ви хочете перефарбувати у колір оцих,&lt;br /&gt;</w:t>
        <w:br/>
        <w:t>що наступають? Е, ми цього не можемо. На англицький&lt;br /&gt;</w:t>
        <w:br/>
        <w:t>манір чи на манір французький — це зовсім інша річ і лег-&lt;br /&gt;</w:t>
        <w:br/>
        <w:t>ше. Ми можемо всяким шаблончиком: і в дужку, і в смуж-&lt;br /&gt;</w:t>
        <w:br/>
        <w:t>ку, і човником, і в мережку, а найбільше того, що просто&lt;br /&gt;</w:t>
        <w:br/>
        <w:t>квецялом поквецяємо, та й годі. (Умочивши квачі у відро.)&lt;br /&gt;</w:t>
        <w:br/>
        <w:t>Ану ставайте по порядку. А попугайла — теж? Тягни його&lt;br /&gt;</w:t>
        <w:br/>
        <w:t>за хвоста, диявола зеленого!&lt;br /&gt;</w:t>
        <w:br/>
        <w:t>Під музику на гребінці совершається таїнство перемазування. Ма-&lt;br /&gt;</w:t>
        <w:br/>
        <w:t>лярі аж не встигають у відро вмочати: того квець квачем по лобі;&lt;br /&gt;</w:t>
        <w:br/>
        <w:t>тому одну брову замажуть, тому носа; а клобукам так найгірше:&lt;br /&gt;</w:t>
        <w:br/>
        <w:t>їх за голову обома руками хватають і просто у відро бородою&lt;br /&gt;</w:t>
        <w:br/>
        <w:t>святою, у відро утовкують усердно.&lt;br /&gt;</w:t>
        <w:br/>
        <w:t>Вельможний&lt;br /&gt;</w:t>
        <w:br/>
        <w:t>Швидше, малярі, швидше! А я ось бунтаря цього полос-&lt;br /&gt;</w:t>
        <w:br/>
        <w:t>кочу ще трохи. (До Цундри.) Ага! Уже й поглянути на&lt;br /&gt;</w:t>
        <w:br/>
        <w:t>мене боїшся?&lt;br /&gt;</w:t>
        <w:br/>
        <w:t>Цундра саме одвернувся — у степ вдивляється пильно. Вельможний&lt;br /&gt;</w:t>
        <w:br/>
        <w:t>перехилився з трибуни вниз, аж ноги його виткнулися вгору, під-&lt;br /&gt;</w:t>
        <w:br/>
        <w:t>ніс держално канчука в своїй руці, як вудлище,—канчук повис&lt;br /&gt;</w:t>
        <w:br/>
        <w:t>над Цундриною бровою, немов над поплавком тремтіла волосінь.&lt;br /&gt;</w:t>
        <w:br/>
        <w:t>Та Цундра рвучко обернувся, вловив за кінчик-ремінець і, памо-&lt;br /&gt;</w:t>
        <w:br/>
        <w:t>тавши його на свій кулак по саме держално, сіпнув з усієї сили —&lt;br /&gt;</w:t>
        <w:br/>
        <w:t>Вельможний тільки кавкнув — і так як був, солодко-усміхнений,&lt;br /&gt;</w:t>
        <w:br/>
        <w:t>заграв з трибуною на землю!&lt;br /&gt;</w:t>
        <w:br/>
        <w:t>Сковорода зареготався, хотів щось крикнуть Цундрі, та зразу ж&lt;br /&gt;</w:t>
        <w:br/>
        <w:t>похмурнів.&lt;br /&gt;</w:t>
        <w:br/>
        <w:t>За спину Цундри саме заходили начитники. "Ну обернися ж,&lt;br /&gt;</w:t>
        <w:br/>
        <w:t>фабричний!" Цундра не чув: кусаючи губи, він грізно міряв&lt;br /&gt;</w:t>
        <w:br/>
        <w:t>очима направо й наліво, немовби зважав" чи вже пора? "Ну обер-&lt;br /&gt;</w:t>
        <w:br/>
        <w:t>нися ж, фабричний!"&lt;br /&gt;</w:t>
        <w:br/>
        <w:t>Але начитники його попередили: вони, підкравшись, оточили фаб-&lt;br /&gt;</w:t>
        <w:br/>
        <w:t>ричного і тнуть його свитину ножицями, ріжуть. Фабричний рво-&lt;br /&gt;</w:t>
        <w:br/>
        <w:t>нувсь — попадали начитники, як груші. В цей мент із другого боку&lt;br /&gt;</w:t>
        <w:br/>
        <w:t>вчепилися Професор і Політик. Фабричний рвонувсь — майнули&lt;br /&gt;</w:t>
        <w:br/>
        <w:t>ноги Професора млинком в повітрі і просто в живіт Політику з роз-&lt;br /&gt;</w:t>
        <w:br/>
        <w:t>гону. Заскавулів Політик, запищав і, чвякнувши, як той мішок об&lt;br /&gt;</w:t>
        <w:br/>
        <w:t>землю, потяг задок свій по пилюзі, мов кішка, переїхана колісьми.&lt;br /&gt;</w:t>
        <w:br/>
        <w:t>А від степу — ревище, шум! І здається, що й там&lt;br /&gt;</w:t>
        <w:br/>
        <w:t>рвонувся хтось,— і постріли посипались кругом,&lt;br /&gt;</w:t>
        <w:br/>
        <w:t>як груші. І видно, як поза кущами надвірні ко-&lt;br /&gt;</w:t>
        <w:br/>
        <w:t>заки поволі відступають: приляжуть, націляться&lt;br /&gt;</w:t>
        <w:br/>
        <w:t>у степ, та й знов за пагорок біжать із криком.&lt;br /&gt;</w:t>
        <w:br/>
        <w:t>Сковорода кинувся на допомогу Цундрі, але людським потоком од-&lt;br /&gt;</w:t>
        <w:br/>
        <w:t>тиснутий був назад до пагорка. "Цундро!" — тривожно закрпчав,&lt;br /&gt;</w:t>
        <w:br/>
        <w:t>та вже Цундри не було видно. Потік тікаючих, мов та основа,&lt;br /&gt;</w:t>
        <w:br/>
        <w:t>натягнута у кроснах, прошила всіх, розплутала і розрідила. І тіль-&lt;br /&gt;</w:t>
        <w:br/>
        <w:t>ки, як вузлик буптуючий, зосталось нерозплутаним одне ще місце.&lt;br /&gt;</w:t>
        <w:br/>
        <w:t>Фабричний на хвилинку показався був над колючою щетиною рук,&lt;br /&gt;</w:t>
        <w:br/>
        <w:t>ціпків та гілок і знов, мов хвилею залитий, кудись в ревучу безод-&lt;br /&gt;</w:t>
        <w:br/>
        <w:t>ню спустився. І раптом блиснула шабля високо над головами,— і&lt;br /&gt;</w:t>
        <w:br/>
        <w:t>всі шарпнулись хто куди.&lt;br /&gt;</w:t>
        <w:br/>
        <w:t>"Куди ж це ви, друзі!? — Вельможний захрипів. Він на животі&lt;br /&gt;</w:t>
        <w:br/>
        <w:t>підповз до фабричного і обома руками вчепився в його свитину&lt;br /&gt;</w:t>
        <w:br/>
        <w:t>цупко: — Агей, на підмогу, друзі! Іще одне зусилля, і ми ж їх&lt;br /&gt;</w:t>
        <w:br/>
        <w:t>звалимо,— агей!"&lt;br /&gt;</w:t>
        <w:br/>
        <w:t>Друзі, піднявши ряси, почали підкрадатися: ану гуртом, за бога,&lt;br /&gt;</w:t>
        <w:br/>
        <w:t>за власність, за царицю! І от одному з клобуків удалось дістати&lt;br /&gt;</w:t>
        <w:br/>
        <w:t>рукою до бороди фабричного, але що це? Борода одлетіла, як&lt;br /&gt;</w:t>
        <w:br/>
        <w:t>клоччя, а свитина, розкраяна напополам на спині, роз'їхавшись на&lt;br /&gt;</w:t>
        <w:br/>
        <w:t>плечах, відкрила жупан під сподом, сама собою впала.&lt;br /&gt;</w:t>
        <w:br/>
        <w:t>"Цундра!" — Вельможний закричав. У відповідь засвистіла з роз-&lt;br /&gt;</w:t>
        <w:br/>
        <w:t>маху шабля у Цундриній руці; слідом за відчесаною головою&lt;br /&gt;</w:t>
        <w:br/>
        <w:t>уткнувся шиєю кривавою Вельможний в землю і так, скандзюбив-&lt;br /&gt;</w:t>
        <w:br/>
        <w:t>шись, застиг на місці. Слуги радісно закричали: "Цундра!"&lt;br /&gt;</w:t>
        <w:br/>
        <w:t>Всі. О боже мій! Цундра серед нас!! Цундра!!! Тут. Крик. Зчи-&lt;br /&gt;</w:t>
        <w:br/>
        <w:t>няється особливий. Слова і вигуки переходять у цокотання. В нього&lt;br /&gt;</w:t>
        <w:br/>
        <w:t>вплітаються: лоскотливий дріб сміху божевільного; гусячий метал&lt;br /&gt;</w:t>
        <w:br/>
        <w:t>тривоги; фуркіт; шелестіння, як від решета... А зверху — сполохи!&lt;br /&gt;</w:t>
        <w:br/>
        <w:t>сполохи! — аж зуби злякано цокотять...&lt;br /&gt;</w:t>
        <w:br/>
        <w:t>Цундра&lt;br /&gt;</w:t>
        <w:br/>
        <w:t>(наступаючи)&lt;br /&gt;</w:t>
        <w:br/>
        <w:t>Собаки ви! Я ж знаю вас. Як тільки&lt;br /&gt;</w:t>
        <w:br/>
        <w:t>оскалитесь — в Європі, в Індії,&lt;br /&gt;</w:t>
        <w:br/>
        <w:t>на островах такі ж, як ви, завиють,&lt;br /&gt;</w:t>
        <w:br/>
        <w:t>збігаючись, і заведуть: а в У-&lt;br /&gt;</w:t>
        <w:br/>
        <w:t>мані біда! від кроводу, від даву —&lt;br /&gt;</w:t>
        <w:br/>
        <w:t>а в Умані бунтує чернь, а в У-&lt;br /&gt;</w:t>
        <w:br/>
        <w:t>мані тече! там злидарі злид' ау-&lt;br /&gt;</w:t>
        <w:br/>
        <w:t>а в Умані, авву (від даву), авву...&lt;br /&gt;</w:t>
        <w:br/>
        <w:t>(Гіпнотизуючим тембром.)</w:t>
      </w:r>
    </w:p>
    <w:p>
      <w:r>
        <w:br/>
        <w:t>Як гидь, як гудь, як гаддя,&lt;br /&gt;</w:t>
        <w:br/>
        <w:t>я роздрочу, налоскочу, згвинчу,&lt;br /&gt;</w:t>
        <w:br/>
        <w:t>втручаннями, пручаннями, пручами!&lt;br /&gt;</w:t>
        <w:br/>
        <w:t>Й без того тьма, а ви ще в тьму —&lt;br /&gt;</w:t>
        <w:br/>
        <w:t>Тьху! Тьху!&lt;br /&gt;</w:t>
        <w:br/>
        <w:t>А від степу —— січа! ревище! І вже біжать з-за пагорка, не розби-&lt;br /&gt;</w:t>
        <w:br/>
        <w:t>раючи куди, надвірні козаки, біжать туди наосліп: Марко Чорно-&lt;br /&gt;</w:t>
        <w:br/>
        <w:t>земля! Тікайте!&lt;br /&gt;</w:t>
        <w:br/>
        <w:t>І от із-за пагорка Чорноземля на коні появився.&lt;br /&gt;</w:t>
        <w:br/>
        <w:t>Цундра закричав: "Бий їх, проклятих!"&lt;br /&gt;</w:t>
        <w:br/>
        <w:t>Слуги назустріч йому радісно побігли: нехай живе Чорноземля!&lt;br /&gt;</w:t>
        <w:br/>
        <w:t>Воля! А з другого боку Перший Подорожній з загоном не-&lt;br /&gt;</w:t>
        <w:br/>
        <w:t>сподівано грозою виріс; нехай живе Цундра! Воля! Аж тут вистре-&lt;br /&gt;</w:t>
        <w:br/>
        <w:t>лив із палацу Політик, і Перший Подорожній, ламаючись у стані,&lt;br /&gt;</w:t>
        <w:br/>
        <w:t>безсило на землю опустився.&lt;br /&gt;</w:t>
        <w:br/>
        <w:t>Ага! Так панство ще й дражнитись буде? Чорноземля рукою пока-&lt;br /&gt;</w:t>
        <w:br/>
        <w:t>зав: спалити це гніздо! Знести його дощенту! І всі на балкон по&lt;br /&gt;</w:t>
        <w:br/>
        <w:t>сходах...&lt;br /&gt;</w:t>
        <w:br/>
        <w:t>А Цундра, стинаючи розмальованих попів коло трибуни, словами&lt;br /&gt;</w:t>
        <w:br/>
        <w:t>їх востаннє допікав:&lt;br /&gt;</w:t>
        <w:br/>
        <w:t>Як гидь, як гудь, як гаддя,&lt;br /&gt;</w:t>
        <w:br/>
        <w:t>я роздрочу, налоскочу, згвинчу,&lt;br /&gt;</w:t>
        <w:br/>
        <w:t>втручаннями, пручаннями, пручами!&lt;br /&gt;</w:t>
        <w:br/>
        <w:t>Й без того тьма, а ви ще в тьму —&lt;br /&gt;</w:t>
        <w:br/>
        <w:t>Тьху! Тьху!&lt;br /&gt;</w:t>
        <w:br/>
        <w:t>Дим садить із вікон.&lt;br /&gt;</w:t>
        <w:br/>
        <w:t>Постріли. Вереск.&lt;br /&gt;</w:t>
        <w:br/>
        <w:t>Сковорода регоче.&lt;br /&gt;</w:t>
        <w:br/>
        <w:t>[1930-1934]</w:t>
      </w:r>
    </w:p>
    <w:p>
      <w:r>
        <w:br/>
        <w:t>ВИДІННЯ ЦУНДРИ. УЛЕЙПЦІГУ</w:t>
      </w:r>
    </w:p>
    <w:p>
      <w:r>
        <w:br/>
        <w:t>Кн. Трубецькой&lt;br /&gt;</w:t>
        <w:br/>
        <w:t>...Та ні, скажи: ти щось таїш від мене,—&lt;br /&gt;</w:t>
        <w:br/>
        <w:t>чи ждеш когось, а чи підглядуєш?&lt;br /&gt;</w:t>
        <w:br/>
        <w:t>Ну, не хитри ж, признайсь: лихий? нерадий?&lt;br /&gt;</w:t>
        <w:br/>
        <w:t>Не хочеш ти, щоб я з тобою був?&lt;br /&gt;</w:t>
        <w:br/>
        <w:t>Радищев&lt;br /&gt;</w:t>
        <w:br/>
        <w:t>(стежачи, як танцюють)&lt;br /&gt;</w:t>
        <w:br/>
        <w:t>А широчінь! а розмах! От де шкварять,&lt;br /&gt;</w:t>
        <w:br/>
        <w:t>поглянь, а ми... ані сміятися&lt;br /&gt;</w:t>
        <w:br/>
        <w:t>не вміємо, ні бунтувати...&lt;br /&gt;</w:t>
        <w:br/>
        <w:t>( Нахмурившись.)&lt;br /&gt;</w:t>
        <w:br/>
        <w:t>Дивно —&lt;br /&gt;</w:t>
        <w:br/>
        <w:t>його нема ще й досі...&lt;br /&gt;</w:t>
        <w:br/>
        <w:t>Кн. Трубецькой&lt;br /&gt;</w:t>
        <w:br/>
        <w:t>Так і є:&lt;br /&gt;</w:t>
        <w:br/>
        <w:t>вгадав. Ага, так он чого поспішно&lt;br /&gt;</w:t>
        <w:br/>
        <w:t>сюди ти біг. Гляди, щоб цей ваш бунт...&lt;br /&gt;</w:t>
        <w:br/>
        <w:t>Радищев&lt;br /&gt;</w:t>
        <w:br/>
        <w:t>Та біг же, біг...&lt;br /&gt;</w:t>
        <w:br/>
        <w:t>(Отямившись.)&lt;br /&gt;</w:t>
        <w:br/>
        <w:t>Що ти сказав? Нерадий?&lt;br /&gt;</w:t>
        <w:br/>
        <w:t>О, навпаки, я дуже радий,— бунт? —&lt;br /&gt;</w:t>
        <w:br/>
        <w:t>ну й вигадав! Проте — хай бунт. Провчити&lt;br /&gt;</w:t>
        <w:br/>
        <w:t>гофмейстера потрібно, й я... (Ах, чорт,&lt;br /&gt;</w:t>
        <w:br/>
        <w:t>ізнов пішли дрібушечки, та глянь же!)&lt;br /&gt;</w:t>
        <w:br/>
        <w:t>...скоритися — то ж означатиме&lt;br /&gt;</w:t>
        <w:br/>
        <w:t>для нас, що ми, російськії студенти&lt;br /&gt;</w:t>
        <w:br/>
        <w:t>(...дрібушечки, ой розкіш!)...</w:t>
      </w:r>
    </w:p>
    <w:p>
      <w:r>
        <w:br/>
        <w:t>Кн. Т р у б е ц ь к о й&lt;br /&gt;</w:t>
        <w:br/>
        <w:t>Кашляю ж!&lt;br /&gt;</w:t>
        <w:br/>
        <w:t>Ось почекай... оддихаюсь... Студента&lt;br /&gt;</w:t>
        <w:br/>
        <w:t>російськії,— ти кажеш. Дворянин,&lt;br /&gt;</w:t>
        <w:br/>
        <w:t>дозвольте вас спитати, де подівся?&lt;br /&gt;</w:t>
        <w:br/>
        <w:t>Аристократ чого в низи пішов?&lt;br /&gt;</w:t>
        <w:br/>
        <w:t>Радищев&lt;br /&gt;</w:t>
        <w:br/>
        <w:t>...ну й вигадав. Я сам, брат, натомився&lt;br /&gt;</w:t>
        <w:br/>
        <w:t>і далі йти — нікуди не піду.&lt;br /&gt;</w:t>
        <w:br/>
        <w:t>Заграв кларнет — і знову каруселі&lt;br /&gt;</w:t>
        <w:br/>
        <w:t>кружка. Танцюй: кларнет то там, то там,&lt;br /&gt;</w:t>
        <w:br/>
        <w:t>кларнет то там...&lt;br /&gt;</w:t>
        <w:br/>
        <w:t>Кн. Трубецькой&lt;br /&gt;</w:t>
        <w:br/>
        <w:t>Ненавиджу я радість.&lt;br /&gt;</w:t>
        <w:br/>
        <w:t>Сідаймо тут. Г'іч, плескається Лейпціг,&lt;br /&gt;</w:t>
        <w:br/>
        <w:t>що аж сюди, проклятий, бризкає.&lt;br /&gt;</w:t>
        <w:br/>
        <w:t>Радищев&lt;br /&gt;</w:t>
        <w:br/>
        <w:t>Люблю його! За ці студентські роки&lt;br /&gt;</w:t>
        <w:br/>
        <w:t>він став мені як рідний. Чуєш-бо,&lt;br /&gt;</w:t>
        <w:br/>
        <w:t>мій Лейпцігу,— ти рідний!&lt;br /&gt;</w:t>
        <w:br/>
        <w:t>У відповідь — немовби лопотіння крил перед театром. У натовпі&lt;br /&gt;</w:t>
        <w:br/>
        <w:t>танцюють.&lt;br /&gt;</w:t>
        <w:br/>
        <w:t>I крамар&lt;br /&gt;</w:t>
        <w:br/>
        <w:t>(з ятки)&lt;br /&gt;</w:t>
        <w:br/>
        <w:t>Ласкаве панство! Заходьте, панство! Роги, щетина, речі&lt;br /&gt;</w:t>
        <w:br/>
        <w:t>різні — великодній ярмарок всього ж три тижні. Ой, по-&lt;br /&gt;</w:t>
        <w:br/>
        <w:t>спішайте-бо!&lt;br /&gt;</w:t>
        <w:br/>
        <w:t>II крамар&lt;br /&gt;</w:t>
        <w:br/>
        <w:t>Мануфактура із Хемніца! Порцелян із Мейсена! Льняна&lt;br /&gt;</w:t>
        <w:br/>
        <w:t>матерія із Ціттау! Мережка-цйрга, мережка-цйрга! Бла-&lt;br /&gt;</w:t>
        <w:br/>
        <w:t>китна фарба із Ерцгебірга. Ой, поспішайте-бо!&lt;br /&gt;</w:t>
        <w:br/>
        <w:t>Кн. Трубецькой&lt;br /&gt;</w:t>
        <w:br/>
        <w:t>(похмуро)&lt;br /&gt;</w:t>
        <w:br/>
        <w:t>Так. Два роки,&lt;br /&gt;</w:t>
        <w:br/>
        <w:t>як послано сюди дванадцять нас&lt;br /&gt;</w:t>
        <w:br/>
        <w:t>учитися,— страшні, болючі роки!&lt;br /&gt;</w:t>
        <w:br/>
        <w:t>(До винника.)&lt;br /&gt;</w:t>
        <w:br/>
        <w:t>207&lt;br /&gt;</w:t>
        <w:br/>
        <w:t>Нам пити, пить — і більш нічо&lt;br /&gt;</w:t>
        <w:br/>
        <w:t>(Сипло закашлюється.)&lt;br /&gt;</w:t>
        <w:br/>
        <w:t>...і от...&lt;br /&gt;</w:t>
        <w:br/>
        <w:t>О, ні, сидіть не можу я... Радищев!&lt;br /&gt;</w:t>
        <w:br/>
        <w:t>Скажи: ти друг? Чого ж мене не вбив?&lt;br /&gt;</w:t>
        <w:br/>
        <w:t>Чому ж не дав мені ти яду, яду,&lt;br /&gt;</w:t>
        <w:br/>
        <w:t>як я просив тебе?!&lt;br /&gt;</w:t>
        <w:br/>
        <w:t>Радищев&lt;br /&gt;</w:t>
        <w:br/>
        <w:t>Ой, Трубецькой,&lt;br /&gt;</w:t>
        <w:br/>
        <w:t>ну що тобі... та заспокойся, пиймо.&lt;br /&gt;</w:t>
        <w:br/>
        <w:t>Ніколи я тебе таким не знав.&lt;br /&gt;</w:t>
        <w:br/>
        <w:t>Ти ж завше був розсудливий,— а зараз...&lt;br /&gt;</w:t>
        <w:br/>
        <w:t>Проходить група с е л я п.&lt;br /&gt;</w:t>
        <w:br/>
        <w:t>— І ти це правду кажеш?&lt;br /&gt;</w:t>
        <w:br/>
        <w:t>— Та в такий закон: заборонити двірцевим орендаторам вима-&lt;br /&gt;</w:t>
        <w:br/>
        <w:t>гати від кріпаків дворової служби.&lt;br /&gt;</w:t>
        <w:br/>
        <w:t>— А коли примушують?&lt;br /&gt;</w:t>
        <w:br/>
        <w:t>— Жалітися! Тепер у Східній Пруссії, як і в Литві, селяни —&lt;br /&gt;</w:t>
        <w:br/>
        <w:t>люди вільні. Не вічно ж...&lt;br /&gt;</w:t>
        <w:br/>
        <w:t>— Аякже, пожалієшся. Хіба не знаєш, що король сказав: гоф-&lt;br /&gt;</w:t>
        <w:br/>
        <w:t>геріхт не повинен приймати скарг од селян, а повинен одсилати&lt;br /&gt;</w:t>
        <w:br/>
        <w:t>всіх незадоволених до властителів маєтку? Оце тобі й закон — зро-&lt;br /&gt;</w:t>
        <w:br/>
        <w:t>зумів?&lt;br /&gt;</w:t>
        <w:br/>
        <w:t>Радищев&lt;br /&gt;</w:t>
        <w:br/>
        <w:t>Еге! Та ти, я бачу, засмутивсь.&lt;br /&gt;</w:t>
        <w:br/>
        <w:t>Ні пить не п'єш, ні слова не говориш.&lt;br /&gt;</w:t>
        <w:br/>
        <w:t>Ну чим же я тебе повеселю?&lt;br /&gt;</w:t>
        <w:br/>
        <w:t>Чекай... ось там немовби Цундра й Гете&lt;br /&gt;</w:t>
        <w:br/>
        <w:t>ідуть сюди.</w:t>
      </w:r>
    </w:p>
    <w:p>
      <w:r>
        <w:br/>
        <w:t>Кн. Трубецькой&lt;br /&gt;</w:t>
        <w:br/>
        <w:t>Ну й звеселив! Облиш.&lt;br /&gt;</w:t>
        <w:br/>
        <w:t>Сказати б ще Вольфганг — то так, а Цундра...&lt;br /&gt;</w:t>
        <w:br/>
        <w:t>Радищев&lt;br /&gt;</w:t>
        <w:br/>
        <w:t>Чого — що він кріпак, а ти, бач, князь?&lt;br /&gt;</w:t>
        <w:br/>
        <w:t>Пора забуть, що нібито з дворянства&lt;br /&gt;</w:t>
        <w:br/>
        <w:t>і світ увесь. Еж напочатку...</w:t>
      </w:r>
    </w:p>
    <w:p>
      <w:r>
        <w:br/>
        <w:t>Кн. Трубецькой&lt;br /&gt;</w:t>
        <w:br/>
        <w:t>(підхоплюючи)&lt;br /&gt;</w:t>
        <w:br/>
        <w:t>Знов?&lt;br /&gt;</w:t>
        <w:br/>
        <w:t>Та замовчи! Я знаю: рівність, скажеш?&lt;br /&gt;</w:t>
        <w:br/>
        <w:t>Мене все 'дно не захитаєш! Я,&lt;br /&gt;</w:t>
        <w:br/>
        <w:t>мов Біблія, тверджу, що напочатку&lt;br /&gt;</w:t>
        <w:br/>
        <w:t>одно було лиш: слово!&lt;br /&gt;</w:t>
        <w:br/>
        <w:t>Гете&lt;br /&gt;</w:t>
        <w:br/>
        <w:t>(появляючись)&lt;br /&gt;</w:t>
        <w:br/>
        <w:t>Ні, пробач,&lt;br /&gt;</w:t>
        <w:br/>
        <w:t>споконвіків лиш: діло.&lt;br /&gt;</w:t>
        <w:br/>
        <w:t>(До всіх.)&lt;br /&gt;</w:t>
        <w:br/>
        <w:t>А вгадайте,&lt;br /&gt;</w:t>
        <w:br/>
        <w:t>що я приніс вам, друзі?&lt;br /&gt;</w:t>
        <w:br/>
        <w:t>Цундра&lt;br /&gt;</w:t>
        <w:br/>
        <w:t>Браво, Гете,&lt;br /&gt;</w:t>
        <w:br/>
        <w:t>трощи богів і Біблії дурман!&lt;br /&gt;</w:t>
        <w:br/>
        <w:t>Кн. Трубецькой&lt;br /&gt;</w:t>
        <w:br/>
        <w:t>(грізно підходячи)&lt;br /&gt;</w:t>
        <w:br/>
        <w:t>Раз Біблію — виходить, що і панство?&lt;br /&gt;</w:t>
        <w:br/>
        <w:t>Радищев&lt;br /&gt;</w:t>
        <w:br/>
        <w:t>Ну перестань! Так вип'єм, друзі? Гей!&lt;br /&gt;</w:t>
        <w:br/>
        <w:t>Вина сюди!&lt;br /&gt;</w:t>
        <w:br/>
        <w:t>(Наспівує.)&lt;br /&gt;</w:t>
        <w:br/>
        <w:t>Якось я був у Хлої,&lt;br /&gt;</w:t>
        <w:br/>
        <w:t>Хотів її поцілувать.&lt;br /&gt;</w:t>
        <w:br/>
        <w:t>Гете&lt;br /&gt;</w:t>
        <w:br/>
        <w:t>(стежачи за Трубецьким)&lt;br /&gt;</w:t>
        <w:br/>
        <w:t>Так-так.&lt;br /&gt;</w:t>
        <w:br/>
        <w:t>Люблю і я цього поета.&lt;br /&gt;</w:t>
        <w:br/>
        <w:t>Радищев&lt;br /&gt;</w:t>
        <w:br/>
        <w:t>Вейсе?&lt;br /&gt;</w:t>
        <w:br/>
        <w:t>Гете&lt;br /&gt;</w:t>
        <w:br/>
        <w:t>(думаючи своє)&lt;br /&gt;</w:t>
        <w:br/>
        <w:t>Не той страшний, хто є дурний, а той,&lt;br /&gt;</w:t>
        <w:br/>
        <w:t>хто напівпень і напівдурень.&lt;br /&gt;</w:t>
        <w:br/>
        <w:t>Кн. Трубецькой&lt;br /&gt;</w:t>
        <w:br/>
        <w:t>(до Цундри)&lt;br /&gt;</w:t>
        <w:br/>
        <w:t>Дурень!&lt;br /&gt;</w:t>
        <w:br/>
        <w:t>І він посмів таке на панство — га?&lt;br /&gt;</w:t>
        <w:br/>
        <w:t>А сам же хто?..&lt;br /&gt;</w:t>
        <w:br/>
        <w:t>Гете&lt;br /&gt;</w:t>
        <w:br/>
        <w:t>Радищев, по секрету&lt;br /&gt;</w:t>
        <w:br/>
        <w:t>сказать тобі щось маю.&lt;br /&gt;</w:t>
        <w:br/>
        <w:t>Відходять.&lt;br /&gt;</w:t>
        <w:br/>
        <w:t>Винник&lt;br /&gt;</w:t>
        <w:br/>
        <w:t>Зводите&lt;br /&gt;</w:t>
        <w:br/>
        <w:t>бургундського?&lt;br /&gt;</w:t>
        <w:br/>
        <w:t>Цундра&lt;br /&gt;</w:t>
        <w:br/>
        <w:t>(спокійно)&lt;br /&gt;</w:t>
        <w:br/>
        <w:t>Як прийде час — чудесно! —&lt;br /&gt;</w:t>
        <w:br/>
        <w:t>розтрощимо й панів.&lt;br /&gt;</w:t>
        <w:br/>
        <w:t>Гете&lt;br /&gt;</w:t>
        <w:br/>
        <w:t>Без практики ж&lt;br /&gt;</w:t>
        <w:br/>
        <w:t>теорія ніщо.&lt;br /&gt;</w:t>
        <w:br/>
        <w:t>Радищев&lt;br /&gt;</w:t>
        <w:br/>
        <w:t>...та тихо! Отже,&lt;br /&gt;</w:t>
        <w:br/>
        <w:t>все зроблено, як ми й умовились:&lt;br /&gt;</w:t>
        <w:br/>
        <w:t>поміж народ з Насакіним Кутузов,&lt;br /&gt;</w:t>
        <w:br/>
        <w:t>селянами переодітії,&lt;br /&gt;</w:t>
        <w:br/>
        <w:t>пішли...&lt;br /&gt;</w:t>
        <w:br/>
        <w:t>Гете&lt;br /&gt;</w:t>
        <w:br/>
        <w:t>А цей?&lt;br /&gt;</w:t>
        <w:br/>
        <w:t>Цундра&lt;br /&gt;</w:t>
        <w:br/>
        <w:t>...розтрощимо, не бійся.&lt;br /&gt;</w:t>
        <w:br/>
        <w:t>Чого тут князь? Його ж я не просив&lt;br /&gt;</w:t>
        <w:br/>
        <w:t>сюди...&lt;br /&gt;</w:t>
        <w:br/>
        <w:t>Гете&lt;br /&gt;</w:t>
        <w:br/>
        <w:t>(хитає головою)&lt;br /&gt;</w:t>
        <w:br/>
        <w:t>Боюсь — про наш гурток гофмейстер&lt;br /&gt;</w:t>
        <w:br/>
        <w:t>довідався...</w:t>
      </w:r>
    </w:p>
    <w:p>
      <w:r>
        <w:br/>
        <w:t>Кн. Трубецькой&lt;br /&gt;</w:t>
        <w:br/>
        <w:t>Розтрощимо панів.&lt;br /&gt;</w:t>
        <w:br/>
        <w:t>Я ці слова тобі згадаю! Добре ж&lt;br /&gt;</w:t>
        <w:br/>
        <w:t>віддячу я — ще потанцюєш!..&lt;br /&gt;</w:t>
        <w:br/>
        <w:t>Р а д и щ е в&lt;br /&gt;</w:t>
        <w:br/>
        <w:t>(вертаючись)&lt;br /&gt;</w:t>
        <w:br/>
        <w:t>Ну,&lt;br /&gt;</w:t>
        <w:br/>
        <w:t>налито? всім? Тож пиймо. Рівність&lt;br /&gt;</w:t>
        <w:br/>
        <w:t>хай буде скрізь,— по всій землі!&lt;br /&gt;</w:t>
        <w:br/>
        <w:t>Знову плескає в долоні публіка перед театром.&lt;br /&gt;</w:t>
        <w:br/>
        <w:t>III крамар&lt;br /&gt;</w:t>
        <w:br/>
        <w:t>Мед! мед! польський мед, українське зерно! Із Росії бобри,&lt;br /&gt;</w:t>
        <w:br/>
        <w:t>соболі, лисиці! Хто не вспіє накупиться,— побіжить із&lt;br /&gt;</w:t>
        <w:br/>
        <w:t>нами заодно — та не двічі й не тричі — за п'ять тижнів на&lt;br /&gt;</w:t>
        <w:br/>
        <w:t>ярмарок у Бердичів!&lt;br /&gt;</w:t>
        <w:br/>
        <w:t>I крамар&lt;br /&gt;</w:t>
        <w:br/>
        <w:t>Сап'яни з Туреччини, сап'яни!&lt;br /&gt;</w:t>
        <w:br/>
        <w:t>III крамар&lt;br /&gt;</w:t>
        <w:br/>
        <w:t>...на Іллінський ярмарок у Ромни!&lt;br /&gt;</w:t>
        <w:br/>
        <w:t>II крамар&lt;br /&gt;</w:t>
        <w:br/>
        <w:t>Пояркові брилі, брилі пояркові!&lt;br /&gt;</w:t>
        <w:br/>
        <w:t>III крамар&lt;br /&gt;</w:t>
        <w:br/>
        <w:t>...або ж на Хрещенський ярмарок у Харкові! Та поспішай-&lt;br /&gt;</w:t>
        <w:br/>
        <w:t>те ж бо!&lt;br /&gt;</w:t>
        <w:br/>
        <w:t>Р а д и щ е в&lt;br /&gt;</w:t>
        <w:br/>
        <w:t>А князь чого не п'є? Не до вподоби?&lt;br /&gt;</w:t>
        <w:br/>
        <w:t>Г е т е&lt;br /&gt;</w:t>
        <w:br/>
        <w:t>(припрошуючи)&lt;br /&gt;</w:t>
        <w:br/>
        <w:t>Червоного!..&lt;br /&gt;</w:t>
        <w:br/>
        <w:t>Червоність — кошеніль&lt;br /&gt;</w:t>
        <w:br/>
        <w:t>найкращу нам дає (чого ти, князю,—&lt;br /&gt;</w:t>
        <w:br/>
        <w:t>не про вино ж кажу — труїтися? —&lt;br /&gt;</w:t>
        <w:br/>
        <w:t>не про вино)&lt;br /&gt;</w:t>
        <w:br/>
        <w:t>(До всіх.)&lt;br /&gt;</w:t>
        <w:br/>
        <w:t>211</w:t>
      </w:r>
    </w:p>
    <w:p>
      <w:r>
        <w:br/>
        <w:t>Хоча під час обробки&lt;br /&gt;</w:t>
        <w:br/>
        <w:t>хімічної цей колір...&lt;br /&gt;</w:t>
        <w:br/>
        <w:t>Кн. Трубецькой&lt;br /&gt;</w:t>
        <w:br/>
        <w:t>Хімія!&lt;br /&gt;</w:t>
        <w:br/>
        <w:t>Коли б вона могла перетопити&lt;br /&gt;</w:t>
        <w:br/>
        <w:t>на золото законну лінь мою;&lt;br /&gt;</w:t>
        <w:br/>
        <w:t>ах, хімія! Коли б вона — жадобу&lt;br /&gt;</w:t>
        <w:br/>
        <w:t>до насолод, до сну, самокопань&lt;br /&gt;</w:t>
        <w:br/>
        <w:t>взялась мені хоч трохи притушити;&lt;br /&gt;</w:t>
        <w:br/>
        <w:t>до владності дала ключі; зняла&lt;br /&gt;</w:t>
        <w:br/>
        <w:t>до влади — о! я б хімію ту визнав&lt;br /&gt;</w:t>
        <w:br/>
        <w:t>і за її підніс би шклянку.&lt;br /&gt;</w:t>
        <w:br/>
        <w:t>Цундра&lt;br /&gt;</w:t>
        <w:br/>
        <w:t>Що ж,&lt;br /&gt;</w:t>
        <w:br/>
        <w:t>хоч раз сказав по правді.&lt;br /&gt;</w:t>
        <w:br/>
        <w:t>Кн. Трубецькой&lt;br /&gt;</w:t>
        <w:br/>
        <w:t>Як ти смієш?!&lt;br /&gt;</w:t>
        <w:br/>
        <w:t>Та знаєш ти, що я, коли б схотів...&lt;br /&gt;</w:t>
        <w:br/>
        <w:t>Р а д и щ е в&lt;br /&gt;</w:t>
        <w:br/>
        <w:t>Ну, годі, сядь,— невже чини та ранги&lt;br /&gt;</w:t>
        <w:br/>
        <w:t>ми будемо ще й тут, в Європі...&lt;br /&gt;</w:t>
        <w:br/>
        <w:t>Кн. Трубецькой&lt;br /&gt;</w:t>
        <w:br/>
        <w:t>А!&lt;br /&gt;</w:t>
        <w:br/>
        <w:t>По-вашому, всі — рівні, так? Виходить,&lt;br /&gt;</w:t>
        <w:br/>
        <w:t>що кріпака, якого послано&lt;br /&gt;</w:t>
        <w:br/>
        <w:t>учитися, не можна вже й рукою&lt;br /&gt;</w:t>
        <w:br/>
        <w:t>торкнуть?&lt;br /&gt;</w:t>
        <w:br/>
        <w:t>Г е т е&lt;br /&gt;</w:t>
        <w:br/>
        <w:t>Чому ж, торкни й переконайсь.&lt;br /&gt;</w:t>
        <w:br/>
        <w:t>Кн. Трубецькой&lt;br /&gt;</w:t>
        <w:br/>
        <w:t>У чім?&lt;br /&gt;</w:t>
        <w:br/>
        <w:t>Г е т е&lt;br /&gt;</w:t>
        <w:br/>
        <w:t>Кріпак тебе переростає.&lt;br /&gt;</w:t>
        <w:br/>
        <w:t>Кн. Трубецькой&lt;br /&gt;</w:t>
        <w:br/>
        <w:t>О господи, вони смішать мене...&lt;br /&gt;</w:t>
        <w:br/>
        <w:t>Радищев&lt;br /&gt;</w:t>
        <w:br/>
        <w:t>Смішать? Дак смійсь. Чого ж це ти&lt;br /&gt;</w:t>
        <w:br/>
        <w:t>закашлявсь?!&lt;br /&gt;</w:t>
        <w:br/>
        <w:t>Ех ти... студент! Йому, бач, хімії&lt;br /&gt;</w:t>
        <w:br/>
        <w:t>дворянської тієї закортіло,&lt;br /&gt;</w:t>
        <w:br/>
        <w:t>що лінь його — могла б перетопить&lt;br /&gt;</w:t>
        <w:br/>
        <w:t>на золото,— не просту лінь — законну!&lt;br /&gt;</w:t>
        <w:br/>
        <w:t>Та звідки взяв ти цей закон? Коли&lt;br /&gt;</w:t>
        <w:br/>
        <w:t>і як його ти викопав? В Росії&lt;br /&gt;</w:t>
        <w:br/>
        <w:t>з царицею? Це ще побачимо,&lt;br /&gt;</w:t>
        <w:br/>
        <w:t>чи в нас...&lt;br /&gt;</w:t>
        <w:br/>
        <w:t>Гофмейстер&lt;br /&gt;</w:t>
        <w:br/>
        <w:t>(виринаючи несподівано)&lt;br /&gt;</w:t>
        <w:br/>
        <w:t>Ну-ну, так що ж там в нас, цікаво...</w:t>
      </w:r>
    </w:p>
    <w:p>
      <w:r>
        <w:br/>
        <w:t>Радищев&lt;br /&gt;</w:t>
        <w:br/>
        <w:t>(ядовито)&lt;br /&gt;</w:t>
        <w:br/>
        <w:t>Шановний пан гофмейстер? Просимо!&lt;br /&gt;</w:t>
        <w:br/>
        <w:t>На підслухи прийшли? Сідайте. Боже!&lt;br /&gt;</w:t>
        <w:br/>
        <w:t>Яка се честь: на підгляданнячко&lt;br /&gt;</w:t>
        <w:br/>
        <w:t>явивсь до нас — подумайте! — гофмейстер.</w:t>
      </w:r>
    </w:p>
    <w:p>
      <w:r>
        <w:br/>
        <w:t>Гофмейстер&lt;br /&gt;</w:t>
        <w:br/>
        <w:t>Шановний пан Радищев? Просимо!&lt;br /&gt;</w:t>
        <w:br/>
        <w:t>Ах, просимо, не бійтеся. Розкрийте,&lt;br /&gt;</w:t>
        <w:br/>
        <w:t>нарешті, ви свої думки. Еж я&lt;br /&gt;</w:t>
        <w:br/>
        <w:t>страшенно їх люблю — думки. В Росії&lt;br /&gt;</w:t>
        <w:br/>
        <w:t>з ц а р и ц е ю,— ви почали,— з а к о н,—&lt;br /&gt;</w:t>
        <w:br/>
        <w:t>сказали ви,— побачим о,— а далі ж?..&lt;br /&gt;</w:t>
        <w:br/>
        <w:t>Радищев&lt;br /&gt;</w:t>
        <w:br/>
        <w:t>( відкланюючись)&lt;br /&gt;</w:t>
        <w:br/>
        <w:t>Ах, боже мій, карайте,— винен я!&lt;br /&gt;</w:t>
        <w:br/>
        <w:t>Повинен я упасти на коліна:&lt;br /&gt;</w:t>
        <w:br/>
        <w:t>еж я думок своїх вам не одкрив,&lt;br /&gt;</w:t>
        <w:br/>
        <w:t>гофмейстере, гофмейстере, хоч дайте ж&lt;br /&gt;</w:t>
        <w:br/>
        <w:t>дожить мені до вечора, а там...&lt;br /&gt;</w:t>
        <w:br/>
        <w:t>Гофмейстер&lt;br /&gt;</w:t>
        <w:br/>
        <w:t>( відкланюючись )&lt;br /&gt;</w:t>
        <w:br/>
        <w:t>Ви можете дожить. Але&lt;br /&gt;</w:t>
        <w:br/>
        <w:t>Пауза.&lt;br /&gt;</w:t>
        <w:br/>
        <w:t>прощаю&lt;br /&gt;</w:t>
        <w:br/>
        <w:t>в останній раз!&lt;br /&gt;</w:t>
        <w:br/>
        <w:t>Радищев&lt;br /&gt;</w:t>
        <w:br/>
        <w:t>Ви можете іти,&lt;br /&gt;</w:t>
        <w:br/>
        <w:t>але...&lt;br /&gt;</w:t>
        <w:br/>
        <w:t>( Спалахнувши.)&lt;br /&gt;</w:t>
        <w:br/>
        <w:t>цю ж мить — ви чуєте? — негайно!&lt;br /&gt;</w:t>
        <w:br/>
        <w:t>Ще буде він мені прощать! Ану...&lt;br /&gt;</w:t>
        <w:br/>
        <w:t>Кн. Трубецькой&lt;br /&gt;</w:t>
        <w:br/>
        <w:t>Не проганяй — еж він для нас слуга&lt;br /&gt;</w:t>
        <w:br/>
        <w:t>і батько...&lt;br /&gt;</w:t>
        <w:br/>
        <w:t>Гофмейстер&lt;br /&gt;</w:t>
        <w:br/>
        <w:t>Ага, ага, ви ж чули? Трубецькой!&lt;br /&gt;</w:t>
        <w:br/>
        <w:t>Він проганяв мене — ви свідок. Ох,&lt;br /&gt;</w:t>
        <w:br/>
        <w:t>нещасний я: тепер вже проганяють.&lt;br /&gt;</w:t>
        <w:br/>
        <w:t>Ну що ж. Іду. Зникаю.&lt;br /&gt;</w:t>
        <w:br/>
        <w:t>Покорись,&lt;br /&gt;</w:t>
        <w:br/>
        <w:t>гофмейстере,— нехай кричать,&lt;br /&gt;</w:t>
        <w:br/>
        <w:t>бунтують,&lt;br /&gt;</w:t>
        <w:br/>
        <w:t>а ти собі... мовчи. Іду.&lt;br /&gt;</w:t>
        <w:br/>
        <w:t>Цундра&lt;br /&gt;</w:t>
        <w:br/>
        <w:t>Не плач,&lt;br /&gt;</w:t>
        <w:br/>
        <w:t>то купимо калач... І то ж лисичка&lt;br /&gt;</w:t>
        <w:br/>
        <w:t>яка: він тут давно вже підслухав.&lt;br /&gt;</w:t>
        <w:br/>
        <w:t>Гофмейстер&lt;br /&gt;</w:t>
        <w:br/>
        <w:t>(вертаючись)&lt;br /&gt;</w:t>
        <w:br/>
        <w:t>А те, щоб там, буває... не турбуйтесь:&lt;br /&gt;</w:t>
        <w:br/>
        <w:t>доносити міністрові двора&lt;br /&gt;</w:t>
        <w:br/>
        <w:t>до Дрездена не дуже я охочий,&lt;br /&gt;</w:t>
        <w:br/>
        <w:t>хіба що десь писну у Петербург,&lt;br /&gt;</w:t>
        <w:br/>
        <w:t>та й вже. А от про Цундру — то сьогодні ж&lt;br /&gt;</w:t>
        <w:br/>
        <w:t>я панові скажу.</w:t>
      </w:r>
    </w:p>
    <w:p>
      <w:r>
        <w:br/>
        <w:t>Гете&lt;br /&gt;</w:t>
        <w:br/>
        <w:t>А де ж той пан? —&lt;br /&gt;</w:t>
        <w:br/>
        <w:t>за тисячі верстов?&lt;br /&gt;</w:t>
        <w:br/>
        <w:t>Гофмейстер&lt;br /&gt;</w:t>
        <w:br/>
        <w:t>Дозвольте знати&lt;br /&gt;</w:t>
        <w:br/>
        <w:t>про це вже нам.&lt;br /&gt;</w:t>
        <w:br/>
        <w:t>Цундра&lt;br /&gt;</w:t>
        <w:br/>
        <w:t>А саме?&lt;br /&gt;</w:t>
        <w:br/>
        <w:t>Гофмейстер&lt;br /&gt;</w:t>
        <w:br/>
        <w:t>Не скажу&lt;br /&gt;</w:t>
        <w:br/>
        <w:t>ні слова більш! Хоча про Ушакова&lt;br /&gt;</w:t>
        <w:br/>
        <w:t>і слід було б...&lt;br /&gt;</w:t>
        <w:br/>
        <w:t>Чути дзвін церковний.&lt;br /&gt;</w:t>
        <w:br/>
        <w:t>Гете й Радищев&lt;br /&gt;</w:t>
        <w:br/>
        <w:t>А що з ним? Ушаков?&lt;br /&gt;</w:t>
        <w:br/>
        <w:t>Гофмейстер&lt;br /&gt;</w:t>
        <w:br/>
        <w:t>Я не скажу ні слова!.. Проганяють&lt;br /&gt;</w:t>
        <w:br/>
        <w:t>гофмейстера? — ну що ж, іду.&lt;br /&gt;</w:t>
        <w:br/>
        <w:t>[1927-1935]</w:t>
      </w:r>
    </w:p>
    <w:p>
      <w:r>
        <w:br/>
        <w:t>СКОВОРОДА І БІСНУВАТИЙ</w:t>
      </w:r>
    </w:p>
    <w:p>
      <w:r>
        <w:br/>
        <w:t>Пізнай себе.&lt;br /&gt;</w:t>
        <w:br/>
        <w:t>Як можемо бути щасливими,&lt;br /&gt;</w:t>
        <w:br/>
        <w:t>коли ми не взнали ще добре,&lt;br /&gt;</w:t>
        <w:br/>
        <w:t>що для нас властиве, а що ні?&lt;br /&gt;</w:t>
        <w:br/>
        <w:t>А властива для нас любов до свободи.&lt;br /&gt;</w:t>
        <w:br/>
        <w:t>А коли так, то будем ту свободу любить.&lt;br /&gt;</w:t>
        <w:br/>
        <w:t>Але як — любов'ю чи ненавистю?&lt;br /&gt;</w:t>
        <w:br/>
        <w:t>Любити просто свободу —&lt;br /&gt;</w:t>
        <w:br/>
        <w:t>отже, тікати од світу, од життя...&lt;br /&gt;</w:t>
        <w:br/>
        <w:t>А воювати свободу...&lt;br /&gt;</w:t>
        <w:br/>
        <w:t>Отже, пізнати самого себе&lt;br /&gt;</w:t>
        <w:br/>
        <w:t>можна не тільки заглиблюючись у своє&lt;br /&gt;</w:t>
        <w:br/>
        <w:t>серце,&lt;br /&gt;</w:t>
        <w:br/>
        <w:t>а щей так:&lt;br /&gt;</w:t>
        <w:br/>
        <w:t>розвити в народу любов до свободи.</w:t>
      </w:r>
    </w:p>
    <w:p>
      <w:r>
        <w:br/>
        <w:t>...Три місяці пробігло&lt;br /&gt;</w:t>
        <w:br/>
        <w:t>мов кораблі веселі в морі —&lt;br /&gt;</w:t>
        <w:br/>
        <w:t>всіма цвітами процвітані,&lt;br /&gt;</w:t>
        <w:br/>
        <w:t>добрим скарбом переповнені.&lt;br /&gt;</w:t>
        <w:br/>
        <w:t>Три місяці пустинь Китаївська&lt;br /&gt;</w:t>
        <w:br/>
        <w:t>і в ній Сковорода&lt;br /&gt;</w:t>
        <w:br/>
        <w:t>немов пливли —&lt;br /&gt;</w:t>
        <w:br/>
        <w:t>поміж садами рожаїстими,&lt;br /&gt;</w:t>
        <w:br/>
        <w:t>1 Події, змальовані в поемі, відбуваються влітку 1768 року в час&lt;br /&gt;</w:t>
        <w:br/>
        <w:t>народного повстання — Коліївщини. Китаївська пустинь була ко-&lt;br /&gt;</w:t>
        <w:br/>
        <w:t>лись на місці теперішнього Китаєва за Голосіївським лісом, під&lt;br /&gt;</w:t>
        <w:br/>
        <w:t>Києвом. Біснуватий — один з політичних засуджених, яких заси-&lt;br /&gt;</w:t>
        <w:br/>
        <w:t>лали тоді в монастирі на покуту. Про це багато матеріалу автор&lt;br /&gt;</w:t>
        <w:br/>
        <w:t>знайшов як в істориків м. Києва (Аскоченський, Щербина та ін.),&lt;br /&gt;</w:t>
        <w:br/>
        <w:t>так і в газетах, особливо в газетах київських 1940 року про лаврські&lt;br /&gt;</w:t>
        <w:br/>
        <w:t>підвали з кістяками.&lt;br /&gt;</w:t>
        <w:br/>
        <w:t>серед криничного узлісся,</w:t>
      </w:r>
    </w:p>
    <w:p>
      <w:r>
        <w:br/>
        <w:t>на полі повному, де хвиля хвилю ллє&lt;br /&gt;</w:t>
        <w:br/>
        <w:t>і зупинятися не хоче.&lt;br /&gt;</w:t>
        <w:br/>
        <w:t>Уранці,&lt;br /&gt;</w:t>
        <w:br/>
        <w:t>ще тільки небо почне наливаться&lt;br /&gt;</w:t>
        <w:br/>
        <w:t>і вітер зелений одчалить в далечінь,—&lt;br /&gt;</w:t>
        <w:br/>
        <w:t>уже Сковорода&lt;br /&gt;</w:t>
        <w:br/>
        <w:t>встає з досвітньої дрімоти&lt;br /&gt;</w:t>
        <w:br/>
        <w:t>й сідає знов писать.&lt;br /&gt;</w:t>
        <w:br/>
        <w:t>У келії ще тьмяно,&lt;br /&gt;</w:t>
        <w:br/>
        <w:t>а тому&lt;br /&gt;</w:t>
        <w:br/>
        <w:t>і стеля, й стіни та ікони,&lt;br /&gt;</w:t>
        <w:br/>
        <w:t>й аркушики паперу на столі,&lt;br /&gt;</w:t>
        <w:br/>
        <w:t>і гусяче перо, і власні руки —&lt;br /&gt;</w:t>
        <w:br/>
        <w:t>усе це&lt;br /&gt;</w:t>
        <w:br/>
        <w:t>сумним якимсь, непевним видається,&lt;br /&gt;</w:t>
        <w:br/>
        <w:t>тремтливо-фіалковим...&lt;br /&gt;</w:t>
        <w:br/>
        <w:t>Фіалковим мерехтить&lt;br /&gt;</w:t>
        <w:br/>
        <w:t>і обличчя Іустина,&lt;br /&gt;</w:t>
        <w:br/>
        <w:t>що, вистромивши голову із-під рядна,&lt;br /&gt;</w:t>
        <w:br/>
        <w:t>спить на дивані.&lt;br /&gt;</w:t>
        <w:br/>
        <w:t>Пізно вночі притягсь він од коровниць,&lt;br /&gt;</w:t>
        <w:br/>
        <w:t>які на скотному дворі живуть окремо&lt;br /&gt;</w:t>
        <w:br/>
        <w:t>за оградою,&lt;br /&gt;</w:t>
        <w:br/>
        <w:t>і п'яно реготався та верзякав.&lt;br /&gt;</w:t>
        <w:br/>
        <w:t>Хотілось плюнути в лице йому&lt;br /&gt;</w:t>
        <w:br/>
        <w:t>і, захопивши торбу свою з книжками,&lt;br /&gt;</w:t>
        <w:br/>
        <w:t>тікать із монастиря цього огидного,&lt;br /&gt;</w:t>
        <w:br/>
        <w:t>від гостювання недоречного,&lt;br /&gt;</w:t>
        <w:br/>
        <w:t>від родича брудного, тупоумного!..&lt;br /&gt;</w:t>
        <w:br/>
        <w:t>Та ось —&lt;br /&gt;</w:t>
        <w:br/>
        <w:t>і як воно це сталось? —&lt;br /&gt;</w:t>
        <w:br/>
        <w:t>до завтрього ще залишивсь.&lt;br /&gt;</w:t>
        <w:br/>
        <w:t>На сліди ж бо Марії 1 учора він натрапив —&lt;br /&gt;</w:t>
        <w:br/>
        <w:t>в розмові з селянином&lt;br /&gt;</w:t>
        <w:br/>
        <w:t>у полі&lt;br /&gt;</w:t>
        <w:br/>
        <w:t>випадково.&lt;br /&gt;</w:t>
        <w:br/>
        <w:t>її шукати треба тільки тут?&lt;br /&gt;</w:t>
        <w:br/>
        <w:t>Побіля сіл десь недалечко? —&lt;br /&gt;</w:t>
        <w:br/>
        <w:t>Боже мій — тут!&lt;br /&gt;</w:t>
        <w:br/>
        <w:t>1 У першодруку — Огенії (ред.).&lt;br /&gt;</w:t>
        <w:br/>
        <w:t>О кохання тонкостанне, сірооке!&lt;br /&gt;</w:t>
        <w:br/>
        <w:t>Ти явилося раптом, як вихор:&lt;br /&gt;</w:t>
        <w:br/>
        <w:t>надуло надо мною паруси —&lt;br /&gt;</w:t>
        <w:br/>
        <w:t>і погнало по морю, погнало...&lt;br /&gt;</w:t>
        <w:br/>
        <w:t>Човен мій від бурі хилитається.&lt;br /&gt;</w:t>
        <w:br/>
        <w:t>Чи гребінь хвилі, чи безодня — не питається.&lt;br /&gt;</w:t>
        <w:br/>
        <w:t>Одно підкидається, одно підкидається...&lt;br /&gt;</w:t>
        <w:br/>
        <w:t>О кохання тугострунне, теплоруке!&lt;br /&gt;</w:t>
        <w:br/>
        <w:t>Невже ж тебе я знов не доторкнусь?&lt;br /&gt;</w:t>
        <w:br/>
        <w:t>Не доторкнусь устами келиха,&lt;br /&gt;</w:t>
        <w:br/>
        <w:t>в якому сік,&lt;br /&gt;</w:t>
        <w:br/>
        <w:t>цілющий сік солодкий, виноградний?&lt;br /&gt;</w:t>
        <w:br/>
        <w:t>...Сковорода умочить тут перо в чорнило&lt;br /&gt;</w:t>
        <w:br/>
        <w:t>й скаже:&lt;br /&gt;</w:t>
        <w:br/>
        <w:t>"Мустум" — назву трактат я про натуру,&lt;br /&gt;</w:t>
        <w:br/>
        <w:t>Миэинп,&lt;br /&gt;</w:t>
        <w:br/>
        <w:t>що по-латинськи означає —&lt;br /&gt;</w:t>
        <w:br/>
        <w:t>молоде вино.&lt;br /&gt;</w:t>
        <w:br/>
        <w:t>Природа ж, світ увесь —&lt;br /&gt;</w:t>
        <w:br/>
        <w:t>мов видавлений сік із винограду,&lt;br /&gt;</w:t>
        <w:br/>
        <w:t>1 ми його п'ємо,&lt;br /&gt;</w:t>
        <w:br/>
        <w:t>п'ємо...&lt;br /&gt;</w:t>
        <w:br/>
        <w:t>А разом з ним&lt;br /&gt;</w:t>
        <w:br/>
        <w:t>впускаємо до серця й бога,&lt;br /&gt;</w:t>
        <w:br/>
        <w:t>що весь розлився у природі.&lt;br /&gt;</w:t>
        <w:br/>
        <w:t>— Бога? — в розчинене вікно спитає вітер.&lt;br /&gt;</w:t>
        <w:br/>
        <w:t>— Бога? — в саду насмішливо оріхи&lt;br /&gt;</w:t>
        <w:br/>
        <w:t>зашумлять.&lt;br /&gt;</w:t>
        <w:br/>
        <w:t>— Бога? — лукаво на вікні щось біле&lt;br /&gt;</w:t>
        <w:br/>
        <w:t>залопоче, ще й надметься.&lt;br /&gt;</w:t>
        <w:br/>
        <w:t>Сковорода&lt;br /&gt;</w:t>
        <w:br/>
        <w:t>поверне голову свою в той бік,&lt;br /&gt;</w:t>
        <w:br/>
        <w:t>де свіжий струм іде,&lt;br /&gt;</w:t>
        <w:br/>
        <w:t>але йому тут раптом —&lt;br /&gt;</w:t>
        <w:br/>
        <w:t>таким виблискуючим сміхом пирсне&lt;br /&gt;</w:t>
        <w:br/>
        <w:t>занавіска,&lt;br /&gt;</w:t>
        <w:br/>
        <w:t>що він од несподіванки&lt;br /&gt;</w:t>
        <w:br/>
        <w:t>одхилиться, здивований!&lt;br /&gt;</w:t>
        <w:br/>
        <w:t>А з стола, як божевільні,&lt;br /&gt;</w:t>
        <w:br/>
        <w:t>аркушики паперу полетять:&lt;br /&gt;</w:t>
        <w:br/>
        <w:t>на аналой,&lt;br /&gt;</w:t>
        <w:br/>
        <w:t>на лаву, що править Сковороді за ліжко,&lt;br /&gt;</w:t>
        <w:br/>
        <w:t>на глек з водою...&lt;br /&gt;</w:t>
        <w:br/>
        <w:t>І кинеться Сковорода їх підбирати:&lt;br /&gt;</w:t>
        <w:br/>
        <w:t>Оцей ще мені вітер!&lt;br /&gt;</w:t>
        <w:br/>
        <w:t>Що пустун же, сказати б, тінь порожнй,&lt;br /&gt;</w:t>
        <w:br/>
        <w:t>а отакеє виробляє.&lt;br /&gt;</w:t>
        <w:br/>
        <w:t>А вітер, підхопивши занавіску,&lt;br /&gt;</w:t>
        <w:br/>
        <w:t>опреться ліктями об лутку&lt;br /&gt;</w:t>
        <w:br/>
        <w:t>й прозоро головою похитає&lt;br /&gt;</w:t>
        <w:br/>
        <w:t>(бо вітер же — прозорий він).&lt;br /&gt;</w:t>
        <w:br/>
        <w:t>— Ну, як такеє можна говорити?&lt;br /&gt;</w:t>
        <w:br/>
        <w:t>А ще філософ зветься.&lt;br /&gt;</w:t>
        <w:br/>
        <w:t>Пустун-то я пустун,&lt;br /&gt;</w:t>
        <w:br/>
        <w:t>але ж ти зрозумій і те,&lt;br /&gt;</w:t>
        <w:br/>
        <w:t>що раз я т і н ь,—&lt;br /&gt;</w:t>
        <w:br/>
        <w:t>то при мені, виходить, десь же мусить&lt;br /&gt;</w:t>
        <w:br/>
        <w:t>бути й т і л о? —&lt;br /&gt;</w:t>
        <w:br/>
        <w:t>Філософ,&lt;br /&gt;</w:t>
        <w:br/>
        <w:t>немовби прислухаючись до чогось,&lt;br /&gt;</w:t>
        <w:br/>
        <w:t>на хвилиночку застигне,&lt;br /&gt;</w:t>
        <w:br/>
        <w:t>а потім полегшено зітхне&lt;br /&gt;</w:t>
        <w:br/>
        <w:t>й здивується уголос:&lt;br /&gt;</w:t>
        <w:br/>
        <w:t>— Так он воно що!&lt;br /&gt;</w:t>
        <w:br/>
        <w:t>Тінь —&lt;br /&gt;</w:t>
        <w:br/>
        <w:t>і та навіть тіло своє має.&lt;br /&gt;</w:t>
        <w:br/>
        <w:t>Значить, сто раз я правий був учора,&lt;br /&gt;</w:t>
        <w:br/>
        <w:t>коли на диспуті з панами говорив:&lt;br /&gt;</w:t>
        <w:br/>
        <w:t>матерія — вічна.&lt;br /&gt;</w:t>
        <w:br/>
        <w:t>Так чого ж тоді я знов сьогодні спотикаюсь,—&lt;br /&gt;</w:t>
        <w:br/>
        <w:t>бог?&lt;br /&gt;</w:t>
        <w:br/>
        <w:t>Адже природа для мене бог лише&lt;br /&gt;</w:t>
        <w:br/>
        <w:t>в такому розумінні,&lt;br /&gt;</w:t>
        <w:br/>
        <w:t>як називає її й Спіноза,—&lt;br /&gt;</w:t>
        <w:br/>
        <w:t>що вона самої себе є причина,&lt;br /&gt;</w:t>
        <w:br/>
        <w:t>або ж&lt;br /&gt;</w:t>
        <w:br/>
        <w:t>первопричина.&lt;br /&gt;</w:t>
        <w:br/>
        <w:t>Що ж до бога з запахом, з бородою, з хітоном,&lt;br /&gt;</w:t>
        <w:br/>
        <w:t>з благословляючою рукою —&lt;br /&gt;</w:t>
        <w:br/>
        <w:t>невже хоч коли-небудь та отаке я говорив?&lt;br /&gt;</w:t>
        <w:br/>
        <w:t>Мухи, проснувшись,&lt;br /&gt;</w:t>
        <w:br/>
        <w:t>з гудінням закружляють над столом.&lt;br /&gt;</w:t>
        <w:br/>
        <w:t>І через це немов ще більше&lt;br /&gt;</w:t>
        <w:br/>
        <w:t>неодв'язними стануть філософські питання.&lt;br /&gt;</w:t>
        <w:br/>
        <w:t>І ось&lt;br /&gt;</w:t>
        <w:br/>
        <w:t>почне Сковорода по келії ходити&lt;br /&gt;</w:t>
        <w:br/>
        <w:t>і сам з собою сперечатись.&lt;br /&gt;</w:t>
        <w:br/>
        <w:t>(А за вікном, нікого не питаючись,&lt;br /&gt;</w:t>
        <w:br/>
        <w:t>світ світає,&lt;br /&gt;</w:t>
        <w:br/>
        <w:t>заскрипить хвіртка в саду, пташка&lt;br /&gt;</w:t>
        <w:br/>
        <w:t>десь озветься.)&lt;br /&gt;</w:t>
        <w:br/>
        <w:t>Сковорода&lt;br /&gt;</w:t>
        <w:br/>
        <w:t>Якщо ми визнаємо бога,—&lt;br /&gt;</w:t>
        <w:br/>
        <w:t>тим самим визнаєм, що світ конечний?&lt;br /&gt;</w:t>
        <w:br/>
        <w:t>Іншими словами:&lt;br /&gt;</w:t>
        <w:br/>
        <w:t>що його було створено колись?&lt;br /&gt;</w:t>
        <w:br/>
        <w:t>А тим часом&lt;br /&gt;</w:t>
        <w:br/>
        <w:t>це ж не так.&lt;br /&gt;</w:t>
        <w:br/>
        <w:t>Зовсім, філософе мій любий, це не так!&lt;br /&gt;</w:t>
        <w:br/>
        <w:t>Бо початок і кінець&lt;br /&gt;</w:t>
        <w:br/>
        <w:t>в єдиній точці сходяться,&lt;br /&gt;</w:t>
        <w:br/>
        <w:t>бо від зерна колос —&lt;br /&gt;</w:t>
        <w:br/>
        <w:t>в зерно ж і повертається.&lt;br /&gt;</w:t>
        <w:br/>
        <w:t>І там, де світ нібито закінчується,&lt;br /&gt;</w:t>
        <w:br/>
        <w:t>там він тільки наново народжується,—&lt;br /&gt;</w:t>
        <w:br/>
        <w:t>світ —&lt;br /&gt;</w:t>
        <w:br/>
        <w:t>вічнотекучий,&lt;br /&gt;</w:t>
        <w:br/>
        <w:t>світ —&lt;br /&gt;</w:t>
        <w:br/>
        <w:t>як вода.&lt;br /&gt;</w:t>
        <w:br/>
        <w:t>Найди: де перша крапля в ній, а де остання?&lt;br /&gt;</w:t>
        <w:br/>
        <w:t>...І Сковорода, жадібно з глека води&lt;br /&gt;</w:t>
        <w:br/>
        <w:t>ковтнувши,&lt;br /&gt;</w:t>
        <w:br/>
        <w:t>знов по келії заходить.&lt;br /&gt;</w:t>
        <w:br/>
        <w:t>Ну от. Освіживсь.&lt;br /&gt;</w:t>
        <w:br/>
        <w:t>Тепер — далі.&lt;br /&gt;</w:t>
        <w:br/>
        <w:t>Іустин уві сні з крехтом повернеться на бік&lt;br /&gt;</w:t>
        <w:br/>
        <w:t>і носом задирчить, як пилка...</w:t>
      </w:r>
    </w:p>
    <w:p>
      <w:r>
        <w:br/>
        <w:t>(А за вікном, нікого не питаючись,&lt;br /&gt;</w:t>
        <w:br/>
        <w:t>світ світає.&lt;br /&gt;</w:t>
        <w:br/>
        <w:t>До утрені у дзвони вдарять.&lt;br /&gt;</w:t>
        <w:br/>
        <w:t>Ченці, одкашляючись, через сад, як тіні,&lt;br /&gt;</w:t>
        <w:br/>
        <w:t>пройдуть.)&lt;br /&gt;</w:t>
        <w:br/>
        <w:t>Сковорода&lt;br /&gt;</w:t>
        <w:br/>
        <w:t>Якщо ми визнаємо бога,&lt;br /&gt;</w:t>
        <w:br/>
        <w:t>То буде Дух тоді в нас зверху,&lt;br /&gt;</w:t>
        <w:br/>
        <w:t>а не М а т е р і я?&lt;br /&gt;</w:t>
        <w:br/>
        <w:t>Але ж Матерія якраз і є та сила,&lt;br /&gt;</w:t>
        <w:br/>
        <w:t>без якої й самий Дух не може існувати.&lt;br /&gt;</w:t>
        <w:br/>
        <w:t>Справді.&lt;br /&gt;</w:t>
        <w:br/>
        <w:t>Відчування, Свідомість, Розум —&lt;br /&gt;</w:t>
        <w:br/>
        <w:t>звідки ж вони узятись можуть,&lt;br /&gt;</w:t>
        <w:br/>
        <w:t>якщо не буде тіла?&lt;br /&gt;</w:t>
        <w:br/>
        <w:t>Та навіть і таке, здавалося б, безплотне,&lt;br /&gt;</w:t>
        <w:br/>
        <w:t>як повітря,&lt;br /&gt;</w:t>
        <w:br/>
        <w:t>а воно ж —&lt;br /&gt;</w:t>
        <w:br/>
        <w:t>твердіше від каменю,&lt;br /&gt;</w:t>
        <w:br/>
        <w:t>міцніше від заліза,&lt;br /&gt;</w:t>
        <w:br/>
        <w:t>бо інакше&lt;br /&gt;</w:t>
        <w:br/>
        <w:t>птиці, літаючи, не могли б на нього&lt;br /&gt;</w:t>
        <w:br/>
        <w:t>опиратись.&lt;br /&gt;</w:t>
        <w:br/>
        <w:t>О! Тепер цілком тебе я розумію,&lt;br /&gt;</w:t>
        <w:br/>
        <w:t>Генрі Кавендіш:&lt;br /&gt;</w:t>
        <w:br/>
        <w:t>відкривши газ, що легший від повітря,—&lt;br /&gt;</w:t>
        <w:br/>
        <w:t>водень,&lt;br /&gt;</w:t>
        <w:br/>
        <w:t>ти силою його&lt;br /&gt;</w:t>
        <w:br/>
        <w:t>машини мрієш пустити плавать над землею?&lt;br /&gt;</w:t>
        <w:br/>
        <w:t>А що ж,&lt;br /&gt;</w:t>
        <w:br/>
        <w:t>і попливуть колись, і попливуть!&lt;br /&gt;</w:t>
        <w:br/>
        <w:t>...Осяяний думкою новою,&lt;br /&gt;</w:t>
        <w:br/>
        <w:t>швидко Сковорода до столу сяде,—&lt;br /&gt;</w:t>
        <w:br/>
        <w:t>але в цей час&lt;br /&gt;</w:t>
        <w:br/>
        <w:t>в саду оріхи червоним схопляться,&lt;br /&gt;</w:t>
        <w:br/>
        <w:t>як полум'я,&lt;br /&gt;</w:t>
        <w:br/>
        <w:t>і на стіні у келії&lt;br /&gt;</w:t>
        <w:br/>
        <w:t>вогнистий знак вікна появиться неждано,&lt;br /&gt;</w:t>
        <w:br/>
        <w:t>ще й весело заграє він, заходить,&lt;br /&gt;</w:t>
        <w:br/>
        <w:t>мов золотими рибками акваріум...&lt;br /&gt;</w:t>
        <w:br/>
        <w:t>Сковорода, очервонений променем, скрикне:&lt;br /&gt;</w:t>
        <w:br/>
        <w:t>— Як?! Уже? —&lt;br /&gt;</w:t>
        <w:br/>
        <w:t>І збудиться від його голосу Іустин,&lt;br /&gt;</w:t>
        <w:br/>
        <w:t>і, потягнувшись, смачно позіхне, аж вискне.&lt;br /&gt;</w:t>
        <w:br/>
        <w:t>Перехрестивши собі рота, байдуже запитає:&lt;br /&gt;</w:t>
        <w:br/>
        <w:t>— Пишеш? —&lt;br /&gt;</w:t>
        <w:br/>
        <w:t>А Сковорода, своє продовжуючи,&lt;br /&gt;</w:t>
        <w:br/>
        <w:t>з одчаєм йому скаже:&lt;br /&gt;</w:t>
        <w:br/>
        <w:t>— Та ні, ти подумай!&lt;br /&gt;</w:t>
        <w:br/>
        <w:t>Цього ще не бувало, щоб я його&lt;br /&gt;</w:t>
        <w:br/>
        <w:t>коли зустріти запізнився!&lt;br /&gt;</w:t>
        <w:br/>
        <w:t>А це... що робиться —&lt;br /&gt;</w:t>
        <w:br/>
        <w:t>в вікно ось глянь!..—&lt;br /&gt;</w:t>
        <w:br/>
        <w:t>Та Іустин&lt;br /&gt;</w:t>
        <w:br/>
        <w:t>поплямкає зарослим ротом,&lt;br /&gt;</w:t>
        <w:br/>
        <w:t>ліниво спустить свої ноги додолу&lt;br /&gt;</w:t>
        <w:br/>
        <w:t>й так само тупо, безнадійно перепитає:&lt;br /&gt;</w:t>
        <w:br/>
        <w:t>— Зустріть? А кого? —&lt;br /&gt;</w:t>
        <w:br/>
        <w:t>Сковорода аж кинеться на нього, як на звіра:&lt;br /&gt;</w:t>
        <w:br/>
        <w:t>— Як "кого"? Сонце! —&lt;br /&gt;</w:t>
        <w:br/>
        <w:t>та враз,&lt;br /&gt;</w:t>
        <w:br/>
        <w:t>охопивши чоло своє рукою,&lt;br /&gt;</w:t>
        <w:br/>
        <w:t>гірко-гірко сам на себе головою похитає:&lt;br /&gt;</w:t>
        <w:br/>
        <w:t>— До кого це я мовлю?&lt;br /&gt;</w:t>
        <w:br/>
        <w:t>навіщо я знижаюсь?&lt;br /&gt;</w:t>
        <w:br/>
        <w:t>навіщо я і в монастир оцей прийшов?&lt;br /&gt;</w:t>
        <w:br/>
        <w:t>Переслідувань губернатора злякався?&lt;br /&gt;</w:t>
        <w:br/>
        <w:t>Та краще в житті під стрілами іти,&lt;br /&gt;</w:t>
        <w:br/>
        <w:t>аніж отут в єлейному багні&lt;br /&gt;</w:t>
        <w:br/>
        <w:t>стрічатись з мертвими душею&lt;br /&gt;</w:t>
        <w:br/>
        <w:t>і відчувати, що й сам ти поміж них&lt;br /&gt;</w:t>
        <w:br/>
        <w:t>тонеш, тонеш...&lt;br /&gt;</w:t>
        <w:br/>
        <w:t>— Іч ти який? —&lt;br /&gt;</w:t>
        <w:br/>
        <w:t>кине йому з докором Іустин&lt;br /&gt;</w:t>
        <w:br/>
        <w:t>і почне собі вичухувати спину...&lt;br /&gt;</w:t>
        <w:br/>
        <w:t>Сковорода&lt;br /&gt;</w:t>
        <w:br/>
        <w:t>тільки погляне на нього з ненавистю&lt;br /&gt;</w:t>
        <w:br/>
        <w:t>й одвернеться поволі.&lt;br /&gt;</w:t>
        <w:br/>
        <w:t>А потім,&lt;br /&gt;</w:t>
        <w:br/>
        <w:t>немовби що згадавши,&lt;br /&gt;</w:t>
        <w:br/>
        <w:t>швидко на столі аркушики свої накриє&lt;br /&gt;</w:t>
        <w:br/>
        <w:t>книжкою важкою&lt;br /&gt;</w:t>
        <w:br/>
        <w:t>й стрімголов&lt;br /&gt;</w:t>
        <w:br/>
        <w:t>вибіжить у сад!&lt;br /&gt;</w:t>
        <w:br/>
        <w:t>А там —&lt;br /&gt;</w:t>
        <w:br/>
        <w:t>там птиці ранок опадуть,&lt;br /&gt;</w:t>
        <w:br/>
        <w:t>клюють-клюють, не доклюються&lt;br /&gt;</w:t>
        <w:br/>
        <w:t>і солодко співають, сон розказують.&lt;br /&gt;</w:t>
        <w:br/>
        <w:t>Сонце скрізь, у всі кінці, як Архімедова&lt;br /&gt;</w:t>
        <w:br/>
        <w:t>спіраль,&lt;br /&gt;</w:t>
        <w:br/>
        <w:t>розкреслиться,&lt;br /&gt;</w:t>
        <w:br/>
        <w:t>і дзвонить, і гуде,&lt;br /&gt;</w:t>
        <w:br/>
        <w:t>і світлом землю наповняє&lt;br /&gt;</w:t>
        <w:br/>
        <w:t>щедро-щедротно!&lt;br /&gt;</w:t>
        <w:br/>
        <w:t>Сковорода простягне руки тут до сонця:&lt;br /&gt;</w:t>
        <w:br/>
        <w:t>— О сонце моє ясне!&lt;br /&gt;</w:t>
        <w:br/>
        <w:t>сонце любе, ласкаве, прекрасне!&lt;br /&gt;</w:t>
        <w:br/>
        <w:t>Без тебе не було б життя —&lt;br /&gt;</w:t>
        <w:br/>
        <w:t>ні хліба, ні води,—&lt;br /&gt;</w:t>
        <w:br/>
        <w:t>прийми ж ранішнє вітання од вічно юного&lt;br /&gt;</w:t>
        <w:br/>
        <w:t>Сковороди!—&lt;br /&gt;</w:t>
        <w:br/>
        <w:t>Тут саме Іустин&lt;br /&gt;</w:t>
        <w:br/>
        <w:t>із келії покволом вийде —&lt;br /&gt;</w:t>
        <w:br/>
        <w:t>у клобуці, у рясі,—&lt;br /&gt;</w:t>
        <w:br/>
        <w:t>чотки перебираючи в руці,&lt;br /&gt;</w:t>
        <w:br/>
        <w:t>докірливо на нього гляне&lt;br /&gt;</w:t>
        <w:br/>
        <w:t>й, поплямкавши,&lt;br /&gt;</w:t>
        <w:br/>
        <w:t>дерев'яно видавить крізь зуби:&lt;br /&gt;</w:t>
        <w:br/>
        <w:t>— Сонцю поклоняєшся?&lt;br /&gt;</w:t>
        <w:br/>
        <w:t>Пора б і до церкви якось заглянути.&lt;br /&gt;</w:t>
        <w:br/>
        <w:t>Ох, господи премилосердний,&lt;br /&gt;</w:t>
        <w:br/>
        <w:t>і як ти грішників ще терпиш? —&lt;br /&gt;</w:t>
        <w:br/>
        <w:t>Та Сковорода&lt;br /&gt;</w:t>
        <w:br/>
        <w:t>лише рукою відмахнеться&lt;br /&gt;</w:t>
        <w:br/>
        <w:t>і ще дужче заспіває:&lt;br /&gt;</w:t>
        <w:br/>
        <w:t>— О сонце мелодійне!&lt;br /&gt;</w:t>
        <w:br/>
        <w:t>Сонце славне, дивне, чудодійне!&lt;br /&gt;</w:t>
        <w:br/>
        <w:t>Без тебе люди не жили б,&lt;br /&gt;</w:t>
        <w:br/>
        <w:t>не цвілись сади,—&lt;br /&gt;</w:t>
        <w:br/>
        <w:t>прийми ж вітання від Сковороди! —&lt;br /&gt;</w:t>
        <w:br/>
        <w:t>І, тричі відхрестившись, Іустин&lt;br /&gt;</w:t>
        <w:br/>
        <w:t>задом, як од божевільного, почне&lt;br /&gt;</w:t>
        <w:br/>
        <w:t>від нього відступати.&lt;br /&gt;</w:t>
        <w:br/>
        <w:t>А Сковорода&lt;br /&gt;</w:t>
        <w:br/>
        <w:t>на землю упаде,&lt;br /&gt;</w:t>
        <w:br/>
        <w:t>цілує квіти, трави гладить,&lt;br /&gt;</w:t>
        <w:br/>
        <w:t>росою очі, немов незрячі, протирає:&lt;br /&gt;</w:t>
        <w:br/>
        <w:t>— Природо!&lt;br /&gt;</w:t>
        <w:br/>
        <w:t>як ти всього мене кругом наповнюєш —&lt;br /&gt;</w:t>
        <w:br/>
        <w:t>щедро-щедротно!&lt;br /&gt;</w:t>
        <w:br/>
        <w:t>Пролий душі моїй силу,&lt;br /&gt;</w:t>
        <w:br/>
        <w:t>і муст і нектар, і любов,&lt;br /&gt;</w:t>
        <w:br/>
        <w:t>нехай я мудрістю твоєю затужавію,&lt;br /&gt;</w:t>
        <w:br/>
        <w:t>руто моя! —&lt;br /&gt;</w:t>
        <w:br/>
        <w:t>І рута пахуча зразу ж десь почує,&lt;br /&gt;</w:t>
        <w:br/>
        <w:t>і Сковороді&lt;br /&gt;</w:t>
        <w:br/>
        <w:t>1 Від латинського слова гдивШт — молоде вино.&lt;br /&gt;</w:t>
        <w:br/>
        <w:t>такий муст у серце вступить,&lt;br /&gt;</w:t>
        <w:br/>
        <w:t>що він од радості і бігає, і плаче,&lt;br /&gt;</w:t>
        <w:br/>
        <w:t>і кожне дерево вітає,&lt;br /&gt;</w:t>
        <w:br/>
        <w:t>метелику й комашці дякує —&lt;br /&gt;</w:t>
        <w:br/>
        <w:t>за все, за всеї&lt;br /&gt;</w:t>
        <w:br/>
        <w:t>Перце удода на стежці піднявши,&lt;br /&gt;</w:t>
        <w:br/>
        <w:t>в петельку сорочки він собі застромить&lt;br /&gt;</w:t>
        <w:br/>
        <w:t>і ніжно дмухає на нього —&lt;br /&gt;</w:t>
        <w:br/>
        <w:t>навмисне,&lt;br /&gt;</w:t>
        <w:br/>
        <w:t>щоб упало.&lt;br /&gt;</w:t>
        <w:br/>
        <w:t>Тільки ж перце,&lt;br /&gt;</w:t>
        <w:br/>
        <w:t>вже й перехилившись головою вниз,&lt;br /&gt;</w:t>
        <w:br/>
        <w:t>тримається на кінчику і падати не хоче.&lt;br /&gt;</w:t>
        <w:br/>
        <w:t>О натуро!&lt;br /&gt;</w:t>
        <w:br/>
        <w:t>Що може бути краще,&lt;br /&gt;</w:t>
        <w:br/>
        <w:t>як та гармонія душі?!&lt;br /&gt;</w:t>
        <w:br/>
        <w:t>Неспокійні руки роботи попросять.&lt;br /&gt;</w:t>
        <w:br/>
        <w:t>Гембля свого під напиналом в саду&lt;br /&gt;</w:t>
        <w:br/>
        <w:t>знайшовши,&lt;br /&gt;</w:t>
        <w:br/>
        <w:t>він ясенові дошки струже і гембелює.&lt;br /&gt;</w:t>
        <w:br/>
        <w:t>А дошки ж лисі, аж шуті,—-&lt;br /&gt;</w:t>
        <w:br/>
        <w:t>а по них узори шиті —&lt;br /&gt;</w:t>
        <w:br/>
        <w:t>сухопінявий шум!&lt;br /&gt;</w:t>
        <w:br/>
        <w:t>Тісняться стружки у стружки —&lt;br /&gt;</w:t>
        <w:br/>
        <w:t>шуті, шиті, шум!&lt;br /&gt;</w:t>
        <w:br/>
        <w:t>Тікають скручені в кружки —&lt;br /&gt;</w:t>
        <w:br/>
        <w:t>шуті, шиті, шум!&lt;br /&gt;</w:t>
        <w:br/>
        <w:t>Гармонія, ах, гармонія душі!&lt;br /&gt;</w:t>
        <w:br/>
        <w:t>Для неї — все на світі залишу...&lt;br /&gt;</w:t>
        <w:br/>
        <w:t>Для неї ж я...&lt;br /&gt;</w:t>
        <w:br/>
        <w:t>— Та не сміши! —&lt;br /&gt;</w:t>
        <w:br/>
        <w:t>за спиною його почується тут голос,&lt;br /&gt;</w:t>
        <w:br/>
        <w:t>пощерблений,&lt;br /&gt;</w:t>
        <w:br/>
        <w:t>простуджений,&lt;br /&gt;</w:t>
        <w:br/>
        <w:t>важкий.—&lt;br /&gt;</w:t>
        <w:br/>
        <w:t>Не сміши,— кажу,—&lt;br /&gt;</w:t>
        <w:br/>
        <w:t>бо хто в болото лізе — того ще й попхнуть.—&lt;br /&gt;</w:t>
        <w:br/>
        <w:t>Поцілений у саме серце,&lt;br /&gt;</w:t>
        <w:br/>
        <w:t>здригне плечима Сковорода,&lt;br /&gt;</w:t>
        <w:br/>
        <w:t>перце з грудей своїх змахне сердито,&lt;br /&gt;</w:t>
        <w:br/>
        <w:t>немовби воно це було причиною досади,&lt;br /&gt;</w:t>
        <w:br/>
        <w:t>1 так із гемблем у руці&lt;br /&gt;</w:t>
        <w:br/>
        <w:t>обернеться на голос.&lt;br /&gt;</w:t>
        <w:br/>
        <w:t>Перед ним — Біснуватий,&lt;br /&gt;</w:t>
        <w:br/>
        <w:t>що так розумно завше дивиться.&lt;br /&gt;</w:t>
        <w:br/>
        <w:t>А там он — з сусідньої гори,&lt;br /&gt;</w:t>
        <w:br/>
        <w:t>співаючи, іде солдат з цеберком,&lt;br /&gt;</w:t>
        <w:br/>
        <w:t>і по стежці за ним —&lt;br /&gt;</w:t>
        <w:br/>
        <w:t>як жива —&lt;br /&gt;</w:t>
        <w:br/>
        <w:t>гадючиться вірьовка...&lt;br /&gt;</w:t>
        <w:br/>
        <w:t>Сковорода&lt;br /&gt;</w:t>
        <w:br/>
        <w:t>Ти щось сказав?&lt;br /&gt;</w:t>
        <w:br/>
        <w:t>Біснуватий&lt;br /&gt;</w:t>
        <w:br/>
        <w:t>Хвіц-міц, не буде з того ніц.&lt;br /&gt;</w:t>
        <w:br/>
        <w:t>Сковорода&lt;br /&gt;</w:t>
        <w:br/>
        <w:t>Та добре ж.&lt;br /&gt;</w:t>
        <w:br/>
        <w:t>Але мені цікаво про болото,—&lt;br /&gt;</w:t>
        <w:br/>
        <w:t>ти можеш повторити?&lt;br /&gt;</w:t>
        <w:br/>
        <w:t>Біснуватий&lt;br /&gt;</w:t>
        <w:br/>
        <w:t>О боже мій! Та доки ж повторяти?&lt;br /&gt;</w:t>
        <w:br/>
        <w:t>Та ще кому — тобі?&lt;br /&gt;</w:t>
        <w:br/>
        <w:t>Тобі, що світ би зміг увесь перевернути,&lt;br /&gt;</w:t>
        <w:br/>
        <w:t>аби лиш захотів?&lt;br /&gt;</w:t>
        <w:br/>
        <w:t>Ех! і сказав би я тобі....&lt;br /&gt;</w:t>
        <w:br/>
        <w:t>( Пританцьовуючи.)&lt;br /&gt;</w:t>
        <w:br/>
        <w:t>Ой гуць-гуці,&lt;br /&gt;</w:t>
        <w:br/>
        <w:t>сорочечки куці!&lt;br /&gt;</w:t>
        <w:br/>
        <w:t>Будем робити,&lt;br /&gt;</w:t>
        <w:br/>
        <w:t>щоб приточити.&lt;br /&gt;</w:t>
        <w:br/>
        <w:t>Сковорода&lt;br /&gt;</w:t>
        <w:br/>
        <w:t>А це ж уже що означає?&lt;br /&gt;</w:t>
        <w:br/>
        <w:t>Біснуватий&lt;br /&gt;</w:t>
        <w:br/>
        <w:t>А те,&lt;br /&gt;</w:t>
        <w:br/>
        <w:t>що ти в нас розумний по коліна в Біблії.&lt;br /&gt;</w:t>
        <w:br/>
        <w:t>А треба, щоб до твоєї філософії&lt;br /&gt;</w:t>
        <w:br/>
        <w:t>та щось би нового трошки приточити.&lt;br /&gt;</w:t>
        <w:br/>
        <w:t>Сковорода&lt;br /&gt;</w:t>
        <w:br/>
        <w:t>А! То ти й до філософії прихильний?&lt;br /&gt;</w:t>
        <w:br/>
        <w:t>Се цікаво, давай поговоримо, цікаво.&lt;br /&gt;</w:t>
        <w:br/>
        <w:t>Тільки ж щодо моєї —&lt;br /&gt;</w:t>
        <w:br/>
        <w:t>тут ти, певно, помиляєшся.&lt;br /&gt;</w:t>
        <w:br/>
        <w:t>Бо образи Біблії&lt;br /&gt;</w:t>
        <w:br/>
        <w:t>я беру лиш як символи, не більше.&lt;br /&gt;</w:t>
        <w:br/>
        <w:t>І, розкриваючи їх, я хочу одного:&lt;br /&gt;</w:t>
        <w:br/>
        <w:t>щоб людина&lt;br /&gt;</w:t>
        <w:br/>
        <w:t>та могла ж нарешті сама себе пізнати.&lt;br /&gt;</w:t>
        <w:br/>
        <w:t>...— Що? — перепитає Біснуватий: —&lt;br /&gt;</w:t>
        <w:br/>
        <w:t>"Пізнай себе самого"?&lt;br /&gt;</w:t>
        <w:br/>
        <w:t>Ох же й упоров!..—&lt;br /&gt;</w:t>
        <w:br/>
        <w:t>І раптом, схопившись за живіт,&lt;br /&gt;</w:t>
        <w:br/>
        <w:t>почне тремтіть од сміху ще й хилятись&lt;br /&gt;</w:t>
        <w:br/>
        <w:t>на всі боки.—&lt;br /&gt;</w:t>
        <w:br/>
        <w:t>Чуєте, гори, що він сказав?&lt;br /&gt;</w:t>
        <w:br/>
        <w:t>Хай нас тиран і б'є, і мучить,&lt;br /&gt;</w:t>
        <w:br/>
        <w:t>а ми —&lt;br /&gt;</w:t>
        <w:br/>
        <w:t>"Пізнай себе самого".&lt;br /&gt;</w:t>
        <w:br/>
        <w:t>Чуєте, долини?&lt;br /&gt;</w:t>
        <w:br/>
        <w:t>Нехай народ із голоду у пана пухне,&lt;br /&gt;</w:t>
        <w:br/>
        <w:t>а ми —&lt;br /&gt;</w:t>
        <w:br/>
        <w:t>"Пізнай себе самого".&lt;br /&gt;</w:t>
        <w:br/>
        <w:t>А може б, ти хоч поцікавився книжкою&lt;br /&gt;</w:t>
        <w:br/>
        <w:t>Гельвеція "Про розум"?&lt;br /&gt;</w:t>
        <w:br/>
        <w:t>У нього ж, наприклад, мораль&lt;br /&gt;</w:t>
        <w:br/>
        <w:t>грунтується на збігу особистих інтересів&lt;br /&gt;</w:t>
        <w:br/>
        <w:t>та інтересів громадських.&lt;br /&gt;</w:t>
        <w:br/>
        <w:t>А може б, ти хоч поцікавився&lt;br /&gt;</w:t>
        <w:br/>
        <w:t>"Економічною таблицею" Кене?&lt;br /&gt;</w:t>
        <w:br/>
        <w:t>У нього, наприклад, чудово пояснюється доля,&lt;br /&gt;</w:t>
        <w:br/>
        <w:t>доля річного процесу репродукції.&lt;br /&gt;</w:t>
        <w:br/>
        <w:t>А то:&lt;br /&gt;</w:t>
        <w:br/>
        <w:t>Сократ на снідання,&lt;br /&gt;</w:t>
        <w:br/>
        <w:t>Сократ на обід ще й на вечерю —&lt;br /&gt;</w:t>
        <w:br/>
        <w:t>хіба ж так можна?&lt;br /&gt;</w:t>
        <w:br/>
        <w:t>Це дійсно упоров так упоров!..—&lt;br /&gt;</w:t>
        <w:br/>
        <w:t>(А сам, сльози витираючи од сміху,&lt;br /&gt;</w:t>
        <w:br/>
        <w:t>то розкриється,&lt;br /&gt;</w:t>
        <w:br/>
        <w:t>то знов закутається в лахміття своє мізерне,&lt;br /&gt;</w:t>
        <w:br/>
        <w:t>під яким — яскраві, як іволга,—&lt;br /&gt;</w:t>
        <w:br/>
        <w:t>жовтіли старі штани потерті,&lt;br /&gt;</w:t>
        <w:br/>
        <w:t>обтягнені, військові.)&lt;br /&gt;</w:t>
        <w:br/>
        <w:t>Сковорода&lt;br /&gt;</w:t>
        <w:br/>
        <w:t>Пересміявсь уже?&lt;br /&gt;</w:t>
        <w:br/>
        <w:t>Ну, от і добре.&lt;br /&gt;</w:t>
        <w:br/>
        <w:t>Ех, ти ж — дитина.&lt;br /&gt;</w:t>
        <w:br/>
        <w:t>Але — я бачу — ти зовсім не розумієш&lt;br /&gt;</w:t>
        <w:br/>
        <w:t>моєї філософії-&lt;br /&gt;</w:t>
        <w:br/>
        <w:t>Адже ж "Пізнай себе самого" — це є гасло&lt;br /&gt;</w:t>
        <w:br/>
        <w:t>всього нашого вісімнадцятого віку!&lt;br /&gt;</w:t>
        <w:br/>
        <w:t>Ним заклопотані: й Вольтер, і Гельвецій,&lt;br /&gt;</w:t>
        <w:br/>
        <w:t>і Гайдн, і Глюк,&lt;br /&gt;</w:t>
        <w:br/>
        <w:t>і навіть економіст Кене,&lt;br /&gt;</w:t>
        <w:br/>
        <w:t>який, досліджуючи, пізнаючи:&lt;br /&gt;</w:t>
        <w:br/>
        <w:t>куди йде господарство Франції,&lt;br /&gt;</w:t>
        <w:br/>
        <w:t>цим самим, як хочеш ти знати,&lt;br /&gt;</w:t>
        <w:br/>
        <w:t>пізнає — кого? самого ж себе.&lt;br /&gt;</w:t>
        <w:br/>
        <w:t>От куди йде моя філософія,&lt;br /&gt;</w:t>
        <w:br/>
        <w:t>а ти спрямовуєш її в якийсь, я бачу,&lt;br /&gt;</w:t>
        <w:br/>
        <w:t>інший хід?</w:t>
      </w:r>
    </w:p>
    <w:p>
      <w:r>
        <w:br/>
        <w:t>Біснуватий&lt;br /&gt;</w:t>
        <w:br/>
        <w:t>Та в який же інший, як тільки в той,&lt;br /&gt;</w:t>
        <w:br/>
        <w:t>що ми його були б повинні всі —&lt;br /&gt;</w:t>
        <w:br/>
        <w:t>ти розумієш?&lt;br /&gt;</w:t>
        <w:br/>
        <w:t>геть чисто всі вхопити.—&lt;br /&gt;</w:t>
        <w:br/>
        <w:t>(І по хмурній мовчанці,&lt;br /&gt;</w:t>
        <w:br/>
        <w:t>оброслу голову на шиї, мов жорна,&lt;br /&gt;</w:t>
        <w:br/>
        <w:t>повернувши,&lt;br /&gt;</w:t>
        <w:br/>
        <w:t>у стугні груди Єє рукою&lt;br /&gt;</w:t>
        <w:br/>
        <w:t>і страшно пророкує,—&lt;br /&gt;</w:t>
        <w:br/>
        <w:t>в свої уривчасті слова&lt;br /&gt;</w:t>
        <w:br/>
        <w:t>мішаючи чужі, французькі.)&lt;br /&gt;</w:t>
        <w:br/>
        <w:t>Наш хід — як тигр — нестримний гон,&lt;br /&gt;</w:t>
        <w:br/>
        <w:t>Землі то тон демократі.&lt;br /&gt;</w:t>
        <w:br/>
        <w:t>Са іра! Са іра!&lt;br /&gt;</w:t>
        <w:br/>
        <w:t>А ви? Що ви? Кого ви лю?&lt;br /&gt;</w:t>
        <w:br/>
        <w:t>І землю длю і люд давлю,&lt;br /&gt;</w:t>
        <w:br/>
        <w:t>Прокля'!.. цара'!.. тира7!..—&lt;br /&gt;</w:t>
        <w:br/>
        <w:t>(І раптом засміється.)&lt;br /&gt;</w:t>
        <w:br/>
        <w:t>— А Катерина ще не здохла?&lt;br /&gt;</w:t>
        <w:br/>
        <w:t>— Ну йди ж, іди! — надійшовши, солдат&lt;br /&gt;</w:t>
        <w:br/>
        <w:t>на нього крикне —&lt;br /&gt;</w:t>
        <w:br/>
        <w:t>й дзвінке цебро опустить у криницю.—&lt;br /&gt;</w:t>
        <w:br/>
        <w:t>Ух! — злякається цебро&lt;br /&gt;</w:t>
        <w:br/>
        <w:t>й, немов хватаючись за цямрини,&lt;br /&gt;</w:t>
        <w:br/>
        <w:t>там десь&lt;br /&gt;</w:t>
        <w:br/>
        <w:t>в глибокій лункій тиші&lt;br /&gt;</w:t>
        <w:br/>
        <w:t>то в один бік глухо бухне,&lt;br /&gt;</w:t>
        <w:br/>
        <w:t>то в другий...&lt;br /&gt;</w:t>
        <w:br/>
        <w:t>Солдат&lt;br /&gt;</w:t>
        <w:br/>
        <w:t>(водячи вірьовкою відро на глибині)&lt;br /&gt;</w:t>
        <w:br/>
        <w:t>Здрастуйте, Григорію Савичу!&lt;br /&gt;</w:t>
        <w:br/>
        <w:t>Дошки стружете?&lt;br /&gt;</w:t>
        <w:br/>
        <w:t>А мені ось — бачите? — яка служба:&lt;br /&gt;</w:t>
        <w:br/>
        <w:t>двічі на день воджу його на прогулянку,&lt;br /&gt;</w:t>
        <w:br/>
        <w:t>а потім знов на цеп саджаю.&lt;br /&gt;</w:t>
        <w:br/>
        <w:t>Ну, а що ж?&lt;br /&gt;</w:t>
        <w:br/>
        <w:t>Хай не говорить поганого проти цариці.&lt;br /&gt;</w:t>
        <w:br/>
        <w:t>Та ви й самі скажіть:&lt;br /&gt;</w:t>
        <w:br/>
        <w:t>хіба ж не можна тихо, мирно жити?&lt;br /&gt;</w:t>
        <w:br/>
        <w:t>Так ні ж таки...&lt;br /&gt;</w:t>
        <w:br/>
        <w:t>Ох і люблю я ваші співи про цеє мирне житіє!&lt;br /&gt;</w:t>
        <w:br/>
        <w:t>Прийду колись — послухаю.&lt;br /&gt;</w:t>
        <w:br/>
        <w:t>Ну, витягайсь, водичко, витягайсь...&lt;br /&gt;</w:t>
        <w:br/>
        <w:t>Біснуватий&lt;br /&gt;</w:t>
        <w:br/>
        <w:t>(до Сковороди)&lt;br /&gt;</w:t>
        <w:br/>
        <w:t>Так от чим ти зачарував мого тюремника?&lt;br /&gt;</w:t>
        <w:br/>
        <w:t>А я й не знав.&lt;br /&gt;</w:t>
        <w:br/>
        <w:t>(Сумно похитавши головою.)&lt;br /&gt;</w:t>
        <w:br/>
        <w:t>В гармонії перебуваєш?&lt;br /&gt;</w:t>
        <w:br/>
        <w:t>У розслабляючій молитві до натури?&lt;br /&gt;</w:t>
        <w:br/>
        <w:t>А я-&lt;br /&gt;</w:t>
        <w:br/>
        <w:t>щодня замість молитви прокляття шлю —&lt;br /&gt;</w:t>
        <w:br/>
        <w:t>царям, тиранам та владикам.&lt;br /&gt;</w:t>
        <w:br/>
        <w:t>Хоча...&lt;br /&gt;</w:t>
        <w:br/>
        <w:t>(Він усміхнеться гірко.)&lt;br /&gt;</w:t>
        <w:br/>
        <w:t>що можуть вдіяти самі лише прокляття?&lt;br /&gt;</w:t>
        <w:br/>
        <w:t>(І знову грізно прокричить.)&lt;br /&gt;</w:t>
        <w:br/>
        <w:t>Са іра! са іра!&lt;br /&gt;</w:t>
        <w:br/>
        <w:t>Сковорода,&lt;br /&gt;</w:t>
        <w:br/>
        <w:t>лівою рукою оббираючи шорсткії з гембля&lt;br /&gt;</w:t>
        <w:br/>
        <w:t>стружки,&lt;br /&gt;</w:t>
        <w:br/>
        <w:t>свої тут філософські, вічно здивовані&lt;br /&gt;</w:t>
        <w:br/>
        <w:t>брови насторожить&lt;br /&gt;</w:t>
        <w:br/>
        <w:t>і зацікавлено спитає:&lt;br /&gt;</w:t>
        <w:br/>
        <w:t>— Са іра — тобто: все вперед, влаштується,&lt;br /&gt;</w:t>
        <w:br/>
        <w:t>на добре пійде,&lt;br /&gt;</w:t>
        <w:br/>
        <w:t>а звідки ж ти умієш по-французькому?&lt;br /&gt;</w:t>
        <w:br/>
        <w:t>Біснуватий&lt;br /&gt;</w:t>
        <w:br/>
        <w:t>В притузі треба знать усячину,&lt;br /&gt;</w:t>
        <w:br/>
        <w:t>і дороги щоб не питаться.&lt;br /&gt;</w:t>
        <w:br/>
        <w:t>...Солдат, витягнувши води з криниці,&lt;br /&gt;</w:t>
        <w:br/>
        <w:t>поставить цебро на цямрину&lt;br /&gt;</w:t>
        <w:br/>
        <w:t>і, перехиливши його, пити стане.&lt;br /&gt;</w:t>
        <w:br/>
        <w:t>А вода —&lt;br /&gt;</w:t>
        <w:br/>
        <w:t>важко розколихана, від неба синя —&lt;br /&gt;</w:t>
        <w:br/>
        <w:t>вихлюпується з-під рота бісерними нитками,&lt;br /&gt;</w:t>
        <w:br/>
        <w:t>вихлюпується на пісок...&lt;br /&gt;</w:t>
        <w:br/>
        <w:t>Біснуватий&lt;br /&gt;</w:t>
        <w:br/>
        <w:t>(до Сковороди)&lt;br /&gt;</w:t>
        <w:br/>
        <w:t>Воду філософії розливаєш на пісок сухий,&lt;br /&gt;</w:t>
        <w:br/>
        <w:t>неплодоносний?&lt;br /&gt;</w:t>
        <w:br/>
        <w:t>Час би вже знайти й родючий грунт —&lt;br /&gt;</w:t>
        <w:br/>
        <w:t>ти чуєш?&lt;br /&gt;</w:t>
        <w:br/>
        <w:t>Солдат&lt;br /&gt;</w:t>
        <w:br/>
        <w:t>(напившись)&lt;br /&gt;</w:t>
        <w:br/>
        <w:t>Чуєш?&lt;br /&gt;</w:t>
        <w:br/>
        <w:t>Ти йдеш — кажи мені,— чи ні?&lt;br /&gt;</w:t>
        <w:br/>
        <w:t>Біснуватий&lt;br /&gt;</w:t>
        <w:br/>
        <w:t>(з досадою)&lt;br /&gt;</w:t>
        <w:br/>
        <w:t>Та йду! лечу!&lt;br /&gt;</w:t>
        <w:br/>
        <w:t>А все ж... царі...&lt;br /&gt;</w:t>
        <w:br/>
        <w:t>(До Сковороди.)&lt;br /&gt;</w:t>
        <w:br/>
        <w:t>Сказать?&lt;br /&gt;</w:t>
        <w:br/>
        <w:t>Я б перший їх&lt;br /&gt;</w:t>
        <w:br/>
        <w:t>зарі —&lt;br /&gt;</w:t>
        <w:br/>
        <w:t>зарі...&lt;br /&gt;</w:t>
        <w:br/>
        <w:t>Ух! заворушитись народу тільки дайте...&lt;br /&gt;</w:t>
        <w:br/>
        <w:t>Сковорода,&lt;br /&gt;</w:t>
        <w:br/>
        <w:t>скупчивши поміж брів своїх якусь нову&lt;br /&gt;</w:t>
        <w:br/>
        <w:t>глибинну мисль,&lt;br /&gt;</w:t>
        <w:br/>
        <w:t>свій гембель одкладе&lt;br /&gt;</w:t>
        <w:br/>
        <w:t>і довго дивиться услід обірваному&lt;br /&gt;</w:t>
        <w:br/>
        <w:t>Біснуватому,—</w:t>
      </w:r>
    </w:p>
    <w:p>
      <w:r>
        <w:br/>
        <w:t>іще й рукою так,&lt;br /&gt;</w:t>
        <w:br/>
        <w:t>немовби ось-ось його завернути хоче...&lt;br /&gt;</w:t>
        <w:br/>
        <w:t>А той,&lt;br /&gt;</w:t>
        <w:br/>
        <w:t>віддаляючись,&lt;br /&gt;</w:t>
        <w:br/>
        <w:t>щоразу обертається назад,&lt;br /&gt;</w:t>
        <w:br/>
        <w:t>і спотикається, й плюється:&lt;br /&gt;</w:t>
        <w:br/>
        <w:t>заворушитись&lt;br /&gt;</w:t>
        <w:br/>
        <w:t>тільки&lt;br /&gt;</w:t>
        <w:br/>
        <w:t>дайте...&lt;br /&gt;</w:t>
        <w:br/>
        <w:t>1920, 1940</w:t>
      </w:r>
    </w:p>
    <w:p>
      <w:r>
        <w:br/>
        <w:t>ЧОРНОВІ&lt;br /&gt;</w:t>
        <w:br/>
        <w:t>АВТОГРАФИ</w:t>
      </w:r>
    </w:p>
    <w:p>
      <w:r>
        <w:br/>
        <w:t>ALLEGRO GIOCOSO&lt;br /&gt;</w:t>
        <w:br/>
        <w:t>Сопілку&lt;br /&gt;</w:t>
        <w:br/>
        <w:t>&lt;він прикладе до вуст&gt; 1&lt;br /&gt;</w:t>
        <w:br/>
        <w:t>притулить він до вуст...&lt;br /&gt;</w:t>
        <w:br/>
        <w:t>і пальці покладе на неї —&lt;br /&gt;</w:t>
        <w:br/>
        <w:t>і вже над ними пісня ллється,&lt;br /&gt;</w:t>
        <w:br/>
        <w:t>і голубом душа&lt;br /&gt;</w:t>
        <w:br/>
        <w:t>(Центральний Державний архів-музей&lt;br /&gt;</w:t>
        <w:br/>
        <w:t>літератури і мистецтва&lt;br /&gt;</w:t>
        <w:br/>
        <w:t>Української PCP (далі ЦДАМЛМ), ф. 464, оп. і, JSft 196)</w:t>
      </w:r>
    </w:p>
    <w:p>
      <w:r>
        <w:br/>
        <w:t>[І. ALLEGRO GIOCOSO]&lt;br /&gt;</w:t>
        <w:br/>
        <w:t>&lt;Літо&gt; Три місяці пробігло,&lt;br /&gt;</w:t>
        <w:br/>
        <w:t>мов корабель веселий в морі,—&lt;br /&gt;</w:t>
        <w:br/>
        <w:t>всіма цвітами процвітапий,&lt;br /&gt;</w:t>
        <w:br/>
        <w:t>добрим скарбом переповнений.&lt;br /&gt;</w:t>
        <w:br/>
        <w:t>Три місяці пустинь Китаївська і в пій Сковорода&lt;br /&gt;</w:t>
        <w:br/>
        <w:t>немов нливли —&lt;br /&gt;</w:t>
        <w:br/>
        <w:t>поміж садами рожаістими,&lt;br /&gt;</w:t>
        <w:br/>
        <w:t>серед узлісся &lt; темного &gt; кринишного,&lt;br /&gt;</w:t>
        <w:br/>
        <w:t>на полі повному, де хвиля хвилю ллє і зупинятися не хоче2.&lt;br /&gt;</w:t>
        <w:br/>
        <w:t>Уранці,&lt;br /&gt;</w:t>
        <w:br/>
        <w:t>ще тільки небо почне наливаться&lt;br /&gt;</w:t>
        <w:br/>
        <w:t>і вітер зелений одчалить в далечінь,—&lt;br /&gt;</w:t>
        <w:br/>
        <w:t>уже Сковорода&lt;br /&gt;</w:t>
        <w:br/>
        <w:t>1 Тут і далі в ламаних дужках подаються закреслені автором&lt;br /&gt;</w:t>
        <w:br/>
        <w:t>слова.— Ред.&lt;br /&gt;</w:t>
        <w:br/>
        <w:t>2 Тут же, на берегах рукопису, дописано:&lt;br /&gt;</w:t>
        <w:br/>
        <w:t>"три місяці от-от здавалось пристань&lt;br /&gt;</w:t>
        <w:br/>
        <w:t>і замість неї —&lt;br /&gt;</w:t>
        <w:br/>
        <w:t>скелі".— Ред.&lt;br /&gt;</w:t>
        <w:br/>
        <w:t>встає з досвітньої молитви</w:t>
      </w:r>
    </w:p>
    <w:p>
      <w:r>
        <w:br/>
        <w:t>і в сад іде.&lt;br /&gt;</w:t>
        <w:br/>
        <w:t>Там птиці ранок опадуть,&lt;br /&gt;</w:t>
        <w:br/>
        <w:t>клюють-клюють — не доклюються&lt;br /&gt;</w:t>
        <w:br/>
        <w:t>і солодко співають, сон розказують.&lt;br /&gt;</w:t>
        <w:br/>
        <w:t>А сонце вже у всі кінці,&lt;br /&gt;</w:t>
        <w:br/>
        <w:t>мов над главою Моісея,&lt;br /&gt;</w:t>
        <w:br/>
        <w:t>послало сяючії роги,&lt;br /&gt;</w:t>
        <w:br/>
        <w:t>і дзвонить, і гуде,&lt;br /&gt;</w:t>
        <w:br/>
        <w:t>і світлом землю наповняє&lt;br /&gt;</w:t>
        <w:br/>
        <w:t>щедро, щедротно.&lt;br /&gt;</w:t>
        <w:br/>
        <w:t>Сковорода&lt;br /&gt;</w:t>
        <w:br/>
        <w:t>на землю упаде,&lt;br /&gt;</w:t>
        <w:br/>
        <w:t>цілує квіти і трави гладить,&lt;br /&gt;</w:t>
        <w:br/>
        <w:t>росою очі, немов незрячі, протирає;&lt;br /&gt;</w:t>
        <w:br/>
        <w:t>О господи, як ти всього мене наповнив&lt;br /&gt;</w:t>
        <w:br/>
        <w:t>щедро, щедротно!&lt;br /&gt;</w:t>
        <w:br/>
        <w:t>Пошли ж душі моїй спокій,&lt;br /&gt;</w:t>
        <w:br/>
        <w:t>1 мир, і злагоду, й любов.&lt;br /&gt;</w:t>
        <w:br/>
        <w:t>Я більш нічого не бажаю,&lt;br /&gt;</w:t>
        <w:br/>
        <w:t>0 Всеблаженний!&lt;br /&gt;</w:t>
        <w:br/>
        <w:t>1 Всеблаженний зразу десь почує,&lt;br /&gt;</w:t>
        <w:br/>
        <w:t>і Сковороді&lt;br /&gt;</w:t>
        <w:br/>
        <w:t>такий мир в серце ввійде —&lt;br /&gt;</w:t>
        <w:br/>
        <w:t>що він од радості і бігає, і плаче,&lt;br /&gt;</w:t>
        <w:br/>
        <w:t>і кожне дерево вітає,&lt;br /&gt;</w:t>
        <w:br/>
        <w:t>&lt;й&gt; метелика й комашку дякує —&lt;br /&gt;</w:t>
        <w:br/>
        <w:t>за все, за все!&lt;br /&gt;</w:t>
        <w:br/>
        <w:t>Тим часом дзвін у церковці&lt;br /&gt;</w:t>
        <w:br/>
        <w:t>&lt; скликає &gt; пустинь на &lt; молитву &gt; обідню&lt;br /&gt;</w:t>
        <w:br/>
        <w:t>покличе&lt;br /&gt;</w:t>
        <w:br/>
        <w:t>і &lt;й&gt; &lt;до&gt; &lt;грізного бога&gt; бога грізного устав&lt;br /&gt;</w:t>
        <w:br/>
        <w:t>ідуть вичитувать ченці похмурі,&lt;br /&gt;</w:t>
        <w:br/>
        <w:t>один &lt; проти &gt; &lt;по одному &gt; за одним&lt;br /&gt;</w:t>
        <w:br/>
        <w:t>попід оградою,&lt;br /&gt;</w:t>
        <w:br/>
        <w:t>мовчки.&lt;br /&gt;</w:t>
        <w:br/>
        <w:t>І спиниться Сковорода —&lt;br /&gt;</w:t>
        <w:br/>
        <w:t>не може не спинитись:&lt;br /&gt;</w:t>
        <w:br/>
        <w:t>він бачить, як вони уже аж перед самим храмом&lt;br /&gt;</w:t>
        <w:br/>
        <w:t>оглядуються й поміж себе жорстоко осуждають,&lt;br /&gt;</w:t>
        <w:br/>
        <w:t>що &lt;в&gt; гість отця Іустина&lt;br /&gt;</w:t>
        <w:br/>
        <w:t>&lt; гість &gt; до храму невхожий.&lt;br /&gt;</w:t>
        <w:br/>
        <w:t>І гірко стане на душі,&lt;br /&gt;</w:t>
        <w:br/>
        <w:t>замісць гармонії пійдуть зітхапня,&lt;br /&gt;</w:t>
        <w:br/>
        <w:t>і тяжкі думи поженуть&lt;br /&gt;</w:t>
        <w:br/>
        <w:t>у поле, на край світа.&lt;br /&gt;</w:t>
        <w:br/>
        <w:t>Поле, поле &lt;!&gt;,&lt;br /&gt;</w:t>
        <w:br/>
        <w:t>яке воно кругле!&lt;br /&gt;</w:t>
        <w:br/>
        <w:t>Яке воно просте і довершение —&lt;br /&gt;</w:t>
        <w:br/>
        <w:t>поле!&lt;br /&gt;</w:t>
        <w:br/>
        <w:t>За кругом круг тече,&lt;br /&gt;</w:t>
        <w:br/>
        <w:t>за гору гора забігає,&lt;br /&gt;</w:t>
        <w:br/>
        <w:t>&lt;0&gt;тут, отут справжній ключ до душі:&lt;br /&gt;</w:t>
        <w:br/>
        <w:t>познай самого себе.&lt;br /&gt;</w:t>
        <w:br/>
        <w:t>Колос зігнувся і дивиться в землю —&lt;br /&gt;</w:t>
        <w:br/>
        <w:t>познай себе самого.&lt;br /&gt;</w:t>
        <w:br/>
        <w:t>Небо в тисячі люстер перехмарюється —&lt;br /&gt;</w:t>
        <w:br/>
        <w:t>познай себе самого.&lt;br /&gt;</w:t>
        <w:br/>
        <w:t>Величні простори, що до Дніпра,&lt;br /&gt;</w:t>
        <w:br/>
        <w:t>а під лісом отари,&lt;br /&gt;</w:t>
        <w:br/>
        <w:t>і понад гречкою бриніння бджіл —&lt;br /&gt;</w:t>
        <w:br/>
        <w:t>усе, все в природі каже:&lt;br /&gt;</w:t>
        <w:br/>
        <w:t>познай себе самого.&lt;br /&gt;</w:t>
        <w:br/>
        <w:t>І знову сповнюється миру&lt;br /&gt;</w:t>
        <w:br/>
        <w:t>душа Сковороди,&lt;br /&gt;</w:t>
        <w:br/>
        <w:t>і, тиху флейту з-за пояса діставши,&lt;br /&gt;</w:t>
        <w:br/>
        <w:t>він починає славить світ,&lt;br /&gt;</w:t>
        <w:br/>
        <w:t>того, що в світ послав його, &lt; Сковороду, &gt;&lt;br /&gt;</w:t>
        <w:br/>
        <w:t>і познавать себе самого научив.&lt;br /&gt;</w:t>
        <w:br/>
        <w:t>І тиха флейта, як метелик,&lt;br /&gt;</w:t>
        <w:br/>
        <w:t>летить до лісу на жита&lt;br /&gt;</w:t>
        <w:br/>
        <w:t>(ЦДАМЛМ, ф. 464, on. 1, Kt 1184, арк. 1)</w:t>
      </w:r>
    </w:p>
    <w:p>
      <w:r>
        <w:br/>
        <w:t>[II. ALLEGRO GIOCOSO. GRAVE. RISOLUTO]&lt;br /&gt;</w:t>
        <w:br/>
        <w:t>...Три місяці пробігло,&lt;br /&gt;</w:t>
        <w:br/>
        <w:t>мов кораблі веселі в морі —&lt;br /&gt;</w:t>
        <w:br/>
        <w:t>всіма цвітами процвітані,&lt;br /&gt;</w:t>
        <w:br/>
        <w:t>добрим скарбом переповнені.&lt;br /&gt;</w:t>
        <w:br/>
        <w:t>Три місяці пустинь Китаївська і в ній Сковорода&lt;br /&gt;</w:t>
        <w:br/>
        <w:t>немов пливли —&lt;br /&gt;</w:t>
        <w:br/>
        <w:t>поміж садами рожаїстими,&lt;br /&gt;</w:t>
        <w:br/>
        <w:t>серед &lt;кринишного&gt; &lt; узлісся кринишного&gt; кринишного&lt;br /&gt;</w:t>
        <w:br/>
        <w:t>узлісся,&lt;br /&gt;</w:t>
        <w:br/>
        <w:t>на полі повному, де хвиля хвилю ллє і зупинятися не хоче.&lt;br /&gt;</w:t>
        <w:br/>
        <w:t>Уранці,&lt;br /&gt;</w:t>
        <w:br/>
        <w:t>ще тільки небо почне наливаться&lt;br /&gt;</w:t>
        <w:br/>
        <w:t>і вітер зелений одчалить в далечінь,—&lt;br /&gt;</w:t>
        <w:br/>
        <w:t>уже Сковорода&lt;br /&gt;</w:t>
        <w:br/>
        <w:t>встає з досвітньої молитви&lt;br /&gt;</w:t>
        <w:br/>
        <w:t>і в сад іде.&lt;br /&gt;</w:t>
        <w:br/>
        <w:t>Там птиці ранок опадуть,&lt;br /&gt;</w:t>
        <w:br/>
        <w:t>клюють, клюють — не доклюються,&lt;br /&gt;</w:t>
        <w:br/>
        <w:t>і солодко співають, сон розказують.&lt;br /&gt;</w:t>
        <w:br/>
        <w:t>А сонце &lt;вже&gt; скрізь у всі кінці,&lt;br /&gt;</w:t>
        <w:br/>
        <w:t>мов над главою Моісея,&lt;br /&gt;</w:t>
        <w:br/>
        <w:t>послало сяючії роги,&lt;br /&gt;</w:t>
        <w:br/>
        <w:t>і дзвонить, і гуде,&lt;br /&gt;</w:t>
        <w:br/>
        <w:t>і світлом землю наповняє&lt;br /&gt;</w:t>
        <w:br/>
        <w:t>щедро, щедротно.&lt;br /&gt;</w:t>
        <w:br/>
        <w:t>Сковорода&lt;br /&gt;</w:t>
        <w:br/>
        <w:t>на землю упаде,&lt;br /&gt;</w:t>
        <w:br/>
        <w:t>цілує квіти &lt;і&gt; трави гладить,&lt;br /&gt;</w:t>
        <w:br/>
        <w:t>росою очі, немов незрячі, протирає —&lt;br /&gt;</w:t>
        <w:br/>
        <w:t>О Господи, як Ти всього мене наповнив&lt;br /&gt;</w:t>
        <w:br/>
        <w:t>щедро, щедротно!&lt;br /&gt;</w:t>
        <w:br/>
        <w:t>Пошли ж душі моїй спокій,&lt;br /&gt;</w:t>
        <w:br/>
        <w:t>1 мир, і злагоду, й любов.&lt;br /&gt;</w:t>
        <w:br/>
        <w:t>Я більш нічого не бажаю,&lt;br /&gt;</w:t>
        <w:br/>
        <w:t>0 Всеблаженний!&lt;br /&gt;</w:t>
        <w:br/>
        <w:t>1 Всеблаженний зразу десь почує,&lt;br /&gt;</w:t>
        <w:br/>
        <w:t>і Сковороді&lt;br /&gt;</w:t>
        <w:br/>
        <w:t>такий мир у серце ввійде,&lt;br /&gt;</w:t>
        <w:br/>
        <w:t>що він од радості і бігав, і плаче,&lt;br /&gt;</w:t>
        <w:br/>
        <w:t>і кожне дерево вітає,&lt;br /&gt;</w:t>
        <w:br/>
        <w:t>метелика й комашку дякує —&lt;br /&gt;</w:t>
        <w:br/>
        <w:t>за все, за все!&lt;br /&gt;</w:t>
        <w:br/>
        <w:t>Тим часом дзвін &lt; округлий &gt; із-за тополь&lt;br /&gt;</w:t>
        <w:br/>
        <w:t>покличе пустинь на обідню,&lt;br /&gt;</w:t>
        <w:br/>
        <w:t>і Бога грізного устав&lt;br /&gt;</w:t>
        <w:br/>
        <w:t>ідуть вичитувать ченці похмурі —&lt;br /&gt;</w:t>
        <w:br/>
        <w:t>один по одному,&lt;br /&gt;</w:t>
        <w:br/>
        <w:t>попід оградою,&lt;br /&gt;</w:t>
        <w:br/>
        <w:t>мовчки...&lt;br /&gt;</w:t>
        <w:br/>
        <w:t>І спиниться Сковорода&lt;br /&gt;</w:t>
        <w:br/>
        <w:t>1 Напроти цього рядка олівцем дописано:&lt;br /&gt;</w:t>
        <w:br/>
        <w:t>"заводу панського бриніння".— Ред.&lt;br /&gt;</w:t>
        <w:br/>
        <w:t>(не може не спинитись!) —&lt;br /&gt;</w:t>
        <w:br/>
        <w:t>він бачить, як вони уже аж перед самим храмом&lt;br /&gt;</w:t>
        <w:br/>
        <w:t>оглядуються й поміж себе жорстоко осуждають,&lt;br /&gt;</w:t>
        <w:br/>
        <w:t>що гість отця Іустина&lt;br /&gt;</w:t>
        <w:br/>
        <w:t>до храму невхожий.&lt;br /&gt;</w:t>
        <w:br/>
        <w:t>І гірко стане на душі,&lt;br /&gt;</w:t>
        <w:br/>
        <w:t>замість гармонії пійдуть зітхання,&lt;br /&gt;</w:t>
        <w:br/>
        <w:t>і &lt;думи тяжкії &gt; тяжкі думи поженуть&lt;br /&gt;</w:t>
        <w:br/>
        <w:t>у поле, на край світу...&lt;br /&gt;</w:t>
        <w:br/>
        <w:t>Поле, поле!&lt;br /&gt;</w:t>
        <w:br/>
        <w:t>яке воно кругле!&lt;br /&gt;</w:t>
        <w:br/>
        <w:t>яке воно просте і довершение —&lt;br /&gt;</w:t>
        <w:br/>
        <w:t>поле!&lt;br /&gt;</w:t>
        <w:br/>
        <w:t>За кругом круг тече,&lt;br /&gt;</w:t>
        <w:br/>
        <w:t>за гору гора забігає &lt;—поле!&gt;.&lt;br /&gt;</w:t>
        <w:br/>
        <w:t>Отут,&lt;br /&gt;</w:t>
        <w:br/>
        <w:t>тут справжній ключ до душі —&lt;br /&gt;</w:t>
        <w:br/>
        <w:t>&lt; пізнай &gt; познай себе самого.&lt;br /&gt;</w:t>
        <w:br/>
        <w:t>1 Колос зігнувся і дивиться в землю —&lt;br /&gt;</w:t>
        <w:br/>
        <w:t>&lt; пізнай &gt; познай себе самого.&lt;br /&gt;</w:t>
        <w:br/>
        <w:t>&lt;Стелиться Дніпр у тінь,&gt; Дніпро у тінь пославсь, а повен&lt;br /&gt;</w:t>
        <w:br/>
        <w:t>перебігу —&lt;br /&gt;</w:t>
        <w:br/>
        <w:t>познай себе самого.&lt;br /&gt;</w:t>
        <w:br/>
        <w:t>2 Небо в тисячі люстер перехмарюється —&lt;br /&gt;</w:t>
        <w:br/>
        <w:t>&lt; пізнай &gt; познай себе самого.&lt;br /&gt;</w:t>
        <w:br/>
        <w:t>&lt;Величні простори за Дніпром—&gt;&lt;br /&gt;</w:t>
        <w:br/>
        <w:t>Одно і те ж старого городища сум —&lt;br /&gt;</w:t>
        <w:br/>
        <w:t>пізнай себе самого&lt;br /&gt;</w:t>
        <w:br/>
        <w:t>І понад гречкою бриніння бджіл&lt;br /&gt;</w:t>
        <w:br/>
        <w:t>&lt;в бриніння бджіл,&lt;br /&gt;</w:t>
        <w:br/>
        <w:t>гудка бриніння &lt;в&gt; на панському заводі&gt;&lt;br /&gt;</w:t>
        <w:br/>
        <w:t>&lt;як&gt; &lt;а під лісом отари,—&gt;&lt;br /&gt;</w:t>
        <w:br/>
        <w:t>а ще отари понад лісом —&lt;br /&gt;</w:t>
        <w:br/>
        <w:t>і Києва далекого торжественність нагорна&lt;br /&gt;</w:t>
        <w:br/>
        <w:t>усе, усе в природі каже:&lt;br /&gt;</w:t>
        <w:br/>
        <w:t>&lt; пізнай &gt; познай себе самого &lt;, познай &gt;.&lt;br /&gt;</w:t>
        <w:br/>
        <w:t>І знову сповнюється миру&lt;br /&gt;</w:t>
        <w:br/>
        <w:t>Напроти цього місця дописано олівцем:&lt;br /&gt;</w:t>
        <w:br/>
        <w:t>"&lt;Се єсть&gt; Се ж бо єсть:&lt;br /&gt;</w:t>
        <w:br/>
        <w:t>бренне, текуче і безкінечне&lt;br /&gt;</w:t>
        <w:br/>
        <w:t>&lt;се ж бо єсть&gt;, немов фігурний триугол &lt;Піфагора&gt;,&lt;br /&gt;</w:t>
        <w:br/>
        <w:t>в якому і три, і два, й один &lt;одне і те ж&gt;&lt;br /&gt;</w:t>
        <w:br/>
        <w:t>одно і те ж".— Ред.&lt;br /&gt;</w:t>
        <w:br/>
        <w:t>душа Сковороди,&lt;br /&gt;</w:t>
        <w:br/>
        <w:t>і, тиху флейту з-за пояса діставши,&lt;br /&gt;</w:t>
        <w:br/>
        <w:t>він починав славить світ,&lt;br /&gt;</w:t>
        <w:br/>
        <w:t>Того, Хто в світ його послав&lt;br /&gt;</w:t>
        <w:br/>
        <w:t>і &lt; пізнавать &gt; познавать себе самого научив.&lt;br /&gt;</w:t>
        <w:br/>
        <w:t>І тиха флейта, як метелик,&lt;br /&gt;</w:t>
        <w:br/>
        <w:t>летить до лісу, на жита,&lt;br /&gt;</w:t>
        <w:br/>
        <w:t>прозоро над Дніпром тріпоче,&lt;br /&gt;</w:t>
        <w:br/>
        <w:t>до всіх просторів признається&lt;br /&gt;</w:t>
        <w:br/>
        <w:t>і повертається назад, немов голубка,&lt;br /&gt;</w:t>
        <w:br/>
        <w:t>з маслиною в дзьобу:&lt;br /&gt;</w:t>
        <w:br/>
        <w:t>мир, мир душі твоїй,— сказав Всевишній,&lt;br /&gt;</w:t>
        <w:br/>
        <w:t>мир.&lt;br /&gt;</w:t>
        <w:br/>
        <w:t>І слухає Сковорода цю відповідь,&lt;br /&gt;</w:t>
        <w:br/>
        <w:t>нової пісні &lt; зачинає &gt; починає —&lt;br /&gt;</w:t>
        <w:br/>
        <w:t>очі заплющені,&lt;br /&gt;</w:t>
        <w:br/>
        <w:t>хитається в ритм.&lt;br /&gt;</w:t>
        <w:br/>
        <w:t>Подяка Богові за все,&lt;br /&gt;</w:t>
        <w:br/>
        <w:t>найперше ж:&lt;br /&gt;</w:t>
        <w:br/>
        <w:t>за те, що потрібне зробив нетрудним,&lt;br /&gt;</w:t>
        <w:br/>
        <w:t>а трудне непотрібним.&lt;br /&gt;</w:t>
        <w:br/>
        <w:t>На всіх шляхах життя&lt;br /&gt;</w:t>
        <w:br/>
        <w:t>єднай свою хисткую волю&lt;br /&gt;</w:t>
        <w:br/>
        <w:t>з волею Творця.&lt;br /&gt;</w:t>
        <w:br/>
        <w:t>Подяка Богові за все.&lt;br /&gt;</w:t>
        <w:br/>
        <w:t>Грає, грає Сковорода,&lt;br /&gt;</w:t>
        <w:br/>
        <w:t>а день вже хмариться назад&lt;br /&gt;</w:t>
        <w:br/>
        <w:t>і якось хилиться, як колос,&lt;br /&gt;</w:t>
        <w:br/>
        <w:t>в землю.&lt;br /&gt;</w:t>
        <w:br/>
        <w:t>Іде отара од води,&lt;br /&gt;</w:t>
        <w:br/>
        <w:t>і дівчина-пастушка послухать зупинилась !.&lt;br /&gt;</w:t>
        <w:br/>
        <w:t>Почув Сковорода невинний погляд,&lt;br /&gt;</w:t>
        <w:br/>
        <w:t>очі розплющив.&lt;br /&gt;</w:t>
        <w:br/>
        <w:t>Напроти на берегах дописано олівцем:&lt;br /&gt;</w:t>
        <w:br/>
        <w:t>"Чернець,— подумала,— &lt;не&gt; а не чернець!&lt;br /&gt;</w:t>
        <w:br/>
        <w:t>безвусий, безбородий&lt;br /&gt;</w:t>
        <w:br/>
        <w:t>&lt;мов стрижений &gt;&lt;br /&gt;</w:t>
        <w:br/>
        <w:t>дудка не проста",— Ред.&lt;br /&gt;</w:t>
        <w:br/>
        <w:t>— Маріє!., ти?..&lt;br /&gt;</w:t>
        <w:br/>
        <w:t>— Е ні, &lt;мене&gt; зовуть Маринкою.&lt;br /&gt;</w:t>
        <w:br/>
        <w:t>Л почім ви мене знаєте?&lt;br /&gt;</w:t>
        <w:br/>
        <w:t>— Маріє, Маринко...— без ліку повторяв,&lt;br /&gt;</w:t>
        <w:br/>
        <w:t>і брав її за руку, і дивився,&lt;br /&gt;</w:t>
        <w:br/>
        <w:t>довго-довго.&lt;br /&gt;</w:t>
        <w:br/>
        <w:t>Такії ж очі були&lt;br /&gt;</w:t>
        <w:br/>
        <w:t>у його учениці, у Марії,&lt;br /&gt;</w:t>
        <w:br/>
        <w:t>коли в знайомого він жив на пасіці.&lt;br /&gt;</w:t>
        <w:br/>
        <w:t>Вже стільки літ пройшло,&lt;br /&gt;</w:t>
        <w:br/>
        <w:t>а він забуть не може&lt;br /&gt;</w:t>
        <w:br/>
        <w:t>її ласкавість, і красу,&lt;br /&gt;</w:t>
        <w:br/>
        <w:t>і повнолітній голос...1&lt;br /&gt;</w:t>
        <w:br/>
        <w:t>— Маріє, Маринко...— без ліку повторяв.&lt;br /&gt;</w:t>
        <w:br/>
        <w:t>Маринка сіла.&lt;br /&gt;</w:t>
        <w:br/>
        <w:t>Спідничкою закрила ноги,&lt;br /&gt;</w:t>
        <w:br/>
        <w:t>в долоні всю голівку узяла,&lt;br /&gt;</w:t>
        <w:br/>
        <w:t>говорить.&lt;br /&gt;</w:t>
        <w:br/>
        <w:t>— Чиї вівці пасе &lt;?&gt; —&lt;br /&gt;</w:t>
        <w:br/>
        <w:t>Хіба це пе 'днаково чиї &lt; ? &gt;&lt;br /&gt;</w:t>
        <w:br/>
        <w:t>Колись я думала, що можна жить, працюючи,&lt;br /&gt;</w:t>
        <w:br/>
        <w:t>аби земля родила.&lt;br /&gt;</w:t>
        <w:br/>
        <w:t>Тепер — ні.&lt;br /&gt;</w:t>
        <w:br/>
        <w:t>Бо батько й мати горби понаробляли —&lt;br /&gt;</w:t>
        <w:br/>
        <w:t>а все &lt;лиш&gt; панові, &lt;бодай йому...&gt; бодай йому&lt;br /&gt;</w:t>
        <w:br/>
        <w:t>не дихать!&lt;br /&gt;</w:t>
        <w:br/>
        <w:t>&lt;...Ще&gt; більш голівку заховала,&lt;br /&gt;</w:t>
        <w:br/>
        <w:t>щоб сліз не видно.&lt;br /&gt;</w:t>
        <w:br/>
        <w:t>А сльози, сльози як слова!&lt;br /&gt;</w:t>
        <w:br/>
        <w:t>— Одна&lt;br /&gt;</w:t>
        <w:br/>
        <w:t>пішла я раз у панський двір.&lt;br /&gt;</w:t>
        <w:br/>
        <w:t>А пан на ніч сказав мені зостатись,&lt;br /&gt;</w:t>
        <w:br/>
        <w:t>грозив ножем і мордував,—&lt;br /&gt;</w:t>
        <w:br/>
        <w:t>та не далася я,&lt;br /&gt;</w:t>
        <w:br/>
        <w:t>втекла.&lt;br /&gt;</w:t>
        <w:br/>
        <w:t>А &lt;ваші&gt; ці ченці —&lt;br /&gt;</w:t>
        <w:br/>
        <w:t>о господи, пройти й у церкву не дадуть.&lt;br /&gt;</w:t>
        <w:br/>
        <w:t>Та що й казать...&lt;br /&gt;</w:t>
        <w:br/>
        <w:t>Помовчала Маринка,&lt;br /&gt;</w:t>
        <w:br/>
        <w:t>й день затих.&lt;br /&gt;</w:t>
        <w:br/>
        <w:t>То хмари все хмаріли,&lt;br /&gt;</w:t>
        <w:br/>
        <w:t>а то у тучу всі зійшлись&lt;br /&gt;</w:t>
        <w:br/>
        <w:t>і звідти&lt;br /&gt;</w:t>
        <w:br/>
        <w:t>1 Напроти дописано олівцем і викреслено: "такії очі і в друга&lt;br /&gt;</w:t>
        <w:br/>
        <w:t>його Ковалинського".— Ред.&lt;br /&gt;</w:t>
        <w:br/>
        <w:t>ціляли в блиск розколотого неба,&lt;br /&gt;</w:t>
        <w:br/>
        <w:t>&lt;регочучи... ворчливо...&gt;&lt;br /&gt;</w:t>
        <w:br/>
        <w:t>&lt; блискочучи в Дніпрі &gt; &lt;одбившись в Дніпрі &gt;&lt;br /&gt;</w:t>
        <w:br/>
        <w:t>в Дніпрі одбившись.&lt;br /&gt;</w:t>
        <w:br/>
        <w:t>У кучу вівці збились&lt;br /&gt;</w:t>
        <w:br/>
        <w:t>&lt;й&gt; немов із холоду&lt;br /&gt;</w:t>
        <w:br/>
        <w:t>ягнятко на руки полізло.&lt;br /&gt;</w:t>
        <w:br/>
        <w:t>— А вам, напевне, весело живеться, що ви все граєте?&lt;br /&gt;</w:t>
        <w:br/>
        <w:t>Я бачила й учора вас...&lt;br /&gt;</w:t>
        <w:br/>
        <w:t>А брат мій у повстанцях — та й зразу схаменулась.&lt;br /&gt;</w:t>
        <w:br/>
        <w:t>Взяла ягнятко й понесла.&lt;br /&gt;</w:t>
        <w:br/>
        <w:t>А вітер їй заходив збоку,&lt;br /&gt;</w:t>
        <w:br/>
        <w:t>і рвав спідничку і кісник,&lt;br /&gt;</w:t>
        <w:br/>
        <w:t>аж поки з вівцями в яру вона не зникла.&lt;br /&gt;</w:t>
        <w:br/>
        <w:t>А вітер все заходив збоку.&lt;br /&gt;</w:t>
        <w:br/>
        <w:t>&lt; Сковорода&gt;&lt;br /&gt;</w:t>
        <w:br/>
        <w:t>Сковорода — на бистрі ноги встав,&lt;br /&gt;</w:t>
        <w:br/>
        <w:t>хотів її догнати,&lt;br /&gt;</w:t>
        <w:br/>
        <w:t>&lt; хотів &gt; обнять, потішить,&lt;br /&gt;</w:t>
        <w:br/>
        <w:t>&lt;заспокоїть,&gt; утерти сльози недитячі,&lt;br /&gt;</w:t>
        <w:br/>
        <w:t>та тут &lt;повз його&gt;&lt;br /&gt;</w:t>
        <w:br/>
        <w:t>повз нього 1&lt;br /&gt;</w:t>
        <w:br/>
        <w:t>Повз нього &lt; блискуча &gt;&lt;br /&gt;</w:t>
        <w:br/>
        <w:t>карета,&lt;br /&gt;</w:t>
        <w:br/>
        <w:t>закрившись курявою, на Київ покуріла&lt;br /&gt;</w:t>
        <w:br/>
        <w:t>&lt;на Київ&gt;&lt;br /&gt;</w:t>
        <w:br/>
        <w:t>і довго пан &lt;у&gt; із вікна дивився,&lt;br /&gt;</w:t>
        <w:br/>
        <w:t>який то &lt;там чернець &gt; юродивий&lt;br /&gt;</w:t>
        <w:br/>
        <w:t>&lt;мов доганяв &gt; очима доганяє його, а мо' й&lt;br /&gt;</w:t>
        <w:br/>
        <w:t>словами.&lt;br /&gt;</w:t>
        <w:br/>
        <w:t>Простягне руки до Дніпра&lt;br /&gt;</w:t>
        <w:br/>
        <w:t>та й знов тремтячі одведе,&lt;br /&gt;</w:t>
        <w:br/>
        <w:t>немовби воздух тихо прийме.&lt;br /&gt;</w:t>
        <w:br/>
        <w:t>Сльози гніву, щастя,&lt;br /&gt;</w:t>
        <w:br/>
        <w:t>бурі серця великого&lt;br /&gt;</w:t>
        <w:br/>
        <w:t>говорить не дають.&lt;br /&gt;</w:t>
        <w:br/>
        <w:t>"Напевно весело живеться..."&lt;br /&gt;</w:t>
        <w:br/>
        <w:t>Ніколи блискавка отак не била &lt;в дерево &gt;, не палила,&lt;br /&gt;</w:t>
        <w:br/>
        <w:t>як &lt;оці слова &gt; душу його&lt;br /&gt;</w:t>
        <w:br/>
        <w:t>&lt;в душу його&gt; &lt;оці&gt; ці слова.&lt;br /&gt;</w:t>
        <w:br/>
        <w:t>Справді.&lt;br /&gt;</w:t>
        <w:br/>
        <w:t>1 На звороті аркуша під зірочкою дописано наступні 14 рядків&lt;br /&gt;</w:t>
        <w:br/>
        <w:t>(до "Напевно, весело живеться...").— Ред.&lt;br /&gt;</w:t>
        <w:br/>
        <w:t>Чого прийшов він в цюю пустинь?&lt;br /&gt;</w:t>
        <w:br/>
        <w:t>Хіба не на те, щоб пожить&lt;?&gt;,&lt;br /&gt;</w:t>
        <w:br/>
        <w:t>щоб мир знайти &lt;і&gt; й спокій&lt;?&gt;,&lt;br /&gt;</w:t>
        <w:br/>
        <w:t>і бога щасливого &lt; від [чути] у&gt; в собі відчути,&lt;br /&gt;</w:t>
        <w:br/>
        <w:t>у &lt; природі &gt; натурі,&lt;br /&gt;</w:t>
        <w:br/>
        <w:t>бога, якого і Сократу не вдалось побачить,&lt;br /&gt;</w:t>
        <w:br/>
        <w:t>гармонію душі? —&lt;br /&gt;</w:t>
        <w:br/>
        <w:t>А бог один,&lt;br /&gt;</w:t>
        <w:br/>
        <w:t>і може там якраз,&lt;br /&gt;</w:t>
        <w:br/>
        <w:t>де ту гармонію розбито.&lt;br /&gt;</w:t>
        <w:br/>
        <w:t>І як я смів подумать,&lt;br /&gt;</w:t>
        <w:br/>
        <w:t>що вже зробив щось для людей,&lt;br /&gt;</w:t>
        <w:br/>
        <w:t>коли безвинні ллються сльози кругом, кругом,&lt;br /&gt;</w:t>
        <w:br/>
        <w:t>а я од них тікаю!&lt;br /&gt;</w:t>
        <w:br/>
        <w:t>&lt; Противні мені приятелі, в яких я жив&gt;&lt;br /&gt;</w:t>
        <w:br/>
        <w:t>Чи ж друзі &lt;ж&gt; були мої друзі, в яких я жив,&lt;br /&gt;</w:t>
        <w:br/>
        <w:t>&lt; Гидка мені&gt; чи справжня була моя проповідь,&lt;br /&gt;</w:t>
        <w:br/>
        <w:t>яку я підносив.&lt;br /&gt;</w:t>
        <w:br/>
        <w:t>&lt;Бо шляхта то була,&gt; Шляхту, шляхту бачив я, а не народі&lt;br /&gt;</w:t>
        <w:br/>
        <w:t>&lt;Бо просвіщ[ав] панство&gt; Панство просвіщав, а не голоту!&lt;br /&gt;</w:t>
        <w:br/>
        <w:t>У ній,&lt;br /&gt;</w:t>
        <w:br/>
        <w:t>лише у цій останній,&lt;br /&gt;</w:t>
        <w:br/>
        <w:t>я мир собі знайду&lt;br /&gt;</w:t>
        <w:br/>
        <w:t>і боротьбу замість спокою.&lt;br /&gt;</w:t>
        <w:br/>
        <w:t>Бо мир не просто правда,&lt;br /&gt;</w:t>
        <w:br/>
        <w:t>мир є справедливість,&lt;br /&gt;</w:t>
        <w:br/>
        <w:t>за всіх пригноблених піднятий меч.&lt;br /&gt;</w:t>
        <w:br/>
        <w:t>&lt;Ти чуєш, Дніпре,&lt;br /&gt;</w:t>
        <w:br/>
        <w:t>за всіх!&gt;&lt;br /&gt;</w:t>
        <w:br/>
        <w:t>Мінялася його душа,&lt;br /&gt;</w:t>
        <w:br/>
        <w:t>як і природа.&lt;br /&gt;</w:t>
        <w:br/>
        <w:t>Надходив вітер з вітерками &lt; вітер &gt;.&lt;br /&gt;</w:t>
        <w:br/>
        <w:t>Пішов, хоч не хотів із поля йти &lt;із поля&gt;&lt;br /&gt;</w:t>
        <w:br/>
        <w:t>&lt;—вітер з вітерками—&gt;&lt;br /&gt;</w:t>
        <w:br/>
        <w:t>&lt; пісок &gt; закрутився пісок&lt;br /&gt;</w:t>
        <w:br/>
        <w:t>&lt;— розвіявсь — &gt;&lt;br /&gt;</w:t>
        <w:br/>
        <w:t>і з вітерками вітер&lt;br /&gt;</w:t>
        <w:br/>
        <w:t>&lt; вітер &gt;&lt;br /&gt;</w:t>
        <w:br/>
        <w:t>і на одній нозі пісок за яром закрутився.&lt;br /&gt;</w:t>
        <w:br/>
        <w:t>&lt; — і з вітерками вітер — &gt;&lt;br /&gt;</w:t>
        <w:br/>
        <w:t>І думав дорогою:&lt;br /&gt;</w:t>
        <w:br/>
        <w:t>шляхту бачив я...&lt;br /&gt;</w:t>
        <w:br/>
        <w:t>І думав дорогою:&lt;br /&gt;</w:t>
        <w:br/>
        <w:t>гармонія неіз'яснима&lt;br /&gt;</w:t>
        <w:br/>
        <w:t>&lt;у всьому сві[ті]&gt;&lt;br /&gt;</w:t>
        <w:br/>
        <w:t>налився всесвіт повноти &lt;і сам себе&gt;&lt;br /&gt;</w:t>
        <w:br/>
        <w:t>&lt;але чого ж і&gt;&lt;br /&gt;</w:t>
        <w:br/>
        <w:t>і споглядає &lt;сам себе&gt; сам себе.&lt;br /&gt;</w:t>
        <w:br/>
        <w:t>Але й &lt;в ньому&gt; його &lt;якась лінія&gt; &lt;якась воля&gt;&lt;br /&gt;</w:t>
        <w:br/>
        <w:t>&lt; чиясь лінія &gt; &lt;мов&gt; на два пересікає лінія:&lt;br /&gt;</w:t>
        <w:br/>
        <w:t>на світ вгорі і світ внизу&lt;br /&gt;</w:t>
        <w:br/>
        <w:t>і другий завжди рабство.&lt;br /&gt;</w:t>
        <w:br/>
        <w:t>Чи ж друзі були мої друзі [?]&lt;br /&gt;</w:t>
        <w:br/>
        <w:t>І на одній нозі пісок за яром закрутився,&lt;br /&gt;</w:t>
        <w:br/>
        <w:t>і вперше усумнивсь Сковорода,&lt;br /&gt;</w:t>
        <w:br/>
        <w:t>і вперше &lt; іншими очима глянув &gt; очима іншими поглянув&lt;br /&gt;</w:t>
        <w:br/>
        <w:t>на небо, на землю, на себе.&lt;br /&gt;</w:t>
        <w:br/>
        <w:t>Хмара ще &lt;далі&gt; ширше сиві краї свої закотила&lt;br /&gt;</w:t>
        <w:br/>
        <w:t>і звідти так само ж здавалось&lt;br /&gt;</w:t>
        <w:br/>
        <w:t>ціляла в брязк розтріснутого неба,&lt;br /&gt;</w:t>
        <w:br/>
        <w:t>&lt; одплеснувшись &gt;&lt;br /&gt;</w:t>
        <w:br/>
        <w:t>потріскуючи у Дніпрі...&lt;br /&gt;</w:t>
        <w:br/>
        <w:t>Але за цим &lt;по тихогрізному мовчанню &gt;&lt;br /&gt;</w:t>
        <w:br/>
        <w:t>такий орган гримів і грав простором-хором понад хором —&lt;br /&gt;</w:t>
        <w:br/>
        <w:t>аж земля під низом стугоніла, трепещучи...&lt;br /&gt;</w:t>
        <w:br/>
        <w:t>Дививсь Сковорода і думав:&lt;br /&gt;</w:t>
        <w:br/>
        <w:t>а се ж бо єсть вже інший &lt;триугол&gt; триугол:&lt;br /&gt;</w:t>
        <w:br/>
        <w:t>земля, огонь, вода.&lt;br /&gt;</w:t>
        <w:br/>
        <w:t>Земля, що правди прагне, права,&lt;br /&gt;</w:t>
        <w:br/>
        <w:t>огонь, цей гнів, що сам рождається&lt;br /&gt;</w:t>
        <w:br/>
        <w:t>з землі в задуху, в спеку, у туман.&lt;br /&gt;</w:t>
        <w:br/>
        <w:t>Також вода, &lt;що як&gt; душа людини,&lt;br /&gt;</w:t>
        <w:br/>
        <w:t>&lt;що все одсвічує не тільки радістю &gt;&lt;br /&gt;</w:t>
        <w:br/>
        <w:t>&lt;А все ж бо інший триугол &gt;</w:t>
      </w:r>
    </w:p>
    <w:p>
      <w:r>
        <w:br/>
        <w:t>Проходив кладовищем.&lt;br /&gt;</w:t>
        <w:br/>
        <w:t>...говорить.&lt;br /&gt;</w:t>
        <w:br/>
        <w:t>Вже дощ стіною рівною підходив&lt;br /&gt;</w:t>
        <w:br/>
        <w:t>&lt;і розлягались блискавки &gt; і блискавки ганялись&lt;br /&gt;</w:t>
        <w:br/>
        <w:t>8а смерканнями&lt;br /&gt;</w:t>
        <w:br/>
        <w:t>&lt;і розлягались гори грому понад Дніпром смеркаючим. &gt;&lt;br /&gt;</w:t>
        <w:br/>
        <w:t>як Сковорода, &lt;на рівні ноги&gt; &lt;на бистрі ноги вставши&gt;&lt;br /&gt;</w:t>
        <w:br/>
        <w:t>&lt;з смеркаючого поля&gt;&lt;br /&gt;</w:t>
        <w:br/>
        <w:t>у пустинь поспішив.</w:t>
      </w:r>
    </w:p>
    <w:p>
      <w:r>
        <w:br/>
        <w:t>що все — не тільки радість,—&lt;br /&gt;</w:t>
        <w:br/>
        <w:t>що все одсвічувать повинна.&lt;br /&gt;</w:t>
        <w:br/>
        <w:t>Але ж бо єсть вже інший триугол.&lt;br /&gt;</w:t>
        <w:br/>
        <w:t>— надходив вітер —&lt;br /&gt;</w:t>
        <w:br/>
        <w:t>— А ти все сам з собою? —&lt;br /&gt;</w:t>
        <w:br/>
        <w:t>зустрів у брамі Іустин.—&lt;br /&gt;</w:t>
        <w:br/>
        <w:t>Іди, стоїть твоя трапеза,&lt;br /&gt;</w:t>
        <w:br/>
        <w:t>і братія поговорить прийшла із Лаври.&lt;br /&gt;</w:t>
        <w:br/>
        <w:t>— Чого тій братії!..— та й змовк.&lt;br /&gt;</w:t>
        <w:br/>
        <w:t>В душі боролись два боги:&lt;br /&gt;</w:t>
        <w:br/>
        <w:t>гармонія і справедливість,&lt;br /&gt;</w:t>
        <w:br/>
        <w:t>і першу валивала &lt;люта&gt; лють,&lt;br /&gt;</w:t>
        <w:br/>
        <w:t>бо &lt;не може буть гармонії, коли&gt; де ж гармонія,&lt;br /&gt;</w:t>
        <w:br/>
        <w:t>&lt;коли&gt; як справедливості нема [?]&lt;br /&gt;</w:t>
        <w:br/>
        <w:t>— Я тут, я тут, я &lt;тут&gt;...— &lt;скотилось по даху&gt; по даху&lt;br /&gt;</w:t>
        <w:br/>
        <w:t>скотилось,&lt;br /&gt;</w:t>
        <w:br/>
        <w:t>затріпотіло в листі, &lt; впало &gt;&lt;br /&gt;</w:t>
        <w:br/>
        <w:t>і &lt; зразу &gt; стихло.&lt;br /&gt;</w:t>
        <w:br/>
        <w:t>— Ходімо &lt; скоріше під дзвіницю &gt; па ґанок,&lt;br /&gt;</w:t>
        <w:br/>
        <w:t>&lt;а то вже&gt; гряд.&lt;br /&gt;</w:t>
        <w:br/>
        <w:t>— Гряд! — ударило над ними&lt;br /&gt;</w:t>
        <w:br/>
        <w:t>&lt;ще&gt; й завалилося &lt;в кущах &gt;&lt;br /&gt;</w:t>
        <w:br/>
        <w:t>і &lt; потім &gt; довго блискавку сікло, сікло&lt;br /&gt;</w:t>
        <w:br/>
        <w:t>і &lt; довго &gt; повторяло десь&lt;br /&gt;</w:t>
        <w:br/>
        <w:t>вище октавою &lt; внизу &gt;:&lt;br /&gt;</w:t>
        <w:br/>
        <w:t>— Бруд, брудом бруд...&lt;br /&gt;</w:t>
        <w:br/>
        <w:t>А гряд од стін і від землі одскакувать пішов&lt;br /&gt;</w:t>
        <w:br/>
        <w:t>мов стукотом підкований&lt;br /&gt;</w:t>
        <w:br/>
        <w:t>&lt;вже під дзвінице [ю] &gt;&lt;br /&gt;</w:t>
        <w:br/>
        <w:t>&lt;в шумі, в шумі&gt;&lt;br /&gt;</w:t>
        <w:br/>
        <w:t>у шумі, &lt;у&gt; в бризках, &lt;в&gt; у бризкошумі&lt;br /&gt;</w:t>
        <w:br/>
        <w:t>мов стукотом підкований.&lt;br /&gt;</w:t>
        <w:br/>
        <w:t>— Григорію, ось слухай:&lt;br /&gt;</w:t>
        <w:br/>
        <w:t>ти, бачу, щось замислив,&lt;br /&gt;</w:t>
        <w:br/>
        <w:t>немов тікать із пустині надумав.&lt;br /&gt;</w:t>
        <w:br/>
        <w:t>Останься, поживи!&lt;br /&gt;</w:t>
        <w:br/>
        <w:t>Ти бачиш, як тебе ми поважаєм,&lt;br /&gt;</w:t>
        <w:br/>
        <w:t>як в кожне слово твоє вірим&lt;br /&gt;</w:t>
        <w:br/>
        <w:t>про Бога вічного.&lt;br /&gt;</w:t>
        <w:br/>
        <w:t>"&lt;Чи вічний же ваш Бог?&gt; &lt;А може й&gt; Не мечіте&lt;br /&gt;</w:t>
        <w:br/>
        <w:t>бісеру",—&lt;br /&gt;</w:t>
        <w:br/>
        <w:t>Сковорода подумав.&lt;br /&gt;</w:t>
        <w:br/>
        <w:t>&lt; Підійшла &gt; Вийшла братія.&lt;br /&gt;</w:t>
        <w:br/>
        <w:t>— Останьсь, останься,— почали вмовлять.&lt;br /&gt;</w:t>
        <w:br/>
        <w:t>Ще не набридло по світах?&lt;br /&gt;</w:t>
        <w:br/>
        <w:t>Пора подумати &lt;про&gt; за пристань.&lt;br /&gt;</w:t>
        <w:br/>
        <w:t>А пристань тут твоя,&lt;br /&gt;</w:t>
        <w:br/>
        <w:t>У нас,&lt;br /&gt;</w:t>
        <w:br/>
        <w:t>у Києві, у Лаврі.&lt;br /&gt;</w:t>
        <w:br/>
        <w:t>Ми знаєм всі твої таланти.&lt;br /&gt;</w:t>
        <w:br/>
        <w:t>Ми знаєм розум твій і святість.&lt;br /&gt;</w:t>
        <w:br/>
        <w:t>Стовпом істини ти будеш в нас&lt;br /&gt;</w:t>
        <w:br/>
        <w:t>і церкви окрасою на Україні.&lt;br /&gt;</w:t>
        <w:br/>
        <w:t>Затремтів Сковорода мов пламенем об'ятий.&lt;br /&gt;</w:t>
        <w:br/>
        <w:t>— Ой, преподобнії!&lt;br /&gt;</w:t>
        <w:br/>
        <w:t>Яких вам ще стовпів у церкву треба?&lt;br /&gt;</w:t>
        <w:br/>
        <w:t>Доволі й вас,&lt;br /&gt;</w:t>
        <w:br/>
        <w:t>стовпів неотесаних!&lt;br /&gt;</w:t>
        <w:br/>
        <w:t>Ви ж церкву завалили,&lt;br /&gt;</w:t>
        <w:br/>
        <w:t>що й за сто літ вона не встане!&lt;br /&gt;</w:t>
        <w:br/>
        <w:t>Іустин тихо:&lt;br /&gt;</w:t>
        <w:br/>
        <w:t>— Григорію, ось годі.&lt;br /&gt;</w:t>
        <w:br/>
        <w:t>Не ображай лаврських отців.&lt;br /&gt;</w:t>
        <w:br/>
        <w:t>Вони ж прийшли прохать тебе &lt;до них&gt; у ризу&lt;br /&gt;</w:t>
        <w:br/>
        <w:t>&lt;хоч і за єпископа &gt;.&lt;br /&gt;</w:t>
        <w:br/>
        <w:t>Затремтів Сковорода, мов пламенем об'ятий.&lt;br /&gt;</w:t>
        <w:br/>
        <w:t>— Ризо! ризо!&lt;br /&gt;</w:t>
        <w:br/>
        <w:t>не багатьох ти преподобними зробила,&lt;br /&gt;</w:t>
        <w:br/>
        <w:t>але премногих вчарувала.&lt;br /&gt;</w:t>
        <w:br/>
        <w:t>Окаянствуйте!&lt;br /&gt;</w:t>
        <w:br/>
        <w:t>окаянствуйте, поки не встав спаситель церкви.&lt;br /&gt;</w:t>
        <w:br/>
        <w:t>А він як встане —&lt;br /&gt;</w:t>
        <w:br/>
        <w:t>то першим же на вас!&lt;br /&gt;</w:t>
        <w:br/>
        <w:t>Братія: Ти гніваєшся, учителю,&lt;br /&gt;</w:t>
        <w:br/>
        <w:t>&lt;ми знаєм &gt;.&lt;br /&gt;</w:t>
        <w:br/>
        <w:t>Скажи ж нам на прощання,&lt;br /&gt;</w:t>
        <w:br/>
        <w:t>&lt;де&gt; &lt;наше щастя &gt; де &lt;мир&gt; &lt; надія &gt; &lt; гордість&lt;br /&gt;</w:t>
        <w:br/>
        <w:t>і надія &gt;&lt;br /&gt;</w:t>
        <w:br/>
        <w:t>щастя наше, де надія&lt;br /&gt;</w:t>
        <w:br/>
        <w:t>&lt;кого ще&gt; &lt; порадиш нам прохать &gt;&lt;br /&gt;</w:t>
        <w:br/>
        <w:t>і кудою нам &lt;іти шукать &gt; іти [?]&lt;br /&gt;</w:t>
        <w:br/>
        <w:t>&lt;— Всяк єсть там, де серцем сам&gt;&lt;br /&gt;</w:t>
        <w:br/>
        <w:t>&lt;—Ідіть пахать, забудьте рясу—&gt;&lt;br /&gt;</w:t>
        <w:br/>
        <w:t>&lt;отам ваше щастя і гордість і надія &gt;&lt;br /&gt;</w:t>
        <w:br/>
        <w:t>&lt;отам ваше щастя, отам ваша гордість і падія&gt;.&lt;br /&gt;</w:t>
        <w:br/>
        <w:t>&lt;—Ах, наше серце&gt;&lt;br /&gt;</w:t>
        <w:br/>
        <w:t>Сковорода: Всяк єсть там, де серцем сам.&lt;br /&gt;</w:t>
        <w:br/>
        <w:t>— Ах серце наше &lt; нічого [не] бажає як добра &gt;&lt;br /&gt;</w:t>
        <w:br/>
        <w:t>добра завжди бажає ближньому.&lt;br /&gt;</w:t>
        <w:br/>
        <w:t>— Покиньте рясу, ідіть пахать.&lt;br /&gt;</w:t>
        <w:br/>
        <w:t>Замовкла братія.&lt;br /&gt;</w:t>
        <w:br/>
        <w:t>Потиху&lt;br /&gt;</w:t>
        <w:br/>
        <w:t>посунула назад.&lt;br /&gt;</w:t>
        <w:br/>
        <w:t>Пішов і отець Іустин із ними в келію.&lt;br /&gt;</w:t>
        <w:br/>
        <w:t>Ще довго там світили свічку,&lt;br /&gt;</w:t>
        <w:br/>
        <w:t>ревли молитву по вечері&lt;br /&gt;</w:t>
        <w:br/>
        <w:t>і, наревівшися, лягли.&lt;br /&gt;</w:t>
        <w:br/>
        <w:t>Зостався сам.&lt;br /&gt;</w:t>
        <w:br/>
        <w:t>Один,&lt;br /&gt;</w:t>
        <w:br/>
        <w:t>у темноті,&lt;br /&gt;</w:t>
        <w:br/>
        <w:t>у думах.&lt;br /&gt;</w:t>
        <w:br/>
        <w:t>Дзвіницю хмари обганяли —&lt;br /&gt;</w:t>
        <w:br/>
        <w:t>і бунтувалися вгорі тополі,&lt;br /&gt;</w:t>
        <w:br/>
        <w:t>турляючись на схід...&lt;br /&gt;</w:t>
        <w:br/>
        <w:t>&lt; Гроза пройшла десь стороною &gt;&lt;br /&gt;</w:t>
        <w:br/>
        <w:t>&lt; Гроза гриміла над [тополями] &gt;&lt;br /&gt;</w:t>
        <w:br/>
        <w:t>&lt;але друга надходила ще більша &gt;&lt;br /&gt;</w:t>
        <w:br/>
        <w:t>Гроза &lt;на мить&gt; часами затихала&lt;br /&gt;</w:t>
        <w:br/>
        <w:t>і другу грозу із Києва чуть було&lt;br /&gt;</w:t>
        <w:br/>
        <w:t>й тоді &lt;було чути грозу другу &gt; &lt;другу грозу &gt;&lt;br /&gt;</w:t>
        <w:br/>
        <w:t>із Києва,&lt;br /&gt;</w:t>
        <w:br/>
        <w:t>а що саме —&lt;br /&gt;</w:t>
        <w:br/>
        <w:t>не розібрать.&lt;br /&gt;</w:t>
        <w:br/>
        <w:t>&lt; Зостався сам&gt;&lt;br /&gt;</w:t>
        <w:br/>
        <w:t>Зашуміла шовковиця,&lt;br /&gt;</w:t>
        <w:br/>
        <w:t>оріх затрепетав&lt;br /&gt;</w:t>
        <w:br/>
        <w:t>і дзвіниця &lt; зразу &gt; підскочила в малиновім огні.&lt;br /&gt;</w:t>
        <w:br/>
        <w:t>— Грязь!&lt;br /&gt;</w:t>
        <w:br/>
        <w:t>Гробокопателі! &lt;Хромії!&gt; —&lt;br /&gt;</w:t>
        <w:br/>
        <w:t>Хромії! —&lt;br /&gt;</w:t>
        <w:br/>
        <w:t>ударив з неба голос, загримів,&lt;br /&gt;</w:t>
        <w:br/>
        <w:t>і довго шар важкий &lt;на ременю &gt; розкочував,&lt;br /&gt;</w:t>
        <w:br/>
        <w:t>щоб знов жбурнуть на землю.&lt;br /&gt;</w:t>
        <w:br/>
        <w:t>Перевів дух вітер&lt;br /&gt;</w:t>
        <w:br/>
        <w:t>і зразу&lt;br /&gt;</w:t>
        <w:br/>
        <w:t>у всі ворота розігнавсь.&lt;br /&gt;</w:t>
        <w:br/>
        <w:t>Л зверху дощ,&lt;br /&gt;</w:t>
        <w:br/>
        <w:t>а зверху блиск —&lt;br /&gt;</w:t>
        <w:br/>
        <w:t>грязь!&lt;br /&gt;</w:t>
        <w:br/>
        <w:t>грязь!&lt;br /&gt;</w:t>
        <w:br/>
        <w:t>Злякалися ченці&lt;br /&gt;</w:t>
        <w:br/>
        <w:t>і засвітили свічку в келії,&lt;br /&gt;</w:t>
        <w:br/>
        <w:t>і заревли до бога грізного до Саваота:&lt;br /&gt;</w:t>
        <w:br/>
        <w:t>— Свят! свят!&lt;br /&gt;</w:t>
        <w:br/>
        <w:t>ми чистії, ми духом нищії,&lt;br /&gt;</w:t>
        <w:br/>
        <w:t>помилуй нас &lt;!&gt;...&lt;br /&gt;</w:t>
        <w:br/>
        <w:t>А зверху дощ,&lt;br /&gt;</w:t>
        <w:br/>
        <w:t>а зверху блиск —&lt;br /&gt;</w:t>
        <w:br/>
        <w:t>грязь!&lt;br /&gt;</w:t>
        <w:br/>
        <w:t>&lt; грязь !&gt;&lt;br /&gt;</w:t>
        <w:br/>
        <w:t>В саду під деревом&lt;br /&gt;</w:t>
        <w:br/>
        <w:t>курінь соломою накритий.&lt;br /&gt;</w:t>
        <w:br/>
        <w:t>Там спав Сковорода&lt;br /&gt;</w:t>
        <w:br/>
        <w:t>годин чотири на добу.&lt;br /&gt;</w:t>
        <w:br/>
        <w:t>А все ж останнє врем'я&lt;br /&gt;</w:t>
        <w:br/>
        <w:t>молився.&lt;br /&gt;</w:t>
        <w:br/>
        <w:t>І зараз &lt; прибіг він&gt; він прибіг&lt;br /&gt;</w:t>
        <w:br/>
        <w:t>не від дощу сховатись —&lt;br /&gt;</w:t>
        <w:br/>
        <w:t>молитися, молитись!&lt;br /&gt;</w:t>
        <w:br/>
        <w:t>Гарячі руки простягнув —&lt;br /&gt;</w:t>
        <w:br/>
        <w:t>і попливла земля,&lt;br /&gt;</w:t>
        <w:br/>
        <w:t>і сам возноситись почав.&lt;br /&gt;</w:t>
        <w:br/>
        <w:t>Все вгору, вище, вище.&lt;br /&gt;</w:t>
        <w:br/>
        <w:t>І бачив землю,&lt;br /&gt;</w:t>
        <w:br/>
        <w:t>всю її неправду,&lt;br /&gt;</w:t>
        <w:br/>
        <w:t>неначе вдень,&lt;br /&gt;</w:t>
        <w:br/>
        <w:t>так ясно.&lt;br /&gt;</w:t>
        <w:br/>
        <w:t>&lt;Царі, царята і пани&gt; Царі ж, вельможі і пани&lt;br /&gt;</w:t>
        <w:br/>
        <w:t>&lt;з[агнали] &gt;&lt;br /&gt;</w:t>
        <w:br/>
        <w:t>&lt; народ загнали в церкву&gt; &lt; народу темному зв'язали&lt;br /&gt;</w:t>
        <w:br/>
        <w:t>руки&gt;&lt;br /&gt;</w:t>
        <w:br/>
        <w:t>&lt;і катували скорпіонами... &gt; її катували скорпіонами...1</w:t>
      </w:r>
    </w:p>
    <w:p>
      <w:r>
        <w:br/>
        <w:t>Збоку, на берегах рукопису, дописано пізніше олівцем:&lt;br /&gt;</w:t>
        <w:br/>
        <w:t>"&lt;Лежала правда на землі зв'язана&gt;&lt;br /&gt;</w:t>
        <w:br/>
        <w:t>&lt;його мати&gt; &lt;його&gt; на землі &lt;зв'язана&gt; лежала&lt;br /&gt;</w:t>
        <w:br/>
        <w:t>його мати зв'язана,&lt;br /&gt;</w:t>
        <w:br/>
        <w:t>її катували&lt;br /&gt;</w:t>
        <w:br/>
        <w:t>&lt;і вправд[і]&gt;&lt;br /&gt;</w:t>
        <w:br/>
        <w:t>Ченці ж стояли оддалік&lt;br /&gt;</w:t>
        <w:br/>
        <w:t>&lt;і все співали:&lt;br /&gt;</w:t>
        <w:br/>
        <w:t>"У царстві Твоїм пам'ятай нас Господи" &gt;&lt;br /&gt;</w:t>
        <w:br/>
        <w:t>і все приказували:&lt;br /&gt;</w:t>
        <w:br/>
        <w:t>"Чти отця твоего і матір твою".&lt;br /&gt;</w:t>
        <w:br/>
        <w:t>І наче сам він, &lt;сам стояв,&lt;br /&gt;</w:t>
        <w:br/>
        <w:t>сам&gt; стояв десь недалеко од ченців&lt;br /&gt;</w:t>
        <w:br/>
        <w:t>і теж співав:&lt;br /&gt;</w:t>
        <w:br/>
        <w:t>"Блаженні &lt;кроткії&gt; милостиві, яко ті помилувані будуть".&lt;br /&gt;</w:t>
        <w:br/>
        <w:t>А пани, слухаючи божественного співу,&lt;br /&gt;</w:t>
        <w:br/>
        <w:t>ще більше милували "чернь",&lt;br /&gt;</w:t>
        <w:br/>
        <w:t>аж поки &lt; справді вона&gt; вона справді кров'ю не зчорніла&lt;br /&gt;</w:t>
        <w:br/>
        <w:t>і не перетворилась в грязь.&lt;br /&gt;</w:t>
        <w:br/>
        <w:t>— Грязь! — &lt; востаннє в [дарило] &gt; ударило над садом —&lt;br /&gt;</w:t>
        <w:br/>
        <w:t>і Сковорода прокинувсь.&lt;br /&gt;</w:t>
        <w:br/>
        <w:t>&lt;Дощ одійшов&gt; &lt; переснився &gt; &lt;Дощ одійшов і ніч&lt;br /&gt;</w:t>
        <w:br/>
        <w:t>переснилась &gt;&lt;br /&gt;</w:t>
        <w:br/>
        <w:t>1 Ніч переснилась,&lt;br /&gt;</w:t>
        <w:br/>
        <w:t>2 і дощ одшумів.&lt;br /&gt;</w:t>
        <w:br/>
        <w:t>3 Спішили хмари обсушитись,&lt;br /&gt;</w:t>
        <w:br/>
        <w:t>4 а небо од краєчку &lt; посиніло мов антимінО,&lt;br /&gt;</w:t>
        <w:br/>
        <w:t>5 мов антимінс, посиніло&lt;br /&gt;</w:t>
        <w:br/>
        <w:t>На столі мовчала &lt; розкрита біблія &gt; біблія розкрита&lt;br /&gt;</w:t>
        <w:br/>
        <w:t>і риба на блюді і хліб.&lt;br /&gt;</w:t>
        <w:br/>
        <w:t>Не доторкнувся до трапези.&lt;br /&gt;</w:t>
        <w:br/>
        <w:t>Пора!&lt;br /&gt;</w:t>
        <w:br/>
        <w:t>&lt;І&gt; на устах &lt;його&gt; рішучих&lt;br /&gt;</w:t>
        <w:br/>
        <w:t>новая радість &lt; вийшла &gt; виросла [—]&lt;br /&gt;</w:t>
        <w:br/>
        <w:t>пора!&lt;br /&gt;</w:t>
        <w:br/>
        <w:t>&lt;і наче то не мати його була&gt; і наче то вже не мати,&lt;br /&gt;</w:t>
        <w:br/>
        <w:t>а Маринка,&lt;br /&gt;</w:t>
        <w:br/>
        <w:t>голову звернула до нього.&lt;br /&gt;</w:t>
        <w:br/>
        <w:t>Кричати хоче,&lt;br /&gt;</w:t>
        <w:br/>
        <w:t>а крику не чуть &lt;було&gt;,&lt;br /&gt;</w:t>
        <w:br/>
        <w:t>&lt;і тільки рукою попереді —&lt;br /&gt;</w:t>
        <w:br/>
        <w:t>туди! туди!&gt;" — Ред.&lt;br /&gt;</w:t>
        <w:br/>
        <w:t>1 Збоку дописано олівцем:&lt;br /&gt;</w:t>
        <w:br/>
        <w:t>"3. І тільки &lt;ще&gt; з Києва грозу було ще чути,&lt;br /&gt;</w:t>
        <w:br/>
        <w:t>а яку саме —&lt;br /&gt;</w:t>
        <w:br/>
        <w:t>не розібрать".— Ред.&lt;br /&gt;</w:t>
        <w:br/>
        <w:t>Укинув біблію в торбинку,&lt;br /&gt;</w:t>
        <w:br/>
        <w:t>згадав рукою флейту коло пояса,&lt;br /&gt;</w:t>
        <w:br/>
        <w:t>вклонився тричі &lt; серед&gt; ранку, саду&lt;br /&gt;</w:t>
        <w:br/>
        <w:t>і бистро-легко&lt;br /&gt;</w:t>
        <w:br/>
        <w:t>пішов на схід.&lt;br /&gt;</w:t>
        <w:br/>
        <w:t>На небі засвітали&lt;br /&gt;</w:t>
        <w:br/>
        <w:t>зарі! зарі!&lt;br /&gt;</w:t>
        <w:br/>
        <w:t>Кого ще там убили,&lt;br /&gt;</w:t>
        <w:br/>
        <w:t>зарі-&lt;br /&gt;</w:t>
        <w:br/>
        <w:t>зали? —&lt;br /&gt;</w:t>
        <w:br/>
        <w:t>То не березовий-бузовий&lt;br /&gt;</w:t>
        <w:br/>
        <w:t>солодкий сік,&lt;br /&gt;</w:t>
        <w:br/>
        <w:t>по всій землі, по всій землі&lt;br /&gt;</w:t>
        <w:br/>
        <w:t>пройшов головосік.&lt;br /&gt;</w:t>
        <w:br/>
        <w:t>Пройшов чи ще проходить?&lt;br /&gt;</w:t>
        <w:br/>
        <w:t>&lt;І неред очима брат&gt;&lt;br /&gt;</w:t>
        <w:br/>
        <w:t>&lt;3амість&gt;&lt;br /&gt;</w:t>
        <w:br/>
        <w:t>Замість відповіді&lt;br /&gt;</w:t>
        <w:br/>
        <w:t>Маринчин брат з туману&lt;br /&gt;</w:t>
        <w:br/>
        <w:t>виступив &lt;.&gt;&lt;br /&gt;</w:t>
        <w:br/>
        <w:t>&lt;і знову розтанув &gt; і з вітром розтуманивсь.&lt;br /&gt;</w:t>
        <w:br/>
        <w:t>Чого?&lt;br /&gt;</w:t>
        <w:br/>
        <w:t>Ніколи він його не &lt; бачив &gt; &lt;знав&gt; бачив —&lt;br /&gt;</w:t>
        <w:br/>
        <w:t>а отже навіть&lt;br /&gt;</w:t>
        <w:br/>
        <w:t>&lt;руку запримітив скрючену &gt; &lt;руку скрючену&lt;br /&gt;</w:t>
        <w:br/>
        <w:t>запримітив &gt;&lt;br /&gt;</w:t>
        <w:br/>
        <w:t>руку запримітив&lt;br /&gt;</w:t>
        <w:br/>
        <w:t>&lt; немов &gt; у землю вкрючену.&lt;br /&gt;</w:t>
        <w:br/>
        <w:t>На небі засвіта[ли&lt;br /&gt;</w:t>
        <w:br/>
        <w:t>зарі! зарі!&lt;br /&gt;</w:t>
        <w:br/>
        <w:t>Кого ще там убили,&lt;br /&gt;</w:t>
        <w:br/>
        <w:t>зарі-&lt;br /&gt;</w:t>
        <w:br/>
        <w:t>зали? —&lt;br /&gt;</w:t>
        <w:br/>
        <w:t>То не березовий-бузовий&lt;br /&gt;</w:t>
        <w:br/>
        <w:t>солодкий сік,&lt;br /&gt;</w:t>
        <w:br/>
        <w:t>по всій землі, по всій землі&lt;br /&gt;</w:t>
        <w:br/>
        <w:t>пройшов] головосік 1.&lt;br /&gt;</w:t>
        <w:br/>
        <w:t>Отак козаччина пройшла,&lt;br /&gt;</w:t>
        <w:br/>
        <w:t>а ми немов не чули.&lt;br /&gt;</w:t>
        <w:br/>
        <w:t>Собі шукали миру, коли там кров лилась.&lt;br /&gt;</w:t>
        <w:br/>
        <w:t>Нащо, нащо?&lt;br /&gt;</w:t>
        <w:br/>
        <w:t>К чому цей мир, &lt; думки, змагання &gt; к чому ця проповідь&lt;br /&gt;</w:t>
        <w:br/>
        <w:t>1 Ці дев'ять рядків на берегах рукопису позначені так:&lt;br /&gt;</w:t>
        <w:br/>
        <w:t>"на небі засвіта&lt;br /&gt;</w:t>
        <w:br/>
        <w:t>головосік".— Ред.&lt;br /&gt;</w:t>
        <w:br/>
        <w:t>висока&lt;br /&gt;</w:t>
        <w:br/>
        <w:t>і приоздоблені в герби словесні премудрі алегорії?&lt;br /&gt;</w:t>
        <w:br/>
        <w:t>К чому &lt;усі його&gt; протести всі&lt;br /&gt;</w:t>
        <w:br/>
        <w:t>&lt;коли вони&gt; &lt;м'які&gt; &lt;напудрені&gt; &lt;?&gt;&lt;br /&gt;</w:t>
        <w:br/>
        <w:t>коли вони м'які, коли вони тендітні?&lt;br /&gt;</w:t>
        <w:br/>
        <w:t>"Блаженні, милостивії" — сказать катам? —&lt;br /&gt;</w:t>
        <w:br/>
        <w:t>Ударить так, щоб аж заграло!&lt;br /&gt;</w:t>
        <w:br/>
        <w:t>Щоб пронеслося над хатами,&lt;br /&gt;</w:t>
        <w:br/>
        <w:t>над бідними усього світу!&lt;br /&gt;</w:t>
        <w:br/>
        <w:t>&lt;щоб пробудилися незрячі &gt;&lt;br /&gt;</w:t>
        <w:br/>
        <w:t>Ударить так, щоб пробудилися незрячі,&lt;br /&gt;</w:t>
        <w:br/>
        <w:t>щоб стали зрячими раби, раби, ця сіль землі майбутня!&lt;br /&gt;</w:t>
        <w:br/>
        <w:t>Ударить! вдарить!&lt;br /&gt;</w:t>
        <w:br/>
        <w:t>&lt;На небі засвітали&lt;br /&gt;</w:t>
        <w:br/>
        <w:t>зарі! зарі!&lt;br /&gt;</w:t>
        <w:br/>
        <w:t>Кого там це убили,&lt;br /&gt;</w:t>
        <w:br/>
        <w:t>зарі-&lt;br /&gt;</w:t>
        <w:br/>
        <w:t>зали!..&lt;br /&gt;</w:t>
        <w:br/>
        <w:t>Кого там ще убили?&lt;br /&gt;</w:t>
        <w:br/>
        <w:t>Сковорода чув своїм духом,&lt;br /&gt;</w:t>
        <w:br/>
        <w:t>що щось непевне творилось у Києві &gt;&lt;br /&gt;</w:t>
        <w:br/>
        <w:t>&lt;щось у Києві творилось. &gt;&lt;br /&gt;</w:t>
        <w:br/>
        <w:t>&lt;То не березовий-бузовий&lt;br /&gt;</w:t>
        <w:br/>
        <w:t>солодкий сік,&lt;br /&gt;</w:t>
        <w:br/>
        <w:t>по всій землі, по всій землі&lt;br /&gt;</w:t>
        <w:br/>
        <w:t>пройшов головосік.&gt;&lt;br /&gt;</w:t>
        <w:br/>
        <w:t>Пройшов.&lt;br /&gt;</w:t>
        <w:br/>
        <w:t>Але народ &lt;із тьми не визволив &gt; &lt;не визволив із тьми&gt;.&lt;br /&gt;</w:t>
        <w:br/>
        <w:t>&lt; Нового треба ждать. &gt;&lt;br /&gt;</w:t>
        <w:br/>
        <w:t>За думками не помітив&lt;br /&gt;</w:t>
        <w:br/>
        <w:t>&lt;як ліс сумний&lt;br /&gt;</w:t>
        <w:br/>
        <w:t>перестарілий ліс пройшов &gt;,&lt;br /&gt;</w:t>
        <w:br/>
        <w:t>як ліс пройшов,&lt;br /&gt;</w:t>
        <w:br/>
        <w:t>сумний перестарілий ліс &lt;•&gt; і Голосіївську сонну пустинь&lt;br /&gt;</w:t>
        <w:br/>
        <w:t>&lt; пройшов &gt;.&lt;br /&gt;</w:t>
        <w:br/>
        <w:t>&lt;І&gt; сам не знав:&lt;br /&gt;</w:t>
        <w:br/>
        <w:t>чого це &lt;він сюди пішов &gt; тут він іде,&lt;br /&gt;</w:t>
        <w:br/>
        <w:t>а не понад берегом.&lt;br /&gt;</w:t>
        <w:br/>
        <w:t>Невже отак і дух його&lt;br /&gt;</w:t>
        <w:br/>
        <w:t>ніколи з лісу не вийде?&lt;br /&gt;</w:t>
        <w:br/>
        <w:t>&lt;ні&gt; дивувався&lt;br /&gt;</w:t>
        <w:br/>
        <w:t>і сам не знав,&lt;br /&gt;</w:t>
        <w:br/>
        <w:t>чого це лісом &lt; пішов він&gt; він пішов, а не берегом.</w:t>
      </w:r>
    </w:p>
    <w:p>
      <w:r>
        <w:br/>
        <w:t>Зійшло невиспанеє сонце&lt;br /&gt;</w:t>
        <w:br/>
        <w:t>і в хмарі досипляло&lt;br /&gt;</w:t>
        <w:br/>
        <w:t>&lt; жовто-жовто &gt; жовтаво-жовто...&lt;br /&gt;</w:t>
        <w:br/>
        <w:t>День &lt; хирявий, хмурний &gt; вітряний, хмаристий&lt;br /&gt;</w:t>
        <w:br/>
        <w:t>&lt;заледве&gt; зникаючії кидав тіні од сосен на дорогу1.&lt;br /&gt;</w:t>
        <w:br/>
        <w:t>&lt;В[же]&gt; Уже &lt; починалось &gt; виднілось передмістя&lt;br /&gt;</w:t>
        <w:br/>
        <w:t>і Київ із туману&lt;br /&gt;</w:t>
        <w:br/>
        <w:t>грязею виблискував...&lt;br /&gt;</w:t>
        <w:br/>
        <w:t>Шлях берлин</w:t>
      </w:r>
    </w:p>
    <w:p>
      <w:r>
        <w:br/>
        <w:t>Спинивсь в яру, щоб виламать собі ціпочок,&lt;br /&gt;</w:t>
        <w:br/>
        <w:t>&lt;бо свій забув, &gt;&lt;br /&gt;</w:t>
        <w:br/>
        <w:t>і затремтів з нестями,&lt;br /&gt;</w:t>
        <w:br/>
        <w:t>закричав!&lt;br /&gt;</w:t>
        <w:br/>
        <w:t>Чиясь невидима рука його тягнула в рів.&lt;br /&gt;</w:t>
        <w:br/>
        <w:t>І він, іще не бачачи нічого,&lt;br /&gt;</w:t>
        <w:br/>
        <w:t>уперше світ клясти почав&lt;br /&gt;</w:t>
        <w:br/>
        <w:t>і тих, що світ ведуть у тьму&lt;br /&gt;</w:t>
        <w:br/>
        <w:t>і поливають кров'ю.&lt;br /&gt;</w:t>
        <w:br/>
        <w:t>Закричав! —&lt;br /&gt;</w:t>
        <w:br/>
        <w:t>На дні,&lt;br /&gt;</w:t>
        <w:br/>
        <w:t>звернувши голову до нього,&lt;br /&gt;</w:t>
        <w:br/>
        <w:t>лежав козак і теж кричав, здавалось,&lt;br /&gt;</w:t>
        <w:br/>
        <w:t>та тільки крику&lt;br /&gt;</w:t>
        <w:br/>
        <w:t>не чуть було.&lt;br /&gt;</w:t>
        <w:br/>
        <w:t>Однією рукою в землю вкрючивсь,&lt;br /&gt;</w:t>
        <w:br/>
        <w:t>а другу мов на схід сонця простягнув,&lt;br /&gt;</w:t>
        <w:br/>
        <w:t>показував: туди! туди!&lt;br /&gt;</w:t>
        <w:br/>
        <w:t>— Маринчин брат! — проблисло.&lt;br /&gt;</w:t>
        <w:br/>
        <w:t>&lt;І хтось &gt;&lt;br /&gt;</w:t>
        <w:br/>
        <w:t>І заридав Сковорода.&lt;br /&gt;</w:t>
        <w:br/>
        <w:t>О хто ж це так...</w:t>
      </w:r>
    </w:p>
    <w:p>
      <w:r>
        <w:br/>
        <w:t>Не єсть то щастя, що родить нещастя&lt;br /&gt;</w:t>
        <w:br/>
        <w:t>1 Збоку дописано олівцем:&lt;br /&gt;</w:t>
        <w:br/>
        <w:t>"Познати Бога можна, познавши Людину".— Ред.</w:t>
      </w:r>
    </w:p>
    <w:p>
      <w:r>
        <w:br/>
        <w:t>(ЦДАМЛМ, ф. 464, оп. 1, № 1185.)</w:t>
      </w:r>
    </w:p>
    <w:p>
      <w:r>
        <w:br/>
        <w:t>[I. GRAVE]&lt;br /&gt;</w:t>
        <w:br/>
        <w:t>Бунтівники духа *l&lt;br /&gt;</w:t>
        <w:br/>
        <w:t>I колесом їх кидало *&lt;br /&gt;</w:t>
        <w:br/>
        <w:t>перекотиполем гнало *.</w:t>
      </w:r>
    </w:p>
    <w:p>
      <w:r>
        <w:br/>
        <w:t>GRAVE&lt;br /&gt;</w:t>
        <w:br/>
        <w:t>— А ти все сам з собою? —&lt;br /&gt;</w:t>
        <w:br/>
        <w:t>зустрів у брамі Іустин.—&lt;br /&gt;</w:t>
        <w:br/>
        <w:t>Іди, стоїть твоя трапеза,&lt;br /&gt;</w:t>
        <w:br/>
        <w:t>і братія поговорить прийшла із Лаври.&lt;br /&gt;</w:t>
        <w:br/>
        <w:t>— Чого тій братії!..— та й змовк.&lt;br /&gt;</w:t>
        <w:br/>
        <w:t>В душі боролись два &lt;боги&gt; начала:&lt;br /&gt;</w:t>
        <w:br/>
        <w:t>гармонія і справедливість.&lt;br /&gt;</w:t>
        <w:br/>
        <w:t>І першу заливала лють,&lt;br /&gt;</w:t>
        <w:br/>
        <w:t>бо де ж гармонія,&lt;br /&gt;</w:t>
        <w:br/>
        <w:t>як справедливості нема?&lt;br /&gt;</w:t>
        <w:br/>
        <w:t>...я тут, тут, тут —&lt;br /&gt;</w:t>
        <w:br/>
        <w:t>затріпотіло в листі, скотилось по даху.&lt;br /&gt;</w:t>
        <w:br/>
        <w:t>— Ходім на ґанок (свят! свят!),&lt;br /&gt;</w:t>
        <w:br/>
        <w:t>ходім на ґанок: гряд.&lt;br /&gt;</w:t>
        <w:br/>
        <w:t>— Р-раб! — ударило над ними й завалилось.&lt;br /&gt;</w:t>
        <w:br/>
        <w:t>І довго блискавку сікло, сікло&lt;br /&gt;</w:t>
        <w:br/>
        <w:t>і повторяло десь внизу октавою:&lt;br /&gt;</w:t>
        <w:br/>
        <w:t>бруд, брудом бруд...&lt;br /&gt;</w:t>
        <w:br/>
        <w:t>А гряд од стін і від землі відскакувать пішов,&lt;br /&gt;</w:t>
        <w:br/>
        <w:t>мов стукотом підкований —&lt;br /&gt;</w:t>
        <w:br/>
        <w:t>у шумі, в бризках, у бризкошумі,&lt;br /&gt;</w:t>
        <w:br/>
        <w:t>мов стукотом підкований.—&lt;br /&gt;</w:t>
        <w:br/>
        <w:t>Присмерк,&lt;br /&gt;</w:t>
        <w:br/>
        <w:t>1 Тут і далі (крім "Словничка до поеми-симфонії "Сковорода")&lt;br /&gt;</w:t>
        <w:br/>
        <w:t>рядки, дописані пізніше, позначені зірочками.— Ред.&lt;br /&gt;</w:t>
        <w:br/>
        <w:t>як після семидесяти літ,</w:t>
      </w:r>
    </w:p>
    <w:p>
      <w:r>
        <w:br/>
        <w:t>уже доріг не добачав.&lt;br /&gt;</w:t>
        <w:br/>
        <w:t>Тікав під дерева, в кутки, в долинки.&lt;br /&gt;</w:t>
        <w:br/>
        <w:t>А за ним, мов неминуча старості сиви[на],&lt;br /&gt;</w:t>
        <w:br/>
        <w:t>водяна курява,&lt;br /&gt;</w:t>
        <w:br/>
        <w:t>кипляча, свіжа, холодна...&lt;br /&gt;</w:t>
        <w:br/>
        <w:t>і над усім вгорі просторами ридання,&lt;br /&gt;</w:t>
        <w:br/>
        <w:t>душі великої здригання:&lt;br /&gt;</w:t>
        <w:br/>
        <w:t>де ж гармонія,&lt;br /&gt;</w:t>
        <w:br/>
        <w:t>як справедливості нема?&lt;br /&gt;</w:t>
        <w:br/>
        <w:t>— Григорію, ось слухай:&lt;br /&gt;</w:t>
        <w:br/>
        <w:t>ти, бачу, щось замислив,&lt;br /&gt;</w:t>
        <w:br/>
        <w:t>немов тікать із пустині надумав.&lt;br /&gt;</w:t>
        <w:br/>
        <w:t>Останься, поживи!&lt;br /&gt;</w:t>
        <w:br/>
        <w:t>Ти бачиш, як тебе ми поважаєм,&lt;br /&gt;</w:t>
        <w:br/>
        <w:t>як в кожне слово твоє вірим&lt;br /&gt;</w:t>
        <w:br/>
        <w:t>про &lt;дух, матерію&gt; &lt;життя, житечність, гармонію&gt;&lt;br /&gt;</w:t>
        <w:br/>
        <w:t>щастя, природу, про стать.&lt;br /&gt;</w:t>
        <w:br/>
        <w:t>"Не мечіте бісеру",— Сковорода подумав.&lt;br /&gt;</w:t>
        <w:br/>
        <w:t>Вийшла братія.&lt;br /&gt;</w:t>
        <w:br/>
        <w:t>Між них і ті, що з ними він учився &lt;в Академії &gt;:&lt;br /&gt;</w:t>
        <w:br/>
        <w:t>Кирило, Ієрон.&lt;br /&gt;</w:t>
        <w:br/>
        <w:t>Поважні, одгодовані,&lt;br /&gt;</w:t>
        <w:br/>
        <w:t>по старшинству вони на ґанку посідали,&lt;br /&gt;</w:t>
        <w:br/>
        <w:t>і від содроганій голосу оріховими бородами трясучи:&lt;br /&gt;</w:t>
        <w:br/>
        <w:t>— Останьсь, останься! — почали вмовлять&lt;br /&gt;</w:t>
        <w:br/>
        <w:t>Ще не набридло по світах?&lt;br /&gt;</w:t>
        <w:br/>
        <w:t>Пора подумати за пристань.&lt;br /&gt;</w:t>
        <w:br/>
        <w:t>А пристань тут твоя —&lt;br /&gt;</w:t>
        <w:br/>
        <w:t>У нас,&lt;br /&gt;</w:t>
        <w:br/>
        <w:t>у Києві, у Лаврі.&lt;br /&gt;</w:t>
        <w:br/>
        <w:t>Ми знаєм всі твої таланти,&lt;br /&gt;</w:t>
        <w:br/>
        <w:t>ми знаєм розум твій і святість.&lt;br /&gt;</w:t>
        <w:br/>
        <w:t>Стовпом істини ти будеш в нас&lt;br /&gt;</w:t>
        <w:br/>
        <w:t>і церкви окрасою на Україні.&lt;br /&gt;</w:t>
        <w:br/>
        <w:t>Затремтів Сковорода мов пламенем об'ятий:&lt;br /&gt;</w:t>
        <w:br/>
        <w:t>— Ой, преподобнії!&lt;br /&gt;</w:t>
        <w:br/>
        <w:t>Напроти на берегах пізніше дописано олівцем:&lt;br /&gt;</w:t>
        <w:br/>
        <w:t>"Гавриїла постригли в ченці і сама цариця була при постригу.&lt;br /&gt;</w:t>
        <w:br/>
        <w:t>Треба, щоб був у мене Г а в р и ї л хвастун".— Ред.</w:t>
      </w:r>
    </w:p>
    <w:p>
      <w:r>
        <w:br/>
        <w:t>(ЦДАМЛМ, ф. 464, оп. 1, № 1248, арк. 1—2)&lt;br /&gt;</w:t>
        <w:br/>
        <w:t>[II. GRAVE]</w:t>
      </w:r>
    </w:p>
    <w:p>
      <w:r>
        <w:br/>
        <w:t>— А ти все сам з собою? —&lt;br /&gt;</w:t>
        <w:br/>
        <w:t>зустрів у брамі Іустин.&lt;br /&gt;</w:t>
        <w:br/>
        <w:t>•]'&lt;br /&gt;</w:t>
        <w:br/>
        <w:t>Ти бачиш, як тебе ми поважаєм,&lt;br /&gt;</w:t>
        <w:br/>
        <w:t>як в кожне слово твоє вірим&lt;br /&gt;</w:t>
        <w:br/>
        <w:t>про щастя, &lt;про властиву стать &gt; &lt;нро любов,&lt;br /&gt;</w:t>
        <w:br/>
        <w:t>древо вічності &gt; вічності древо.&lt;br /&gt;</w:t>
        <w:br/>
        <w:t>"Не мечіте бісеру",— Сковорода подумав.&lt;br /&gt;</w:t>
        <w:br/>
        <w:t>Вийшла братія.&lt;br /&gt;</w:t>
        <w:br/>
        <w:t>Між них і &lt;Сті, що з ними він учився разом —&lt;br /&gt;</w:t>
        <w:br/>
        <w:t>Кирило, Ієрон.&gt; &lt; Кирило, Ієрон, що з ними він учився&lt;br /&gt;</w:t>
        <w:br/>
        <w:t>разом&gt; він учився разом —&lt;br /&gt;</w:t>
        <w:br/>
        <w:t>поважні, одгодовані,&lt;br /&gt;</w:t>
        <w:br/>
        <w:t>по старшинству вони на ґанку посідали 2&lt;br /&gt;</w:t>
        <w:br/>
        <w:t>•і&lt;br /&gt;</w:t>
        <w:br/>
        <w:t>Доволі й вас,&lt;br /&gt;</w:t>
        <w:br/>
        <w:t>стовпів неотесаних!&lt;br /&gt;</w:t>
        <w:br/>
        <w:t>Плентайтесь по Єрусалимах,&lt;br /&gt;</w:t>
        <w:br/>
        <w:t>у псалтир барабаньте.&lt;br /&gt;</w:t>
        <w:br/>
        <w:t>А я знаю своє&lt;br /&gt;</w:t>
        <w:br/>
        <w:t>і робитиму своє, як я знаю.&lt;br /&gt;</w:t>
        <w:br/>
        <w:t>Іустин тихо:&lt;br /&gt;</w:t>
        <w:br/>
        <w:t>— Григорію, ось годі.&lt;br /&gt;</w:t>
        <w:br/>
        <w:t>Не ображай лаврських отців.&lt;br /&gt;</w:t>
        <w:br/>
        <w:t>•]&lt;br /&gt;</w:t>
        <w:br/>
        <w:t>Окаянствуйте!&lt;br /&gt;</w:t>
        <w:br/>
        <w:t>Окаянствуйте, поки не встав &lt;на вас&gt; цундра.&lt;br /&gt;</w:t>
        <w:br/>
        <w:t>Простий народ спить —&lt;br /&gt;</w:t>
        <w:br/>
        <w:t>та всякий сон єсть пробудний.&lt;br /&gt;</w:t>
        <w:br/>
        <w:t>— Ти гніваєшся, вчителю.&lt;br /&gt;</w:t>
        <w:br/>
        <w:t>&lt; Скажи ж хоч&gt; &lt;на прощання:&lt;br /&gt;</w:t>
        <w:br/>
        <w:t>де наше щастя? &gt;&lt;br /&gt;</w:t>
        <w:br/>
        <w:t>Скажи ж хоч &lt;до господньої трапези&gt; на прощання*,&lt;br /&gt;</w:t>
        <w:br/>
        <w:t>скажи ж хоч до господньої трапези *&lt;br /&gt;</w:t>
        <w:br/>
        <w:t>(тут саме &lt;виніс&gt; послушник виніс столика й*&lt;br /&gt;</w:t>
        <w:br/>
        <w:t>1 Тут і далі рядками крапок у квадратних дужках позначені&lt;br /&gt;</w:t>
        <w:br/>
        <w:t>частини тексту, які увійшли в основний варіант поеми.— Ред.&lt;br /&gt;</w:t>
        <w:br/>
        <w:t>2 Напроти на берегах рукопису дописано олівцем:&lt;br /&gt;</w:t>
        <w:br/>
        <w:t>"Ченці — про М [аксима] Залізняка, який сидів у казематах&lt;br /&gt;</w:t>
        <w:br/>
        <w:t>К [иєво] —П [ечерської] л [аври]".— Ред.&lt;br /&gt;</w:t>
        <w:br/>
        <w:t>&lt; поставив рибу на ньому &gt; на ньому поставив &lt;рибу *&lt;br /&gt;</w:t>
        <w:br/>
        <w:t>і вино&gt; рибу, хліб і вино): *&lt;br /&gt;</w:t>
        <w:br/>
        <w:t>де наше щастя?&lt;br /&gt;</w:t>
        <w:br/>
        <w:t>кудою йти?&lt;br /&gt;</w:t>
        <w:br/>
        <w:t>Сковорода&lt;br /&gt;</w:t>
        <w:br/>
        <w:t>Всяк єсть там, де серцем сам.&lt;br /&gt;</w:t>
        <w:br/>
        <w:t>(Перший випив Ієрон &lt;і здригнувсь&gt;, здригнувсь і*&lt;br /&gt;</w:t>
        <w:br/>
        <w:t>пальцями поліз у рибу) *.&lt;br /&gt;</w:t>
        <w:br/>
        <w:t>[Ієрон]&lt;br /&gt;</w:t>
        <w:br/>
        <w:t>То &lt;що ж,&lt;br /&gt;</w:t>
        <w:br/>
        <w:t>ми завжди охочі ближньому служить &gt;&lt;br /&gt;</w:t>
        <w:br/>
        <w:t>&lt;То охочі ми ближньому служить &gt;&lt;br /&gt;</w:t>
        <w:br/>
        <w:t>То що ж,&lt;br /&gt;</w:t>
        <w:br/>
        <w:t>ми завжди охочі ближньому служить.&lt;br /&gt;</w:t>
        <w:br/>
        <w:t>— Покиньте рясу, пахать ідіть.&lt;br /&gt;</w:t>
        <w:br/>
        <w:t>&lt;І є р о н&gt;&lt;br /&gt;</w:t>
        <w:br/>
        <w:t>— Учителю! а що таке життя?&lt;br /&gt;</w:t>
        <w:br/>
        <w:t>&lt;Ні, справді, &gt; і як його до себе привернути?&lt;br /&gt;</w:t>
        <w:br/>
        <w:t>Сковорода1&lt;br /&gt;</w:t>
        <w:br/>
        <w:t>У притчах Вардана &lt; сказано&gt; написано:&lt;br /&gt;</w:t>
        <w:br/>
        <w:t>Кінь під золотим сідлом&lt;br /&gt;</w:t>
        <w:br/>
        <w:t>сказав навантаженому бикові:&lt;br /&gt;</w:t>
        <w:br/>
        <w:t>— Я кінь вершника,&lt;br /&gt;</w:t>
        <w:br/>
        <w:t>золотий трон царя.&lt;br /&gt;</w:t>
        <w:br/>
        <w:t>Бик сказав:&lt;br /&gt;</w:t>
        <w:br/>
        <w:t>— Я бик пахаря,&lt;br /&gt;</w:t>
        <w:br/>
        <w:t>золотий трон землероба.&lt;br /&gt;</w:t>
        <w:br/>
        <w:t>Якщо я не оброблю ниви й ячменю —&lt;br /&gt;</w:t>
        <w:br/>
        <w:t>під твоїм хвостом вистрояться в ряд ворони.&lt;br /&gt;</w:t>
        <w:br/>
        <w:t>Ніхто не зрозумів Сковородиної мудрості.&lt;br /&gt;</w:t>
        <w:br/>
        <w:t>&lt;Послушн[ик] &gt;&lt;br /&gt;</w:t>
        <w:br/>
        <w:t>й не &lt; обізвавсь &gt; захопивсь.&lt;br /&gt;</w:t>
        <w:br/>
        <w:t>Тільки &lt; послушник, аж десь там із темних сіней&gt; п'яний,&lt;br /&gt;</w:t>
        <w:br/>
        <w:t>що сидів аж там десь у темноті у сінях,&lt;br /&gt;</w:t>
        <w:br/>
        <w:t>од внутрішнього лоскоту коліна звів аж до підборіддя:&lt;br /&gt;</w:t>
        <w:br/>
        <w:t>— Жінка? &lt;Ой&gt; Уй, як про жінку ж ти вчасно&lt;br /&gt;</w:t>
        <w:br/>
        <w:t>згадав,&lt;br /&gt;</w:t>
        <w:br/>
        <w:t>1 Далі 10 рядків дописано пізніше.— Ред.&lt;br /&gt;</w:t>
        <w:br/>
        <w:t>чи не послать нам&lt;br /&gt;</w:t>
        <w:br/>
        <w:t>І є р о н&lt;br /&gt;</w:t>
        <w:br/>
        <w:t>Ні, справді.&lt;br /&gt;</w:t>
        <w:br/>
        <w:t>Нехай ти нас, ченців, не любиш,&lt;br /&gt;</w:t>
        <w:br/>
        <w:t>нехай &lt;маніхействуєш&gt; ти маніхействуєш і Нову Людину&lt;br /&gt;</w:t>
        <w:br/>
        <w:t>знічев'я мрієш утворити,&lt;br /&gt;</w:t>
        <w:br/>
        <w:t>(Сковорода загруз бровою)&lt;br /&gt;</w:t>
        <w:br/>
        <w:t>&lt;але скажи — ти ж маєш бога? — &gt;&lt;br /&gt;</w:t>
        <w:br/>
        <w:t>але скажи: ти ж маєш в серці бога?&lt;br /&gt;</w:t>
        <w:br/>
        <w:t>(Сковорода всміхнувсь. Ієрон &lt;щось уже третю&lt;br /&gt;</w:t>
        <w:br/>
        <w:t>собі&gt; уже собі щось третю наливав) *.&lt;br /&gt;</w:t>
        <w:br/>
        <w:t>Невже нічого тобі не каже,&lt;br /&gt;</w:t>
        <w:br/>
        <w:t>що край паш унія терзає,&lt;br /&gt;</w:t>
        <w:br/>
        <w:t>що наш народ — це жертва рання —&lt;br /&gt;</w:t>
        <w:br/>
        <w:t>Сковорода&lt;br /&gt;</w:t>
        <w:br/>
        <w:t>...на фоні сміху рококо?&lt;br /&gt;</w:t>
        <w:br/>
        <w:t>на тлі байдужого пізнання? 1&lt;br /&gt;</w:t>
        <w:br/>
        <w:t>Ієрон&lt;br /&gt;</w:t>
        <w:br/>
        <w:t>Чи, може, ти, глухим дзвонивши,&lt;br /&gt;</w:t>
        <w:br/>
        <w:t>й сам уже оглух навіки?&lt;br /&gt;</w:t>
        <w:br/>
        <w:t>Сковорода&lt;br /&gt;</w:t>
        <w:br/>
        <w:t>До кого говорить таке, до ко'?&lt;br /&gt;</w:t>
        <w:br/>
        <w:t>Я ж &lt;вам дзвоню&gt; вам, я ж вам дзвоню, каліки!&lt;br /&gt;</w:t>
        <w:br/>
        <w:t>Ви ж той народ обплутали&lt;br /&gt;</w:t>
        <w:br/>
        <w:t>&lt;з дворянством хитрим перемітили &gt;&lt;br /&gt;</w:t>
        <w:br/>
        <w:t>обрядами, послушенством, царем,&lt;br /&gt;</w:t>
        <w:br/>
        <w:t>з дворянством хитрим перемітили,&lt;br /&gt;</w:t>
        <w:br/>
        <w:t>церковними землями його у рабство закріпачили,&lt;br /&gt;</w:t>
        <w:br/>
        <w:t>а зверху ще й богом придушили — на!&lt;br /&gt;</w:t>
        <w:br/>
        <w:t>лежи, мій рідний, богоносний.&lt;br /&gt;</w:t>
        <w:br/>
        <w:t>А рідний колись &lt;таки устане &gt; та встане,&lt;br /&gt;</w:t>
        <w:br/>
        <w:t>і отоді вже вам буде —&lt;br /&gt;</w:t>
        <w:br/>
        <w:t>ні стейки, ні гейки.&lt;br /&gt;</w:t>
        <w:br/>
        <w:t>Тут твердо кашлянув Кирило,&lt;br /&gt;</w:t>
        <w:br/>
        <w:t>і так немовби ні до кого,&lt;br /&gt;</w:t>
        <w:br/>
        <w:t>а сам, як шулий віл, з-під лоба &lt; глянув &gt; глигнув,&lt;br /&gt;</w:t>
        <w:br/>
        <w:t>1 Поруч на берегах рукопису дописано:&lt;br /&gt;</w:t>
        <w:br/>
        <w:t>"Вовку читають євангеліє, а він своє: ой швидше ж бо! овеч-&lt;br /&gt;</w:t>
        <w:br/>
        <w:t>ки по горі он &lt;ідуть&gt; проходять".— Ред.&lt;br /&gt;</w:t>
        <w:br/>
        <w:t>(хліб саме застряв у горлі)&lt;br /&gt;</w:t>
        <w:br/>
        <w:t>і тенором як по воді талапнув:&lt;br /&gt;</w:t>
        <w:br/>
        <w:t>— От між нами й розмир.&lt;br /&gt;</w:t>
        <w:br/>
        <w:t>А чого?&lt;br /&gt;</w:t>
        <w:br/>
        <w:t>&lt; (Обгриз рибу з двох боків і кістяком в руці *&lt;br /&gt;</w:t>
        <w:br/>
        <w:t>почав розмахувать, доводить, та обірвавсь *&lt;br /&gt;</w:t>
        <w:br/>
        <w:t>кістяк од&gt; &lt;Держав обгризену рибу за голову*&lt;br /&gt;</w:t>
        <w:br/>
        <w:t>і кістяком в руці почав розмахувать, доводить,*&lt;br /&gt;</w:t>
        <w:br/>
        <w:t>та обірвавсь кістяк од&gt; &lt;Обгриз рибу з двох*&lt;br /&gt;</w:t>
        <w:br/>
        <w:t>боків і вставши кістяком усім доводив: пита— *&lt;br /&gt;</w:t>
        <w:br/>
        <w:t>єшся; чого?&gt; &lt;Держачи обгризений кістяк за*&lt;br /&gt;</w:t>
        <w:br/>
        <w:t>голову, почав: питаєшся: чого?&gt; &lt;Підвівся з*&lt;br /&gt;</w:t>
        <w:br/>
        <w:t>риб'ячим хребтом в руці і щось таке хотів *&lt;br /&gt;</w:t>
        <w:br/>
        <w:t>сказать, розмахував хребтом над головами, ко— *&lt;br /&gt;</w:t>
        <w:br/>
        <w:t>мусь довести) &gt; (Підвівся з риб'ячим хребтом *&lt;br /&gt;</w:t>
        <w:br/>
        <w:t>в руці, розмахував хребтом над головами і щось *&lt;br /&gt;</w:t>
        <w:br/>
        <w:t>таке хотів сказать, комусь довести) *&lt;br /&gt;</w:t>
        <w:br/>
        <w:t>Питаю: а чого? *&lt;br /&gt;</w:t>
        <w:br/>
        <w:t>Ми ж тільки взяли тебе па спит.&lt;br /&gt;</w:t>
        <w:br/>
        <w:t>&lt;Не пійдеш у єпископи —&lt;br /&gt;</w:t>
        <w:br/>
        <w:t>юрод[ствуй] &gt; Одмагаєшся од честі — одмагайсь,&lt;br /&gt;</w:t>
        <w:br/>
        <w:t>та не тримай нас на бруску,&lt;br /&gt;</w:t>
        <w:br/>
        <w:t>&lt; прийшли ж до тебе ми як до свого &gt;&lt;br /&gt;</w:t>
        <w:br/>
        <w:t>до тебе ми прийшли як до свого.&lt;br /&gt;</w:t>
        <w:br/>
        <w:t>&lt;Оріхові&gt; П'яні бороди вколючились у нього&lt;br /&gt;</w:t>
        <w:br/>
        <w:t>і ждали, що він скаже.&lt;br /&gt;</w:t>
        <w:br/>
        <w:t>[—] Іменно, іменно! — &lt;захитали&gt; хитали головами.&lt;br /&gt;</w:t>
        <w:br/>
        <w:t>— &lt;Як до&gt; До свого?&lt;br /&gt;</w:t>
        <w:br/>
        <w:t>Радуйтесь, рак з неба спускається!..&lt;br /&gt;</w:t>
        <w:br/>
        <w:t>&lt; Стребуйте ще собі шумливої&lt;br /&gt;</w:t>
        <w:br/>
        <w:t>та сочиніть пир.&gt;&lt;br /&gt;</w:t>
        <w:br/>
        <w:t>(&lt;3 руки Кирилової&gt; &lt;Пер[еламався] &gt; Обламався&lt;br /&gt;</w:t>
        <w:br/>
        <w:t>риб'ячий хребет в руці Кириловій &lt;й впав черкнув-&lt;br /&gt;</w:t>
        <w:br/>
        <w:t>ши&gt; і &lt;впав на ніс&gt;, впавши на Іустина &lt;а звідти&lt;br /&gt;</w:t>
        <w:br/>
        <w:t>на&gt;, почепивсь у бороді).&lt;br /&gt;</w:t>
        <w:br/>
        <w:t>— Іменно, іменно,— &lt;гуло&gt; махали невпопад руками.&lt;br /&gt;</w:t>
        <w:br/>
        <w:t>Стало смішно Сковороді.&lt;br /&gt;</w:t>
        <w:br/>
        <w:t>Смішно? Ні.&lt;br /&gt;</w:t>
        <w:br/>
        <w:t>Від огиди його немовби аж підкинуло *,&lt;br /&gt;</w:t>
        <w:br/>
        <w:t>хотів &lt;накин[утись на всіх] &gt; стола перевернути*&lt;br /&gt;</w:t>
        <w:br/>
        <w:t>і всіх викинуть, за коси витягти *,&lt;br /&gt;</w:t>
        <w:br/>
        <w:t>але тут раптом блиснуло *&lt;br /&gt;</w:t>
        <w:br/>
        <w:t>і все підскочило й заклякло, як мисль *,&lt;br /&gt;</w:t>
        <w:br/>
        <w:t>лише тенор, розраховуючи на удар &lt; грому &gt; *&lt;br /&gt;</w:t>
        <w:br/>
        <w:t>(а він боявся грому) *,&lt;br /&gt;</w:t>
        <w:br/>
        <w:t>&lt;хот[ів устигнути] &gt; невгавав, як талалай:&lt;br /&gt;</w:t>
        <w:br/>
        <w:t>так де ж тоді шукать нам правди, де? *&lt;br /&gt;</w:t>
        <w:br/>
        <w:t>Замовкла братія.&lt;br /&gt;</w:t>
        <w:br/>
        <w:t>.]&lt;br /&gt;</w:t>
        <w:br/>
        <w:t>Гроза часами затихала,&lt;br /&gt;</w:t>
        <w:br/>
        <w:t>й тоді&lt;br /&gt;</w:t>
        <w:br/>
        <w:t>другу грозу із Києва чуть було.&lt;br /&gt;</w:t>
        <w:br/>
        <w:t>А що саме —&lt;br /&gt;</w:t>
        <w:br/>
        <w:t>не розібрать.&lt;br /&gt;</w:t>
        <w:br/>
        <w:t>Та ще немовби коло брами&lt;br /&gt;</w:t>
        <w:br/>
        <w:t>почулось тихе ржання.&lt;br /&gt;</w:t>
        <w:br/>
        <w:t>Зарипіла брама&lt;br /&gt;</w:t>
        <w:br/>
        <w:t>й зупинилась, когось принявши.&lt;br /&gt;</w:t>
        <w:br/>
        <w:t>&lt; Когось принявши &gt; &lt; знову &gt; От... знову. На місце&lt;br /&gt;</w:t>
        <w:br/>
        <w:t>вдарилась,&lt;br /&gt;</w:t>
        <w:br/>
        <w:t>разів два схлишіула&lt;br /&gt;</w:t>
        <w:br/>
        <w:t>й нема...&lt;br /&gt;</w:t>
        <w:br/>
        <w:t>В саду під деревом — *&lt;br /&gt;</w:t>
        <w:br/>
        <w:t>курінь *&lt;br /&gt;</w:t>
        <w:br/>
        <w:t>Зашуміла шовковиця.&lt;br /&gt;</w:t>
        <w:br/>
        <w:t>Оріх затрепетав 1.&lt;br /&gt;</w:t>
        <w:br/>
        <w:t>•]&lt;br /&gt;</w:t>
        <w:br/>
        <w:t>Там спав Сковорода&lt;br /&gt;</w:t>
        <w:br/>
        <w:t>годин чотири на добу,&lt;br /&gt;</w:t>
        <w:br/>
        <w:t>а все ж останнє врем'я&lt;br /&gt;</w:t>
        <w:br/>
        <w:t>думав 2.&lt;br /&gt;</w:t>
        <w:br/>
        <w:t>І зараз він прибіг&lt;br /&gt;</w:t>
        <w:br/>
        <w:t>не від дощу сховатись —&lt;br /&gt;</w:t>
        <w:br/>
        <w:t>думати, боротись!&lt;br /&gt;</w:t>
        <w:br/>
        <w:t>Гарячі руки простягнув —&lt;br /&gt;</w:t>
        <w:br/>
        <w:t>і попливла земля,&lt;br /&gt;</w:t>
        <w:br/>
        <w:t>а сам возноситись почав&lt;br /&gt;</w:t>
        <w:br/>
        <w:t>все вгору, вище, вище...&lt;br /&gt;</w:t>
        <w:br/>
        <w:t>І бачив землю,&lt;br /&gt;</w:t>
        <w:br/>
        <w:t>всю її неправду, неначе вдень,&lt;br /&gt;</w:t>
        <w:br/>
        <w:t>так ясно.&lt;br /&gt;</w:t>
        <w:br/>
        <w:t>1 На берегах рукопису проти цього рядка написано олівцем:&lt;br /&gt;</w:t>
        <w:br/>
        <w:t>"Шех сигн[альный] пист [олетный] выстрел".— Ред.&lt;br /&gt;</w:t>
        <w:br/>
        <w:t>2 Проти цього й подальших рядків на берегах написано олів-&lt;br /&gt;</w:t>
        <w:br/>
        <w:t>цем: "Якась сила потягла його до біснуватого. По дорозі — огонь&lt;br /&gt;</w:t>
        <w:br/>
        <w:t>в печері Досифея".— Ред.</w:t>
      </w:r>
    </w:p>
    <w:p>
      <w:r>
        <w:br/>
        <w:t>(ЦДАМЛМ, ф. 464, оп. 1, N 1248, арк. 3—9)&lt;br /&gt;</w:t>
        <w:br/>
        <w:t>[III. GRAVE]&lt;br /&gt;</w:t>
        <w:br/>
        <w:t>...На землі&lt;br /&gt;</w:t>
        <w:br/>
        <w:t>зв'язана&lt;br /&gt;</w:t>
        <w:br/>
        <w:t>лежала Маринка.&lt;br /&gt;</w:t>
        <w:br/>
        <w:t>— Грязь! — розбило сон над садом —&lt;br /&gt;</w:t>
        <w:br/>
        <w:t>і Сковорода прокинувсь.&lt;br /&gt;</w:t>
        <w:br/>
        <w:t>Над ним &lt;сміявся&gt; біснуватий*.&lt;br /&gt;</w:t>
        <w:br/>
        <w:t>Ніч переснилась,&lt;br /&gt;</w:t>
        <w:br/>
        <w:t>і дощ одшумів.&lt;br /&gt;</w:t>
        <w:br/>
        <w:t>Спішили хмари обсушитись,&lt;br /&gt;</w:t>
        <w:br/>
        <w:t>а небо від краєчку —&lt;br /&gt;</w:t>
        <w:br/>
        <w:t>мов &lt;антимінс&gt; сріблоглав посиніло...&lt;br /&gt;</w:t>
        <w:br/>
        <w:t>Ніч переснилась&lt;br /&gt;</w:t>
        <w:br/>
        <w:t>і дощ одшумів.&lt;br /&gt;</w:t>
        <w:br/>
        <w:t>І тільки з Києва грозу ще чуть було,&lt;br /&gt;</w:t>
        <w:br/>
        <w:t>а що саме —&lt;br /&gt;</w:t>
        <w:br/>
        <w:t>не розібрать.&lt;br /&gt;</w:t>
        <w:br/>
        <w:t>&lt; Кричав біснуватий і крик...&gt; *&lt;br /&gt;</w:t>
        <w:br/>
        <w:t>Кричав &lt;далеко&gt; біснуватий*&lt;br /&gt;</w:t>
        <w:br/>
        <w:t>і той крик... *</w:t>
      </w:r>
    </w:p>
    <w:p>
      <w:r>
        <w:br/>
        <w:t>(ЦДАМЛМ, ф. 464, on. 1, JSft 1248, арк. 2 зв.)</w:t>
      </w:r>
    </w:p>
    <w:p>
      <w:r>
        <w:br/>
        <w:t>[IV. GRAVE]</w:t>
      </w:r>
    </w:p>
    <w:p>
      <w:r>
        <w:br/>
        <w:t>Та ще &lt;немов би коло брами&gt; немов коло дзвіниці&lt;br /&gt;</w:t>
        <w:br/>
        <w:t>почулось тихе ржання.&lt;br /&gt;</w:t>
        <w:br/>
        <w:t>Зарипіла брама й зупинилась, когось принявши.&lt;br /&gt;</w:t>
        <w:br/>
        <w:t>&lt; Когось принявши &gt; &lt;Знов на місце вдарилась &gt;&lt;br /&gt;</w:t>
        <w:br/>
        <w:t>&lt;0, знов&gt;&lt;br /&gt;</w:t>
        <w:br/>
        <w:t>Та от знов на місце вдарилась,&lt;br /&gt;</w:t>
        <w:br/>
        <w:t>разів два схлипнула — й нема.&lt;br /&gt;</w:t>
        <w:br/>
        <w:t>Почав круг церкви сторож в калатало.</w:t>
      </w:r>
    </w:p>
    <w:p>
      <w:r>
        <w:br/>
        <w:t>Сковорода:&lt;br /&gt;</w:t>
        <w:br/>
        <w:t>всяк єсть там, де серцем сам.&lt;br /&gt;</w:t>
        <w:br/>
        <w:t>Ченці:&lt;br /&gt;</w:t>
        <w:br/>
        <w:t>— Та ми не про те,—&lt;br /&gt;</w:t>
        <w:br/>
        <w:t>ми завжди раді ближньому служить.&lt;br /&gt;</w:t>
        <w:br/>
        <w:t>Сковорода:&lt;br /&gt;</w:t>
        <w:br/>
        <w:t>покиньте рясу,&lt;br /&gt;</w:t>
        <w:br/>
        <w:t>пахать ідіть.&lt;br /&gt;</w:t>
        <w:br/>
        <w:t>&lt;Іустин&gt; Досифей:&lt;br /&gt;</w:t>
        <w:br/>
        <w:t>Ні, справді.&lt;br /&gt;</w:t>
        <w:br/>
        <w:t>&lt;Вони питаються: як бути?&gt;&lt;br /&gt;</w:t>
        <w:br/>
        <w:t>Нехай ти нас, ченців, не любиш,&lt;br /&gt;</w:t>
        <w:br/>
        <w:t>&lt;нехай&lt;br /&gt;</w:t>
        <w:br/>
        <w:t>але скажи ж — ти ж наш Сократ І ти Діоген! —&lt;br /&gt;</w:t>
        <w:br/>
        <w:t>Скажи! Ти всі закони знаєш.&lt;br /&gt;</w:t>
        <w:br/>
        <w:t>Чи довго буде нас терзати унія [?]&lt;br /&gt;</w:t>
        <w:br/>
        <w:t>Нехай ти іудействуєш&gt; &lt;і мрієш про якусь &gt;&lt;br /&gt;</w:t>
        <w:br/>
        <w:t>&lt;і мрієш&lt;br /&gt;</w:t>
        <w:br/>
        <w:t>нову людину утворити &gt;&lt;br /&gt;</w:t>
        <w:br/>
        <w:t>&lt; (Сковорода всміхнувся) &gt; &lt; (Сковорода загруз бровою) &gt;&lt;br /&gt;</w:t>
        <w:br/>
        <w:t>Нехай ти іудействуєш і &lt;Нову Людину мрієш &gt; Нову&lt;br /&gt;</w:t>
        <w:br/>
        <w:t>Людину&lt;br /&gt;</w:t>
        <w:br/>
        <w:t>&lt;з нічого &gt; знічев'я мрієш утворити&lt;br /&gt;</w:t>
        <w:br/>
        <w:t>&lt; (Сковорода загруз бровами) &gt; &lt; (Сковорода всміхнувся) &gt;&lt;br /&gt;</w:t>
        <w:br/>
        <w:t>&lt; (Сковорода загруз бровою) &gt;&lt;br /&gt;</w:t>
        <w:br/>
        <w:t>Але скажи: ти ж маєш Бога&lt;?&gt;! —&lt;br /&gt;</w:t>
        <w:br/>
        <w:t>&lt; (Сковорода всміхнувся) &gt; (Сков [орода] загруз&lt;br /&gt;</w:t>
        <w:br/>
        <w:t>бровою)&lt;br /&gt;</w:t>
        <w:br/>
        <w:t>Невже тобі нічого він не каже,&lt;br /&gt;</w:t>
        <w:br/>
        <w:t>що &lt;наш край унія терзає? &gt; &lt;край наш терзає унія?&gt;&lt;br /&gt;</w:t>
        <w:br/>
        <w:t>край наш унія терзає?&lt;br /&gt;</w:t>
        <w:br/>
        <w:t>&lt;3а православіє&gt; &lt;Що за православіє боротись треба&gt;&lt;br /&gt;</w:t>
        <w:br/>
        <w:t>Що треба боронить благочестиву віру&lt;br /&gt;</w:t>
        <w:br/>
        <w:t>&lt;3а пр[авославіє боротись], а не маніхействувать&gt;,&lt;br /&gt;</w:t>
        <w:br/>
        <w:t>а ти все маніхействуєш.&lt;br /&gt;</w:t>
        <w:br/>
        <w:t>&lt; 3 [асміявся Сковорода] &gt; &lt; (Сковорода схопився) &gt;&lt;br /&gt;</w:t>
        <w:br/>
        <w:t>Сковорода всміхнувся:&lt;br /&gt;</w:t>
        <w:br/>
        <w:t>&lt;Чи то&gt; Глухим дзвонити [?]&lt;br /&gt;</w:t>
        <w:br/>
        <w:t>А оріхові бороди &lt; кругом вколючились у нього &gt; уважно&lt;br /&gt;</w:t>
        <w:br/>
        <w:t>вколючились &lt;на нього &gt; з усіх боків&lt;br /&gt;</w:t>
        <w:br/>
        <w:t>і ждали, що він скаже.&lt;br /&gt;</w:t>
        <w:br/>
        <w:t>&lt;— Я бачу, що ви шпіц-буби*,&lt;br /&gt;</w:t>
        <w:br/>
        <w:t>або, по-нашому, розумні дурні — не більше. &gt; *&lt;br /&gt;</w:t>
        <w:br/>
        <w:t>&lt;— Православіє — така ж секта, як і інші віри&gt;</w:t>
      </w:r>
    </w:p>
    <w:p>
      <w:r>
        <w:br/>
        <w:t>9*</w:t>
      </w:r>
    </w:p>
    <w:p>
      <w:r>
        <w:br/>
        <w:t>259</w:t>
      </w:r>
    </w:p>
    <w:p>
      <w:r>
        <w:br/>
        <w:t>&lt;А там, де сект[и]&gt; &lt; всяка ж секта ттахне власністю&gt;&lt;br /&gt;</w:t>
        <w:br/>
        <w:t>&lt;А де власність — тут нема головної мудрості &gt;&lt;br /&gt;</w:t>
        <w:br/>
        <w:t>Замовкла братія.</w:t>
      </w:r>
    </w:p>
    <w:p>
      <w:r>
        <w:br/>
        <w:t>(ЦДАМЛМ, ф. 4С4, огі. 1, № 1248, арк. 10)&lt;br /&gt;</w:t>
        <w:br/>
        <w:t>[V. ОБАУЕ]</w:t>
      </w:r>
    </w:p>
    <w:p>
      <w:r>
        <w:br/>
        <w:t>Сковорода:&lt;br /&gt;</w:t>
        <w:br/>
        <w:t>— Всяк єсть там, де серцем сам.&lt;br /&gt;</w:t>
        <w:br/>
        <w:t>&lt;Ч е нці:&gt;&lt;br /&gt;</w:t>
        <w:br/>
        <w:t>— &lt;Та&gt; ми не про те:&lt;br /&gt;</w:t>
        <w:br/>
        <w:t>ми завжди раді ближньому служить.&lt;br /&gt;</w:t>
        <w:br/>
        <w:t>— Покиньте рясу, пахать ідіть.&lt;br /&gt;</w:t>
        <w:br/>
        <w:t>(Павза, немовби хто з досадою руками: ну от?) *&lt;br /&gt;</w:t>
        <w:br/>
        <w:t>&lt;Ченці:&gt; &lt;Іустин:&gt;&lt;br /&gt;</w:t>
        <w:br/>
        <w:t>— Ні справді.&lt;br /&gt;</w:t>
        <w:br/>
        <w:t>Нехай ти нас, ченців, не любив,&lt;br /&gt;</w:t>
        <w:br/>
        <w:t>нехай ти &lt;іуд[ействуєш] &gt; маніхействуєш і Нову Людину&lt;br /&gt;</w:t>
        <w:br/>
        <w:t>знічев'я мрієш утворити,&lt;br /&gt;</w:t>
        <w:br/>
        <w:t>але скажи — ти ж маєш Бога! —&lt;br /&gt;</w:t>
        <w:br/>
        <w:t>(Сковорода загруз бровою)&lt;br /&gt;</w:t>
        <w:br/>
        <w:t>невже нічого він тобі не каже,&lt;br /&gt;</w:t>
        <w:br/>
        <w:t>що край наш унія терзає&lt;br /&gt;</w:t>
        <w:br/>
        <w:t>&lt;що б&gt; &lt;на фоні сміху рококо, &gt; 1&lt;br /&gt;</w:t>
        <w:br/>
        <w:t>&lt; (Сковорода всміхнувсь) &gt;&lt;br /&gt;</w:t>
        <w:br/>
        <w:t>&lt;на тлі байдужого пізнання &gt;&lt;br /&gt;</w:t>
        <w:br/>
        <w:t>Чи може ти, глухим дзвонивши, й сам уже оглух&lt;?&gt;&lt;br /&gt;</w:t>
        <w:br/>
        <w:t>навіки?&lt;br /&gt;</w:t>
        <w:br/>
        <w:t>О мізантропе! *&lt;br /&gt;</w:t>
        <w:br/>
        <w:t>Оріхові бороди &lt; уважно &gt; вколючились з усіх боків&lt;br /&gt;</w:t>
        <w:br/>
        <w:t>1 ждали, що він скаже.&lt;br /&gt;</w:t>
        <w:br/>
        <w:t>&lt; Сковорода:&gt; То де ж тоді &lt; шукати правди &gt; шукать&lt;br /&gt;</w:t>
        <w:br/>
        <w:t>нам правди,— де?&lt;br /&gt;</w:t>
        <w:br/>
        <w:t>&lt; (Сковорода всміхнувсь) &gt; (Сковорода всміхнувсь)&lt;br /&gt;</w:t>
        <w:br/>
        <w:t>&lt;...я тут, тут, тут,&lt;br /&gt;</w:t>
        <w:br/>
        <w:t>затріпотіло в листі, скотилось по даху&gt;&lt;br /&gt;</w:t>
        <w:br/>
        <w:t>&lt;сл[іпучо]&gt; &lt;і навхрест блиснуло без&lt;br /&gt;</w:t>
        <w:br/>
        <w:t>підтвер [дження] &gt;&lt;br /&gt;</w:t>
        <w:br/>
        <w:t>Збоку на берегах дописано олівцем: "Апулей".— Ред.</w:t>
      </w:r>
    </w:p>
    <w:p>
      <w:r>
        <w:br/>
        <w:t>&lt;і навхрест тут блиснувши, над всім прореготало,&lt;br /&gt;</w:t>
        <w:br/>
        <w:t>в жилетку сміх свій заховало&lt;br /&gt;</w:t>
        <w:br/>
        <w:t>й не прогриміло &gt;&lt;br /&gt;</w:t>
        <w:br/>
        <w:t>Ти ж чув про грамоту цариці *,&lt;br /&gt;</w:t>
        <w:br/>
        <w:t>про Мелхиседека &lt;і&gt; про ножі*.&lt;br /&gt;</w:t>
        <w:br/>
        <w:t>&lt;Сковорода:&gt; &lt;Ченці:&gt;&lt;br /&gt;</w:t>
        <w:br/>
        <w:t>— Скажи ж:&lt;br /&gt;</w:t>
        <w:br/>
        <w:t>&lt;наш народ — це&gt; народ наш —&lt;br /&gt;</w:t>
        <w:br/>
        <w:t>чи може ми та жертва рання?&lt;br /&gt;</w:t>
        <w:br/>
        <w:t>Сковорода: ...на фоні сміху рококо, ^&lt;br /&gt;</w:t>
        <w:br/>
        <w:t>на тлі байдужого пізнання1&lt;br /&gt;</w:t>
        <w:br/>
        <w:t>— &lt;Чи, може, нам пійти на прощу? &gt;&lt;br /&gt;</w:t>
        <w:br/>
        <w:t>— Народ піднять на бій чи й нам пійти на прощу? *&lt;br /&gt;</w:t>
        <w:br/>
        <w:t>Сковород а: &lt;все спотикаєтесь &gt; &lt;він 1&lt;br /&gt;</w:t>
        <w:br/>
        <w:t>спотикається &gt;&lt;br /&gt;</w:t>
        <w:br/>
        <w:t>ви спотикаєтесь об Польщу.&lt;br /&gt;</w:t>
        <w:br/>
        <w:t>— Ти нас немовби на бруску тримаєш *&lt;br /&gt;</w:t>
        <w:br/>
        <w:t>і &lt;не кажеш&gt; нічого не кажеш*&lt;br /&gt;</w:t>
        <w:br/>
        <w:t>Оріх [ові] бороди одколючились *&lt;br /&gt;</w:t>
        <w:br/>
        <w:t>і з жахом одхилились *.&lt;br /&gt;</w:t>
        <w:br/>
        <w:t>&lt;— Чи, може... ти глузуєш&gt; Ой щось ти з нас&lt;br /&gt;</w:t>
        <w:br/>
        <w:t>&lt; смієшся &gt; *&lt;br /&gt;</w:t>
        <w:br/>
        <w:t>Так де ж тоді шукать нам правду, де?&lt;br /&gt;</w:t>
        <w:br/>
        <w:t>...я тут, тут, тут —&lt;br /&gt;</w:t>
        <w:br/>
        <w:t>&lt; скотилось по даху&gt; 3 скотилось по даху,&lt;br /&gt;</w:t>
        <w:br/>
        <w:t>затріпотіло в листі&lt;br /&gt;</w:t>
        <w:br/>
        <w:t>і, навхрест зблиснувши, &lt;як в Арістофана&gt; як в комедіях&lt;br /&gt;</w:t>
        <w:br/>
        <w:t>Арістофана,&lt;br /&gt;</w:t>
        <w:br/>
        <w:t>&lt; перед тобою &gt; сміх душить свій почало —&lt;br /&gt;</w:t>
        <w:br/>
        <w:t>ой клобуки, та перестаньте ж.&lt;br /&gt;</w:t>
        <w:br/>
        <w:t>1 Збоку дописано: "Мій жребій з голяками".— Ред.&lt;br /&gt;</w:t>
        <w:br/>
        <w:t>2 На берегах рукопису дописано:&lt;br /&gt;</w:t>
        <w:br/>
        <w:t>"Один з ченців: "Насамперед треба німців (учених)&lt;br /&gt;</w:t>
        <w:br/>
        <w:t>вигнати, бо від них все &lt;лих[о]&gt; зло".&lt;br /&gt;</w:t>
        <w:br/>
        <w:t>"Розуму закони". Ваг[алій], ст. 280."&lt;br /&gt;</w:t>
        <w:br/>
        <w:t>"...бо я виливаю, власне, вирізую не з воску, а з міді та&lt;br /&gt;</w:t>
        <w:br/>
        <w:t>каменю. (X і ж д е у, нібито слова самого Г. С [ковороди])"&lt;br /&gt;</w:t>
        <w:br/>
        <w:t>"Ви ножі, а я брусок.&lt;br /&gt;</w:t>
        <w:br/>
        <w:t>&lt;І я гостритиму,&lt;br /&gt;</w:t>
        <w:br/>
        <w:t>аж поки вас не перегострю&gt;&lt;br /&gt;</w:t>
        <w:br/>
        <w:t>І я гостритиму вас,&lt;br /&gt;</w:t>
        <w:br/>
        <w:t>аж поки не перегострю".— Ред.&lt;br /&gt;</w:t>
        <w:br/>
        <w:t>3 Дописано червоним чорнилом: "(ринва)".— Ред.</w:t>
      </w:r>
    </w:p>
    <w:p>
      <w:r>
        <w:br/>
        <w:t>(ЦДАМЛМ, ф. 464, оп. 1, № 1248, арк. 11)</w:t>
      </w:r>
    </w:p>
    <w:p>
      <w:r>
        <w:br/>
        <w:t>[І. ШБОШТО. РШАЬЕ]&lt;br /&gt;</w:t>
        <w:br/>
        <w:t>День хирявий, хмурний, хмаристий.&lt;br /&gt;</w:t>
        <w:br/>
        <w:t>Поділ розсипавсь при воді&lt;br /&gt;</w:t>
        <w:br/>
        <w:t>&lt; ворушиться, шумить в тумані &gt; і торгував в тумані.&lt;br /&gt;</w:t>
        <w:br/>
        <w:t>Дніпро ж немов &lt; стоїть &gt; стояв на місці&lt;br /&gt;</w:t>
        <w:br/>
        <w:t>сліпий-сліпий та більмастий&lt;br /&gt;</w:t>
        <w:br/>
        <w:t>&lt; більмастий &gt;&lt;br /&gt;</w:t>
        <w:br/>
        <w:t>і не &lt;знав, куди свої сльози посилать &gt;&lt;br /&gt;</w:t>
        <w:br/>
        <w:t>знає, куди сльози свої &lt;куди скарги, куди&lt;br /&gt;</w:t>
        <w:br/>
        <w:t>посилати &gt;,&lt;br /&gt;</w:t>
        <w:br/>
        <w:t>куди скарги &lt; свої &gt; посилати —&lt;br /&gt;</w:t>
        <w:br/>
        <w:t>чи до моря, моря &lt; всесвітнього океану &gt;&lt;br /&gt;</w:t>
        <w:br/>
        <w:t>всесвітнього &lt;всеводного братерства &gt;,&lt;br /&gt;</w:t>
        <w:br/>
        <w:t>чи до Москви, &lt;до Малоросії любителів,&lt;br /&gt;</w:t>
        <w:br/>
        <w:t>[що] за нього дбають день і ніч&gt; назад.&lt;br /&gt;</w:t>
        <w:br/>
        <w:t>Як став Сковорода —&lt;br /&gt;</w:t>
        <w:br/>
        <w:t>&lt;то й сам і себе, й світ увесь забув од горя&gt;&lt;br /&gt;</w:t>
        <w:br/>
        <w:t>&lt;то й сам забув і себе, й Київ, і світ увесь. &gt;&lt;br /&gt;</w:t>
        <w:br/>
        <w:t>усе забув од горя&lt;br /&gt;</w:t>
        <w:br/>
        <w:t>&lt;од горя,&lt;br /&gt;</w:t>
        <w:br/>
        <w:t>од горя.&gt;&lt;br /&gt;</w:t>
        <w:br/>
        <w:t>Стояв так не годину,&lt;br /&gt;</w:t>
        <w:br/>
        <w:t>все поривався говорить.&lt;br /&gt;</w:t>
        <w:br/>
        <w:t>Простягне руки до Дніпра&lt;br /&gt;</w:t>
        <w:br/>
        <w:t>та й знов тремтячі &lt;тихо&gt; одведе,&lt;br /&gt;</w:t>
        <w:br/>
        <w:t>&lt; тихо,&lt;br /&gt;</w:t>
        <w:br/>
        <w:t>немов воздух &gt;&lt;br /&gt;</w:t>
        <w:br/>
        <w:t>&lt;воздух&lt;br /&gt;</w:t>
        <w:br/>
        <w:t>неначе одведе &gt;&lt;br /&gt;</w:t>
        <w:br/>
        <w:t>немовби воздух&lt;br /&gt;</w:t>
        <w:br/>
        <w:t>&lt; прийме &gt; тихо прийме.&lt;br /&gt;</w:t>
        <w:br/>
        <w:t>Сльози гніву,&lt;br /&gt;</w:t>
        <w:br/>
        <w:t>1 На берегах напроти дописано: "Каліки".— Ред.&lt;br /&gt;</w:t>
        <w:br/>
        <w:t>бурі серця великого&lt;br /&gt;</w:t>
        <w:br/>
        <w:t>говорить не дають !.</w:t>
      </w:r>
    </w:p>
    <w:p>
      <w:r>
        <w:br/>
        <w:t>Стояв так не годину,&lt;br /&gt;</w:t>
        <w:br/>
        <w:t>&lt; хтозна-скільки... &gt;&lt;br /&gt;</w:t>
        <w:br/>
        <w:t>Аж загудів гладкий далекий дзвін.&lt;br /&gt;</w:t>
        <w:br/>
        <w:t>Карнавками плакучими Поділ забрязкав,&lt;br /&gt;</w:t>
        <w:br/>
        <w:t>а там ізліва, справа, всюди, скрізь —&lt;br /&gt;</w:t>
        <w:br/>
        <w:t>плакучі, слізні та єлейні.&lt;br /&gt;</w:t>
        <w:br/>
        <w:t>Забув Сковорода неділю,&lt;br /&gt;</w:t>
        <w:br/>
        <w:t>забув себе, &lt;і місце &gt; годину й час,&lt;br /&gt;</w:t>
        <w:br/>
        <w:t>лиш все &lt;мі[нився] у&gt; в лиці своїм мінився,&lt;br /&gt;</w:t>
        <w:br/>
        <w:t>&lt;та з одного на друге місце перебігав &gt;&lt;br /&gt;</w:t>
        <w:br/>
        <w:t>&lt;та з одного перебігав на друге місце, обороняючись, &gt;&lt;br /&gt;</w:t>
        <w:br/>
        <w:t>мов дзвони ті&lt;br /&gt;</w:t>
        <w:br/>
        <w:t>то вороги були &lt;його&gt;&lt;br /&gt;</w:t>
        <w:br/>
        <w:t>&lt;і все його били, били били,&lt;br /&gt;</w:t>
        <w:br/>
        <w:t>мов догматами забить хотіли живую душу&lt;br /&gt;</w:t>
        <w:br/>
        <w:t>одступника. І що дивніше — найперша Софія&lt;br /&gt;</w:t>
        <w:br/>
        <w:t>ударила&gt;&lt;br /&gt;</w:t>
        <w:br/>
        <w:t>і били його, били &lt;його&gt;,&lt;br /&gt;</w:t>
        <w:br/>
        <w:t>догматами сухими забивали&lt;br /&gt;</w:t>
        <w:br/>
        <w:t>&lt; любителя свободи одступника. І що дивніше — перша&lt;br /&gt;</w:t>
        <w:br/>
        <w:t>вдарила Софія &gt;&lt;br /&gt;</w:t>
        <w:br/>
        <w:t>&lt; свободи любителя одступника &gt;. І що дивніше —&lt;br /&gt;</w:t>
        <w:br/>
        <w:t>перша вдарила Софія.&lt;br /&gt;</w:t>
        <w:br/>
        <w:t>І древнє своє ластовиння&lt;br /&gt;</w:t>
        <w:br/>
        <w:t>(ЦДАМЛМ, ф. 464, on. 1, Кя 1257, арк. 1)</w:t>
      </w:r>
    </w:p>
    <w:p>
      <w:r>
        <w:br/>
        <w:t>[II. RISOLUTO. FINALE]&lt;br /&gt;</w:t>
        <w:br/>
        <w:t>&lt;М'ягкою&gt; &lt; Дебело-огрядна княгиня &gt;&lt;br /&gt;</w:t>
        <w:br/>
        <w:t>&lt;бані золоті, мов груди голі, в небо випнула &gt;&lt;br /&gt;</w:t>
        <w:br/>
        <w:t>&lt;А через &gt; &lt;Київ&gt;&lt;br /&gt;</w:t>
        <w:br/>
        <w:t>&lt;до неї Михайлівський на сонці ржаво рже.&gt;&lt;br /&gt;</w:t>
        <w:br/>
        <w:t>&lt; Софія теж&gt;&lt;br /&gt;</w:t>
        <w:br/>
        <w:t>&lt; Софія ж жовто-блакитне ластовиння попудрила туманом,&lt;br /&gt;</w:t>
        <w:br/>
        <w:t>попудрила, нову прибрала одіж&gt;&lt;br /&gt;</w:t>
        <w:br/>
        <w:t>Софія ж,&lt;br /&gt;</w:t>
        <w:br/>
        <w:t>древпє своє ластовиння попудривши,&lt;br /&gt;</w:t>
        <w:br/>
        <w:t>&lt; підперлася оградою &gt; вона підперлася оградою,&lt;br /&gt;</w:t>
        <w:br/>
        <w:t>і сіла між церков старих, що хрестяться,&lt;br /&gt;</w:t>
        <w:br/>
        <w:t>ой боже мій, все хрестяться.&lt;br /&gt;</w:t>
        <w:br/>
        <w:t>&lt; Софія пір'я дере і все розказує,&lt;br /&gt;</w:t>
        <w:br/>
        <w:t>як вона то колись дівувала &gt;&lt;br /&gt;</w:t>
        <w:br/>
        <w:t>Нум драти пір'я, а я вам розкажу,&lt;br /&gt;</w:t>
        <w:br/>
        <w:t>як дівувала я колись.&lt;br /&gt;</w:t>
        <w:br/>
        <w:t>Бувало, підуть дзвоні у танець, візьмуся в боки &lt;я&gt; —&lt;br /&gt;</w:t>
        <w:br/>
        <w:t>так тільки Десятинна поглядає.&lt;br /&gt;</w:t>
        <w:br/>
        <w:t>До Візантії чуть було, як підківками одбивала.&lt;br /&gt;</w:t>
        <w:br/>
        <w:t>Що тих гетьманів я міняла!&lt;br /&gt;</w:t>
        <w:br/>
        <w:t>А от же кожен руки цілував&lt;br /&gt;</w:t>
        <w:br/>
        <w:t>і присягав на вірність,&lt;br /&gt;</w:t>
        <w:br/>
        <w:t>&lt;бо народ держати&lt;br /&gt;</w:t>
        <w:br/>
        <w:t>треба було&gt;&lt;br /&gt;</w:t>
        <w:br/>
        <w:t>&lt;бо народ держать було в покорі треба &gt;&lt;br /&gt;</w:t>
        <w:br/>
        <w:t>бо треба було &lt;народ держать &gt;&lt;br /&gt;</w:t>
        <w:br/>
        <w:t>народ держать.&lt;br /&gt;</w:t>
        <w:br/>
        <w:t>&lt; Софія теж. Не ви [терпів Сковорода]&lt;br /&gt;</w:t>
        <w:br/>
        <w:t>Ну нехай... &gt;&lt;br /&gt;</w:t>
        <w:br/>
        <w:t>1. Не видержав Сковорода:&lt;br /&gt;</w:t>
        <w:br/>
        <w:t>&lt;б[решеш]&gt; Софіє, не бреши! не вдержиш&lt;br /&gt;</w:t>
        <w:br/>
        <w:t>народу цим.&lt;br /&gt;</w:t>
        <w:br/>
        <w:t>Якраз в тобі почнеться нова церква,&lt;br /&gt;</w:t>
        <w:br/>
        <w:t>нова премудрість &lt; проста &gt; красна,—&lt;br /&gt;</w:t>
        <w:br/>
        <w:t>та не по-темному, а просто.&lt;br /&gt;</w:t>
        <w:br/>
        <w:t>Не через двісті — через чотириста, а буде!&lt;br /&gt;</w:t>
        <w:br/>
        <w:t>Не видержав Сковорода й побіг,&lt;br /&gt;</w:t>
        <w:br/>
        <w:t>побіг униз,&lt;br /&gt;</w:t>
        <w:br/>
        <w:t>через торжища,&lt;br /&gt;</w:t>
        <w:br/>
        <w:t>пішов понад Дніпром,&lt;br /&gt;</w:t>
        <w:br/>
        <w:t>все далі, далі.&lt;br /&gt;</w:t>
        <w:br/>
        <w:t>А вслід йому "анафема" кричали дзвони&lt;br /&gt;</w:t>
        <w:br/>
        <w:t>і смрадний дух десь із Подолу доганяв,&lt;br /&gt;</w:t>
        <w:br/>
        <w:t>і гнав його на села — туди,&lt;br /&gt;</w:t>
        <w:br/>
        <w:t>&lt;де ще майбутнє&lt;br /&gt;</w:t>
        <w:br/>
        <w:t>туманом окрите &gt;&lt;br /&gt;</w:t>
        <w:br/>
        <w:t>&lt;де ще майбутнє&lt;br /&gt;</w:t>
        <w:br/>
        <w:t>з туману ледве вибивалось &gt;&lt;br /&gt;</w:t>
        <w:br/>
        <w:t>де ледве ще з туману&lt;br /&gt;</w:t>
        <w:br/>
        <w:t>майбутнє вибивалось.&lt;br /&gt;</w:t>
        <w:br/>
        <w:t>А ген за полем, [за горою&lt;br /&gt;</w:t>
        <w:br/>
        <w:t>Лавра богобоязлива&lt;br /&gt;</w:t>
        <w:br/>
        <w:t>перстом у небо указує,&lt;br /&gt;</w:t>
        <w:br/>
        <w:t>навколо гордо позира.]</w:t>
      </w:r>
    </w:p>
    <w:p>
      <w:r>
        <w:br/>
        <w:t>&lt; Тільки Андріївська не дзвонила &gt;&lt;br /&gt;</w:t>
        <w:br/>
        <w:t>Одна тільки церква не дзвонила —&lt;br /&gt;</w:t>
        <w:br/>
        <w:t>Андріївська.&lt;br /&gt;</w:t>
        <w:br/>
        <w:t>Як лялечка, як панночка &lt;во[на]&gt; &lt;вона&gt;, стояла&lt;br /&gt;</w:t>
        <w:br/>
        <w:t>над горою.&lt;br /&gt;</w:t>
        <w:br/>
        <w:t>Стоїть, не журиться —&lt;br /&gt;</w:t>
        <w:br/>
        <w:t>упасти не впаде:&lt;br /&gt;</w:t>
        <w:br/>
        <w:t>кріпкий під нею чорний горб,&lt;br /&gt;</w:t>
        <w:br/>
        <w:t>&lt;аби тільки &gt; як не дзвонить, то видержить.&lt;br /&gt;</w:t>
        <w:br/>
        <w:t>&lt;То ж&gt; цариця поставила в знак приязні киянам —&lt;br /&gt;</w:t>
        <w:br/>
        <w:t>&lt; своїм &gt; &lt; мовби &gt; немов хотіла цим сказать,&lt;br /&gt;</w:t>
        <w:br/>
        <w:t>що Україна&lt;br /&gt;</w:t>
        <w:br/>
        <w:t>отак в Москві над кручею, над прірвою поставлена.&lt;br /&gt;</w:t>
        <w:br/>
        <w:t>Ось тільки задзвони,&lt;br /&gt;</w:t>
        <w:br/>
        <w:t>збунтуй той чорний грунт —&lt;br /&gt;</w:t>
        <w:br/>
        <w:t>&lt;на сто літ підеш&gt; на віки пійдеш в прірву,&lt;br /&gt;</w:t>
        <w:br/>
        <w:t>дощенту рознесем!&lt;br /&gt;</w:t>
        <w:br/>
        <w:t>&lt;А сльози &gt;&lt;br /&gt;</w:t>
        <w:br/>
        <w:t>День хирявий, хмурний, хмаристий.&lt;br /&gt;</w:t>
        <w:br/>
        <w:t>&lt;Київ&gt; І кволий Київ&lt;br /&gt;</w:t>
        <w:br/>
        <w:t>ворушиться в тумані,&lt;br /&gt;</w:t>
        <w:br/>
        <w:t>як сонний.&lt;br /&gt;</w:t>
        <w:br/>
        <w:t>Здається, світ увесь заснув у лжі, в неправді,&lt;br /&gt;</w:t>
        <w:br/>
        <w:t>у насильстві.&lt;br /&gt;</w:t>
        <w:br/>
        <w:t>А дзвони гудуть,&lt;br /&gt;</w:t>
        <w:br/>
        <w:t>а дзвони присипляють:&lt;br /&gt;</w:t>
        <w:br/>
        <w:t>Спи, спи, &lt; нічого боятись &gt; місце добре, нічого&lt;br /&gt;</w:t>
        <w:br/>
        <w:t>боятись.&lt;br /&gt;</w:t>
        <w:br/>
        <w:t>&lt;Отак&gt; з[аспи...] спи.&lt;br /&gt;</w:t>
        <w:br/>
        <w:t>(ЦДАМЛМ, ф. 464, оп. 1, № 1257, арк. З, 2, 3 зв.)&lt;br /&gt;</w:t>
        <w:br/>
        <w:t>&lt;І враз йому війнуло трупом.&lt;br /&gt;</w:t>
        <w:br/>
        <w:t>Козац[ьке тіло пригадалось] &gt;&lt;br /&gt;</w:t>
        <w:br/>
        <w:t>І відступивши від Марії,&lt;br /&gt;</w:t>
        <w:br/>
        <w:t>він їй руками посилав прокляття —&lt;br /&gt;</w:t>
        <w:br/>
        <w:t>Іди! іди! — хотів їй крикнуть &lt;на весь світ&gt;,&lt;br /&gt;</w:t>
        <w:br/>
        <w:t>а мо' й кричав,&lt;br /&gt;</w:t>
        <w:br/>
        <w:t>та тільки голосу не чуть було,&lt;br /&gt;</w:t>
        <w:br/>
        <w:t>як у &lt;того&gt; козака,&lt;br /&gt;</w:t>
        <w:br/>
        <w:t>що у рову він бачив.&lt;br /&gt;</w:t>
        <w:br/>
        <w:t>— І-ди, не муч мене, іди.&lt;br /&gt;</w:t>
        <w:br/>
        <w:t>&lt; Марія ж тільки усміхалась &gt;&lt;br /&gt;</w:t>
        <w:br/>
        <w:t>&lt; Чоловік &gt; &lt; Офіцер &gt; Чоловік підійшов,&lt;br /&gt;</w:t>
        <w:br/>
        <w:t>брязкаючи шаблею.&lt;br /&gt;</w:t>
        <w:br/>
        <w:t>— Ось, любий, мій учитель,— і зареготала.&lt;br /&gt;</w:t>
        <w:br/>
        <w:t>І обоє, взявшись за руки,&lt;br /&gt;</w:t>
        <w:br/>
        <w:t>нахабно дивились&lt;br /&gt;</w:t>
        <w:br/>
        <w:t>на Сковороду,&lt;br /&gt;</w:t>
        <w:br/>
        <w:t>і тільки в Марії&lt;br /&gt;</w:t>
        <w:br/>
        <w:t>в очах — огонь&lt;br /&gt;</w:t>
        <w:br/>
        <w:t>мигне&lt;br /&gt;</w:t>
        <w:br/>
        <w:t>і згасне.&lt;br /&gt;</w:t>
        <w:br/>
        <w:t>(ЦДАМЛМ, ф. 464, т. 1, № 1257, арк. З зв.)</w:t>
      </w:r>
    </w:p>
    <w:p>
      <w:r>
        <w:br/>
        <w:t>&lt;Зараз! — &gt; Враз озвалося луною проти нього.&lt;br /&gt;</w:t>
        <w:br/>
        <w:t>Хлоп? — не буде хлоп!&lt;br /&gt;</w:t>
        <w:br/>
        <w:t>Прокинувся од дум.&lt;br /&gt;</w:t>
        <w:br/>
        <w:t>За пустирем &lt;бундюч[ний] &gt;&lt;br /&gt;</w:t>
        <w:br/>
        <w:t>бастіон у небо &lt; виріс &gt;, як струп, виріс,&lt;br /&gt;</w:t>
        <w:br/>
        <w:t>частоколом наїживсь,&lt;br /&gt;</w:t>
        <w:br/>
        <w:t>Гарматами &lt;як собаками озливсь &gt;&lt;br /&gt;</w:t>
        <w:br/>
        <w:t>&lt;як собаками, мовчки озливсь &gt;&lt;br /&gt;</w:t>
        <w:br/>
        <w:t>мовчки, як собаками, озливсь.&lt;br /&gt;</w:t>
        <w:br/>
        <w:t>Озлились на майдані козак і москаль:&lt;br /&gt;</w:t>
        <w:br/>
        <w:t>слова кресали, як шаблюки,&lt;br /&gt;</w:t>
        <w:br/>
        <w:t>і одкидали огонь на товпище,&lt;br /&gt;</w:t>
        <w:br/>
        <w:t>що вже почало курітись&lt;br /&gt;</w:t>
        <w:br/>
        <w:t>&lt; (Зараз, товариство, бо буде пізно, зараз!) &gt;&lt;br /&gt;</w:t>
        <w:br/>
        <w:t>А за Голосієвим раз по раз бухало і розбухало,&lt;br /&gt;</w:t>
        <w:br/>
        <w:t>і шепотіли люде, прислухаючись&lt;br /&gt;</w:t>
        <w:br/>
        <w:t>хто з радістю, хто з жахом:&lt;br /&gt;</w:t>
        <w:br/>
        <w:t>хлоп? — не буде хлоп!&lt;br /&gt;</w:t>
        <w:br/>
        <w:t>&lt;Зараз, товариство, бо буде пізно, зараз! &gt;&lt;br /&gt;</w:t>
        <w:br/>
        <w:t>Наростай, могутня хвиле! &lt;наростай&gt; *&lt;br /&gt;</w:t>
        <w:br/>
        <w:t>&lt;Чорна земле, розвернись! &gt; *&lt;br /&gt;</w:t>
        <w:br/>
        <w:t>Розвернись, чорна земле! *&lt;br /&gt;</w:t>
        <w:br/>
        <w:t>Знеси, зруйнуй і поглинь *,&lt;br /&gt;</w:t>
        <w:br/>
        <w:t>потопи білу гниль! *&lt;br /&gt;</w:t>
        <w:br/>
        <w:t>І знову &lt; жіноча &gt; постать блакитна&lt;br /&gt;</w:t>
        <w:br/>
        <w:t>&lt; поміж товпищем, між москалями, мов самосійний будяк,&lt;br /&gt;</w:t>
        <w:br/>
        <w:t>немов будяк, якого не викорениш ніяк&lt;br /&gt;</w:t>
        <w:br/>
        <w:t>і далі огинці поза валами древніми &gt;&lt;br /&gt;</w:t>
        <w:br/>
        <w:t>на хвильку поміж товпищем, між москалями,&lt;br /&gt;</w:t>
        <w:br/>
        <w:t>і далі —&lt;br /&gt;</w:t>
        <w:br/>
        <w:t>огинці&lt;br /&gt;</w:t>
        <w:br/>
        <w:t>поза валами древніми&lt;br /&gt;</w:t>
        <w:br/>
        <w:t>&lt; хотів &gt;&lt;br /&gt;</w:t>
        <w:br/>
        <w:t>скрізь&lt;br /&gt;</w:t>
        <w:br/>
        <w:t>шепотом,&lt;br /&gt;</w:t>
        <w:br/>
        <w:t>злодійкувато.&lt;br /&gt;</w:t>
        <w:br/>
        <w:t>Якась сила непереможна &lt; потягла його за нею.&gt;&lt;br /&gt;</w:t>
        <w:br/>
        <w:t>за нею &lt;його&gt; потягла його.&lt;br /&gt;</w:t>
        <w:br/>
        <w:t>Софія вслід &lt;йому&gt; ревниво заблищала.</w:t>
      </w:r>
    </w:p>
    <w:p>
      <w:r>
        <w:br/>
        <w:t>Коло Львівських воріт&lt;br /&gt;</w:t>
        <w:br/>
        <w:t>згубив з очей.&lt;br /&gt;</w:t>
        <w:br/>
        <w:t>Там знову &lt; товпище і&gt; москалі.&lt;br /&gt;</w:t>
        <w:br/>
        <w:t>І мовчки злилися гармати на чернь,&lt;br /&gt;</w:t>
        <w:br/>
        <w:t>в якій &lt;уже&gt; фітіль &lt;курівся-догоряв&gt; от-от, здається,&lt;br /&gt;</w:t>
        <w:br/>
        <w:t>догоряв...&lt;br /&gt;</w:t>
        <w:br/>
        <w:t>Так смішно стало, як почув лірника,&lt;br /&gt;</w:t>
        <w:br/>
        <w:t>&lt;Сщо його псальму співав &gt; що співав його псальму&lt;br /&gt;</w:t>
        <w:br/>
        <w:t>про мир душевний,&lt;br /&gt;</w:t>
        <w:br/>
        <w:t>про птицю-голубицю.&lt;br /&gt;</w:t>
        <w:br/>
        <w:t>Як він далеко &lt;від цього одійшов!&gt;&lt;br /&gt;</w:t>
        <w:br/>
        <w:t>тепер від цього.&lt;br /&gt;</w:t>
        <w:br/>
        <w:t>Наростай, &lt;наростай&gt; могутня хвиле, &lt;наростай!&gt;&lt;br /&gt;</w:t>
        <w:br/>
        <w:t>&lt;Чорна земле, розвернись!&gt; Розвернись, чорна земле!&lt;br /&gt;</w:t>
        <w:br/>
        <w:t>&lt; Потопи й поглинь&lt;br /&gt;</w:t>
        <w:br/>
        <w:t>білу гниль!&gt;&lt;br /&gt;</w:t>
        <w:br/>
        <w:t>Знеси,— зруйнуй &lt;! &gt; поглинь,&lt;br /&gt;</w:t>
        <w:br/>
        <w:t>потопи білу гниль!</w:t>
      </w:r>
    </w:p>
    <w:p>
      <w:r>
        <w:br/>
        <w:t>Прийшов до того місця, де Київ з гори&lt;br /&gt;</w:t>
        <w:br/>
        <w:t>мов сон предивний.&lt;br /&gt;</w:t>
        <w:br/>
        <w:t>&lt;І зразу почув:&lt;br /&gt;</w:t>
        <w:br/>
        <w:t>заглян[е униз] &gt; &lt; глянув униз — &gt;&lt;br /&gt;</w:t>
        <w:br/>
        <w:t>Глянув униз —&lt;br /&gt;</w:t>
        <w:br/>
        <w:t>&lt; немов &gt;&lt;br /&gt;</w:t>
        <w:br/>
        <w:t>і заходила гора,&lt;br /&gt;</w:t>
        <w:br/>
        <w:t>мов корабель &lt;у&gt; на бурю.&lt;br /&gt;</w:t>
        <w:br/>
        <w:t>&lt; Одне розумів: &gt; &lt; Охляв він &gt; "Охляв,—пробігло&lt;br /&gt;</w:t>
        <w:br/>
        <w:t>в голові,—&lt;br /&gt;</w:t>
        <w:br/>
        <w:t>зайти б до приятелів і стравою підкріпитись",&lt;br /&gt;</w:t>
        <w:br/>
        <w:t>але зараз же якийсь дух його підняв на ноги&lt;br /&gt;</w:t>
        <w:br/>
        <w:t>і руки хтось піддержував &lt;мов&gt; як на горі Мойсея анголи;&lt;br /&gt;</w:t>
        <w:br/>
        <w:t>&lt; тільки в&gt;&lt;br /&gt;</w:t>
        <w:br/>
        <w:t>&lt;нс треба, не треба &gt;&lt;br /&gt;</w:t>
        <w:br/>
        <w:t>&lt; сьогодні щось важніше є, приготуватись треба &gt;</w:t>
      </w:r>
    </w:p>
    <w:p>
      <w:r>
        <w:br/>
        <w:t>ні, ні, &lt;о ні,&gt; нікуди не піду, приготуватись треба.&lt;br /&gt;</w:t>
        <w:br/>
        <w:t>Приготуватись треба?&lt;br /&gt;</w:t>
        <w:br/>
        <w:t>І сам не розумів, &lt;що йому&gt; про що душа віщує.&lt;br /&gt;</w:t>
        <w:br/>
        <w:t>&lt;Аж тут&gt;&lt;br /&gt;</w:t>
        <w:br/>
        <w:t>Поділ розсипавсь при воді&lt;br /&gt;</w:t>
        <w:br/>
        <w:t>і торгував і метушився,&lt;br /&gt;</w:t>
        <w:br/>
        <w:t>Дніпро ж немов стояв на місці,&lt;br /&gt;</w:t>
        <w:br/>
        <w:t>сліпий-сліпий та більмастий,&lt;br /&gt;</w:t>
        <w:br/>
        <w:t>і не знав, куди сльози, куди скарги свої посилати —&lt;br /&gt;</w:t>
        <w:br/>
        <w:t>чи до моря, моря всесвітнього,&lt;br /&gt;</w:t>
        <w:br/>
        <w:t>чи до &lt;Москви&gt; Лизавети, до Малоросії любителів&lt;!&gt;&lt;br /&gt;</w:t>
        <w:br/>
        <w:t>&lt;й мов Піфію по [чув] &gt;&lt;br /&gt;</w:t>
        <w:br/>
        <w:t>А з Подолу &lt;тумани все йшли&gt; туман вставав&lt;br /&gt;</w:t>
        <w:br/>
        <w:t>&lt;мов піфію &gt;&lt;br /&gt;</w:t>
        <w:br/>
        <w:t>&lt;і трупний запах розносив по всьому Києву &gt;&lt;br /&gt;</w:t>
        <w:br/>
        <w:t>і трупним запахом одурював Сковороду,&lt;br /&gt;</w:t>
        <w:br/>
        <w:t>мов піфію...&lt;br /&gt;</w:t>
        <w:br/>
        <w:t>Приготуватись треба.</w:t>
      </w:r>
    </w:p>
    <w:p>
      <w:r>
        <w:br/>
        <w:t>(ЦДАМЛМ, ф. 464, оп. 1, М 1257, арк. 4—6)</w:t>
      </w:r>
    </w:p>
    <w:p>
      <w:r>
        <w:br/>
        <w:t>[І. ЛІЗОШТО]</w:t>
      </w:r>
    </w:p>
    <w:p>
      <w:r>
        <w:br/>
        <w:t>Не помічав ні люду, ні вулиць,&lt;br /&gt;</w:t>
        <w:br/>
        <w:t>на Либеді бистрин прозорих,&lt;br /&gt;</w:t>
        <w:br/>
        <w:t>що довго його все проводжала, &lt; заводячи вербичками сюди,&lt;br /&gt;</w:t>
        <w:br/>
        <w:t>туди, в ярочки; &gt;&lt;br /&gt;</w:t>
        <w:br/>
        <w:t>вербами заводячи сюди, туди, в байраки;&lt;br /&gt;</w:t>
        <w:br/>
        <w:t>не помічав ні крику крамарів, ні &lt; спеки городської&gt;&lt;br /&gt;</w:t>
        <w:br/>
        <w:t>суєти міської,&lt;br /&gt;</w:t>
        <w:br/>
        <w:t>ані співу старців —&lt;br /&gt;</w:t>
        <w:br/>
        <w:t>одна тільки думка кипіла в голові,&lt;br /&gt;</w:t>
        <w:br/>
        <w:t>один шумів гарячий спів:&lt;br /&gt;</w:t>
        <w:br/>
        <w:t>не жить, не жить нам ніколи з панами!&lt;br /&gt;</w:t>
        <w:br/>
        <w:t>І хоч він знав, що не йому &lt;з панами криваво упоратись, &gt;&lt;br /&gt;</w:t>
        <w:br/>
        <w:t>піднять безщасних,&lt;br /&gt;</w:t>
        <w:br/>
        <w:t>[• •]&lt;br /&gt;</w:t>
        <w:br/>
        <w:t>&lt;як&gt; Як розумів і те,&lt;br /&gt;</w:t>
        <w:br/>
        <w:t>що зараз, зараз же підготовляти день той треба,&lt;br /&gt;</w:t>
        <w:br/>
        <w:t>зараз!&lt;br /&gt;</w:t>
        <w:br/>
        <w:t>— Хлоп? — не буде хлоп!&lt;br /&gt;</w:t>
        <w:br/>
        <w:t>Прокинувся од дум.&lt;br /&gt;</w:t>
        <w:br/>
        <w:t>&lt; Перед ним над пустирями&gt; Над пустирями&lt;br /&gt;</w:t>
        <w:br/>
        <w:t>&lt;бастіон бундючно набакир із'їхав,&lt;br /&gt;</w:t>
        <w:br/>
        <w:t>гарматами витріщивсь,&lt;br /&gt;</w:t>
        <w:br/>
        <w:t>рушницями наїживсь:&lt;br /&gt;</w:t>
        <w:br/>
        <w:t>Ей ти, куди, обходь! &gt;&lt;br /&gt;</w:t>
        <w:br/>
        <w:t>бастіон гарматами наїжився.&lt;br /&gt;</w:t>
        <w:br/>
        <w:t>До бастіону бігла жінк[а] *,&lt;br /&gt;</w:t>
        <w:br/>
        <w:t>а за ним 1 два козаки *.&lt;br /&gt;</w:t>
        <w:br/>
        <w:t>1 Напевне, треба: "а за нею два козаки".— Ред.&lt;br /&gt;</w:t>
        <w:br/>
        <w:t>Внизу &lt;ж&gt; *</w:t>
      </w:r>
    </w:p>
    <w:p>
      <w:r>
        <w:br/>
        <w:t>&lt; сперечались москаль і козаки &gt;&lt;br /&gt;</w:t>
        <w:br/>
        <w:t>там сперечалися москаль і козак.&lt;br /&gt;</w:t>
        <w:br/>
        <w:t>Під ними ж Золоті ворота&lt;br /&gt;</w:t>
        <w:br/>
        <w:t>засипані були землею,&lt;br /&gt;</w:t>
        <w:br/>
        <w:t>як і вся воля козацька, що крізь &lt;неї&gt; них проходила.&lt;br /&gt;</w:t>
        <w:br/>
        <w:t>Слова кресали, як шаблюки,&lt;br /&gt;</w:t>
        <w:br/>
        <w:t>і одкидали огонь на товпище,&lt;br /&gt;</w:t>
        <w:br/>
        <w:t>що вже почало курітись...&lt;br /&gt;</w:t>
        <w:br/>
        <w:t>&lt;А скрізь по Києву мов ревище ревіло,&lt;br /&gt;</w:t>
        <w:br/>
        <w:t>мов заворушення якесь &gt;&lt;br /&gt;</w:t>
        <w:br/>
        <w:t>А за Голосієвим раз по раз &lt; ревище ревіло &gt; бухало&lt;br /&gt;</w:t>
        <w:br/>
        <w:t>і розбухало &lt;небо&gt;&lt;br /&gt;</w:t>
        <w:br/>
        <w:t>і шепотіли люде, прислухаючись &lt;до нього&gt;,&lt;br /&gt;</w:t>
        <w:br/>
        <w:t>хто з радістю, хто з жахом:&lt;br /&gt;</w:t>
        <w:br/>
        <w:t>Хлоп? —&lt;br /&gt;</w:t>
        <w:br/>
        <w:t>не буде хлоп!&lt;br /&gt;</w:t>
        <w:br/>
        <w:t>За валами *&lt;br /&gt;</w:t>
        <w:br/>
        <w:t>пробіг хтось *.&lt;br /&gt;</w:t>
        <w:br/>
        <w:t>За ним *&lt;br /&gt;</w:t>
        <w:br/>
        <w:t>два козаки з рушницями *.&lt;br /&gt;</w:t>
        <w:br/>
        <w:t>І серце як рідній *</w:t>
      </w:r>
    </w:p>
    <w:p>
      <w:r>
        <w:br/>
        <w:t>(ЦДАМЛМ, ф. 464, оп. 1, № 1257, арк. 7)&lt;br /&gt;</w:t>
        <w:br/>
        <w:t>Непереможна сила потягла й його &lt;туди&gt; *&lt;br /&gt;</w:t>
        <w:br/>
        <w:t>&lt; Доволі наз [нущались] &gt; &lt; Пішов ліворуч,&lt;br /&gt;</w:t>
        <w:br/>
        <w:t>де вали древні повз Львівські ворота&lt;br /&gt;</w:t>
        <w:br/>
        <w:t>у нижній Київ вели.&gt;&lt;br /&gt;</w:t>
        <w:br/>
        <w:t>валами древніми *&lt;br /&gt;</w:t>
        <w:br/>
        <w:t>повз Львівські ворота&lt;br /&gt;</w:t>
        <w:br/>
        <w:t>у нижній Київ...&lt;br /&gt;</w:t>
        <w:br/>
        <w:t>Софія вслід йому ревниво заблищала...&lt;br /&gt;</w:t>
        <w:br/>
        <w:t>&lt; Хотів з Подолом попрощатись &gt;&lt;br /&gt;</w:t>
        <w:br/>
        <w:t>&lt;Київ, Київ, мов сон предивний &gt;&lt;br /&gt;</w:t>
        <w:br/>
        <w:t>&lt;де вчився &gt; &lt;учився ж там він, жив&lt;br /&gt;</w:t>
        <w:br/>
        <w:t>і в очі друга задивлявся &gt; 1&lt;br /&gt;</w:t>
        <w:br/>
        <w:t>Отак прийшов до того місця,&lt;br /&gt;</w:t>
        <w:br/>
        <w:t>де Київ із гори, мов сон предивний.&lt;br /&gt;</w:t>
        <w:br/>
        <w:t>1 12 рядків пізніше перекреслені автором і замість них на&lt;br /&gt;</w:t>
        <w:br/>
        <w:t>цій же сторінці написано подальші рядки.— Ред.&lt;br /&gt;</w:t>
        <w:br/>
        <w:t>Хотів із ним &lt;він&gt; він попрощатись —&lt;br /&gt;</w:t>
        <w:br/>
        <w:t>&lt;і враз&lt;br /&gt;</w:t>
        <w:br/>
        <w:t>несвідомо оглянувсь &gt;&lt;br /&gt;</w:t>
        <w:br/>
        <w:t>&lt;і несвідомо оглянувся &gt;&lt;br /&gt;</w:t>
        <w:br/>
        <w:t>&lt; жінка в сірому&lt;br /&gt;</w:t>
        <w:br/>
        <w:t>за деревами збоку [стояла]&lt;br /&gt;</w:t>
        <w:br/>
        <w:t>й довго&gt; &lt;жінка в сірому аа деревами&lt;br /&gt;</w:t>
        <w:br/>
        <w:t>дивилася на нього,&lt;br /&gt;</w:t>
        <w:br/>
        <w:t>познаючи&gt;&lt;br /&gt;</w:t>
        <w:br/>
        <w:t>&lt;мов довго познаючи&gt;&lt;br /&gt;</w:t>
        <w:br/>
        <w:t>&lt; учився ж там він, жив&gt;&lt;br /&gt;</w:t>
        <w:br/>
        <w:t>&lt;і в очі друга задивлявся&gt;&lt;br /&gt;</w:t>
        <w:br/>
        <w:t>учився ж там і жив&lt;br /&gt;</w:t>
        <w:br/>
        <w:t>і в очі друга задивлявся.&lt;br /&gt;</w:t>
        <w:br/>
        <w:t>&lt;І враз почув, як хтось пройшов повз нього,&lt;br /&gt;</w:t>
        <w:br/>
        <w:t>і мов побачив — під горою&lt;br /&gt;</w:t>
        <w:br/>
        <w:t>якаясь жінка в сірому кущами на гору пробиралась. &gt;&lt;br /&gt;</w:t>
        <w:br/>
        <w:t>&lt; Глянув униз —&lt;br /&gt;</w:t>
        <w:br/>
        <w:t>і заходила гора, мов корабель у бурю.&gt;&lt;br /&gt;</w:t>
        <w:br/>
        <w:t>&lt; Заходила гора, мов корабель у бурю.&gt;&lt;br /&gt;</w:t>
        <w:br/>
        <w:t>Глянув униз —&lt;br /&gt;</w:t>
        <w:br/>
        <w:t>заходила гора, мов корабель у бурю.&lt;br /&gt;</w:t>
        <w:br/>
        <w:t>— Охляв! — проблисло в голові&lt;br /&gt;</w:t>
        <w:br/>
        <w:t>&lt;і спокушала думка&lt;br /&gt;</w:t>
        <w:br/>
        <w:t>до приятеля зайти і підкріпиться стравою &gt;&lt;br /&gt;</w:t>
        <w:br/>
        <w:t>і спокушаюче перед ним пропливли&lt;br /&gt;</w:t>
        <w:br/>
        <w:t>і риба на блюді, і хліб.&lt;br /&gt;</w:t>
        <w:br/>
        <w:t>Але зараз же якийсь дух його підняв&lt;br /&gt;</w:t>
        <w:br/>
        <w:t>і пелену розкрив майбутнього в тумані:&lt;br /&gt;</w:t>
        <w:br/>
        <w:t>&lt;на мить заблисло все кругом &gt;&lt;br /&gt;</w:t>
        <w:br/>
        <w:t>перед ним&lt;br /&gt;</w:t>
        <w:br/>
        <w:t>на мить&lt;br /&gt;</w:t>
        <w:br/>
        <w:t>заблисло все —&lt;br /&gt;</w:t>
        <w:br/>
        <w:t>&lt;побідні прапори і крики &gt; побідні прапори кругом і крики,&lt;br /&gt;</w:t>
        <w:br/>
        <w:t>а з &lt; нижнього Києва, вигинаючись, чадом &gt;&lt;br /&gt;</w:t>
        <w:br/>
        <w:t>міста нижнього, димами вигинаючись, трупний смрад&lt;br /&gt;</w:t>
        <w:br/>
        <w:t>пішов, як після великого побоїща.&lt;br /&gt;</w:t>
        <w:br/>
        <w:t>Ще й гайвороння чорне.&lt;br /&gt;</w:t>
        <w:br/>
        <w:t>&lt;І зразу &gt; І знов закрилось.&lt;br /&gt;</w:t>
        <w:br/>
        <w:t>&lt; Несвідомо&lt;br /&gt;</w:t>
        <w:br/>
        <w:t>оглянувсь &gt;&lt;br /&gt;</w:t>
        <w:br/>
        <w:t>&lt;І раптом несвідомо оглянувсь &gt;&lt;br /&gt;</w:t>
        <w:br/>
        <w:t>І — несвідомо оглянувсь.&lt;br /&gt;</w:t>
        <w:br/>
        <w:t>&lt;3а деревами &gt;&lt;br /&gt;</w:t>
        <w:br/>
        <w:t>З-за дерев&lt;br /&gt;</w:t>
        <w:br/>
        <w:t>дивилася на нього жінка в сірому:&lt;br /&gt;</w:t>
        <w:br/>
        <w:t>пізнать чи не пізнать?&lt;br /&gt;</w:t>
        <w:br/>
        <w:t>&lt;і, не рішивши, подалась кущами вниз,&gt;&lt;br /&gt;</w:t>
        <w:br/>
        <w:t>кущами подалась під гору.&lt;br /&gt;</w:t>
        <w:br/>
        <w:t>О, хто &lt;ти, хто ти, підожди&gt; &lt;вона&gt; ця жінка, хто?&lt;br /&gt;</w:t>
        <w:br/>
        <w:t>Та це я?&lt;br /&gt;</w:t>
        <w:br/>
        <w:t>&lt; минуле нагадала &gt;&lt;br /&gt;</w:t>
        <w:br/>
        <w:t>&lt; Чогось Марія втілила у серці&lt;br /&gt;</w:t>
        <w:br/>
        <w:t>і стала перед очі&gt;&lt;br /&gt;</w:t>
        <w:br/>
        <w:t>&lt;Ту ж мить Марія виплила чогось&lt;br /&gt;</w:t>
        <w:br/>
        <w:t>і стала перед очі&gt;&lt;br /&gt;</w:t>
        <w:br/>
        <w:t>&lt; Марія глянула у серце&lt;br /&gt;</w:t>
        <w:br/>
        <w:t>і стала перед очі&gt;&lt;br /&gt;</w:t>
        <w:br/>
        <w:t>Марія у серце, Марія,&lt;br /&gt;</w:t>
        <w:br/>
        <w:t>в саме серце власкавила.&lt;br /&gt;</w:t>
        <w:br/>
        <w:t>Яка вона тепер? і де?&lt;br /&gt;</w:t>
        <w:br/>
        <w:t>&lt;і стала голосом торкать&lt;br /&gt;</w:t>
        <w:br/>
        <w:t>минуле&gt;&lt;br /&gt;</w:t>
        <w:br/>
        <w:t>Чи &lt;принялись його слова в її душі&gt; приняла його слова&lt;br /&gt;</w:t>
        <w:br/>
        <w:t>народ &lt;люби, люби&gt; любить, любить свободу&lt;br /&gt;</w:t>
        <w:br/>
        <w:t>і власності &lt; зрікайсь &gt; зрікатись.&lt;br /&gt;</w:t>
        <w:br/>
        <w:t>Марія &lt;глянула у серце&gt;...&lt;br /&gt;</w:t>
        <w:br/>
        <w:t>Глянув униз — і заходила [гора —]&lt;br /&gt;</w:t>
        <w:br/>
        <w:t>&lt; Марія глянула у серце &gt;.</w:t>
      </w:r>
    </w:p>
    <w:p>
      <w:r>
        <w:br/>
        <w:t>День хирявий, &lt; хмарний &gt; хмурний, хмаристий,&lt;br /&gt;</w:t>
        <w:br/>
        <w:t>&lt;але й крізь нього &gt; &lt;але й в ньому Київ&lt;br /&gt;</w:t>
        <w:br/>
        <w:t>мов сон предивний. &gt;&lt;br /&gt;</w:t>
        <w:br/>
        <w:t>Поділ розсипавсь при воді,&lt;br /&gt;</w:t>
        <w:br/>
        <w:t>і торгував, і метушився.&lt;br /&gt;</w:t>
        <w:br/>
        <w:t>Дніпро ж немов стояв па місці —&lt;br /&gt;</w:t>
        <w:br/>
        <w:t>сліпий-сліпий та більмастий.&lt;br /&gt;</w:t>
        <w:br/>
        <w:t>Не знав, куди сльози, куди скарги свої посилати:&lt;br /&gt;</w:t>
        <w:br/>
        <w:t>чи до моря, моря всесвітнього,&lt;br /&gt;</w:t>
        <w:br/>
        <w:t>&lt;чи до Малоросії любителів у Москву &gt;&lt;br /&gt;</w:t>
        <w:br/>
        <w:t>&lt;чи до Москви, до Малоросії любительниці&gt;&lt;br /&gt;</w:t>
        <w:br/>
        <w:t>чи до Лизаветн в Москву, до Малоросії любительниці.&lt;br /&gt;</w:t>
        <w:br/>
        <w:t>Земле, на якій стою,&lt;br /&gt;</w:t>
        <w:br/>
        <w:t>земле, яку крізь туман проглядаю&lt;br /&gt;</w:t>
        <w:br/>
        <w:t>й яку я не бачу &lt;й про яку я ніколи не чув&gt;&lt;br /&gt;</w:t>
        <w:br/>
        <w:t>&lt; земле &gt; — уся ти в неволі —&lt;br /&gt;</w:t>
        <w:br/>
        <w:t>чорна у білих, &lt;у білих чорна земле&gt;&lt;br /&gt;</w:t>
        <w:br/>
        <w:t>земле чорна.&lt;br /&gt;</w:t>
        <w:br/>
        <w:t>Як став Сковорода —&lt;br /&gt;</w:t>
        <w:br/>
        <w:t>усе забув од горя.&lt;br /&gt;</w:t>
        <w:br/>
        <w:t>Стояв так не годину.&lt;br /&gt;</w:t>
        <w:br/>
        <w:t>Все поривався говорить:&lt;br /&gt;</w:t>
        <w:br/>
        <w:t>простягне руки до Дніпра&lt;br /&gt;</w:t>
        <w:br/>
        <w:t>та й знов тремтячі одведе,&lt;br /&gt;</w:t>
        <w:br/>
        <w:t>немовби воздух тихо прийме.&lt;br /&gt;</w:t>
        <w:br/>
        <w:t>Сльози гніву,&lt;br /&gt;</w:t>
        <w:br/>
        <w:t>бурі серця великого&lt;br /&gt;</w:t>
        <w:br/>
        <w:t>говорить не дають.&lt;br /&gt;</w:t>
        <w:br/>
        <w:t>Стояв так пе годину...&lt;br /&gt;</w:t>
        <w:br/>
        <w:t>Аж загудів гладкий далекий дзвін,&lt;br /&gt;</w:t>
        <w:br/>
        <w:t>карнавками плакучими Поділ забрязкав,&lt;br /&gt;</w:t>
        <w:br/>
        <w:t>а там ізліва, справа, всюди, скрізь —&lt;br /&gt;</w:t>
        <w:br/>
        <w:t>плакучі, слізні та єлейні...&lt;br /&gt;</w:t>
        <w:br/>
        <w:t>Забув Сковорода &lt; неділю, царський день&gt; &lt;про царський&lt;br /&gt;</w:t>
        <w:br/>
        <w:t>день&gt; неділю,&lt;br /&gt;</w:t>
        <w:br/>
        <w:t>забув себе, годину й час.&lt;br /&gt;</w:t>
        <w:br/>
        <w:t>Лише в лиці своїм &lt;усе&gt; мінився,&lt;br /&gt;</w:t>
        <w:br/>
        <w:t>мов дзвони ті,&lt;br /&gt;</w:t>
        <w:br/>
        <w:t>то вороги були&lt;br /&gt;</w:t>
        <w:br/>
        <w:t>і били його, били, &lt;били,&gt;&lt;br /&gt;</w:t>
        <w:br/>
        <w:t>догматами &lt;ду[пгу]&gt; забивали.&lt;br /&gt;</w:t>
        <w:br/>
        <w:t>І що дивніше —&lt;br /&gt;</w:t>
        <w:br/>
        <w:t>&lt;за царя молитись &gt;&lt;br /&gt;</w:t>
        <w:br/>
        <w:t>&lt;за царицю молитись &gt;&lt;br /&gt;</w:t>
        <w:br/>
        <w:t>перша вдарила Софія.&lt;br /&gt;</w:t>
        <w:br/>
        <w:t>Не витерпів Сковорода:&lt;br /&gt;</w:t>
        <w:br/>
        <w:t>Софіє, не бреши!&lt;br /&gt;</w:t>
        <w:br/>
        <w:t>&lt; Народу &gt; &lt;цим не вдержиш. &gt;&lt;br /&gt;</w:t>
        <w:br/>
        <w:t>&lt; Якраз в тобі почнеться нова церква,&lt;br /&gt;</w:t>
        <w:br/>
        <w:t>нова премудрість красна, &gt;&lt;br /&gt;</w:t>
        <w:br/>
        <w:t>Народу цим не вдержиш.&lt;br /&gt;</w:t>
        <w:br/>
        <w:t>&lt;Зо сходу й од рік усіх, од всіх морів &gt;&lt;br /&gt;</w:t>
        <w:br/>
        <w:t>Прийдуть зо сходу &lt;од землі, і морів &gt;,&lt;br /&gt;</w:t>
        <w:br/>
        <w:t>тебе зруйнують, рознесуть&lt;br /&gt;</w:t>
        <w:br/>
        <w:t>і на твоїх руїнах нову премудрість &lt;дат&gt; &lt;тут&gt;&lt;br /&gt;</w:t>
        <w:br/>
        <w:t>проголосять,&lt;br /&gt;</w:t>
        <w:br/>
        <w:t>та не по-темному, а просто!&lt;br /&gt;</w:t>
        <w:br/>
        <w:t>А ген за полем, за горою&lt;br /&gt;</w:t>
        <w:br/>
        <w:t>Лавра богобоязлива&lt;br /&gt;</w:t>
        <w:br/>
        <w:t>Одна тільки церква не дзвонила —&lt;br /&gt;</w:t>
        <w:br/>
        <w:t>Андріївська.&lt;br /&gt;</w:t>
        <w:br/>
        <w:t>Як лялечка, як панночка стояла над горою.&lt;br /&gt;</w:t>
        <w:br/>
        <w:t>Стоїть — не журиться!&lt;br /&gt;</w:t>
        <w:br/>
        <w:t>Упасти не впаде —&lt;br /&gt;</w:t>
        <w:br/>
        <w:t>кріпкий під нею чорний горб.&lt;br /&gt;</w:t>
        <w:br/>
        <w:t>Як не дзвонить, то видержить.&lt;br /&gt;</w:t>
        <w:br/>
        <w:t>Цариця поставила в знак приязні киянам,&lt;br /&gt;</w:t>
        <w:br/>
        <w:t>немов хотіла цим сказать,&lt;br /&gt;</w:t>
        <w:br/>
        <w:t>що &lt; Україна &gt; &lt; Україна вольних &gt; &lt; України вольний&lt;br /&gt;</w:t>
        <w:br/>
        <w:t>ДУХ&gt;&lt;br /&gt;</w:t>
        <w:br/>
        <w:t>&lt; вольний хлоп&gt; &lt; вольний люд&gt; вольний дух&lt;br /&gt;</w:t>
        <w:br/>
        <w:t>отак в Москві над кручею, над прірвою &lt; поставлена &gt;&lt;br /&gt;</w:t>
        <w:br/>
        <w:t>поставлено.&lt;br /&gt;</w:t>
        <w:br/>
        <w:t>Ось тільки задзвони,&lt;br /&gt;</w:t>
        <w:br/>
        <w:t>збунтуй той чорний грунт —&lt;br /&gt;</w:t>
        <w:br/>
        <w:t>навіки підеш в прірву,&lt;br /&gt;</w:t>
        <w:br/>
        <w:t>дощенту рознесем!</w:t>
      </w:r>
    </w:p>
    <w:p>
      <w:r>
        <w:br/>
        <w:t>&lt;День хирявий, хмурний, хмаристий.&lt;br /&gt;</w:t>
        <w:br/>
        <w:t>І Київ у тумані потонув,&lt;br /&gt;</w:t>
        <w:br/>
        <w:t>мов соп предив[ний]&gt;&lt;br /&gt;</w:t>
        <w:br/>
        <w:t>Поділ розсипав[сь] при воді*&lt;br /&gt;</w:t>
        <w:br/>
        <w:t>і сонно метушився.*&lt;br /&gt;</w:t>
        <w:br/>
        <w:t>День хирявий, хмурний, хмаристий.&lt;br /&gt;</w:t>
        <w:br/>
        <w:t>&lt;І Київ, що на горі вже трохи пробудився,&lt;br /&gt;</w:t>
        <w:br/>
        <w:t>ще тут в тумані спав.&gt;&lt;br /&gt;</w:t>
        <w:br/>
        <w:t>&lt;і Поділ сонний, сонпий&gt; *&lt;br /&gt;</w:t>
        <w:br/>
        <w:t>&lt;А дзвони&gt; Здавалось, світ увесь заснув!&lt;br /&gt;</w:t>
        <w:br/>
        <w:t>А дзвони все гудуть,&lt;br /&gt;</w:t>
        <w:br/>
        <w:t>а дзвони присипляють:&lt;br /&gt;</w:t>
        <w:br/>
        <w:t>спи, спи, місце добре, нічого боятись,&lt;br /&gt;</w:t>
        <w:br/>
        <w:t>спи...</w:t>
      </w:r>
    </w:p>
    <w:p>
      <w:r>
        <w:br/>
        <w:t>І раптом — *&lt;br /&gt;</w:t>
        <w:br/>
        <w:t>настала така тиша, якої ніхто ще не чув.&lt;br /&gt;</w:t>
        <w:br/>
        <w:t>&lt;Але&gt; &lt;Та дивно ця ось тиша шуміла, горіла, &gt;&lt;br /&gt;</w:t>
        <w:br/>
        <w:t>Та дивно!&lt;br /&gt;</w:t>
        <w:br/>
        <w:t>Тиша — горіла,&lt;br /&gt;</w:t>
        <w:br/>
        <w:t>то в однім місці &lt;невидимим&gt; &lt; огнем&gt; &lt;схопиться&lt;br /&gt;</w:t>
        <w:br/>
        <w:t>дим&gt;&lt;br /&gt;</w:t>
        <w:br/>
        <w:t>&lt; схопиться і завалує &gt; &lt; схопиться і завалує&lt;br /&gt;</w:t>
        <w:br/>
        <w:t>валом &gt; &lt;і валом садить почне, мов з заводів &gt;&lt;br /&gt;</w:t>
        <w:br/>
        <w:t>&lt;і валом садить почне, мов з фабрик &gt;&lt;br /&gt;</w:t>
        <w:br/>
        <w:t>огнем схопиться і завалує валом дим, мов з фабрик,&lt;br /&gt;</w:t>
        <w:br/>
        <w:t>то в &lt;другому проблисне &gt; другім блисне.&lt;br /&gt;</w:t>
        <w:br/>
        <w:t>&lt;Заворушилося під горою—&gt;&lt;br /&gt;</w:t>
        <w:br/>
        <w:t>&lt;коло Дніпра і під дорогою. &gt;&lt;br /&gt;</w:t>
        <w:br/>
        <w:t>А коло Дніпра хтось &lt;черевом&gt; черева повзе: тихше!&lt;br /&gt;</w:t>
        <w:br/>
        <w:t>Тихше, бо &lt;по&gt; за горою почують.&lt;br /&gt;</w:t>
        <w:br/>
        <w:t>Й сама гора у тил комусь заходить почала.&lt;br /&gt;</w:t>
        <w:br/>
        <w:t>Навшпиньках, рачки, з очима &lt; повними зарядженими ку-&lt;br /&gt;</w:t>
        <w:br/>
        <w:t>лями &gt; &lt; викресаними ненавистю&gt; &lt;що див-&lt;br /&gt;</w:t>
        <w:br/>
        <w:t>ляться в душі&gt; &lt; зарядженими д'останку&gt;&lt;br /&gt;</w:t>
        <w:br/>
        <w:t>&lt;на боротьбу &gt; нагостреними в боротьбу,&lt;br /&gt;</w:t>
        <w:br/>
        <w:t>зарядженими на бій.&lt;br /&gt;</w:t>
        <w:br/>
        <w:t>&lt; Настала тиша&gt; Тиша.&lt;br /&gt;</w:t>
        <w:br/>
        <w:t>(ЦДАМЛМ, ф. 464, оп. і, М 1257, арк. 8—10)</w:t>
      </w:r>
    </w:p>
    <w:p>
      <w:r>
        <w:br/>
        <w:t>[II. ВКОШТО]</w:t>
      </w:r>
    </w:p>
    <w:p>
      <w:r>
        <w:br/>
        <w:t>&lt;Але зараз же дух його підняв&lt;br /&gt;</w:t>
        <w:br/>
        <w:t>і пелену розкрив майбутнього в тумані перед ним.&gt;&lt;br /&gt;</w:t>
        <w:br/>
        <w:t>Але зараз же&lt;br /&gt;</w:t>
        <w:br/>
        <w:t>могутній дух його підняв&lt;br /&gt;</w:t>
        <w:br/>
        <w:t>і пелену майбутнього розкрив в тумані П^ЛЇЇ НИМ.&lt;br /&gt;</w:t>
        <w:br/>
        <w:t>На мить&lt;br /&gt;</w:t>
        <w:br/>
        <w:t>заблисло все кругом:&lt;br /&gt;</w:t>
        <w:br/>
        <w:t>побідні прапори і крики,&lt;br /&gt;</w:t>
        <w:br/>
        <w:t>й робочий люд.&lt;br /&gt;</w:t>
        <w:br/>
        <w:t>А з міста нижнього, димами вигинаючись,&lt;br /&gt;</w:t>
        <w:br/>
        <w:t>трупний смрад пішов, як по великому побоїщі&lt;br /&gt;</w:t>
        <w:br/>
        <w:t>(ще й гайвороння чорне) —&lt;br /&gt;</w:t>
        <w:br/>
        <w:t>і знов закрилось.</w:t>
      </w:r>
    </w:p>
    <w:p>
      <w:r>
        <w:br/>
        <w:t>— Земле, на якій стою,&lt;br /&gt;</w:t>
        <w:br/>
        <w:t>земле, яку крізь туман проглядаю,&lt;br /&gt;</w:t>
        <w:br/>
        <w:t>&lt;і ти, яку не бачу й яку чу[ю,] &gt;&lt;br /&gt;</w:t>
        <w:br/>
        <w:t>уся ти в неволі чорна у білих,&lt;br /&gt;</w:t>
        <w:br/>
        <w:t>чорна земле.1</w:t>
      </w:r>
    </w:p>
    <w:p>
      <w:r>
        <w:br/>
        <w:t>(ЦДАМЛМ, ф. 464, оп. 1, N 1257, арк. 12)</w:t>
      </w:r>
    </w:p>
    <w:p>
      <w:r>
        <w:br/>
        <w:t>[III. БІЗОШТО]</w:t>
      </w:r>
    </w:p>
    <w:p>
      <w:r>
        <w:br/>
        <w:t>[•&lt;br /&gt;</w:t>
        <w:br/>
        <w:t>Стоїть, не журиться:&lt;br /&gt;</w:t>
        <w:br/>
        <w:t>упасти не впаде —&lt;br /&gt;</w:t>
        <w:br/>
        <w:t>кріпкий під нею чорний горб.&lt;br /&gt;</w:t>
        <w:br/>
        <w:t>Як не &lt;дзвонить &gt; хитать, то видержить.&lt;br /&gt;</w:t>
        <w:br/>
        <w:t>Цариця поставила в знак приязні киянам,&lt;br /&gt;</w:t>
        <w:br/>
        <w:t>немов &lt; хотіла сказать &gt; хотіла цим сказать,&lt;br /&gt;</w:t>
        <w:br/>
        <w:t>що України вольний дух&lt;br /&gt;</w:t>
        <w:br/>
        <w:t>отак &lt;в Москві&gt; над прірвою, над кручею поставлено.&lt;br /&gt;</w:t>
        <w:br/>
        <w:t>Ось тільки &lt; задзвони &gt; збуди,&lt;br /&gt;</w:t>
        <w:br/>
        <w:t>збунтуй той чорний грунт —&lt;br /&gt;</w:t>
        <w:br/>
        <w:t>навіки підеш в прірву,&lt;br /&gt;</w:t>
        <w:br/>
        <w:t>дощенту рознесем!2&lt;br /&gt;</w:t>
        <w:br/>
        <w:t>Поділ розсипавсь при воді,&lt;br /&gt;</w:t>
        <w:br/>
        <w:t>то в однім місці &lt; вогнем &gt; схопиться,&lt;br /&gt;</w:t>
        <w:br/>
        <w:t>то в другому &lt;сипне &gt; вогнем,&lt;br /&gt;</w:t>
        <w:br/>
        <w:t>ще й завалує валом дим,&lt;br /&gt;</w:t>
        <w:br/>
        <w:t>немов із фабрик.&lt;br /&gt;</w:t>
        <w:br/>
        <w:t>А коло Дніпра&lt;br /&gt;</w:t>
        <w:br/>
        <w:t>хтось черева повзе: &lt;тихше! тихше!&gt;&lt;br /&gt;</w:t>
        <w:br/>
        <w:t>тихше! Тихше, бо почують! &lt;Ти-х!..&gt;&lt;br /&gt;</w:t>
        <w:br/>
        <w:t>І сама гора&lt;br /&gt;</w:t>
        <w:br/>
        <w:t>у тил комусь заходить почала,&lt;br /&gt;</w:t>
        <w:br/>
        <w:t>навшпиньках,&lt;br /&gt;</w:t>
        <w:br/>
        <w:t>рачки,&lt;br /&gt;</w:t>
        <w:br/>
        <w:t>з очима, нагостреними в &lt; боротьбу &gt; бій.&lt;br /&gt;</w:t>
        <w:br/>
        <w:t>&lt;Тиша&gt; Тихше...&lt;br /&gt;</w:t>
        <w:br/>
        <w:t>1 Збоку пізніше дописано олівцем:&lt;br /&gt;</w:t>
        <w:br/>
        <w:t>"І довго гув гудок на далекому заводі (неділя?),&lt;br /&gt;</w:t>
        <w:br/>
        <w:t>і довго спускався вниз перед кінцем,&lt;br /&gt;</w:t>
        <w:br/>
        <w:t>мов під гору дорога..." — Ред.&lt;br /&gt;</w:t>
        <w:br/>
        <w:t>2 Напроти дописано: "На лаврській дзвіниці були дзвони&lt;br /&gt;</w:t>
        <w:br/>
        <w:t>бувш[ого] Вознесен[ського] жіночого монаст[иря] і запорозькі".&lt;br /&gt;</w:t>
        <w:br/>
        <w:t>Ред.&lt;br /&gt;</w:t>
        <w:br/>
        <w:t>(ЦДАМЛМ, ф. 464, оп. і, № 1257, арк. 16—17)&lt;br /&gt;</w:t>
        <w:br/>
        <w:t>[IV. ШвОШТО]</w:t>
      </w:r>
    </w:p>
    <w:p>
      <w:r>
        <w:br/>
        <w:t>&lt;Над ним&gt; *&lt;br /&gt;</w:t>
        <w:br/>
        <w:t>Зверху дуби&lt;br /&gt;</w:t>
        <w:br/>
        <w:t>шуміли — не шуміли,&lt;br /&gt;</w:t>
        <w:br/>
        <w:t>без вітру гомоніли:&lt;br /&gt;</w:t>
        <w:br/>
        <w:t>найшов, найшов, найшов...&lt;br /&gt;</w:t>
        <w:br/>
        <w:t>І справді &lt;він&gt; знайшов.&lt;br /&gt;</w:t>
        <w:br/>
        <w:t>&lt;Знайшов нову гармонію&gt;&lt;br /&gt;</w:t>
        <w:br/>
        <w:t>Знайшов Сковорода нову гармонію,&lt;br /&gt;</w:t>
        <w:br/>
        <w:t>в якій замість любові&lt;br /&gt;</w:t>
        <w:br/>
        <w:t>&lt; новее зазгучало&gt; щось інше зазгучало.&lt;br /&gt;</w:t>
        <w:br/>
        <w:t>Очі, повні ненависті, &lt; Сковорода перевів на дорогу. &gt;&lt;br /&gt;</w:t>
        <w:br/>
        <w:t>метпув &lt;він в&gt; на небо він:&lt;br /&gt;</w:t>
        <w:br/>
        <w:t>&lt;і не знайшов виновника &gt;&lt;br /&gt;</w:t>
        <w:br/>
        <w:t>це Ти, &lt;це Ти,&gt;&lt;br /&gt;</w:t>
        <w:br/>
        <w:t>це Ти, Спокійний, Косний Боже,&lt;br /&gt;</w:t>
        <w:br/>
        <w:t>&lt;таке допускаєш &gt; такеє &lt; дозволяєш &gt;&lt;br /&gt;</w:t>
        <w:br/>
        <w:t>допускаєш?&lt;br /&gt;</w:t>
        <w:br/>
        <w:t>Та й зразу засміявся:&lt;br /&gt;</w:t>
        <w:br/>
        <w:t>&lt;і доки буду я християнином? &gt;&lt;br /&gt;</w:t>
        <w:br/>
        <w:t>і доки я християнином буду?&lt;br /&gt;</w:t>
        <w:br/>
        <w:t>Зря до бога мертвого взивати&lt;br /&gt;</w:t>
        <w:br/>
        <w:t>і потрясати &lt; сліпо &gt; душу перед істуканом.&lt;br /&gt;</w:t>
        <w:br/>
        <w:t>&lt;коли&gt; Зря. &lt;І в тон йому&gt;&lt;br /&gt;</w:t>
        <w:br/>
        <w:t>Голодний ворон над ярами:&lt;br /&gt;</w:t>
        <w:br/>
        <w:t>&lt;Кря! кря!&gt; Зря! зря! &lt;кря ві&gt;&lt;br /&gt;</w:t>
        <w:br/>
        <w:t>А по дорозі люд тікав із &lt; передмість &gt; &lt; передмістя &gt;&lt;br /&gt;</w:t>
        <w:br/>
        <w:t>&lt;Тікай, тікай, старче Божий!&lt;br /&gt;</w:t>
        <w:br/>
        <w:t>Повстанців усмирять приїхали! &gt;&lt;br /&gt;</w:t>
        <w:br/>
        <w:t>Тікай, чоловіче, тікай!&lt;br /&gt;</w:t>
        <w:br/>
        <w:t>Стояв Сковорода і ждав.&lt;br /&gt;</w:t>
        <w:br/>
        <w:t>За ними ж нікого не було —&lt;br /&gt;</w:t>
        <w:br/>
        <w:t>&lt; тільки карета блискотіла ота, що вчора бачив він&gt;&lt;br /&gt;</w:t>
        <w:br/>
        <w:t>&lt; тільки карета блискотіла ота, що вчора він бачив &gt;&lt;br /&gt;</w:t>
        <w:br/>
        <w:t>тільки карета вчорашня блискотіла,&lt;br /&gt;</w:t>
        <w:br/>
        <w:t>і коні мчали живо, живо,&lt;br /&gt;</w:t>
        <w:br/>
        <w:t>і машталір старався канчуком,&lt;br /&gt;</w:t>
        <w:br/>
        <w:t>а пан &lt;блідий як крейда &gt; як крейда блідий,&lt;br /&gt;</w:t>
        <w:br/>
        <w:t>нагнувши голову з вікна,&lt;br /&gt;</w:t>
        <w:br/>
        <w:t>блював...&lt;br /&gt;</w:t>
        <w:br/>
        <w:t>Десь, певно, на бенкеті&lt;br /&gt;</w:t>
        <w:br/>
        <w:t>за &lt;весь&gt; труд, за &lt;весь&gt; піт, &lt; народ великий &gt;&lt;br /&gt;</w:t>
        <w:br/>
        <w:t>за долю України&lt;br /&gt;</w:t>
        <w:br/>
        <w:t>всю ніч він нажирався&lt;br /&gt;</w:t>
        <w:br/>
        <w:t>й додому їхав снідать.&lt;br /&gt;</w:t>
        <w:br/>
        <w:t>Де ж Бог? 1&lt;br /&gt;</w:t>
        <w:br/>
        <w:t>Глумлюся в заповідях Вічного!&lt;br /&gt;</w:t>
        <w:br/>
        <w:t>Бог?&lt;br /&gt;</w:t>
        <w:br/>
        <w:t>Аж тут ревнуло ревище і, сколихнувши воздух, вгорі&lt;br /&gt;</w:t>
        <w:br/>
        <w:t>занило-погуділо,&lt;br /&gt;</w:t>
        <w:br/>
        <w:t>а там &lt;удруге! й втрете! раз по разу, і по хвилині&gt;&lt;br /&gt;</w:t>
        <w:br/>
        <w:t>і друге! трете! раз — і&lt;br /&gt;</w:t>
        <w:br/>
        <w:t>по мовчанню&lt;br /&gt;</w:t>
        <w:br/>
        <w:t>мертвому&lt;br /&gt;</w:t>
        <w:br/>
        <w:t>хлоп! хлоп! — &lt;пропаде далеко&gt; озвалося за лісом.&lt;br /&gt;</w:t>
        <w:br/>
        <w:t>І знову новії хвилі люду:&lt;br /&gt;</w:t>
        <w:br/>
        <w:t>тікай! тікай!&lt;br /&gt;</w:t>
        <w:br/>
        <w:t>І ворон над ярами...&lt;br /&gt;</w:t>
        <w:br/>
        <w:t>&lt; Вночі повстання нищима з Києва &gt;&lt;br /&gt;</w:t>
        <w:br/>
        <w:t>Оце ж той грім, &lt;що уночі він чув&gt; що з Києва уночі&lt;br /&gt;</w:t>
        <w:br/>
        <w:t>він чув,&lt;br /&gt;</w:t>
        <w:br/>
        <w:t>&lt;і зрозумів. &gt; 2 І зрозумів Сковорода:&lt;br /&gt;</w:t>
        <w:br/>
        <w:t>повстання!&lt;br /&gt;</w:t>
        <w:br/>
        <w:t>Лише повстання знайдуть язик і мову,&lt;br /&gt;</w:t>
        <w:br/>
        <w:t>&lt;якою б можна було промовляти до панів,—&lt;br /&gt;</w:t>
        <w:br/>
        <w:t>повстання!&lt;br /&gt;</w:t>
        <w:br/>
        <w:t>І зрозумів Сковорода:&lt;br /&gt;</w:t>
        <w:br/>
        <w:t>барокко —&lt;br /&gt;</w:t>
        <w:br/>
        <w:t>вбить!&lt;br /&gt;</w:t>
        <w:br/>
        <w:t>Не ті герби, церкви і візерунки,&lt;br /&gt;</w:t>
        <w:br/>
        <w:t>а геть все панство, барокко рідне і чуже&gt;&lt;br /&gt;</w:t>
        <w:br/>
        <w:t>&lt;чуже барокко й рідне &gt;,&lt;br /&gt;</w:t>
        <w:br/>
        <w:t>якою б можна&lt;br /&gt;</w:t>
        <w:br/>
        <w:t>до панів промовляти.&lt;br /&gt;</w:t>
        <w:br/>
        <w:t>1 Рядки від "метнув &lt;він в&gt; па небо він..." до "Де ж Бог?"&lt;br /&gt;</w:t>
        <w:br/>
        <w:t>написані пізніше між рядками та на берегах справа замість таких&lt;br /&gt;</w:t>
        <w:br/>
        <w:t>викреслених рядків:&lt;br /&gt;</w:t>
        <w:br/>
        <w:t>"Карета їхала&lt;br /&gt;</w:t>
        <w:br/>
        <w:t>уся в гербах, у золоті, в барокко.&lt;br /&gt;</w:t>
        <w:br/>
        <w:t>Якась княгиня, певно,&lt;br /&gt;</w:t>
        <w:br/>
        <w:t>верталася з бенкету,&lt;br /&gt;</w:t>
        <w:br/>
        <w:t>де із князьками пропивала&lt;br /&gt;</w:t>
        <w:br/>
        <w:t>весь труд, весь піт, народ великий України".— Ред.&lt;br /&gt;</w:t>
        <w:br/>
        <w:t>2 Рядки від "Глумлюся в заповідях Вічного" до "і зрозумів"&lt;br /&gt;</w:t>
        <w:br/>
        <w:t>написані пізніше між рядками та на берегах рукопису зліва.— Ред.&lt;br /&gt;</w:t>
        <w:br/>
        <w:t>Хлоп! хлоп! озвалося за лісом *.</w:t>
      </w:r>
    </w:p>
    <w:p>
      <w:r>
        <w:br/>
        <w:t>Не хлоп, а &lt; громадянин всього світу &gt; людина *,&lt;br /&gt;</w:t>
        <w:br/>
        <w:t>громадянин всього світу *.&lt;br /&gt;</w:t>
        <w:br/>
        <w:t>І переповнився Сковорода ненависті до тих,&lt;br /&gt;</w:t>
        <w:br/>
        <w:t>кого раніш немов не помічав &lt;за своїм богом,&lt;br /&gt;</w:t>
        <w:br/>
        <w:t>за гармонією. &gt;&lt;br /&gt;</w:t>
        <w:br/>
        <w:t>Лизавета, любительниця Муз і Малоросії,&lt;br /&gt;</w:t>
        <w:br/>
        <w:t>гетьмани і гетьманчики, що &lt; народ &gt; раді свій народ&lt;br /&gt;</w:t>
        <w:br/>
        <w:t>продать за титул, за &lt; садибку &gt; садибу,&lt;br /&gt;</w:t>
        <w:br/>
        <w:t>і всі пани і прісно з ними сущії під мудрим скіпетром&lt;br /&gt;</w:t>
        <w:br/>
        <w:t>премудрої Катерини,—&lt;br /&gt;</w:t>
        <w:br/>
        <w:t>о як &lt;нен[авидів] &gt; усіх він ненавидів, звірів неситих,&lt;br /&gt;</w:t>
        <w:br/>
        <w:t>лютих звірів!&lt;br /&gt;</w:t>
        <w:br/>
        <w:t>(ЦДАМЛМ, ф. 464, оп. і, М 1261, арк. 1 зв.)</w:t>
      </w:r>
    </w:p>
    <w:p>
      <w:r>
        <w:br/>
        <w:t>[I.] FINALE&lt;br /&gt;</w:t>
        <w:br/>
        <w:t>— Я наче знала, що ви тут,&lt;br /&gt;</w:t>
        <w:br/>
        <w:t>&lt; хотіла йти попід горою,&lt;br /&gt;</w:t>
        <w:br/>
        <w:t>а вийшла сюди (ой дайте дух перевести!) &gt;&lt;br /&gt;</w:t>
        <w:br/>
        <w:t>&lt; рятуйте, вони, як собаки, гнались &gt; *&lt;br /&gt;</w:t>
        <w:br/>
        <w:t>&lt; рятуйте, вони, як собаки, о господи, гнались, &gt; *&lt;br /&gt;</w:t>
        <w:br/>
        <w:t>хотіла йти попід горою,&lt;br /&gt;</w:t>
        <w:br/>
        <w:t>а я...*&lt;br /&gt;</w:t>
        <w:br/>
        <w:t>— Маріє!!...&lt;br /&gt;</w:t>
        <w:br/>
        <w:t>Мов пробудився з того світу,&lt;br /&gt;</w:t>
        <w:br/>
        <w:t>мов двісті сонць ізразу засіяло —&lt;br /&gt;</w:t>
        <w:br/>
        <w:t>блакитно,&lt;br /&gt;</w:t>
        <w:br/>
        <w:t>весело,&lt;br /&gt;</w:t>
        <w:br/>
        <w:t>червоно!&lt;br /&gt;</w:t>
        <w:br/>
        <w:t>Маріє!.. Боже мій, та звідки!&lt;br /&gt;</w:t>
        <w:br/>
        <w:t>Маріє, &lt;мріє дорога!..&gt; дитино люба!..&lt;br /&gt;</w:t>
        <w:br/>
        <w:t>І пригортав її до себе, цілував,&lt;br /&gt;</w:t>
        <w:br/>
        <w:t>і голос пив,&lt;br /&gt;</w:t>
        <w:br/>
        <w:t>грудний-грудний, кленовий.&lt;br /&gt;</w:t>
        <w:br/>
        <w:t>Марія зразу запручалась:&lt;br /&gt;</w:t>
        <w:br/>
        <w:t>— Чекайте... зараз... потім...&lt;br /&gt;</w:t>
        <w:br/>
        <w:t>що я хотіла сказать?&lt;br /&gt;</w:t>
        <w:br/>
        <w:t>Звела очиці між собою,&lt;br /&gt;</w:t>
        <w:br/>
        <w:t>бровами пам'ять запитала&lt;br /&gt;</w:t>
        <w:br/>
        <w:t>&lt;і так застигла.&lt;br /&gt;</w:t>
        <w:br/>
        <w:t>— Щось таке... ой важне ж...&gt;&lt;br /&gt;</w:t>
        <w:br/>
        <w:t>&lt;і так вся в сірому застигла. &gt;&lt;br /&gt;</w:t>
        <w:br/>
        <w:t>і так застигла,&lt;br /&gt;</w:t>
        <w:br/>
        <w:t>вся в сірому.*&lt;br /&gt;</w:t>
        <w:br/>
        <w:t>Дививсь Сковорода: *&lt;br /&gt;</w:t>
        <w:br/>
        <w:t>— Ой &lt; де ж я бачив її сьогодні &gt; де її сьогодні я вже *&lt;br /&gt;</w:t>
        <w:br/>
        <w:t>бачив,*&lt;br /&gt;</w:t>
        <w:br/>
        <w:t>1. &lt; Немов я хотів спитать &gt; *&lt;br /&gt;</w:t>
        <w:br/>
        <w:t>і не пригадав.*&lt;br /&gt;</w:t>
        <w:br/>
        <w:t>— Ага, скажи, &lt;хіба&gt; в цьому я винен?*</w:t>
      </w:r>
    </w:p>
    <w:p>
      <w:r>
        <w:br/>
        <w:t>Та тут ревнуло ревище&lt;br /&gt;</w:t>
        <w:br/>
        <w:t>і за Софією мов затрусилось.&lt;br /&gt;</w:t>
        <w:br/>
        <w:t>Затрусилась Марія,&lt;br /&gt;</w:t>
        <w:br/>
        <w:t>зашепотіла страшно:&lt;br /&gt;</w:t>
        <w:br/>
        <w:t>4. — О боже мій, вже пізно,*&lt;br /&gt;</w:t>
        <w:br/>
        <w:t>&lt;хіба не мало крові &gt; *&lt;br /&gt;</w:t>
        <w:br/>
        <w:t>вони прийдуть, вони знайдуть мене — я чую,*&lt;br /&gt;</w:t>
        <w:br/>
        <w:t>учителю! &lt;—благаю!&gt;*&lt;br /&gt;</w:t>
        <w:br/>
        <w:t>Що ж мені робить? *</w:t>
      </w:r>
    </w:p>
    <w:p>
      <w:r>
        <w:br/>
        <w:t>&lt;це ж там,&gt; &lt;це ж там, ходім туди, до нього &gt;&lt;br /&gt;</w:t>
        <w:br/>
        <w:t>— Ідуть, це — вже їдуть, ви чуєте?&lt;br /&gt;</w:t>
        <w:br/>
        <w:t>— Маріє, дитино моя, що з тобою?&lt;br /&gt;</w:t>
        <w:br/>
        <w:t>Маріє, серце...&lt;br /&gt;</w:t>
        <w:br/>
        <w:t>2. &lt;Але&gt; Марія нічого &lt;вже&gt; не чула,&lt;br /&gt;</w:t>
        <w:br/>
        <w:t>все оглядалася чогось&lt;br /&gt;</w:t>
        <w:br/>
        <w:t>і руки свої звільняла од рук учителя:&lt;br /&gt;</w:t>
        <w:br/>
        <w:t>&lt;вони ж не прийдуть? Правда? Ні?&gt;&lt;br /&gt;</w:t>
        <w:br/>
        <w:t>&lt;вони ж не прийдуть? Скажіть: не прийдуть, ні?&lt;br /&gt;</w:t>
        <w:br/>
        <w:t>Ой як вони за мною, немов за звіром собаки &gt; *&lt;br /&gt;</w:t>
        <w:br/>
        <w:t>&lt; Хотів сказати: ні&lt;br /&gt;</w:t>
        <w:br/>
        <w:t>та й зупинивсь. &gt;&lt;br /&gt;</w:t>
        <w:br/>
        <w:t>&lt;0 ні, я не хотіла того, що наробив мій чоловік. &gt; *&lt;br /&gt;</w:t>
        <w:br/>
        <w:t>3. &lt;Там же&gt; &lt;Він села палить, що я зробл[ю?] &gt; *&lt;br /&gt;</w:t>
        <w:br/>
        <w:t>Так от кого він научав!&lt;br /&gt;</w:t>
        <w:br/>
        <w:t>Трупи, трупи...&lt;br /&gt;</w:t>
        <w:br/>
        <w:t>Шумом незвичайним Поділ зашумів,&lt;br /&gt;</w:t>
        <w:br/>
        <w:t>і стала гора у тил &lt; заходити &gt; заходить і готуватись&lt;br /&gt;</w:t>
        <w:br/>
        <w:t>до бою.&lt;br /&gt;</w:t>
        <w:br/>
        <w:t>А поміж деревами на горі&lt;br /&gt;</w:t>
        <w:br/>
        <w:t>&lt; озброєні міщани бігли, челядь і селяне — &gt;&lt;br /&gt;</w:t>
        <w:br/>
        <w:t>&lt;озброєні студенти бігли, челядь і селяне—&gt;&lt;br /&gt;</w:t>
        <w:br/>
        <w:t>два козаки бігли *&lt;br /&gt;</w:t>
        <w:br/>
        <w:t>просто на &lt;них&gt; &lt;її&gt; них:&lt;br /&gt;</w:t>
        <w:br/>
        <w:t>&lt;— Ось-ось вона, беріть! &gt;&lt;br /&gt;</w:t>
        <w:br/>
        <w:t>Марія крикнула, рвонулась вниз —</w:t>
      </w:r>
    </w:p>
    <w:p>
      <w:r>
        <w:br/>
        <w:t>(ЦДАМЛМ, ф. 464, оп. і, М 1257, арк. 10—11)&lt;br /&gt;</w:t>
        <w:br/>
        <w:t>[IL FINALE]&lt;br /&gt;</w:t>
        <w:br/>
        <w:t>&lt; Маріє, стань &gt;&lt;br /&gt;</w:t>
        <w:br/>
        <w:t>&lt; — ти знов сюди&gt;&lt;br /&gt;</w:t>
        <w:br/>
        <w:t>&lt; — ти не пускаєш &gt;&lt;br /&gt;</w:t>
        <w:br/>
        <w:t>&lt; Облиш панів&lt;br /&gt;</w:t>
        <w:br/>
        <w:t>облиш, Маріє. &gt;&lt;br /&gt;</w:t>
        <w:br/>
        <w:t>Ти хочеш, щоб його зовсім &lt; забула? &gt; не знала?&lt;br /&gt;</w:t>
        <w:br/>
        <w:t>Забудь, Маріє.&lt;br /&gt;</w:t>
        <w:br/>
        <w:t>Навіщо він тобі?&lt;br /&gt;</w:t>
        <w:br/>
        <w:t>Ти споглядатель істипи й спокою 1.</w:t>
      </w:r>
    </w:p>
    <w:p>
      <w:r>
        <w:br/>
        <w:t>(ЦДАМЛМ, ф. 464, оп. і, Кя 1257, арк. 12 зв.)</w:t>
      </w:r>
    </w:p>
    <w:p>
      <w:r>
        <w:br/>
        <w:t>[III. FINALE]&lt;br /&gt;</w:t>
        <w:br/>
        <w:t>...Я наче знала, що ви тут,&lt;br /&gt;</w:t>
        <w:br/>
        <w:t>хотіла &lt;йти&gt; йти попід горою,&lt;br /&gt;</w:t>
        <w:br/>
        <w:t>а вийшла сюди.&lt;br /&gt;</w:t>
        <w:br/>
        <w:t>— Маріє?.. &lt;ти?..&gt;&lt;br /&gt;</w:t>
        <w:br/>
        <w:t>Мов пробудився з того світу.&lt;br /&gt;</w:t>
        <w:br/>
        <w:t>Мов &lt;із&gt; двісті сонць ізразу засіяло&lt;br /&gt;</w:t>
        <w:br/>
        <w:t>і &lt; задзвонило &gt; засурмило&lt;br /&gt;</w:t>
        <w:br/>
        <w:t>блакитно!&lt;br /&gt;</w:t>
        <w:br/>
        <w:t>весело!&lt;br /&gt;</w:t>
        <w:br/>
        <w:t>червоно!&lt;br /&gt;</w:t>
        <w:br/>
        <w:t>— Маріє!.. Боже мій... та звідки!&lt;br /&gt;</w:t>
        <w:br/>
        <w:t>Маріє... — &lt;без ліку повторяв&gt; мріє &lt;моя&gt; дорога!&lt;br /&gt;</w:t>
        <w:br/>
        <w:t>&lt;і&gt; І пригортав її до себе, &lt;цілував,&gt;&lt;br /&gt;</w:t>
        <w:br/>
        <w:t>&lt; дивився в очі&gt; і голос пив—&lt;br /&gt;</w:t>
        <w:br/>
        <w:t>грудний, грудний, кленовий.</w:t>
      </w:r>
    </w:p>
    <w:p>
      <w:r>
        <w:br/>
        <w:t>Марія &lt; справді &gt; &lt; [нерозб.] &gt; ж зразу запручалась.&lt;br /&gt;</w:t>
        <w:br/>
        <w:t>1 Внизу сторінки дописано тим самим олівцем:&lt;br /&gt;</w:t>
        <w:br/>
        <w:t>"Біснуватий: Сьогодні я кричав аж двічі,&lt;br /&gt;</w:t>
        <w:br/>
        <w:t>так як і було умовлено".— Ред.&lt;br /&gt;</w:t>
        <w:br/>
        <w:t>2 Далі два рядки не вдалося розібрати; на берегах рукопису&lt;br /&gt;</w:t>
        <w:br/>
        <w:t>написано:&lt;br /&gt;</w:t>
        <w:br/>
        <w:t>— Чекайте... зараз... потім...2&lt;br /&gt;</w:t>
        <w:br/>
        <w:t>Але в очах,&lt;br /&gt;</w:t>
        <w:br/>
        <w:t>в очах таїлось щось незнане,&lt;br /&gt;</w:t>
        <w:br/>
        <w:t>незнайоме Сковороді,&lt;br /&gt;</w:t>
        <w:br/>
        <w:t>мов іскорка якась&lt;br /&gt;</w:t>
        <w:br/>
        <w:t>мигне —&lt;br /&gt;</w:t>
        <w:br/>
        <w:t>і згасне.&lt;br /&gt;</w:t>
        <w:br/>
        <w:t>&lt;Й&gt; сама ж вона &lt;чогось&gt;&lt;br /&gt;</w:t>
        <w:br/>
        <w:t>немов &lt;не б[ажала казати] &gt; &lt;чи&gt; не договорювала&lt;br /&gt;</w:t>
        <w:br/>
        <w:t>&lt;чогось&gt;&lt;br /&gt;</w:t>
        <w:br/>
        <w:t>&lt; чогось тривожно все&gt; оглядалась&lt;br /&gt;</w:t>
        <w:br/>
        <w:t>і руки свої&lt;br /&gt;</w:t>
        <w:br/>
        <w:t>потиху звільняла&lt;br /&gt;</w:t>
        <w:br/>
        <w:t>од рук &lt; Сковороди &gt; учителя1.&lt;br /&gt;</w:t>
        <w:br/>
        <w:t>&lt; [нерозб.] &gt; іще вчулося:&lt;br /&gt;</w:t>
        <w:br/>
        <w:t>"&lt; Сьогодні в Київ приїхала.&lt;br /&gt;</w:t>
        <w:br/>
        <w:t>Вона&gt;&lt;br /&gt;</w:t>
        <w:br/>
        <w:t>Сама тільки сьогодні приїхала,&lt;br /&gt;</w:t>
        <w:br/>
        <w:t>оце в Софію йде.&lt;br /&gt;</w:t>
        <w:br/>
        <w:t>&lt; Сьогодні ж к[онцерт]&gt;&lt;br /&gt;</w:t>
        <w:br/>
        <w:t>Вона ж так любить слухать там Рачинського концерти...— та&lt;br /&gt;</w:t>
        <w:br/>
        <w:t>й знову змовкла".— Ред.&lt;br /&gt;</w:t>
        <w:br/>
        <w:t>На берегах рукопису напроти цього місця — такі рядки:&lt;br /&gt;</w:t>
        <w:br/>
        <w:t>"— Маріє, сонце, &lt; розказуй &gt; ще &lt;кажи&gt;&lt;br /&gt;</w:t>
        <w:br/>
        <w:t>іще, іще, про все.&lt;br /&gt;</w:t>
        <w:br/>
        <w:t>Кажи усе, усе, &lt;усе:&lt;br /&gt;</w:t>
        <w:br/>
        <w:t>як батько твій, мати?&lt;br /&gt;</w:t>
        <w:br/>
        <w:t>Учиться не забула?&lt;br /&gt;</w:t>
        <w:br/>
        <w:t>Як наука, як душа твоя?&lt;br /&gt;</w:t>
        <w:br/>
        <w:t>Ти ж...&lt;br /&gt;</w:t>
        <w:br/>
        <w:t>Чи любиш ти народ?&lt;br /&gt;</w:t>
        <w:br/>
        <w:t>Учиться не забула?&lt;br /&gt;</w:t>
        <w:br/>
        <w:t>Одна із українок &gt;&lt;br /&gt;</w:t>
        <w:br/>
        <w:t>&lt;перша жінка на Вкраїні&gt;&lt;br /&gt;</w:t>
        <w:br/>
        <w:t>Ти ж перша &lt;на Україні&gt; з українок&lt;br /&gt;</w:t>
        <w:br/>
        <w:t>&lt; убралась до науки,&lt;br /&gt;</w:t>
        <w:br/>
        <w:t>філ[ософію] вчить почала&gt;&lt;br /&gt;</w:t>
        <w:br/>
        <w:t>що до науки стала.&lt;br /&gt;</w:t>
        <w:br/>
        <w:t>&lt; Народ любити не перестала? &gt;&lt;br /&gt;</w:t>
        <w:br/>
        <w:t>Народ і досі любиш?&lt;br /&gt;</w:t>
        <w:br/>
        <w:t>Ти пам'ятаєш &lt;наші бесіди? &gt;&lt;br /&gt;</w:t>
        <w:br/>
        <w:t>сказала &lt;ж&gt; колись:&lt;br /&gt;</w:t>
        <w:br/>
        <w:t>народ — це...—&lt;br /&gt;</w:t>
        <w:br/>
        <w:t>Але Марія&lt;br /&gt;</w:t>
        <w:br/>
        <w:t>не та була.&lt;br /&gt;</w:t>
        <w:br/>
        <w:t>&lt;Мигнув огонь в її очах&lt;br /&gt;</w:t>
        <w:br/>
        <w:t>і зник&gt;&lt;br /&gt;</w:t>
        <w:br/>
        <w:t>І тільки глухо почало,&lt;br /&gt;</w:t>
        <w:br/>
        <w:t>мов знехотя, мов сердилась,&lt;br /&gt;</w:t>
        <w:br/>
        <w:t>що про народ спитали." — Ред.&lt;br /&gt;</w:t>
        <w:br/>
        <w:t>— Ну, от і &lt;все&gt; &lt;вже&gt; &lt; розповіла &gt;&lt;br /&gt;</w:t>
        <w:br/>
        <w:t>І душа &lt; Сковороди &gt; учителя&lt;br /&gt;</w:t>
        <w:br/>
        <w:t>вже чула цюю зміну&lt;br /&gt;</w:t>
        <w:br/>
        <w:t>&lt;і радість потроху&lt;br /&gt;</w:t>
        <w:br/>
        <w:t>опадала на сум.&gt;&lt;br /&gt;</w:t>
        <w:br/>
        <w:t>і радість потроху опадала&lt;br /&gt;</w:t>
        <w:br/>
        <w:t>на сум.&lt;br /&gt;</w:t>
        <w:br/>
        <w:t>Але все ж слухав,&lt;br /&gt;</w:t>
        <w:br/>
        <w:t>що казала,&lt;br /&gt;</w:t>
        <w:br/>
        <w:t>і голос пив&lt;br /&gt;</w:t>
        <w:br/>
        <w:t>грудний &lt; грудний, кленовий... &gt;&lt;br /&gt;</w:t>
        <w:br/>
        <w:t>— Хіба ще та[ке] &lt; погляньте &gt; —&lt;br /&gt;</w:t>
        <w:br/>
        <w:t>(пр[омінь мигнув] в очах і згас) —&lt;br /&gt;</w:t>
        <w:br/>
        <w:t>Чуєш, чоловік мій &lt; (ой, де ж він тут за мною йшов?) &gt;,&lt;br /&gt;</w:t>
        <w:br/>
        <w:t>що чоловік мій б'є повстанців&lt;br /&gt;</w:t>
        <w:br/>
        <w:t>під Києвом у лісі&lt;br /&gt;</w:t>
        <w:br/>
        <w:t>і нагороду має&lt;br /&gt;</w:t>
        <w:br/>
        <w:t>зо самої Москви за це.&lt;br /&gt;</w:t>
        <w:br/>
        <w:t>— Маріє, що ти? — сахпувся.&lt;br /&gt;</w:t>
        <w:br/>
        <w:t>І потемніло&lt;br /&gt;</w:t>
        <w:br/>
        <w:t>в очах Сковороди.&lt;br /&gt;</w:t>
        <w:br/>
        <w:t>Так от кого він виховав! &lt;і трупний сморід наповнив&lt;br /&gt;</w:t>
        <w:br/>
        <w:t>усю його істоту &gt;&lt;br /&gt;</w:t>
        <w:br/>
        <w:t>Кого викохував!&lt;br /&gt;</w:t>
        <w:br/>
        <w:t>Трупи! трупи! &lt;ніщо&gt; Людське ти зг[убила!] 1&lt;br /&gt;</w:t>
        <w:br/>
        <w:t>&lt;Ага, так&gt; що я хотіла сказать?&lt;br /&gt;</w:t>
        <w:br/>
        <w:t>Звела очиці між собою,&lt;br /&gt;</w:t>
        <w:br/>
        <w:t>бровами пам'ять &lt; по [питала] &gt; запитала&lt;br /&gt;</w:t>
        <w:br/>
        <w:t>і так застигла.&lt;br /&gt;</w:t>
        <w:br/>
        <w:t>— Щось таке... Ой, важне ж, &lt;дуже важне &gt;&lt;br /&gt;</w:t>
        <w:br/>
        <w:t>та&lt;br /&gt;</w:t>
        <w:br/>
        <w:t>&lt;аж&gt; тут ревнуло ревище.&lt;br /&gt;</w:t>
        <w:br/>
        <w:t>І за Софією немов затрусилось,&lt;br /&gt;</w:t>
        <w:br/>
        <w:t>&lt;і&gt; затрусилася Марія,&lt;br /&gt;</w:t>
        <w:br/>
        <w:t>&lt;і страшно так зашепотіла &gt; зашепотіла страшно:&lt;br /&gt;</w:t>
        <w:br/>
        <w:t>— &lt;Згадала! Бо&gt; це &lt;ж&gt; там, це ж там, ви чуєте!&lt;br /&gt;</w:t>
        <w:br/>
        <w:t>ходім туди, до нього!&lt;br /&gt;</w:t>
        <w:br/>
        <w:t>&lt;— Маріє, що таке? Маріє, дитино... &gt;&lt;br /&gt;</w:t>
        <w:br/>
        <w:t>— Маріє, дитино &lt;моя&gt;, що з тобою?&lt;br /&gt;</w:t>
        <w:br/>
        <w:t>&lt; Марія &gt;&lt;br /&gt;</w:t>
        <w:br/>
        <w:t>&lt;— Ой, боже мій&gt;&lt;br /&gt;</w:t>
        <w:br/>
        <w:t>1 По тексту від слів "Але в очах" до "Трупи! трупи! &lt;ніщо&gt;&lt;br /&gt;</w:t>
        <w:br/>
        <w:t>Людське ти зг[убила!]", писаному олівцем, пізніше по діагоналі&lt;br /&gt;</w:t>
        <w:br/>
        <w:t>був написаний чорнилом інший текст. Він подається далі.— Ред.&lt;br /&gt;</w:t>
        <w:br/>
        <w:t>&lt;— Але, Марія, серце... Дитино м[оя]&gt;&lt;br /&gt;</w:t>
        <w:br/>
        <w:t>— Маріє, серце...&lt;br /&gt;</w:t>
        <w:br/>
        <w:t>&lt;— Я знаю таке... не говоріть!&gt;&lt;br /&gt;</w:t>
        <w:br/>
        <w:t>Але Марія &lt;вже нічого &gt; нічого вже не чула,&lt;br /&gt;</w:t>
        <w:br/>
        <w:t>все оглядалася чогось&lt;br /&gt;</w:t>
        <w:br/>
        <w:t>і руки свої долонями із рук учителя,&lt;br /&gt;</w:t>
        <w:br/>
        <w:t>&lt;шепочучи очима: &gt;&lt;br /&gt;</w:t>
        <w:br/>
        <w:t>вони ж &lt;пр[авда]&gt; не прийдуть? правда? ні?&lt;br /&gt;</w:t>
        <w:br/>
        <w:t>Хотів сказать: не прийдуть,&lt;br /&gt;</w:t>
        <w:br/>
        <w:t>&lt;та тут зупинили &gt;&lt;br /&gt;</w:t>
        <w:br/>
        <w:t>а на горі поміж деревами&lt;br /&gt;</w:t>
        <w:br/>
        <w:t>озброєні міщани &lt;й челядь бігли &gt;&lt;br /&gt;</w:t>
        <w:br/>
        <w:t>бігли, й челядь, і селяне —&lt;br /&gt;</w:t>
        <w:br/>
        <w:t>&lt;були між ними і студенти &gt;&lt;br /&gt;</w:t>
        <w:br/>
        <w:t>і просто на них.&lt;br /&gt;</w:t>
        <w:br/>
        <w:t>Зашумів шумом незвичайним Поділ,&lt;br /&gt;</w:t>
        <w:br/>
        <w:t>і стала гора у тил заходити&lt;br /&gt;</w:t>
        <w:br/>
        <w:t>і готуватись до бою.&lt;br /&gt;</w:t>
        <w:br/>
        <w:t>&lt;— Марія — оце! ось-ось вона! — сердит [о крикнули].—&lt;br /&gt;</w:t>
        <w:br/>
        <w:t>Ми знаєм її чоловіка!&lt;br /&gt;</w:t>
        <w:br/>
        <w:t>Вхопили в руки&gt;&lt;br /&gt;</w:t>
        <w:br/>
        <w:t>— Оце! ось-ось вона!&lt;br /&gt;</w:t>
        <w:br/>
        <w:t>Марія &lt; скиглить, побігла, по [мчала] &gt; крикнула,&lt;br /&gt;</w:t>
        <w:br/>
        <w:t>рвонулась вниз під гору,&lt;br /&gt;</w:t>
        <w:br/>
        <w:t>та тут із двох рушниць догнав її огонь &lt;у спину&lt;br /&gt;</w:t>
        <w:br/>
        <w:t>і с [косив], і покотив, &gt; і двічі перевернув...&lt;br /&gt;</w:t>
        <w:br/>
        <w:t>Поміж кущами &lt; головою в[низ]&gt; лицем униз&lt;br /&gt;</w:t>
        <w:br/>
        <w:t>&lt; тільки з головою &gt;&lt;br /&gt;</w:t>
        <w:br/>
        <w:t>одну руку під себе незручно...&lt;br /&gt;</w:t>
        <w:br/>
        <w:t>За що? хотів спитать Сковорода,&lt;br /&gt;</w:t>
        <w:br/>
        <w:t>та так і слова не промовив.&lt;br /&gt;</w:t>
        <w:br/>
        <w:t>&lt; Почував, що&gt; гнів народу справедливіш&lt;br /&gt;</w:t>
        <w:br/>
        <w:t>за всі заступництва й закони.&lt;br /&gt;</w:t>
        <w:br/>
        <w:t>— А ти хто? Яка твоя віра? —&lt;br /&gt;</w:t>
        <w:br/>
        <w:t>&lt;охриплі голоси&gt;&lt;br /&gt;</w:t>
        <w:br/>
        <w:t>ви &lt;чуєте, і&gt; він із нею був?&lt;br /&gt;</w:t>
        <w:br/>
        <w:t>бачив?&lt;br /&gt;</w:t>
        <w:br/>
        <w:t>— Був! Був! — загуділо кругом,&lt;br /&gt;</w:t>
        <w:br/>
        <w:t>хоч добре й не розрізняв,&lt;br /&gt;</w:t>
        <w:br/>
        <w:t>чи то &lt;гуд[іло] &gt; з гармат&lt;br /&gt;</w:t>
        <w:br/>
        <w:t>гуділо, чи над ухом.</w:t>
      </w:r>
    </w:p>
    <w:p>
      <w:r>
        <w:br/>
        <w:t>(ЦДАМЛМ, ф. 464, оп. і, № 1261, арк. 1)&lt;br /&gt;</w:t>
        <w:br/>
        <w:t>[IV. FINALE]&lt;br /&gt;</w:t>
        <w:br/>
        <w:t>— Я наче знала, що ви тут.&lt;br /&gt;</w:t>
        <w:br/>
        <w:t>— Маріє!!&lt;br /&gt;</w:t>
        <w:br/>
        <w:t>Мов пробудився з того світу,&lt;br /&gt;</w:t>
        <w:br/>
        <w:t>мов двісті сонць ізразу засіяло —&lt;br /&gt;</w:t>
        <w:br/>
        <w:t>блакитної&lt;br /&gt;</w:t>
        <w:br/>
        <w:t>весело!&lt;br /&gt;</w:t>
        <w:br/>
        <w:t>червоно!&lt;br /&gt;</w:t>
        <w:br/>
        <w:t>— Маріє, боже мій, та звідки?&lt;br /&gt;</w:t>
        <w:br/>
        <w:t>І пригортав її до себе й цілував,&lt;br /&gt;</w:t>
        <w:br/>
        <w:t>і голос пив грудний-грудний, кленовий.&lt;br /&gt;</w:t>
        <w:br/>
        <w:t>Марія зразу запручалась:&lt;br /&gt;</w:t>
        <w:br/>
        <w:t>— Чекайте... зараз... потім...&lt;br /&gt;</w:t>
        <w:br/>
        <w:t>що я хотіла сказать?&lt;br /&gt;</w:t>
        <w:br/>
        <w:t>Я наче знала, що ви тут,— *&lt;br /&gt;</w:t>
        <w:br/>
        <w:t>іще раз нещиро повторила *&lt;br /&gt;</w:t>
        <w:br/>
        <w:t>і так застигла &lt;вся в сірому &gt;&lt;br /&gt;</w:t>
        <w:br/>
        <w:t>&lt;в&gt; в сірому К&lt;br /&gt;</w:t>
        <w:br/>
        <w:t>В сірому! *&lt;br /&gt;</w:t>
        <w:br/>
        <w:t>&lt; Десь бачив я її — й не міг пригадать &gt; &lt; Сковорода &gt;&lt;br /&gt;</w:t>
        <w:br/>
        <w:t>&lt;Це ж ти сто [яла за деревами] &gt; *&lt;br /&gt;</w:t>
        <w:br/>
        <w:t>&lt;Та я ж тебе вже бачив! Невже не впізнала? &gt; *&lt;br /&gt;</w:t>
        <w:br/>
        <w:t>Та це ж допіру &lt;ти&gt; вона стояла тут за деревами? *&lt;br /&gt;</w:t>
        <w:br/>
        <w:t>Невже змінився &lt;я&gt; так, що й не пізнала? *&lt;br /&gt;</w:t>
        <w:br/>
        <w:t>&lt; Маріє, що з тобою? &gt; Маріє, Маріє, дитя моє, що з тобою?&lt;br /&gt;</w:t>
        <w:br/>
        <w:t>&lt;Ага! Марія&lt;br /&gt;</w:t>
        <w:br/>
        <w:t>згадала! — &gt; Марія &lt;мовби&gt; стрепенулась.&lt;br /&gt;</w:t>
        <w:br/>
        <w:t>&lt; Скажіть&gt; &lt;Ось що... ви не могли б...&gt; Учителю!&lt;br /&gt;</w:t>
        <w:br/>
        <w:t>&lt;рятуй&gt;&lt;br /&gt;</w:t>
        <w:br/>
        <w:t>&lt;і знов не знала &gt;&lt;br /&gt;</w:t>
        <w:br/>
        <w:t>(тут дві хвилини тільки є,&lt;br /&gt;</w:t>
        <w:br/>
        <w:t>рішати треба швидко)&lt;br /&gt;</w:t>
        <w:br/>
        <w:t>скажіть, ви не могли б повідомить &lt;...наших &gt;...&lt;br /&gt;</w:t>
        <w:br/>
        <w:t>О боже мій, коли б хто з своїх —&lt;br /&gt;</w:t>
        <w:br/>
        <w:t>хіба б посміла вас прохать?&lt;br /&gt;</w:t>
        <w:br/>
        <w:t>Між рядками пізніше дописано і викреслено:&lt;br /&gt;</w:t>
        <w:br/>
        <w:t>"— Я наче знала, що ви тут,—&lt;br /&gt;</w:t>
        <w:br/>
        <w:t>іще раз нещиро&lt;br /&gt;</w:t>
        <w:br/>
        <w:t>&lt;нещиро&gt; повторяла.&lt;br /&gt;</w:t>
        <w:br/>
        <w:t>Сама ж про друге&lt;br /&gt;</w:t>
        <w:br/>
        <w:t>думала,&lt;br /&gt;</w:t>
        <w:br/>
        <w:t>&lt;в про[стір —] &gt;&lt;br /&gt;</w:t>
        <w:br/>
        <w:t>сірі очі мимо нього".— Ред.&lt;br /&gt;</w:t>
        <w:br/>
        <w:t>— Маріє, що з тобою,&lt;br /&gt;</w:t>
        <w:br/>
        <w:t>ти вся тремтиш і &lt;руки холодні &gt; очі мов кров'ю налиті....&lt;br /&gt;</w:t>
        <w:br/>
        <w:t>Марія ж нічого не чула,&lt;br /&gt;</w:t>
        <w:br/>
        <w:t>все оглядалася чогось&lt;br /&gt;</w:t>
        <w:br/>
        <w:t>і руки свої звільняла од рук учителя.&lt;br /&gt;</w:t>
        <w:br/>
        <w:t>(Кажу ж вам: дві хвилині —&lt;br /&gt;</w:t>
        <w:br/>
        <w:t>інакше буде пізно).&lt;br /&gt;</w:t>
        <w:br/>
        <w:t>"Десь бачив я її",— і зразу почув, як радість у серці&lt;br /&gt;</w:t>
        <w:br/>
        <w:t>опала на сум&lt;br /&gt;</w:t>
        <w:br/>
        <w:t>— Кажу ж вам: дві хвилині —&lt;br /&gt;</w:t>
        <w:br/>
        <w:t>інакше буде пізно.&lt;br /&gt;</w:t>
        <w:br/>
        <w:t>Сам [а] б пішла — за мною стежать.&lt;br /&gt;</w:t>
        <w:br/>
        <w:t>Та й десь звалюся на дорозі.&lt;br /&gt;</w:t>
        <w:br/>
        <w:t>Я цілу ніч не спала,&lt;br /&gt;</w:t>
        <w:br/>
        <w:t>&lt;я поруч з чоловіком з повстанцями билась, &gt;&lt;br /&gt;</w:t>
        <w:br/>
        <w:t>мій чоловік повстанців бив, і я поруч з ним,&lt;br /&gt;</w:t>
        <w:br/>
        <w:t>одного просто в яру &lt;задуш[ила]&gt; задавила 2.&lt;br /&gt;</w:t>
        <w:br/>
        <w:t>&lt;бо тиша&gt; &lt;бо грізно тиша наростала &gt;&lt;br /&gt;</w:t>
        <w:br/>
        <w:t>&lt;Чому я раніш не підійшла? (Казать чи не казать?) —&lt;br /&gt;</w:t>
        <w:br/>
        <w:t>вловив її він думку&lt;br /&gt;</w:t>
        <w:br/>
        <w:t>і зразу почув, як його радість опала на сум.&gt;&lt;br /&gt;</w:t>
        <w:br/>
        <w:t>&lt;— До бою,—ледве промовила стиха,—&lt;br /&gt;</w:t>
        <w:br/>
        <w:t>тепер вже не зможу їх повідомити,—&lt;br /&gt;</w:t>
        <w:br/>
        <w:t>до бою,— іще раз повторила,&lt;br /&gt;</w:t>
        <w:br/>
        <w:t>так страшно поводила очима,&lt;br /&gt;</w:t>
        <w:br/>
        <w:t>так чудно руками, мов горло кому стискала &gt;&lt;br /&gt;</w:t>
        <w:br/>
        <w:t>&lt;без бою,—ледве &gt;&lt;br /&gt;</w:t>
        <w:br/>
        <w:t>&lt;Треба бою ждать! &gt; — Бою не видержать, бою,— промовила&lt;br /&gt;</w:t>
        <w:br/>
        <w:t>стиха і все дивилась кудись,&lt;br /&gt;</w:t>
        <w:br/>
        <w:t>руки свої звільняла&lt;br /&gt;</w:t>
        <w:br/>
        <w:t>від рук учителя.&lt;br /&gt;</w:t>
        <w:br/>
        <w:t>1 Збоку дописано: "&lt;хоч і&gt; почував Сковорода, як в серці по-&lt;br /&gt;</w:t>
        <w:br/>
        <w:t>волі &lt;радість&gt; опадала на сум: не та, не та його Марія, не та..." —&lt;br /&gt;</w:t>
        <w:br/>
        <w:t>Ред.&lt;br /&gt;</w:t>
        <w:br/>
        <w:t>2 Рядки від: "&lt;Ага! Марія" до "одного просто в яру &lt;заду-&lt;br /&gt;</w:t>
        <w:br/>
        <w:t>ш[ила]&gt; задавила" пізніше автором перекреслені і замість них&lt;br /&gt;</w:t>
        <w:br/>
        <w:t>на берегах рукопису написано новий текст до слів: "Але за мною&lt;br /&gt;</w:t>
        <w:br/>
        <w:t>стежать &lt;ще зрання&gt;".— Ред.&lt;br /&gt;</w:t>
        <w:br/>
        <w:t>&lt;— Вже ж я&gt; &lt;їх не приготую:&gt; &lt;отут упаду.&lt;br /&gt;</w:t>
        <w:br/>
        <w:t>І жаско &gt;&lt;br /&gt;</w:t>
        <w:br/>
        <w:t>— Вже ж я &lt;до бою&gt; своїх не підготую:&lt;br /&gt;</w:t>
        <w:br/>
        <w:t>отут і впаду.&lt;br /&gt;</w:t>
        <w:br/>
        <w:t>Сковорода ніжно, мов до дитини:&lt;br /&gt;</w:t>
        <w:br/>
        <w:t>— Заспокойся, &lt;ось глянь, яка ти стала — мов розп'ята &gt;&lt;br /&gt;</w:t>
        <w:br/>
        <w:t>&lt;ось&gt; &lt;ти&gt; сама не знаєш, що говориш,&lt;br /&gt;</w:t>
        <w:br/>
        <w:t>ось глянь — немов з хреста ізнята...&lt;br /&gt;</w:t>
        <w:br/>
        <w:t>— Я цілу ніч не спала...&lt;br /&gt;</w:t>
        <w:br/>
        <w:t>— &lt; По [чекай] &gt; Заспокойся...&lt;br /&gt;</w:t>
        <w:br/>
        <w:t>— Проклята ніч.&lt;br /&gt;</w:t>
        <w:br/>
        <w:t>&lt;— Заспокойсь &gt; — За&lt;br /&gt;</w:t>
        <w:br/>
        <w:t>спо&lt;br /&gt;</w:t>
        <w:br/>
        <w:t>койсь.&lt;br /&gt;</w:t>
        <w:br/>
        <w:t>Марія &lt; страшно &gt; дико посміхнулась,&lt;br /&gt;</w:t>
        <w:br/>
        <w:t>&lt;аж відступив Сковорода:&lt;br /&gt;</w:t>
        <w:br/>
        <w:t>не та, не та його Марія. &gt;&lt;br /&gt;</w:t>
        <w:br/>
        <w:t>Марія очима страшно повела,&lt;br /&gt;</w:t>
        <w:br/>
        <w:t>а руками мов горло &lt; давила комусь &gt; комусь давила.&lt;br /&gt;</w:t>
        <w:br/>
        <w:t>&lt;Не заспокоюсь,— прохрипіла,—&lt;br /&gt;</w:t>
        <w:br/>
        <w:t>поки не знищимо.&lt;br /&gt;</w:t>
        <w:br/>
        <w:t>Чого їм треба, ви скажіть,&lt;br /&gt;</w:t>
        <w:br/>
        <w:t>хіба не їм я помагала? &gt;&lt;br /&gt;</w:t>
        <w:br/>
        <w:t>&lt;То ж бачив він її за яром, як прокрадалася &gt;&lt;br /&gt;</w:t>
        <w:br/>
        <w:t>&lt; Учителю, ти кажеш заспокоїти [сь], бо треба &gt;&lt;br /&gt;</w:t>
        <w:br/>
        <w:t>Учителю, ти сам не знаєш, що говориш,&lt;br /&gt;</w:t>
        <w:br/>
        <w:t>хіба спокійним можна буть,&lt;br /&gt;</w:t>
        <w:br/>
        <w:t>коли &lt; схитнулись &gt; хитаються основи царства?&lt;br /&gt;</w:t>
        <w:br/>
        <w:t>&lt;коли повстали беззаконні? &gt;&lt;br /&gt;</w:t>
        <w:br/>
        <w:t>&lt;коли&gt; &lt; нехай &gt; нехай земля бунтує,&lt;br /&gt;</w:t>
        <w:br/>
        <w:t>має власність, убиває — а ти спокійним будь? — о ні!&lt;br /&gt;</w:t>
        <w:br/>
        <w:t>Поки &lt; цариця бунтарів не знищить &gt;&lt;br /&gt;</w:t>
        <w:br/>
        <w:t>не знищим бунтарів,&lt;br /&gt;</w:t>
        <w:br/>
        <w:t>І зараз я &lt;його&gt; своїх &lt; повідомить іду&gt; повідомити&lt;br /&gt;</w:t>
        <w:br/>
        <w:t>хочу,&lt;br /&gt;</w:t>
        <w:br/>
        <w:t>&lt;щоб не виступили, &gt; нехай не виступають,&lt;br /&gt;</w:t>
        <w:br/>
        <w:t>бо не видержать бою!&lt;br /&gt;</w:t>
        <w:br/>
        <w:t>Але за мною стежать &lt;ще зрання &gt;.&lt;br /&gt;</w:t>
        <w:br/>
        <w:t>&lt;Маріє!&gt; Марі —&lt;br /&gt;</w:t>
        <w:br/>
        <w:t>і потемніло в очах Сковороди.&lt;br /&gt;</w:t>
        <w:br/>
        <w:t>&lt; Тепер згадав, де він її бачив. &gt;&lt;br /&gt;</w:t>
        <w:br/>
        <w:t>&lt;Так от хто убив Маринчиного брата &gt;&lt;br /&gt;</w:t>
        <w:br/>
        <w:t>Так от хто вбив Маринчиного брата!&lt;br /&gt;</w:t>
        <w:br/>
        <w:t>Марія — &lt;його&gt; учениця його,—любителя свободи,&lt;br /&gt;</w:t>
        <w:br/>
        <w:t>Марія, що 'дна з перших жінок на Вкраїні&lt;br /&gt;</w:t>
        <w:br/>
        <w:t>пішла за словом його, до науки.&lt;br /&gt;</w:t>
        <w:br/>
        <w:t>А я все спав у пустині,&lt;br /&gt;</w:t>
        <w:br/>
        <w:t>&lt;н[адіявся] &gt; та з слова свого любував, &lt;як&gt;&lt;br /&gt;</w:t>
        <w:br/>
        <w:t>надіявся, який то. урожай з них буде.&lt;br /&gt;</w:t>
        <w:br/>
        <w:t>— Ось врожай.&lt;br /&gt;</w:t>
        <w:br/>
        <w:t>Навчив! трупи, трупи...&lt;br /&gt;</w:t>
        <w:br/>
        <w:t>Бо &lt; панство &gt; шляхту бачив, не народ,&lt;br /&gt;</w:t>
        <w:br/>
        <w:t>бо панство просвіщав, а не голоту,&lt;br /&gt;</w:t>
        <w:br/>
        <w:t>&lt; самого себе не познав.&gt;&lt;br /&gt;</w:t>
        <w:br/>
        <w:t>І, відступивши від Марії,&lt;br /&gt;</w:t>
        <w:br/>
        <w:t>він їй руками посилав прокляття,&lt;br /&gt;</w:t>
        <w:br/>
        <w:t>іди! іди! — хотів їй кинуть,&lt;br /&gt;</w:t>
        <w:br/>
        <w:t>а мо' й кричав, &lt;та тільки крику&lt;br /&gt;</w:t>
        <w:br/>
        <w:t>не чуть було&gt; &lt;та тільки сам не [чув того] крику &gt;&lt;br /&gt;</w:t>
        <w:br/>
        <w:t>та тільки крику&lt;br /&gt;</w:t>
        <w:br/>
        <w:t>не чуть було...&lt;br /&gt;</w:t>
        <w:br/>
        <w:t>Замість нього &lt; зак [ричало] &gt; 8а Софією закричало&lt;br /&gt;</w:t>
        <w:br/>
        <w:t>&lt;і&gt;, аж затрусилася земля.&lt;br /&gt;</w:t>
        <w:br/>
        <w:t>І затрусилася Марія,&lt;br /&gt;</w:t>
        <w:br/>
        <w:t>зашепотіла страшно &lt;щось про чоловіка, про військо&lt;br /&gt;</w:t>
        <w:br/>
        <w:t>цариці &gt;&lt;br /&gt;</w:t>
        <w:br/>
        <w:t>&lt;що бою не видержать, що своїх повідомити б&lt;br /&gt;</w:t>
        <w:br/>
        <w:t>треба &gt;.&lt;br /&gt;</w:t>
        <w:br/>
        <w:t>&lt;Але&gt; Та вона зараз же опанувала собою.&lt;br /&gt;</w:t>
        <w:br/>
        <w:t>Презирливо:&lt;br /&gt;</w:t>
        <w:br/>
        <w:t>&lt;— Ти дум[аєш]&gt; — Не проклинай, учителю,&lt;br /&gt;</w:t>
        <w:br/>
        <w:t>не проклинай!&lt;br /&gt;</w:t>
        <w:br/>
        <w:t>Не винна я, що філософствувать не вмію&lt;br /&gt;</w:t>
        <w:br/>
        <w:t>і воздівати руки в небо: боже, боже! —&lt;br /&gt;</w:t>
        <w:br/>
        <w:t>хоч почуваєш, що не вір[иш!]&lt;br /&gt;</w:t>
        <w:br/>
        <w:t>Не винна я, що розійшлась з тобою.&lt;br /&gt;</w:t>
        <w:br/>
        <w:t>Не винен, може, й ти, а винна пасіка —&lt;br /&gt;</w:t>
        <w:br/>
        <w:t>тихенькі &lt;дзв[енючі]&gt; усердні бджоли,&lt;br /&gt;</w:t>
        <w:br/>
        <w:t>&lt;кутки&gt; добробутки, які &lt;в&gt; мене на все життя струїли.&lt;br /&gt;</w:t>
        <w:br/>
        <w:t>Я щонайкраще взяла від тебе: &lt;і чеспість, і&gt; чистоту і&lt;br /&gt;</w:t>
        <w:br/>
        <w:t>чесність і&lt;br /&gt;</w:t>
        <w:br/>
        <w:t>&lt;Ти кликав &gt; &lt;Ти виніс &gt; &lt;Ти про [будив] &gt; Ти кликав&lt;br /&gt;</w:t>
        <w:br/>
        <w:t>мене&lt;br /&gt;</w:t>
        <w:br/>
        <w:t>як першу із жінок до світла, до науки.&lt;br /&gt;</w:t>
        <w:br/>
        <w:t>Та... розійшлася я з тобою, з твоїми степами, з твоїми&lt;br /&gt;</w:t>
        <w:br/>
        <w:t>байками, що затуманюють ще більше.&lt;br /&gt;</w:t>
        <w:br/>
        <w:t>Я зрозуміла: мені як жінці не досить світла науки,&lt;br /&gt;</w:t>
        <w:br/>
        <w:t>мені ще треба боротьби.&lt;br /&gt;</w:t>
        <w:br/>
        <w:t>Я зрозуміла: &lt;між Заходом і Сходом як&gt; шматок між&lt;br /&gt;</w:t>
        <w:br/>
        <w:t>Заходом&lt;br /&gt;</w:t>
        <w:br/>
        <w:t>і Сходом ніколи не створить себе, не ствердіє,&lt;br /&gt;</w:t>
        <w:br/>
        <w:t>завжди з її тягатимуть як корпію на рани свої&lt;br /&gt;</w:t>
        <w:br/>
        <w:t>другі держави.&lt;br /&gt;</w:t>
        <w:br/>
        <w:t>То чи ж не краще під Росію?&lt;br /&gt;</w:t>
        <w:br/>
        <w:t>&lt;А ще я зрозуміла, що свобода &gt;&lt;br /&gt;</w:t>
        <w:br/>
        <w:t>Ти кажеш: простий люд? &lt;як&gt; і темнота? і злидні?&lt;br /&gt;</w:t>
        <w:br/>
        <w:t>Усе це я уважила в своєму серці —&lt;br /&gt;</w:t>
        <w:br/>
        <w:t>думаю, що краще зсередини&lt;br /&gt;</w:t>
        <w:br/>
        <w:t>зірвати всю Росію,&lt;br /&gt;</w:t>
        <w:br/>
        <w:t>аніж боротись за свободу по куточках&lt;br /&gt;</w:t>
        <w:br/>
        <w:t>і плямувать себе повстанцями.&lt;br /&gt;</w:t>
        <w:br/>
        <w:t>Ну, хто почує нас, скажи?&lt;br /&gt;</w:t>
        <w:br/>
        <w:t>Ск[оворода]: для цього треба душити повстанців?],&lt;br /&gt;</w:t>
        <w:br/>
        <w:t>нести прапори царицині і...&lt;br /&gt;</w:t>
        <w:br/>
        <w:t>— Іди! іди! &lt;—з прокляттям їй кидав&gt; тебе я проклинаю,&lt;br /&gt;</w:t>
        <w:br/>
        <w:t>чуєш? — тебе і всіх твоїх неситих,&lt;br /&gt;</w:t>
        <w:br/>
        <w:t>іди!&lt;br /&gt;</w:t>
        <w:br/>
        <w:t>Земле, на якій стою,&lt;br /&gt;</w:t>
        <w:br/>
        <w:t>земле, яку крізь туман проглядаю,&lt;br /&gt;</w:t>
        <w:br/>
        <w:t>й яку не бачу й про яку&lt;br /&gt;</w:t>
        <w:br/>
        <w:t>ніколи не чув —&lt;br /&gt;</w:t>
        <w:br/>
        <w:t>уся ти в неволі&lt;br /&gt;</w:t>
        <w:br/>
        <w:t>чорна у білих&lt;br /&gt;</w:t>
        <w:br/>
        <w:t>земле чорна !.&lt;br /&gt;</w:t>
        <w:br/>
        <w:t>Шумом незвичайним Поділ зашумів,&lt;br /&gt;</w:t>
        <w:br/>
        <w:t>і стала гора у тил комусь заходить і готуватись до бою,&lt;br /&gt;</w:t>
        <w:br/>
        <w:t>а поміж деревами два повстанці бігло —&lt;br /&gt;</w:t>
        <w:br/>
        <w:t>просто на них.&lt;br /&gt;</w:t>
        <w:br/>
        <w:t>Марія крикнула, рвонулась вниз —&lt;br /&gt;</w:t>
        <w:br/>
        <w:t>та тут огонь із двох рушниць догнав її між плечі,&lt;br /&gt;</w:t>
        <w:br/>
        <w:t>і під горою,&lt;br /&gt;</w:t>
        <w:br/>
        <w:t>двічі перевернувшись,&lt;br /&gt;</w:t>
        <w:br/>
        <w:t>у кущах,&lt;br /&gt;</w:t>
        <w:br/>
        <w:t>лягла вона лицем униз&lt;br /&gt;</w:t>
        <w:br/>
        <w:t>і востаннє захрипіла страшно.&lt;br /&gt;</w:t>
        <w:br/>
        <w:t>1 Частина тексту від рядка "&lt;Але&gt; Та вопа зараз же опану-&lt;br /&gt;</w:t>
        <w:br/>
        <w:t>вала собою" до рядка "земле чорна" паписана пізніше олівцем&lt;br /&gt;</w:t>
        <w:br/>
        <w:t>на берегах рукопису.— Ред.&lt;br /&gt;</w:t>
        <w:br/>
        <w:t>А одна рука &lt;була&gt; немов виламана,</w:t>
      </w:r>
    </w:p>
    <w:p>
      <w:r>
        <w:br/>
        <w:t>пезручно-боляче здригалась &lt; і п [ростягалась] &gt;&lt;br /&gt;</w:t>
        <w:br/>
        <w:t>&lt;вмирала&gt;&lt;br /&gt;</w:t>
        <w:br/>
        <w:t>опадала...&lt;br /&gt;</w:t>
        <w:br/>
        <w:t>— За що? — не спитав.&lt;br /&gt;</w:t>
        <w:br/>
        <w:t>Гнів народу завжди справедливий.</w:t>
      </w:r>
    </w:p>
    <w:p>
      <w:r>
        <w:br/>
        <w:t>(ЦДАМЛМ, ф. 464, оп. 1, № 1261, арк. 2—3)</w:t>
      </w:r>
    </w:p>
    <w:p>
      <w:r>
        <w:br/>
        <w:t>[V. FINALE]</w:t>
      </w:r>
    </w:p>
    <w:p>
      <w:r>
        <w:br/>
        <w:t>Незручно-боляче здригалась&lt;br /&gt;</w:t>
        <w:br/>
        <w:t>і опадала...&lt;br /&gt;</w:t>
        <w:br/>
        <w:t>Сковорода почув:&lt;br /&gt;</w:t>
        <w:br/>
        <w:t>&lt;як щось&gt; біле &lt;біле&gt;&lt;br /&gt;</w:t>
        <w:br/>
        <w:t>вступило в мозок.&lt;br /&gt;</w:t>
        <w:br/>
        <w:t>Вступило й шумить.&lt;br /&gt;</w:t>
        <w:br/>
        <w:t>Вступило й шумить.&lt;br /&gt;</w:t>
        <w:br/>
        <w:t>Невже божевілля?&lt;br /&gt;</w:t>
        <w:br/>
        <w:t>&lt;Десь у &gt;У грудях ридання —&lt;br /&gt;</w:t>
        <w:br/>
        <w:t>чого &lt;ж я не плачу?&gt; він не плаче?&lt;br /&gt;</w:t>
        <w:br/>
        <w:t>У табір прокрастись —&lt;br /&gt;</w:t>
        <w:br/>
        <w:t>чого ж &lt;я не йду?&gt; він не йде?&lt;br /&gt;</w:t>
        <w:br/>
        <w:t>&lt; Вступило й шумить,&lt;br /&gt;</w:t>
        <w:br/>
        <w:t>вступило й шумить! &gt;&lt;br /&gt;</w:t>
        <w:br/>
        <w:t>І тільки &lt;одн[а рука] &gt; руки здригались ще щось говорить,&lt;br /&gt;</w:t>
        <w:br/>
        <w:t>що нагадує про щось, та тільки от забув.&lt;br /&gt;</w:t>
        <w:br/>
        <w:t>Вступило й шумить,&lt;br /&gt;</w:t>
        <w:br/>
        <w:t>вступило й шумить!&lt;br /&gt;</w:t>
        <w:br/>
        <w:t>— Ставай під дерево, не чуєш?&lt;br /&gt;</w:t>
        <w:br/>
        <w:t>Ти хто? яка твоя віра?</w:t>
      </w:r>
    </w:p>
    <w:p>
      <w:r>
        <w:br/>
        <w:t>(ЦДАМЛМ, ф. 464, оп. 1, № 1261, арк. 15 зв.)</w:t>
      </w:r>
    </w:p>
    <w:p>
      <w:r>
        <w:br/>
        <w:t>10*</w:t>
      </w:r>
    </w:p>
    <w:p>
      <w:r>
        <w:br/>
        <w:t>291</w:t>
      </w:r>
    </w:p>
    <w:p>
      <w:r>
        <w:br/>
        <w:t>[VI.] FINALE&lt;br /&gt;</w:t>
        <w:br/>
        <w:t>&lt; Несвідомо оглянувсь &gt;&lt;br /&gt;</w:t>
        <w:br/>
        <w:t>Я наче знала, що ви тут.&lt;br /&gt;</w:t>
        <w:br/>
        <w:t>Хотіла йти попід горою, а вийшла сюди *.&lt;br /&gt;</w:t>
        <w:br/>
        <w:t>— Маріє!!&lt;br /&gt;</w:t>
        <w:br/>
        <w:t>— Маріє, &lt;боже&gt; світе мій, та звідки?&lt;br /&gt;</w:t>
        <w:br/>
        <w:t>Не та Марія вже його, не та...&lt;br /&gt;</w:t>
        <w:br/>
        <w:t>Ні мрійності тієї, що на пасіці,&lt;br /&gt;</w:t>
        <w:br/>
        <w:t>ні щебетання, ні тепла.&lt;br /&gt;</w:t>
        <w:br/>
        <w:t>&lt; Чіткість, сухість, мета.&gt;&lt;br /&gt;</w:t>
        <w:br/>
        <w:t>&lt;і звідки вона?&gt; і звідки вона така! *&lt;br /&gt;</w:t>
        <w:br/>
        <w:t>Хіба спокійним можна буть,&lt;br /&gt;</w:t>
        <w:br/>
        <w:t>&lt;коли рішається сус[пільна доля?] &gt;&lt;br /&gt;</w:t>
        <w:br/>
        <w:t>&lt;коли вирішується доля народу? &gt;&lt;br /&gt;</w:t>
        <w:br/>
        <w:t>коли вирішується доля народу?&lt;br /&gt;</w:t>
        <w:br/>
        <w:t>— Про що говориш ти?&lt;br /&gt;</w:t>
        <w:br/>
        <w:t>— Про Коліївщину.&lt;br /&gt;</w:t>
        <w:br/>
        <w:t>Невже не чув учитель, що Україна вся в огні?&lt;br /&gt;</w:t>
        <w:br/>
        <w:t>&lt; Проти гнобителів повстала, проти панства.&lt;br /&gt;</w:t>
        <w:br/>
        <w:t>Давно це наростало вже, а зараз &gt;&lt;br /&gt;</w:t>
        <w:br/>
        <w:t>Знаю хочу *&lt;br /&gt;</w:t>
        <w:br/>
        <w:t>Я з хутора &lt; пішла &gt;,&lt;br /&gt;</w:t>
        <w:br/>
        <w:t>&lt; зустрілась з царським офіцером, стрілась&lt;br /&gt;</w:t>
        <w:br/>
        <w:t>і вийшла заміж &gt;&lt;br /&gt;</w:t>
        <w:br/>
        <w:t>зустрілася з генералом за Голосієвом, зустрілась&lt;br /&gt;</w:t>
        <w:br/>
        <w:t>і полюбовницею стала.&lt;br /&gt;</w:t>
        <w:br/>
        <w:t>&lt; [Сковорода] від [повів] гостро: &gt;&lt;br /&gt;</w:t>
        <w:br/>
        <w:t>[Сковорода] (відразу догадавшись):</w:t>
      </w:r>
    </w:p>
    <w:p>
      <w:r>
        <w:br/>
        <w:t>А, правда &lt;так&gt;, чекай... &lt;чекай &gt;&lt;br /&gt;</w:t>
        <w:br/>
        <w:t>сьогодні вранці &lt; своїми руками задушила &gt; своїми ж&lt;br /&gt;</w:t>
        <w:br/>
        <w:t>руками&lt;br /&gt;</w:t>
        <w:br/>
        <w:t>свого ж,&lt;br /&gt;</w:t>
        <w:br/>
        <w:t>щоб не мішав.&lt;br /&gt;</w:t>
        <w:br/>
        <w:t>— Маріє! —&lt;br /&gt;</w:t>
        <w:br/>
        <w:t>і потемніло в очах Сковороди.&lt;br /&gt;</w:t>
        <w:br/>
        <w:t>Не винен, може, й ти, а винна пасіка.&lt;br /&gt;</w:t>
        <w:br/>
        <w:t>&lt;Доки вже бути нам тихенькими? &gt;&lt;br /&gt;</w:t>
        <w:br/>
        <w:t>&lt;Усердні бджоли &gt;&lt;br /&gt;</w:t>
        <w:br/>
        <w:t>Коли вже кинемо ми хутори? *&lt;br /&gt;</w:t>
        <w:br/>
        <w:t>&lt;Бр[иніння]&gt; &lt; Сонність &gt; Сонливість бджіл і запах&lt;br /&gt;</w:t>
        <w:br/>
        <w:t>меду —&lt;br /&gt;</w:t>
        <w:br/>
        <w:t>над цілою Вкраїною!&lt;br /&gt;</w:t>
        <w:br/>
        <w:t>&lt;Та чи не пора ж нам вийти з пасік?&lt;br /&gt;</w:t>
        <w:br/>
        <w:t>Пор[а!] Чи не пора?&lt;br /&gt;</w:t>
        <w:br/>
        <w:t>Пора, пора!&gt;&lt;br /&gt;</w:t>
        <w:br/>
        <w:t>&lt;Пора нам вийти з пасік,&lt;br /&gt;</w:t>
        <w:br/>
        <w:t>Ой, пора! пора!&gt;&lt;br /&gt;</w:t>
        <w:br/>
        <w:t>&lt;Та чи не прокляття це над пами?&gt;&lt;br /&gt;</w:t>
        <w:br/>
        <w:t>Чи не прокляття?&lt;br /&gt;</w:t>
        <w:br/>
        <w:t>Взяла від тебе я багато,&lt;br /&gt;</w:t>
        <w:br/>
        <w:t>але пішла ще далі.&lt;br /&gt;</w:t>
        <w:br/>
        <w:t>Ти весь у притчах, в спогляданню,&lt;br /&gt;</w:t>
        <w:br/>
        <w:t>а я в роботі &lt;, у методі &gt;,&lt;br /&gt;</w:t>
        <w:br/>
        <w:t>як хочеш —так &lt;і&gt; приймай.&lt;br /&gt;</w:t>
        <w:br/>
        <w:t>Сковорода &lt; заплющив очі&gt;&lt;br /&gt;</w:t>
        <w:br/>
        <w:t>заплющив очі.&lt;br /&gt;</w:t>
        <w:br/>
        <w:t>&lt; Видно було: щось він все переважує&gt;&lt;br /&gt;</w:t>
        <w:br/>
        <w:t>Щось у душі своїй важив.&lt;br /&gt;</w:t>
        <w:br/>
        <w:t>&lt;мені&gt; не досить &lt; тільки &gt; світла,&lt;br /&gt;</w:t>
        <w:br/>
        <w:t>мені ще треба боротьби.&lt;br /&gt;</w:t>
        <w:br/>
        <w:t>Бо тільки &lt;нова&gt; &lt;така&gt; сильна мати&lt;br /&gt;</w:t>
        <w:br/>
        <w:t>може родити сильних.&lt;br /&gt;</w:t>
        <w:br/>
        <w:t>&lt;Я зрозуміла &gt; Іще я зрозуміла:&lt;br /&gt;</w:t>
        <w:br/>
        <w:t>шматок &lt; Заходу і Сходу &gt; між Заходом і Сходом&lt;br /&gt;</w:t>
        <w:br/>
        <w:t>ніколи не створить себе, не ствердіє,&lt;br /&gt;</w:t>
        <w:br/>
        <w:t>завжди тягатимуть його &lt;як корпій па рани&gt;&lt;br /&gt;</w:t>
        <w:br/>
        <w:t>як той корпій на рани&lt;br /&gt;</w:t>
        <w:br/>
        <w:t>інші держави.&lt;br /&gt;</w:t>
        <w:br/>
        <w:t>То чи не краще під Росію?&lt;br /&gt;</w:t>
        <w:br/>
        <w:t>&lt;Чи не краще&gt; зсередини зірвать її,&lt;br /&gt;</w:t>
        <w:br/>
        <w:t>аніж боротись в себе дома&lt;br /&gt;</w:t>
        <w:br/>
        <w:t>по куточках?&lt;br /&gt;</w:t>
        <w:br/>
        <w:t>— Ти вбила Марипчиного брата *.&lt;br /&gt;</w:t>
        <w:br/>
        <w:t>&lt;Ось через що я свого ж сьогодпі задушила. &gt;&lt;br /&gt;</w:t>
        <w:br/>
        <w:t>Марія: *&lt;br /&gt;</w:t>
        <w:br/>
        <w:t>— Бо він боровся за волю свого хутора, &lt;і все&gt;&lt;br /&gt;</w:t>
        <w:br/>
        <w:t>&lt; а я бороти [мусь за всіх] &gt;&lt;br /&gt;</w:t>
        <w:br/>
        <w:t>&lt;і не міг зрозуміти,&lt;br /&gt;</w:t>
        <w:br/>
        <w:t>чого я з однодумцями своїми&lt;br /&gt;</w:t>
        <w:br/>
        <w:t>сказала повернути їм назад. &gt;&lt;br /&gt;</w:t>
        <w:br/>
        <w:t>&lt;бо він не бачить далі&gt; *&lt;br /&gt;</w:t>
        <w:br/>
        <w:t>&lt;і що йому той дасть (той план) &gt; *&lt;br /&gt;</w:t>
        <w:br/>
        <w:t>Я шла *&lt;br /&gt;</w:t>
        <w:br/>
        <w:t>я з однодумцями своїми *,&lt;br /&gt;</w:t>
        <w:br/>
        <w:t>сказала повернути їм назад.&lt;br /&gt;</w:t>
        <w:br/>
        <w:t>По плану треба *.&lt;br /&gt;</w:t>
        <w:br/>
        <w:t>Бою пе видержать, поки підмога не прибуде.&lt;br /&gt;</w:t>
        <w:br/>
        <w:t>Та що йому той план? *&lt;br /&gt;</w:t>
        <w:br/>
        <w:t>А план такий: *&lt;br /&gt;</w:t>
        <w:br/>
        <w:t>Мій &lt;чоловік&gt; полюбовник з військом цариці&lt;br /&gt;</w:t>
        <w:br/>
        <w:t>&lt;ще&gt; кріпко тримається під Києвом,&lt;br /&gt;</w:t>
        <w:br/>
        <w:t>&lt;не скоро виб'ємо. &gt;&lt;br /&gt;</w:t>
        <w:br/>
        <w:t>Отже, треба передати нашим *,&lt;br /&gt;</w:t>
        <w:br/>
        <w:t>щоб не вривалися у місто *,&lt;br /&gt;</w:t>
        <w:br/>
        <w:t>бо кров дурна буде *.&lt;br /&gt;</w:t>
        <w:br/>
        <w:t>Сковорода розплющив очі:&lt;br /&gt;</w:t>
        <w:br/>
        <w:t>— Ти вийшла заміж, щоб врятувати люд?&lt;br /&gt;</w:t>
        <w:br/>
        <w:t>— А що, хіба &lt;по-тво[єму] &gt; не чесно?&lt;br /&gt;</w:t>
        <w:br/>
        <w:t>&lt;М[овив]&gt; Сковорода: ні.&lt;br /&gt;</w:t>
        <w:br/>
        <w:t>Ти справді &lt; пішла далі&gt; &lt;за мене пішла далі&gt; пішла&lt;br /&gt;</w:t>
        <w:br/>
        <w:t>за мене далі.&lt;br /&gt;</w:t>
        <w:br/>
        <w:t>&lt;До цього я ще не додумавсь &gt;&lt;br /&gt;</w:t>
        <w:br/>
        <w:t>Пробач, що я до тебе гостро так...&lt;br /&gt;</w:t>
        <w:br/>
        <w:t>Прощай...&lt;br /&gt;</w:t>
        <w:br/>
        <w:t>Марія: не пущу!&lt;br /&gt;</w:t>
        <w:br/>
        <w:t>&lt;Учителю, тебе я не пущу!&gt;&lt;br /&gt;</w:t>
        <w:br/>
        <w:t>Я стільки літ тебе шукала&lt;br /&gt;</w:t>
        <w:br/>
        <w:t>[І вслід] за тобою йшла.&lt;br /&gt;</w:t>
        <w:br/>
        <w:t>Учителю,&lt;br /&gt;</w:t>
        <w:br/>
        <w:t>ти —&lt;br /&gt;</w:t>
        <w:br/>
        <w:t>повинен&lt;br /&gt;</w:t>
        <w:br/>
        <w:t>піти в наш табір —&lt;br /&gt;</w:t>
        <w:br/>
        <w:t>і передати план.&lt;br /&gt;</w:t>
        <w:br/>
        <w:t>Тобі прокрастись легко,&lt;br /&gt;</w:t>
        <w:br/>
        <w:t>як подорожньому, як старцю —&lt;br /&gt;</w:t>
        <w:br/>
        <w:t>і то найшвидше треба, бо &lt;в місті повстання &gt; місто&lt;br /&gt;</w:t>
        <w:br/>
        <w:t>вже повстало, але підмоги їм не буде.&lt;br /&gt;</w:t>
        <w:br/>
        <w:t>Сковорода:&lt;br /&gt;</w:t>
        <w:br/>
        <w:t>&lt;— Гаразд &gt; — Ти хочеш цього? — Гаразд, я йду.&lt;br /&gt;</w:t>
        <w:br/>
        <w:t>(Павза. &lt; Тільки руки взялись за руки,&lt;br /&gt;</w:t>
        <w:br/>
        <w:t>тільки очі&gt; &lt; наблизились &gt; &lt;знов&gt; &lt;до очей&gt;)&lt;br /&gt;</w:t>
        <w:br/>
        <w:t>— Тільки ж...&lt;br /&gt;</w:t>
        <w:br/>
        <w:t>(руки взялися за руки)&lt;br /&gt;</w:t>
        <w:br/>
        <w:t>&lt;Я йду&gt;&lt;br /&gt;</w:t>
        <w:br/>
        <w:t>Тільки... (очі ізнов до очей)&lt;br /&gt;</w:t>
        <w:br/>
        <w:t>Сковорода:&lt;br /&gt;</w:t>
        <w:br/>
        <w:t>Я... &lt;ті[льки руки взялися за руки] &gt;&lt;br /&gt;</w:t>
        <w:br/>
        <w:t>йду...&lt;br /&gt;</w:t>
        <w:br/>
        <w:t>Шумом незвичайним Поділ зашумів,&lt;br /&gt;</w:t>
        <w:br/>
        <w:t>і стала гора у тил &lt;куд[ись] &gt; комусь заходити&lt;br /&gt;</w:t>
        <w:br/>
        <w:t>і готуватися до бою.&lt;br /&gt;</w:t>
        <w:br/>
        <w:t>А поміж деревами два повстанця бігло —&lt;br /&gt;</w:t>
        <w:br/>
        <w:t>просто на них.&lt;br /&gt;</w:t>
        <w:br/>
        <w:t>Марія крикнула, &lt; рвонулася до них&gt; рвонулась радісно&lt;br /&gt;</w:t>
        <w:br/>
        <w:t>до них,—&lt;br /&gt;</w:t>
        <w:br/>
        <w:t>та тут огонь із двох рушниць зустрів її між груди,&lt;br /&gt;</w:t>
        <w:br/>
        <w:t>[і] над горою,&lt;br /&gt;</w:t>
        <w:br/>
        <w:t>двічі перевернув [шись],&lt;br /&gt;</w:t>
        <w:br/>
        <w:t>ля[гла] вона лицем униз</w:t>
      </w:r>
    </w:p>
    <w:p>
      <w:r>
        <w:br/>
        <w:t>(ЦДАМЛМ, ф. 464, ои. і, Яв 1261, арк. 10—15, 14 зв.)</w:t>
      </w:r>
    </w:p>
    <w:p>
      <w:r>
        <w:br/>
        <w:t>[VII. FINALE]</w:t>
      </w:r>
    </w:p>
    <w:p>
      <w:r>
        <w:br/>
        <w:t>&lt;3а За&lt;br /&gt;</w:t>
        <w:br/>
        <w:t>спо спо&lt;br /&gt;</w:t>
        <w:br/>
        <w:t>койсь &gt; койсь&lt;br /&gt;</w:t>
        <w:br/>
        <w:t>Марія посміхнулась,&lt;br /&gt;</w:t>
        <w:br/>
        <w:t>Марія очима страшно повела,&lt;br /&gt;</w:t>
        <w:br/>
        <w:t>руками ж — мов горло комусь &lt;душила&gt;...&lt;br /&gt;</w:t>
        <w:br/>
        <w:t>— Учителю,&lt;br /&gt;</w:t>
        <w:br/>
        <w:t>ти сам не знаєш, що говориш!&lt;br /&gt;</w:t>
        <w:br/>
        <w:t>Хіба спокійним можна буть,&lt;br /&gt;</w:t>
        <w:br/>
        <w:t>&lt;коли хитаються основи царства?&lt;br /&gt;</w:t>
        <w:br/>
        <w:t>Хай б'ють, хай убивають —&lt;br /&gt;</w:t>
        <w:br/>
        <w:t>а ти спокійним будь? — &gt;&lt;br /&gt;</w:t>
        <w:br/>
        <w:t>о ні!&lt;br /&gt;</w:t>
        <w:br/>
        <w:t>— Про що говориш ти?&lt;br /&gt;</w:t>
        <w:br/>
        <w:t>— Про Коліївщину!&lt;br /&gt;</w:t>
        <w:br/>
        <w:t>Невже не чув учитель, що Україна вся в огні?&lt;br /&gt;</w:t>
        <w:br/>
        <w:t>Коли б не чоловік мій з військом цариці —&lt;br /&gt;</w:t>
        <w:br/>
        <w:t>давно б загинув край увесь,&lt;br /&gt;</w:t>
        <w:br/>
        <w:t>і власність, і свобода.&lt;br /&gt;</w:t>
        <w:br/>
        <w:t>&lt;—Власність? Свобода?&lt;br /&gt;</w:t>
        <w:br/>
        <w:t>Твій чоловік цариці служить,&lt;br /&gt;</w:t>
        <w:br/>
        <w:t>а разом з ним і ти? — &gt;&lt;br /&gt;</w:t>
        <w:br/>
        <w:t>Невже &lt;М[арія] не та&gt; &lt;не та Марія, не та?&gt; &lt;не та&lt;br /&gt;</w:t>
        <w:br/>
        <w:t>Марія стала? &gt; це не його Марія?&lt;br /&gt;</w:t>
        <w:br/>
        <w:t>Ви ж чуєте: я цілу ніч пе спала.&lt;br /&gt;</w:t>
        <w:br/>
        <w:t>Я поруч з чоловіком повстанців била,&lt;br /&gt;</w:t>
        <w:br/>
        <w:t>одного в яру&lt;br /&gt;</w:t>
        <w:br/>
        <w:t>просто руками задушила!&lt;br /&gt;</w:t>
        <w:br/>
        <w:t>І зараз &lt;я іду&gt; хочу я повідомить своїх:&lt;br /&gt;</w:t>
        <w:br/>
        <w:t>&lt; повідомить своїх:&lt;br /&gt;</w:t>
        <w:br/>
        <w:t>нехай не виступають:&lt;br /&gt;</w:t>
        <w:br/>
        <w:t>бою не видержать. &gt;&lt;br /&gt;</w:t>
        <w:br/>
        <w:t>нехай не виступають:&lt;br /&gt;</w:t>
        <w:br/>
        <w:t>бою не видержать.&lt;br /&gt;</w:t>
        <w:br/>
        <w:t>&lt; Напр [ужилась] &gt; Пробігла тиша,&lt;br /&gt;</w:t>
        <w:br/>
        <w:t>напружилась з послідніх сил,&lt;br /&gt;</w:t>
        <w:br/>
        <w:t>залягла круг Києва&lt;br /&gt;</w:t>
        <w:br/>
        <w:t>і віддпх затаїла:</w:t>
      </w:r>
    </w:p>
    <w:p>
      <w:r>
        <w:br/>
        <w:t>А я все спав у пустині&lt;br /&gt;</w:t>
        <w:br/>
        <w:t>та з слова свого любував:&lt;br /&gt;</w:t>
        <w:br/>
        <w:t>який то урожай з них буде —&lt;br /&gt;</w:t>
        <w:br/>
        <w:t>ось врожай.&lt;br /&gt;</w:t>
        <w:br/>
        <w:t>Навчив...&lt;br /&gt;</w:t>
        <w:br/>
        <w:t>Трупи, трупи!</w:t>
      </w:r>
    </w:p>
    <w:p>
      <w:r>
        <w:br/>
        <w:t>(ЦДАМЛМ, ф. 464, оп. 1, М 1261, арк. 5—7)</w:t>
      </w:r>
    </w:p>
    <w:p>
      <w:r>
        <w:br/>
        <w:t>— А ти хто?&lt;br /&gt;</w:t>
        <w:br/>
        <w:t>Яка твоя віра?&lt;br /&gt;</w:t>
        <w:br/>
        <w:t>Напевно й &lt;ти з нею був?&gt; він із нею в змові був?&lt;br /&gt;</w:t>
        <w:br/>
        <w:t>— Був! був! — закричало кругом і заревло&lt;br /&gt;</w:t>
        <w:br/>
        <w:t>&lt;— Був! — &gt; і все змішалось в хаос.&lt;br /&gt;</w:t>
        <w:br/>
        <w:t>— Був! був! — ревіло од Софії.&lt;br /&gt;</w:t>
        <w:br/>
        <w:t>— Був! — громами двигало ізнизу,&lt;br /&gt;</w:t>
        <w:br/>
        <w:t>і стружками стругало воздух,&lt;br /&gt;</w:t>
        <w:br/>
        <w:t>і воздух потрясало.&lt;br /&gt;</w:t>
        <w:br/>
        <w:t>А за Голосіевом раз по раз бухало і розбухало,&lt;br /&gt;</w:t>
        <w:br/>
        <w:t>і хтось &lt; клепав &gt; клепав у міліони кос&lt;br /&gt;</w:t>
        <w:br/>
        <w:t>і &lt; викорінював &gt; підтинав бур'ян&lt;br /&gt;</w:t>
        <w:br/>
        <w:t>один за одним&lt;br /&gt;</w:t>
        <w:br/>
        <w:t>У РУчку&lt;br /&gt;</w:t>
        <w:br/>
        <w:t>&lt;раз&gt; ану лиш разом &lt;!&gt;&lt;br /&gt;</w:t>
        <w:br/>
        <w:t>раз!&lt;br /&gt;</w:t>
        <w:br/>
        <w:t>&lt;раз!&gt;&lt;br /&gt;</w:t>
        <w:br/>
        <w:t>— Ставай до дерева, ти чуєш?&lt;br /&gt;</w:t>
        <w:br/>
        <w:t>Отой генерал — в наших руках&lt;br /&gt;</w:t>
        <w:br/>
        <w:t>(ЦДАМЛМ, ф. 464, оп. 1, № 1261, арк. 8)</w:t>
      </w:r>
    </w:p>
    <w:p>
      <w:r>
        <w:br/>
        <w:t>&lt;Та тут із двох рушниць огонь догнав її між плечі &gt;&lt;br /&gt;</w:t>
        <w:br/>
        <w:t>Огонь із двох рушниць догпав її &lt;у голову&gt; вже під горою,&lt;br /&gt;</w:t>
        <w:br/>
        <w:t>і вона,&lt;br /&gt;</w:t>
        <w:br/>
        <w:t>двічі перевернувшись у кущах,&lt;br /&gt;</w:t>
        <w:br/>
        <w:t>&lt; лягла &gt; захрипіла лицем униз, &lt; пальцями конаючими&lt;br /&gt;</w:t>
        <w:br/>
        <w:t>землю загрібала &gt;&lt;br /&gt;</w:t>
        <w:br/>
        <w:t>&lt;одну&gt; руку під себе незручно...&lt;br /&gt;</w:t>
        <w:br/>
        <w:t>&lt;"3а що?" — хотів спитать&lt;br /&gt;</w:t>
        <w:br/>
        <w:t>та й не промовив слова — &gt;&lt;br /&gt;</w:t>
        <w:br/>
        <w:t>"За що?" — не спитав.&lt;br /&gt;</w:t>
        <w:br/>
        <w:t>Гнів народу завжди справедливий.&lt;br /&gt;</w:t>
        <w:br/>
        <w:t>Тільки &lt;крич[ав] &gt; до козаків кричав: *&lt;br /&gt;</w:t>
        <w:br/>
        <w:t>отам, отам із того боку &lt; глядіть, щоб не зайшли &gt;&lt;br /&gt;</w:t>
        <w:br/>
        <w:t>заходять, зміцнити треба! *&lt;br /&gt;</w:t>
        <w:br/>
        <w:t>— А ти хто? яка твоя віра?&lt;br /&gt;</w:t>
        <w:br/>
        <w:t>&lt;Хто бачив: і він із нею був?&gt;&lt;br /&gt;</w:t>
        <w:br/>
        <w:t>&lt; Напевно й ти із нею був?&lt;br /&gt;</w:t>
        <w:br/>
        <w:t>шпигупив з її чоловік [ом?] &gt;&lt;br /&gt;</w:t>
        <w:br/>
        <w:t>Із нею був?&lt;br /&gt;</w:t>
        <w:br/>
        <w:t>1 Рядки від "і хтось &lt;клепав&gt; клепав у міліони кос" до "Отой&lt;br /&gt;</w:t>
        <w:br/>
        <w:t>генерал — в наших руках" дописані автором пізніше і викресле-&lt;br /&gt;</w:t>
        <w:br/>
        <w:t>ні.— Ред.&lt;br /&gt;</w:t>
        <w:br/>
        <w:t>— Був! був! — закричало кругом і заревло&lt;br /&gt;</w:t>
        <w:br/>
        <w:t>і все змішало в хаос.&lt;br /&gt;</w:t>
        <w:br/>
        <w:t>— Був! був! — ревіло од Софії,</w:t>
      </w:r>
    </w:p>
    <w:p>
      <w:r>
        <w:br/>
        <w:t>— Був! &lt;був!&gt; — громами двигало із низу,&lt;br /&gt;</w:t>
        <w:br/>
        <w:t>стругало стружки &lt;десь&gt; вгорі*&lt;br /&gt;</w:t>
        <w:br/>
        <w:t>і воздух &lt; стругало сумно через увесь Поділ,&lt;br /&gt;</w:t>
        <w:br/>
        <w:t>і воздух розривало. &gt; потрясало.&lt;br /&gt;</w:t>
        <w:br/>
        <w:t>Але &lt;Сковороду хвиля&gt; Сковороду пізнали,*&lt;br /&gt;</w:t>
        <w:br/>
        <w:t>хвиля підхопила й понесла,*&lt;br /&gt;</w:t>
        <w:br/>
        <w:t>і сам він біг,*&lt;br /&gt;</w:t>
        <w:br/>
        <w:t>а за Голосієвом *&lt;br /&gt;</w:t>
        <w:br/>
        <w:t>раз по раз бухало і розбухал[о...] *</w:t>
      </w:r>
    </w:p>
    <w:p>
      <w:r>
        <w:br/>
        <w:t>Дух перевів коло Дніпра,&lt;br /&gt;</w:t>
        <w:br/>
        <w:t>куди його хвиля народу винесла.&lt;br /&gt;</w:t>
        <w:br/>
        <w:t>•і&lt;br /&gt;</w:t>
        <w:br/>
        <w:t>&lt; слухав :&gt; — Учителю,&lt;br /&gt;</w:t>
        <w:br/>
        <w:t>коли б не я, то вас убили б.&lt;br /&gt;</w:t>
        <w:br/>
        <w:t>То ж жінка офіціра, який повстання &lt;вже цієї &gt;&lt;br /&gt;</w:t>
        <w:br/>
        <w:t>за Голосієвом придушив.</w:t>
      </w:r>
    </w:p>
    <w:p>
      <w:r>
        <w:br/>
        <w:t>Ізнову зашуміло над Подолом&lt;br /&gt;</w:t>
        <w:br/>
        <w:t>і в ріжних кінцях &lt; закресало &gt; &lt; зацокало &gt; кресати&lt;br /&gt;</w:t>
        <w:br/>
        <w:t>почало&lt;br /&gt;</w:t>
        <w:br/>
        <w:t>і піднімати &lt;хм[ари]&gt; гори грому.&lt;br /&gt;</w:t>
        <w:br/>
        <w:t>&lt;Студент&gt;</w:t>
      </w:r>
    </w:p>
    <w:p>
      <w:r>
        <w:br/>
        <w:t>(ЦДАМЛМ, ф. 464, оп. 1, № 1261, арк. 8—9)</w:t>
      </w:r>
    </w:p>
    <w:p>
      <w:r>
        <w:br/>
        <w:t>[ПІДНЯТИЙ МЕЧ]&lt;br /&gt;</w:t>
        <w:br/>
        <w:t>Дворянство бачив я, а не народ,&lt;br /&gt;</w:t>
        <w:br/>
        <w:t>панство просвіщав, а не голоту.&lt;br /&gt;</w:t>
        <w:br/>
        <w:t>У ній,&lt;br /&gt;</w:t>
        <w:br/>
        <w:t>лише у цій останній я мир собі знайду&lt;br /&gt;</w:t>
        <w:br/>
        <w:t>і боротьбу замість спокою.&lt;br /&gt;</w:t>
        <w:br/>
        <w:t>Бо мир не просто правда,—&lt;br /&gt;</w:t>
        <w:br/>
        <w:t>мир є справедливість,&lt;br /&gt;</w:t>
        <w:br/>
        <w:t>за всіх пригноблених піднятий меч&lt;br /&gt;</w:t>
        <w:br/>
        <w:t>&lt; Подяка вітру, що дме&gt;&lt;br /&gt;</w:t>
        <w:br/>
        <w:t>&lt;0 мій милий мій спокою &gt;&lt;br /&gt;</w:t>
        <w:br/>
        <w:t>&lt; Подяка природі за все—&lt;br /&gt;</w:t>
        <w:br/>
        <w:t>найперш&gt;&lt;br /&gt;</w:t>
        <w:br/>
        <w:t>&lt;Будь славна, природо, за все —&lt;br /&gt;</w:t>
        <w:br/>
        <w:t>чи тут, чи отам, чи осе —&lt;br /&gt;</w:t>
        <w:br/>
        <w:t>за те, що нам бурю несе — &gt;&lt;br /&gt;</w:t>
        <w:br/>
        <w:t>Будь славна, природо, за все —&lt;br /&gt;</w:t>
        <w:br/>
        <w:t>чи тут чи отам чи осе —&lt;br /&gt;</w:t>
        <w:br/>
        <w:t>будь славна, природо, за все —&lt;br /&gt;</w:t>
        <w:br/>
        <w:t>&lt;Коли я спіткну[ся] &gt; &lt; Дозрілий я&gt;&lt;br /&gt;</w:t>
        <w:br/>
        <w:t>Дозрілий я, мудрий і сиз,&lt;br /&gt;</w:t>
        <w:br/>
        <w:t>&lt;ти так мене&gt; &lt;а так мною вдарила &gt;&lt;br /&gt;</w:t>
        <w:br/>
        <w:t>а так мною кидаєш вниз —&lt;br /&gt;</w:t>
        <w:br/>
        <w:t>аж вітер там бурю несе!&lt;br /&gt;</w:t>
        <w:br/>
        <w:t>аж &lt;вітер&gt; буря там бурю несе!</w:t>
      </w:r>
    </w:p>
    <w:p>
      <w:r>
        <w:br/>
        <w:t>&lt;Шляхетству! — яка йому путь?&gt; Шляхетство — одна йому&lt;br /&gt;</w:t>
        <w:br/>
        <w:t>1 Три останні рядки були спершу викреслені, а потім віднов-&lt;br /&gt;</w:t>
        <w:br/>
        <w:t>лені автором. Напроти них пізніше дописано олівцем: "Треба".—&lt;br /&gt;</w:t>
        <w:br/>
        <w:t>Ред.&lt;br /&gt;</w:t>
        <w:br/>
        <w:t>путь.</w:t>
      </w:r>
    </w:p>
    <w:p>
      <w:r>
        <w:br/>
        <w:t>&lt; Пригноблені до бою&gt; Пригноблені к бою стають —&lt;br /&gt;</w:t>
        <w:br/>
        <w:t>аж вітер там бурю несе!&lt;br /&gt;</w:t>
        <w:br/>
        <w:t>аж &lt;вітер&gt; буря там бурю несе!&lt;br /&gt;</w:t>
        <w:br/>
        <w:t>&lt;На горах далеких аж там&lt;br /&gt;</w:t>
        <w:br/>
        <w:t>я бачу родину &gt;&lt;br /&gt;</w:t>
        <w:br/>
        <w:t>На горах в далекім краю&lt;br /&gt;</w:t>
        <w:br/>
        <w:t>&lt;я бачу голоту&gt; &lt;я бачу країну свою—&gt; &lt;Знайду я&gt;&lt;br /&gt;</w:t>
        <w:br/>
        <w:t>я &lt;бачу&gt; країну свою —&lt;br /&gt;</w:t>
        <w:br/>
        <w:t>&lt;Як вона світом трясе,&lt;br /&gt;</w:t>
        <w:br/>
        <w:t>як вона світом трясе! &gt;&lt;br /&gt;</w:t>
        <w:br/>
        <w:t>&lt;Як землю ходою трясе,&lt;br /&gt;</w:t>
        <w:br/>
        <w:t>як так їх багато трясе! &gt;&lt;br /&gt;</w:t>
        <w:br/>
        <w:t>&lt;0 хто ж її знову трясе, &gt;&lt;br /&gt;</w:t>
        <w:br/>
        <w:t>&lt;3а горло &gt; &lt; потрясе &gt;&lt;br /&gt;</w:t>
        <w:br/>
        <w:t>&lt;Та зовсім не ти як не&gt; &lt;Там щастя й красу &gt;&lt;br /&gt;</w:t>
        <w:br/>
        <w:t>&lt;Там вітер нам&gt; &lt;бурю&gt; &lt;бурю&gt; &lt;несе&gt;&lt;br /&gt;</w:t>
        <w:br/>
        <w:t>Там вітер нам бурю несе,&lt;br /&gt;</w:t>
        <w:br/>
        <w:t>там &lt;вітер*&gt; буря нам бурю несе.&lt;br /&gt;</w:t>
        <w:br/>
        <w:t>нема ні панів ні раба&lt;br /&gt;</w:t>
        <w:br/>
        <w:t>&lt;Хай болі і муки&gt; &lt;Хай жертви і муки і біль&gt;&lt;br /&gt;</w:t>
        <w:br/>
        <w:t>&lt;Хай жертви і муки і сміх.&lt;br /&gt;</w:t>
        <w:br/>
        <w:t>Хай&gt; &lt;до країн золотих &gt;&lt;br /&gt;</w:t>
        <w:br/>
        <w:t>Хай жертви, і кпини, і сміх&lt;br /&gt;</w:t>
        <w:br/>
        <w:t>&lt; Дійти б&gt; &lt;до віків золотих &gt;&lt;br /&gt;</w:t>
        <w:br/>
        <w:t>&lt; Дійти б до верхівлів отих&gt;&lt;br /&gt;</w:t>
        <w:br/>
        <w:t>Зійти б на верхівля оті —&lt;br /&gt;</w:t>
        <w:br/>
        <w:t>&lt;Туди нас хай&gt; Туди хай нас&lt;br /&gt;</w:t>
        <w:br/>
        <w:t>&lt;Як&gt; &lt;хай&gt; буря &lt;нам бурю&gt; несе&lt;br /&gt;</w:t>
        <w:br/>
        <w:t>Будь славна, природо, за все!&lt;br /&gt;</w:t>
        <w:br/>
        <w:t>&lt;Будь славна, природо, за все!&gt;&lt;br /&gt;</w:t>
        <w:br/>
        <w:t>&lt;Хай буря нас бурю несе — &gt; *&lt;br /&gt;</w:t>
        <w:br/>
        <w:t>(ЦДАМЛМ, ф. 464, оп. 1, Хе 1263, арк. 1)</w:t>
      </w:r>
    </w:p>
    <w:p>
      <w:r>
        <w:br/>
        <w:t>[І. НАД ДНІПРОМ]&lt;br /&gt;</w:t>
        <w:br/>
        <w:t>Тоді саме &lt; за &gt; блискотіло на верхів'ях.&lt;br /&gt;</w:t>
        <w:br/>
        <w:t>Тоді саме тріщали двері в Європі, і &lt;вітер&gt; &lt;буря&gt; вітер, про-&lt;br /&gt;</w:t>
        <w:br/>
        <w:t>дуваючи, &lt;із скрипом &gt; на петлях кидав їх од Англії до Франції.&lt;br /&gt;</w:t>
        <w:br/>
        <w:t>І содрогалися &lt;від грюкоту&gt; держави! І скрип був од дверей —&lt;br /&gt;</w:t>
        <w:br/>
        <w:t>аж &lt;у&gt; у Запоріжж&lt;і&gt; &lt;я&gt; і &lt;чули&gt; &lt;почали прислу-&lt;br /&gt;</w:t>
        <w:br/>
        <w:t>хатись &gt; з сережкою в усі1 почули. &lt;І тільки дурна Польща&lt;br /&gt;</w:t>
        <w:br/>
        <w:t>одна-однісінька&gt; І тоді ж дурна Польща о[д]чайдушно &lt; поволі&lt;br /&gt;</w:t>
        <w:br/>
        <w:t>собі, як і вшехно&gt; &lt; самій собі&gt; смерділа латиною і королем.&lt;br /&gt;</w:t>
        <w:br/>
        <w:t>Та &lt;ще непідколупна &gt; ще Росія &lt;тезоіменито&gt; розсілась Ка-&lt;br /&gt;</w:t>
        <w:br/>
        <w:t>териною. Ручкою пухлою, віялом китайським на свободи дворян-&lt;br /&gt;</w:t>
        <w:br/>
        <w:t>ські. &lt;На фоні сміху рококо. &gt; &lt;На&gt; &lt;На фоні псіху рококо. &gt;&lt;br /&gt;</w:t>
        <w:br/>
        <w:t>&lt; Ручкою пухкою, &gt; Розрішаю вам, &lt; дворяне&gt; дворяне, &lt;все&gt;&lt;br /&gt;</w:t>
        <w:br/>
        <w:t>піднять народ із темноти &lt; канчуком, законами —чим вам&gt; чи&lt;br /&gt;</w:t>
        <w:br/>
        <w:t>канчуком, чи законом —чим буде ліпше, &lt;а там&gt; &lt;та&gt; &lt; по-&lt;br /&gt;</w:t>
        <w:br/>
        <w:t>тому &gt; а там хоч зовсім його ззіжте 2.&lt;br /&gt;</w:t>
        <w:br/>
        <w:t>...Три місяці пробігло,&lt;br /&gt;</w:t>
        <w:br/>
        <w:t>мов кораблі веселі в морі —&lt;br /&gt;</w:t>
        <w:br/>
        <w:t>всіма цвітами процвітані,&lt;br /&gt;</w:t>
        <w:br/>
        <w:t>добрим скарбом переповнені.&lt;br /&gt;</w:t>
        <w:br/>
        <w:t>Уранці,&lt;br /&gt;</w:t>
        <w:br/>
        <w:t>ще тільки небо почне наливаться&lt;br /&gt;</w:t>
        <w:br/>
        <w:t>і вітер зелений одчалить в далечінь —&lt;br /&gt;</w:t>
        <w:br/>
        <w:t>уже Сковорода&lt;br /&gt;</w:t>
        <w:br/>
        <w:t>встає з досвітньої роздуми&lt;br /&gt;</w:t>
        <w:br/>
        <w:t>і в сад іде.&lt;br /&gt;</w:t>
        <w:br/>
        <w:t>1 На берегах рукопису дописано: "низове товариство".— Ред.&lt;br /&gt;</w:t>
        <w:br/>
        <w:t>2 Мотто написано пізніше. З лівого боку рукопису дописано&lt;br /&gt;</w:t>
        <w:br/>
        <w:t>олівцем: "рабство", "крепацтво".— Ред.</w:t>
      </w:r>
    </w:p>
    <w:p>
      <w:r>
        <w:br/>
        <w:t>Сковорода на землю упаде</w:t>
      </w:r>
    </w:p>
    <w:p>
      <w:r>
        <w:br/>
        <w:t>І знову сповнюється миру&lt;br /&gt;</w:t>
        <w:br/>
        <w:t>душа Сковороди.&lt;br /&gt;</w:t>
        <w:br/>
        <w:t>[• • •]&lt;br /&gt;</w:t>
        <w:br/>
        <w:t>мир, мир душі твоїй — &lt;стру[мує] всесвіт &gt; &lt; лунає &gt;&lt;br /&gt;</w:t>
        <w:br/>
        <w:t>луною всесвіт,&lt;br /&gt;</w:t>
        <w:br/>
        <w:t>мир.&lt;br /&gt;</w:t>
        <w:br/>
        <w:t>&lt;І, слухаючи Сковорода цю відповідь,&lt;br /&gt;</w:t>
        <w:br/>
        <w:t>стенається&gt;&lt;br /&gt;</w:t>
        <w:br/>
        <w:t>Слухаючи Сковорода цю відповідь, стенається&lt;br /&gt;</w:t>
        <w:br/>
        <w:t>і йде туди, де насхиль на шляху&lt;br /&gt;</w:t>
        <w:br/>
        <w:t>збіднивсь високий&lt;br /&gt;</w:t>
        <w:br/>
        <w:t>свіжовкопаний, косоокий,&lt;br /&gt;</w:t>
        <w:br/>
        <w:t>як панська совість,&lt;br /&gt;</w:t>
        <w:br/>
        <w:t>абияк збитий хрест.&lt;br /&gt;</w:t>
        <w:br/>
        <w:t>Під &lt;срібними&gt; осокорами*&lt;br /&gt;</w:t>
        <w:br/>
        <w:t>&lt;В[ін] &gt; Сяде по-турецьки, як дитя,&lt;br /&gt;</w:t>
        <w:br/>
        <w:t>нової пісні починає —&lt;br /&gt;</w:t>
        <w:br/>
        <w:t>очі заплющені,&lt;br /&gt;</w:t>
        <w:br/>
        <w:t>хитається в ритм —&lt;br /&gt;</w:t>
        <w:br/>
        <w:t>&lt; Подяка природі за все,&lt;br /&gt;</w:t>
        <w:br/>
        <w:t>найперше ж:&lt;br /&gt;</w:t>
        <w:br/>
        <w:t>за те, що потрібне зробила нетруднйм,&lt;br /&gt;</w:t>
        <w:br/>
        <w:t>а трудне непотрібним.&lt;br /&gt;</w:t>
        <w:br/>
        <w:t>На всіх шляхах життя&lt;br /&gt;</w:t>
        <w:br/>
        <w:t>шукай свою стать властиву,&lt;br /&gt;</w:t>
        <w:br/>
        <w:t>а стать невірну одкидай.&lt;br /&gt;</w:t>
        <w:br/>
        <w:t>Подяка природі за все.&gt;</w:t>
      </w:r>
    </w:p>
    <w:p>
      <w:r>
        <w:br/>
        <w:t>За городищем, туди, од боку,&lt;br /&gt;</w:t>
        <w:br/>
        <w:t>над нивою, над колосом,&lt;br /&gt;</w:t>
        <w:br/>
        <w:t>що з перебіжним блеском вітер його вилизував&lt;br /&gt;</w:t>
        <w:br/>
        <w:t>і кошлав,&lt;br /&gt;</w:t>
        <w:br/>
        <w:t>&lt; хилила спину друга нива&gt;&lt;br /&gt;</w:t>
        <w:br/>
        <w:t>&lt;хилив&gt;&lt;br /&gt;</w:t>
        <w:br/>
        <w:t>Серпи ряхтіли &lt; низько &gt;&lt;br /&gt;</w:t>
        <w:br/>
        <w:t>&lt;і так тужно співала тая нива:&lt;br /&gt;</w:t>
        <w:br/>
        <w:t>жніте, женчики, розжинайтеся,&lt;br /&gt;</w:t>
        <w:br/>
        <w:t>на чорну хмару оглядайтеся. &gt;&lt;br /&gt;</w:t>
        <w:br/>
        <w:t>&lt;і так тужно без пісні женці рясніли в житі&gt;&lt;br /&gt;</w:t>
        <w:br/>
        <w:t>і так тужно женці в житі рясніли,&lt;br /&gt;</w:t>
        <w:br/>
        <w:t>&lt;безпіс[ні]&gt; &lt;в житі&gt;&lt;br /&gt;</w:t>
        <w:br/>
        <w:t>Л &lt;поміж них&gt; їм пригукував&lt;br /&gt;</w:t>
        <w:br/>
        <w:t>підгінчий з нагаєм&lt;br /&gt;</w:t>
        <w:br/>
        <w:t>&lt; — А там хіба то не ясир?&gt;&lt;br /&gt;</w:t>
        <w:br/>
        <w:t>&lt;—А там он гляньте, хіба ялося людям отаке робити?&gt;&lt;br /&gt;</w:t>
        <w:br/>
        <w:t>&lt;—А он там&gt; &lt;Хіба ялося людям отаке робити?&gt;&lt;br /&gt;</w:t>
        <w:br/>
        <w:t>Поглянув у &lt; другий &gt; &lt; інший &gt; другий бік,—&lt;br /&gt;</w:t>
        <w:br/>
        <w:t>&lt;там копи складали &gt; &lt;там снопи у копи&lt;br /&gt;</w:t>
        <w:br/>
        <w:t>складали&gt;&lt;br /&gt;</w:t>
        <w:br/>
        <w:t>Дитину мати під копою грудьми годувала,&lt;br /&gt;</w:t>
        <w:br/>
        <w:t>а над нею &lt;теж&gt;&lt;br /&gt;</w:t>
        <w:br/>
        <w:t>підгінчий з нагаєм.&lt;br /&gt;</w:t>
        <w:br/>
        <w:t>А там &lt;а там...&gt;&lt;br /&gt;</w:t>
        <w:br/>
        <w:t>показувала скрізь,&lt;br /&gt;</w:t>
        <w:br/>
        <w:t>немов &lt; ученику учи[тель]&gt; Сковороді цим тяжко&lt;br /&gt;</w:t>
        <w:br/>
        <w:t>докоряла 1.&lt;br /&gt;</w:t>
        <w:br/>
        <w:t>Ще більш голівку заховала,&lt;br /&gt;</w:t>
        <w:br/>
        <w:t>щоб сліз не видно.&lt;br /&gt;</w:t>
        <w:br/>
        <w:t>А сльози, сльози, як слова!&lt;br /&gt;</w:t>
        <w:br/>
        <w:t>— Одна&lt;br /&gt;</w:t>
        <w:br/>
        <w:t>пішла я раз у панський двір.&lt;br /&gt;</w:t>
        <w:br/>
        <w:t>А пан на ніч сказав мені зостатись,&lt;br /&gt;</w:t>
        <w:br/>
        <w:t>грозив ножем і мордував,&lt;br /&gt;</w:t>
        <w:br/>
        <w:t>та не далася я,&lt;br /&gt;</w:t>
        <w:br/>
        <w:t>втекла!&lt;br /&gt;</w:t>
        <w:br/>
        <w:t>Я бігла, &lt;як тая Бондарівна &gt; бігла, мов тая Бондарівна,&lt;br /&gt;</w:t>
        <w:br/>
        <w:t>а за мною &lt;три&gt; слуги...&lt;br /&gt;</w:t>
        <w:br/>
        <w:t>Проклятії...2&lt;br /&gt;</w:t>
        <w:br/>
        <w:t>Тепер якусь собі привіз &lt; Марію &gt; Огенію&lt;br /&gt;</w:t>
        <w:br/>
        <w:t>і нас немовби не чіпає.&lt;br /&gt;</w:t>
        <w:br/>
        <w:t>Сковорода: &lt;Марію? &gt; Генію? ти кажеш &lt;Марію? &gt;&lt;br /&gt;</w:t>
        <w:br/>
        <w:t>Генію?&lt;br /&gt;</w:t>
        <w:br/>
        <w:t>Закричав біснуватий з сусідньої гори,&lt;br /&gt;</w:t>
        <w:br/>
        <w:t>як Прометей.&lt;br /&gt;</w:t>
        <w:br/>
        <w:t>Це знов його взяли на ланцюги&lt;br /&gt;</w:t>
        <w:br/>
        <w:t>і він коло своєї землянки — он видно —&lt;br /&gt;</w:t>
        <w:br/>
        <w:t>божеволіє і &lt; казиться &gt; рветься,&lt;br /&gt;</w:t>
        <w:br/>
        <w:t>руками небо потрясає&lt;br /&gt;</w:t>
        <w:br/>
        <w:t>1 Рядки від "&lt;—А там хіба то не ясир?&gt;" до "немов &lt;уче-&lt;br /&gt;</w:t>
        <w:br/>
        <w:t>нику учи[тель]&gt; Сковороді цим тяжко докоряла" дописані пізні-&lt;br /&gt;</w:t>
        <w:br/>
        <w:t>ше, а потім викреслені автором.— Ред.&lt;br /&gt;</w:t>
        <w:br/>
        <w:t>2 Ці три рядки пізніше автором були викреслені.— Ред.&lt;br /&gt;</w:t>
        <w:br/>
        <w:t>й не потрясе.&lt;br /&gt;</w:t>
        <w:br/>
        <w:t>Руками небо оте прокляте потрясав&lt;br /&gt;</w:t>
        <w:br/>
        <w:t>й ніяк не потрясе! Безсилий падав і плаче...&lt;br /&gt;</w:t>
        <w:br/>
        <w:t>А небо —&lt;br /&gt;</w:t>
        <w:br/>
        <w:t>&lt;—там бог собі десь випив і лежить...&gt;&lt;br /&gt;</w:t>
        <w:br/>
        <w:t>&lt; — десь бог вина собі натюживсь і лежить... &gt;&lt;br /&gt;</w:t>
        <w:br/>
        <w:t>— там бог собі &lt; натюживсь &gt; і лежить...&lt;br /&gt;</w:t>
        <w:br/>
        <w:t>десь собі натюживсь і лежить... *&lt;br /&gt;</w:t>
        <w:br/>
        <w:t>лиш інколи до бусела, що в лузі,&lt;br /&gt;</w:t>
        <w:br/>
        <w:t>прибринькне чапко на губах —&lt;br /&gt;</w:t>
        <w:br/>
        <w:t>та все хихоче, все хихоче...&lt;br /&gt;</w:t>
        <w:br/>
        <w:t>— Ну от, &lt; такеє життя тут наше&gt; такий і приділ тут наш.&lt;br /&gt;</w:t>
        <w:br/>
        <w:t>Ми плачем. &lt;Той&gt; Цей кричить. А той он хрестить.&lt;br /&gt;</w:t>
        <w:br/>
        <w:t>Усі як біснуваті.&lt;br /&gt;</w:t>
        <w:br/>
        <w:t>Утерла сльози рукавом&lt;br /&gt;</w:t>
        <w:br/>
        <w:t>і задивилася туди кудись, &lt;на схил гори, в розпадину, &gt;&lt;br /&gt;</w:t>
        <w:br/>
        <w:t>у придолинок на підгір'я,&lt;br /&gt;</w:t>
        <w:br/>
        <w:t>де справді перед печерою своєю схимник Досифей,&lt;br /&gt;</w:t>
        <w:br/>
        <w:t>задерши голову, &lt;як проти сонця &gt; &lt;в гостроверхім&lt;br /&gt;</w:t>
        <w:br/>
        <w:t>каптурі &gt;&lt;br /&gt;</w:t>
        <w:br/>
        <w:t>одмахувавсь од крику, що &lt;від землянки &gt; &lt; рвався &gt;&lt;br /&gt;</w:t>
        <w:br/>
        <w:t>з гори...&lt;br /&gt;</w:t>
        <w:br/>
        <w:t>&lt;на горі&gt; &lt;йшов з гори&gt;&lt;br /&gt;</w:t>
        <w:br/>
        <w:t>&lt;Хіба не правду в пісні кажуть?&lt;br /&gt;</w:t>
        <w:br/>
        <w:t>Немає цвіту червоного,&lt;br /&gt;</w:t>
        <w:br/>
        <w:t>немає роду рідного...&lt;br /&gt;</w:t>
        <w:br/>
        <w:t>Так де ж того нам цвіту шукати? &gt;&lt;br /&gt;</w:t>
        <w:br/>
        <w:t>Такий і приділ тут наш.&lt;br /&gt;</w:t>
        <w:br/>
        <w:t>&lt;Кудлан загарчав. &gt;&lt;br /&gt;</w:t>
        <w:br/>
        <w:t>В торбинках&lt;br /&gt;</w:t>
        <w:br/>
        <w:t>1 На берегах автор написав олівцем: "п. п. п. п." (напевне, по-&lt;br /&gt;</w:t>
        <w:br/>
        <w:t>значив, що 4 слова в рядку починаються на літеру "п").— Ред.&lt;br /&gt;</w:t>
        <w:br/>
        <w:t>&lt;до хреста надійшли подорожні &gt; надійшли селяне.&lt;br /&gt;</w:t>
        <w:br/>
        <w:t>&lt;над[ійшли]&gt; &lt; Роз [дивлятись почали] &gt; Непривітно&lt;br /&gt;</w:t>
        <w:br/>
        <w:t>хитнувши головою,&lt;br /&gt;</w:t>
        <w:br/>
        <w:t>&lt; (Кудлан загарчав) &gt;&lt;br /&gt;</w:t>
        <w:br/>
        <w:t>&lt;р[оздивлятись] &gt; &lt; пучками водили по перехрестю &gt;&lt;br /&gt;</w:t>
        <w:br/>
        <w:t>пучками &lt; водить почали &gt; почали водить по перехрестю&lt;br /&gt;</w:t>
        <w:br/>
        <w:t>обмацували: скільки дірок&lt;?&gt;&lt;br /&gt;</w:t>
        <w:br/>
        <w:t>і чи нема якої &lt;де&gt; об'яви?&lt;br /&gt;</w:t>
        <w:br/>
        <w:t>Об'яву, ось видно, дощ ізмив,&lt;br /&gt;</w:t>
        <w:br/>
        <w:t>&lt;а дірок було стільки,&lt;br /&gt;</w:t>
        <w:br/>
        <w:t>що й чорт його розбере, скільки &gt;&lt;br /&gt;</w:t>
        <w:br/>
        <w:t>а на хресті було такого дірок,&lt;br /&gt;</w:t>
        <w:br/>
        <w:t>що й хто його розбере, скільки &lt;ж днів на папа&lt;br /&gt;</w:t>
        <w:br/>
        <w:t>працювати? &gt; ж саме днів па пана працювать?&lt;br /&gt;</w:t>
        <w:br/>
        <w:t>&lt;Одій[шовши] &gt; &lt; Відступивши, почали радитись, &gt;&lt;br /&gt;</w:t>
        <w:br/>
        <w:t>&lt;вс[е]&gt; &lt;та&gt; &lt; все поглядаючи туди,&lt;br /&gt;</w:t>
        <w:br/>
        <w:t>де так тужно без пісні женці рясніли, &gt;&lt;br /&gt;</w:t>
        <w:br/>
        <w:t>&lt;все поглядали туди,&lt;br /&gt;</w:t>
        <w:br/>
        <w:t>де так тужно женці рясніли,&lt;br /&gt;</w:t>
        <w:br/>
        <w:t>а поміж них&lt;br /&gt;</w:t>
        <w:br/>
        <w:t>підгінчий з нагаєм.&gt;&lt;br /&gt;</w:t>
        <w:br/>
        <w:t>&lt;Маринка: а звідки ви? люде!&gt;&lt;br /&gt;</w:t>
        <w:br/>
        <w:t>&lt; Маринка радісно до них&gt; &lt; Маринка радісно,&lt;br /&gt;</w:t>
        <w:br/>
        <w:t>по-рідному &gt;&lt;br /&gt;</w:t>
        <w:br/>
        <w:t>Маринка радісно до них: *&lt;br /&gt;</w:t>
        <w:br/>
        <w:t>а звідки ви? люде!&lt;br /&gt;</w:t>
        <w:br/>
        <w:t>&lt; Відступивши &gt; &lt;Ті, відступивши &gt; &lt;Люде ті,&lt;br /&gt;</w:t>
        <w:br/>
        <w:t>відступивши&gt;&lt;br /&gt;</w:t>
        <w:br/>
        <w:t>Та люде, відступивши, почали &lt;собі&gt; радитись.&lt;br /&gt;</w:t>
        <w:br/>
        <w:t>Все поглядали туди,&lt;br /&gt;</w:t>
        <w:br/>
        <w:t>де так тужно &lt; серпи &gt; &lt;в житі&gt; женці &lt; рясніли &gt;&lt;br /&gt;</w:t>
        <w:br/>
        <w:t>рясніли в житі.&lt;br /&gt;</w:t>
        <w:br/>
        <w:t>&lt;Сковорода: утікачі?&gt;&lt;br /&gt;</w:t>
        <w:br/>
        <w:t>&lt; Сковорода:&lt;br /&gt;</w:t>
        <w:br/>
        <w:t>— Утікачі. їм і балакать вже набридло. &gt;&lt;br /&gt;</w:t>
        <w:br/>
        <w:t>&lt;Такі ж, як і ми утікачі,—сама собі сказала. &gt; *&lt;br /&gt;</w:t>
        <w:br/>
        <w:t>&lt;Сковорода: утікачі?&gt; Сковорода: Утікачі?&lt;br /&gt;</w:t>
        <w:br/>
        <w:t>Помовчала Маринка,&lt;br /&gt;</w:t>
        <w:br/>
        <w:t>й день затих.&lt;br /&gt;</w:t>
        <w:br/>
        <w:t>То хмари все хмаріли,</w:t>
      </w:r>
    </w:p>
    <w:p>
      <w:r>
        <w:br/>
        <w:t>[ціляли в] блиск розколотого неба,&lt;br /&gt;</w:t>
        <w:br/>
        <w:t>[в Дніпрі] одбившись...&lt;br /&gt;</w:t>
        <w:br/>
        <w:t>(Дзвонили до вечерні).&lt;br /&gt;</w:t>
        <w:br/>
        <w:t>У купу вівці збились.&lt;br /&gt;</w:t>
        <w:br/>
        <w:t>Немов із холоду,&lt;br /&gt;</w:t>
        <w:br/>
        <w:t>ягнятко на руки полізло.&lt;br /&gt;</w:t>
        <w:br/>
        <w:t>— А вам напевно весело живеться, що ви все граєте?&lt;br /&gt;</w:t>
        <w:br/>
        <w:t>Та чого ви &lt; такий сидень? &gt; сидень такий?&lt;br /&gt;</w:t>
        <w:br/>
        <w:t>Я &lt;й учора&gt; бачила й учора вас.&lt;br /&gt;</w:t>
        <w:br/>
        <w:t>А брат мій в гайдамаках&lt;!&gt;&lt;br /&gt;</w:t>
        <w:br/>
        <w:t>він з цим-о біснуватим &lt;як пема солдата &gt; вночі балака&lt;br /&gt;</w:t>
        <w:br/>
        <w:t>про панів.&lt;br /&gt;</w:t>
        <w:br/>
        <w:t>А другий — аж у Швачки! — та й зразу схаменулась.&lt;br /&gt;</w:t>
        <w:br/>
        <w:t>Загледіла: &lt;що&gt; що там аж на шляху &lt;ще під горою, &gt;&lt;br /&gt;</w:t>
        <w:br/>
        <w:t>куріло щось і наближалося восьмикопитно.&lt;br /&gt;</w:t>
        <w:br/>
        <w:t>Взяла ягнятко й понесла.&lt;br /&gt;</w:t>
        <w:br/>
        <w:t>А вітер їй заходив збоку,&lt;br /&gt;</w:t>
        <w:br/>
        <w:t>&lt; (як Кудлан) &gt; як Кудлан,&lt;br /&gt;</w:t>
        <w:br/>
        <w:t>і рвав спідничку і кісник,&lt;br /&gt;</w:t>
        <w:br/>
        <w:t>аж поки з вівцями в яру вона не зникла.&lt;br /&gt;</w:t>
        <w:br/>
        <w:t>А вітер все заходив збоку.&lt;br /&gt;</w:t>
        <w:br/>
        <w:t>(Дзвонили до вечерні).&lt;br /&gt;</w:t>
        <w:br/>
        <w:t>Сковорода на бистрі ноги встав,&lt;br /&gt;</w:t>
        <w:br/>
        <w:t>хотів її догнать, обнять, потішить,&lt;br /&gt;</w:t>
        <w:br/>
        <w:t>утерти сльози недитячі,&lt;br /&gt;</w:t>
        <w:br/>
        <w:t>та тут&lt;br /&gt;</w:t>
        <w:br/>
        <w:t>од верб із-за поворотки&lt;br /&gt;</w:t>
        <w:br/>
        <w:t>&lt;карета, закрившись курявою, восьмикопитно&lt;br /&gt;</w:t>
        <w:br/>
        <w:t>розігна [лась] &gt;&lt;br /&gt;</w:t>
        <w:br/>
        <w:t>карета, як дурна,&lt;br /&gt;</w:t>
        <w:br/>
        <w:t>&lt; закрившись курявою &gt; &lt; вихопилась тупокопитно&gt;&lt;br /&gt;</w:t>
        <w:br/>
        <w:t>&lt; вирвалась тупокопитно &gt; &lt;тупокопитно розігна [лась] &gt;&lt;br /&gt;</w:t>
        <w:br/>
        <w:t>вихопилась тупокопитно,&lt;br /&gt;</w:t>
        <w:br/>
        <w:t>&lt; плавно ходу применшивши &gt; &lt; раптом плавно ходу&lt;br /&gt;</w:t>
        <w:br/>
        <w:t>применшивши &gt;&lt;br /&gt;</w:t>
        <w:br/>
        <w:t>&lt;враз плавко ходи применшивши &gt;&lt;br /&gt;</w:t>
        <w:br/>
        <w:t>ходи враз плавко применшивши, вперлась колесами&lt;br /&gt;</w:t>
        <w:br/>
        <w:t>і &lt;коло&gt; близ нього стала.&lt;br /&gt;</w:t>
        <w:br/>
        <w:t>Пан &lt; [розтруджен] ий хоробами, смаркий та рудобривий&gt;&lt;br /&gt;</w:t>
        <w:br/>
        <w:t>Пан, хоробами [розтруджен] ий, придохлий, рудобривий,&lt;br /&gt;</w:t>
        <w:br/>
        <w:t>ласкаво виліз на повітря.&lt;br /&gt;</w:t>
        <w:br/>
        <w:t>Рука &lt; трусилася, як опирався &gt; трусилась, як спирався&lt;br /&gt;</w:t>
        <w:br/>
        <w:t>на карлючку,&lt;br /&gt;</w:t>
        <w:br/>
        <w:t>а другою, що в перснях,&lt;br /&gt;</w:t>
        <w:br/>
        <w:t>гнійні тімениці &lt;лиця одколупував&gt; на шиї&lt;br /&gt;</w:t>
        <w:br/>
        <w:t>&lt;за вухом &gt; розколупував,&lt;br /&gt;</w:t>
        <w:br/>
        <w:t>все &lt;гнойні очі хусточкою промочав&gt;.&lt;br /&gt;</w:t>
        <w:br/>
        <w:t>І падала &lt; луска &gt; лупа па його шатпу одіж,&lt;br /&gt;</w:t>
        <w:br/>
        <w:t>мов сніг сухий... &lt;нечастий...&gt;&lt;br /&gt;</w:t>
        <w:br/>
        <w:t>&lt; —А! Сковорода? &gt; — А! Пан Сковорода?&lt;br /&gt;</w:t>
        <w:br/>
        <w:t>Я радий, радий &lt;говорити &gt; говорити.&lt;br /&gt;</w:t>
        <w:br/>
        <w:t>Ну що ж: Матерія чи Дух?&lt;br /&gt;</w:t>
        <w:br/>
        <w:t>Матерію приємлю,&lt;br /&gt;</w:t>
        <w:br/>
        <w:t>але й Дух — ти розумієш? — &lt;непобідимий&gt;&lt;br /&gt;</w:t>
        <w:br/>
        <w:t>н-непереможний!&lt;br /&gt;</w:t>
        <w:br/>
        <w:t>&lt;Пане Сковородо!&gt; Пан Сковорода!&lt;br /&gt;</w:t>
        <w:br/>
        <w:t>&lt; після останньої вчораш [ньої] &gt; &lt; останньої розмови &gt;&lt;br /&gt;</w:t>
        <w:br/>
        <w:t>останнього разу ти надто гарячився,&lt;br /&gt;</w:t>
        <w:br/>
        <w:t>&lt;таж Дух не можна &gt; &lt;я довго думав &gt; &lt; подумай &gt;&lt;br /&gt;</w:t>
        <w:br/>
        <w:t>ти поміркуй:&lt;br /&gt;</w:t>
        <w:br/>
        <w:t>&lt;коли б ти знав, які моря,&gt;&lt;br /&gt;</w:t>
        <w:br/>
        <w:t>які безодні дух наш відкриває!1&lt;br /&gt;</w:t>
        <w:br/>
        <w:t>&lt;коли б ти знав&gt;&lt;br /&gt;</w:t>
        <w:br/>
        <w:t>&lt;коли б ти знав, які, о пан Сковорода, &gt;&lt;br /&gt;</w:t>
        <w:br/>
        <w:t>&lt;як легко носить пас, оберігає, &gt;&lt;br /&gt;</w:t>
        <w:br/>
        <w:t>&lt;яке майбутнє на[м]&lt;br /&gt;</w:t>
        <w:br/>
        <w:t>якую радість подає,&lt;br /&gt;</w:t>
        <w:br/>
        <w:t>в які простори нас заносить,&lt;br /&gt;</w:t>
        <w:br/>
        <w:t>показує майбуття золоте! &gt;&lt;br /&gt;</w:t>
        <w:br/>
        <w:t>&lt;яку він радість подає &gt;&lt;br /&gt;</w:t>
        <w:br/>
        <w:t>&lt;який рятунок подає &gt;&lt;br /&gt;</w:t>
        <w:br/>
        <w:t>&lt;якую радість, насолоду&lt;br /&gt;</w:t>
        <w:br/>
        <w:t>любов, &gt;&lt;br /&gt;</w:t>
        <w:br/>
        <w:t>яку нам радість,&lt;br /&gt;</w:t>
        <w:br/>
        <w:t>&lt;радіс[ть],&gt; любов,&lt;br /&gt;</w:t>
        <w:br/>
        <w:t>любов до брата, до людини &lt; навіває (подає) &gt;&lt;br /&gt;</w:t>
        <w:br/>
        <w:t>&lt;щоб&gt; &lt; Особливо тепер, коли Польща &gt; &lt;а надто&lt;br /&gt;</w:t>
        <w:br/>
        <w:t>тепер &gt;&lt;br /&gt;</w:t>
        <w:br/>
        <w:t>&lt;Та ще&gt; а надто &lt;ще&gt; тепер&lt;br /&gt;</w:t>
        <w:br/>
        <w:t>&lt;коли Польща для всього світу&lt;br /&gt;</w:t>
        <w:br/>
        <w:t>мов&gt;&lt;br /&gt;</w:t>
        <w:br/>
        <w:t>Коли Месія&lt;br /&gt;</w:t>
        <w:br/>
        <w:t>&lt; всьому світу &gt;&lt;br /&gt;</w:t>
        <w:br/>
        <w:t>&lt;од&gt; &lt;в&gt; з Польщи прийде.&lt;br /&gt;</w:t>
        <w:br/>
        <w:t>Я не поляк *,&lt;br /&gt;</w:t>
        <w:br/>
        <w:t>але я &lt;знаю&gt; масон і &lt;я&gt; знаю, що через нас&lt;br /&gt;</w:t>
        <w:br/>
        <w:t>&lt;с[вятий] &gt; *&lt;br /&gt;</w:t>
        <w:br/>
        <w:t>дух святий &lt;гово[рить]&gt; промовляє*.&lt;br /&gt;</w:t>
        <w:br/>
        <w:t>Рука трусилась, як &lt; спирався на&gt; переставляв&lt;br /&gt;</w:t>
        <w:br/>
        <w:t>карлючку *,&lt;br /&gt;</w:t>
        <w:br/>
        <w:t>а &lt;очі пуголовками&gt; пуголовки очей*&lt;br /&gt;</w:t>
        <w:br/>
        <w:t>&lt;в білках солодких бігали &gt; *&lt;br /&gt;</w:t>
        <w:br/>
        <w:t>в білках, порослих жилками, так солодко, так неприязно *&lt;br /&gt;</w:t>
        <w:br/>
        <w:t>бігали *.&lt;br /&gt;</w:t>
        <w:br/>
        <w:t>1 На берегах олівцем дописано: "А чого ці хлоп и?", "Сокра-&lt;br /&gt;</w:t>
        <w:br/>
        <w:t>не змагайся", "Держава —це я (Л{юдовік] XIV)".— Ред.&lt;br /&gt;</w:t>
        <w:br/>
        <w:t>Сковорода &lt; стояв і все ще&gt; все ще стояв і дививсь туди,&lt;br /&gt;</w:t>
        <w:br/>
        <w:t>де з вівцями &lt; Маринка &gt; Гафійка зникла.&lt;br /&gt;</w:t>
        <w:br/>
        <w:t>Вона &lt;щось про Марію &gt; про Генію щось знає?&lt;br /&gt;</w:t>
        <w:br/>
        <w:t>— Пане &lt;Сковородо!&gt; Фільозоп!&lt;br /&gt;</w:t>
        <w:br/>
        <w:t>&lt; (і про масонів ти сказав неправду) &gt;&lt;br /&gt;</w:t>
        <w:br/>
        <w:t>Сковорода здригнувсь &lt;— загруз бровою &gt; — і &lt;як&gt; мов *&lt;br /&gt;</w:t>
        <w:br/>
        <w:t>сокиру &lt; устромив &gt; очі в цього чорта устромив,*&lt;br /&gt;</w:t>
        <w:br/>
        <w:t>загруз бровою *.&lt;br /&gt;</w:t>
        <w:br/>
        <w:t>&lt;проше пана&gt; *&lt;br /&gt;</w:t>
        <w:br/>
        <w:t>&lt;А про масонів сказати забув *,&lt;br /&gt;</w:t>
        <w:br/>
        <w:t>забув &gt; *&lt;br /&gt;</w:t>
        <w:br/>
        <w:t>— Пане Сковорода, ах пане Сковорода!..&lt;br /&gt;</w:t>
        <w:br/>
        <w:t>Як</w:t>
      </w:r>
    </w:p>
    <w:p>
      <w:r>
        <w:br/>
        <w:t>&lt;І Генія сама десь тут?&gt;&lt;br /&gt;</w:t>
        <w:br/>
        <w:t>&lt;Знайти її, знайти, добути!&lt;br /&gt;</w:t>
        <w:br/>
        <w:t>Але...&gt;&lt;br /&gt;</w:t>
        <w:br/>
        <w:t>І сама Генія десь зараз мучиться&lt;br /&gt;</w:t>
        <w:br/>
        <w:t>у цього гада, у масона!&lt;br /&gt;</w:t>
        <w:br/>
        <w:t>&lt;Знайти її, знайти, визволить, добути! &gt;&lt;br /&gt;</w:t>
        <w:br/>
        <w:t>&lt; Сковорода здригнув &gt;&lt;br /&gt;</w:t>
        <w:br/>
        <w:t>Знайти її і визволить! знайти!&lt;br /&gt;</w:t>
        <w:br/>
        <w:t>Сковорода здригнув ("Плебеям тайну одкривать").&lt;br /&gt;</w:t>
        <w:br/>
        <w:t>Чи це йому причулось?</w:t>
      </w:r>
    </w:p>
    <w:p>
      <w:r>
        <w:br/>
        <w:t>(ЦДАМЛМ, ф. 464, оп. 1, № 1200, арк. 1, 3, 7, 9, 11 зв., 12, 12 зв.)</w:t>
      </w:r>
    </w:p>
    <w:p>
      <w:r>
        <w:br/>
        <w:t>[II. НАД ДНІПРОМ]</w:t>
      </w:r>
    </w:p>
    <w:p>
      <w:r>
        <w:br/>
        <w:t>Закричав біснуватий з сусідньої гори,&lt;br /&gt;</w:t>
        <w:br/>
        <w:t>&lt;як Прометей &gt; як Прометей&lt;br /&gt;</w:t>
        <w:br/>
        <w:t>&lt;як Прометей &gt;&lt;br /&gt;</w:t>
        <w:br/>
        <w:t>&lt;що знову наділи на нього ланцюги &gt;&lt;br /&gt;</w:t>
        <w:br/>
        <w:t>Це &lt;знов його взяли на цей ланцюг,&lt;br /&gt;</w:t>
        <w:br/>
        <w:t>мов ту собаку&gt; знову взяли його на ланцюги,&lt;br /&gt;</w:t>
        <w:br/>
        <w:t>&lt;як Прометея &gt;&lt;br /&gt;</w:t>
        <w:br/>
        <w:t>І він коло своєї землянки — он видно&lt;br /&gt;</w:t>
        <w:br/>
        <w:t>&lt;он видно&gt; божеволіє і рветься,&lt;br /&gt;</w:t>
        <w:br/>
        <w:t>руками небо &lt;[нерозб.]&gt; &lt;прокляте&gt; &lt;за основи&lt;br /&gt;</w:t>
        <w:br/>
        <w:t>потрясає &gt; &lt; —&lt;br /&gt;</w:t>
        <w:br/>
        <w:t>і не потрясе :&gt; Й ніяк не потрясе.&lt;br /&gt;</w:t>
        <w:br/>
        <w:t>Руками небо &lt; прокляте потрясає —&lt;br /&gt;</w:t>
        <w:br/>
        <w:t>і&gt; &lt;й не потрясе&gt; й ніяк не потрясе!&lt;br /&gt;</w:t>
        <w:br/>
        <w:t>Безсилий падає і плаче...&lt;br /&gt;</w:t>
        <w:br/>
        <w:t>А бог собі десь випив чарку&lt;br /&gt;</w:t>
        <w:br/>
        <w:t>&lt;і вивернувсь на небі&gt; &lt;і на небі вивернувсь,&lt;br /&gt;</w:t>
        <w:br/>
        <w:t>як на печі.&gt;&lt;br /&gt;</w:t>
        <w:br/>
        <w:t>&lt;Й чомусь посоловіло дивиться &gt;&lt;br /&gt;</w:t>
        <w:br/>
        <w:t>небо...&lt;br /&gt;</w:t>
        <w:br/>
        <w:t>&lt;А бог&gt; Там бог собі десь випив і лежить.&lt;br /&gt;</w:t>
        <w:br/>
        <w:t>&lt;Чи довго вже він так лежатиме? &gt;&lt;br /&gt;</w:t>
        <w:br/>
        <w:t>&lt;Хихоче&gt; до бусела, що в &lt;житі&gt; лузі,&lt;br /&gt;</w:t>
        <w:br/>
        <w:t>лиш інколи &lt; заграє на губах&lt;br /&gt;</w:t>
        <w:br/>
        <w:t>та все хихоче &gt;&lt;br /&gt;</w:t>
        <w:br/>
        <w:t>&lt; заграє на губах,—та все хихоче,&lt;br /&gt;</w:t>
        <w:br/>
        <w:t>хихоче, все хихоче... &gt;&lt;br /&gt;</w:t>
        <w:br/>
        <w:t>прибринькне чапко на губах,— та все хихоче,&lt;br /&gt;</w:t>
        <w:br/>
        <w:t>та все собі хихоче, все хихоче...&lt;br /&gt;</w:t>
        <w:br/>
        <w:t>&lt; Підійшли &gt; Кудлан &lt; заворчав &gt; загарчав;&lt;br /&gt;</w:t>
        <w:br/>
        <w:t>&lt;П[ідійшли]&gt; В торбинках&lt;br /&gt;</w:t>
        <w:br/>
        <w:t>надійшли якісь &lt; селяне &gt; подорожні,&lt;br /&gt;</w:t>
        <w:br/>
        <w:t>&lt; наблизилися до хреста&lt;br /&gt;</w:t>
        <w:br/>
        <w:t>і привітавшись злегка головою &gt;&lt;br /&gt;</w:t>
        <w:br/>
        <w:t>й хитнувши непривітно головою&lt;br /&gt;</w:t>
        <w:br/>
        <w:t>&lt;наблизились до хреста &gt; &lt;до хреста наблизились &gt;&lt;br /&gt;</w:t>
        <w:br/>
        <w:t>наблизились просто до хреста&lt;br /&gt;</w:t>
        <w:br/>
        <w:t>&lt; (не піднімаючи морди з землі, Кудлан на них *&lt;br /&gt;</w:t>
        <w:br/>
        <w:t>заворчав)&gt; *&lt;br /&gt;</w:t>
        <w:br/>
        <w:t>&lt;Зосереджено] &gt; Очима стежила Маринка,&lt;br /&gt;</w:t>
        <w:br/>
        <w:t>як &lt;р[уки]&gt; &lt; грубі &gt; &lt;ті руками водили&lt;br /&gt;</w:t>
        <w:br/>
        <w:t>по перехрестю &gt;&lt;br /&gt;</w:t>
        <w:br/>
        <w:t>&lt;ті водили руками по хресту &gt; &lt;ті руками по хресту&lt;br /&gt;</w:t>
        <w:br/>
        <w:t>водили &gt;&lt;br /&gt;</w:t>
        <w:br/>
        <w:t>ті руками водили по перехрестю.&lt;br /&gt;</w:t>
        <w:br/>
        <w:t>&lt; Очима стежила Марипка&gt;&lt;br /&gt;</w:t>
        <w:br/>
        <w:t>&lt;як ті грубими пучками обмацували — скільки дірок — на&lt;br /&gt;</w:t>
        <w:br/>
        <w:t>перехресті?&lt;br /&gt;</w:t>
        <w:br/>
        <w:t>скільки дірок &gt;&lt;br /&gt;</w:t>
        <w:br/>
        <w:t>як пучками обмацували, скільки дірок&lt;br /&gt;</w:t>
        <w:br/>
        <w:t>і чи нема &lt; об'яви якої?&gt; якої об'яви?&lt;br /&gt;</w:t>
        <w:br/>
        <w:t>Об'яву, &lt; видно було,&gt; ось видно, дощ ізмив,&lt;br /&gt;</w:t>
        <w:br/>
        <w:t>а дірок було стільки,&lt;br /&gt;</w:t>
        <w:br/>
        <w:t>що й хай йому чорт, щоб ще й до сього пана в ярмо&lt;br /&gt;</w:t>
        <w:br/>
        <w:t>&lt;іти!&gt; &lt;лізти! &gt; 1&lt;br /&gt;</w:t>
        <w:br/>
        <w:t>Одна ось дірка тут,&lt;br /&gt;</w:t>
        <w:br/>
        <w:t>&lt;а там аж дві&gt; &lt; чогось аж ізбоку&gt; &lt;а там чогось&lt;br /&gt;</w:t>
        <w:br/>
        <w:t>аж дві&gt;&lt;br /&gt;</w:t>
        <w:br/>
        <w:t>&lt;а там ще чогось аж дві&gt;&lt;br /&gt;</w:t>
        <w:br/>
        <w:t>а дві аж там чогось ізбоку,*&lt;br /&gt;</w:t>
        <w:br/>
        <w:t>&lt;обманом все, обманом! &gt;&lt;br /&gt;</w:t>
        <w:br/>
        <w:t>&lt;У підсусідках вікувать? &gt;&lt;br /&gt;</w:t>
        <w:br/>
        <w:t>&lt;Чи не [так?]&gt; &lt;А що, хіба не так?&gt;&lt;br /&gt;</w:t>
        <w:br/>
        <w:t>А що, пане, хіба не так? пане?&lt;br /&gt;</w:t>
        <w:br/>
        <w:t>Стенув плечима Сковорода: &lt;я не пан&gt; &lt;та я не пан&gt;&lt;br /&gt;</w:t>
        <w:br/>
        <w:t>я ж не пан.&lt;br /&gt;</w:t>
        <w:br/>
        <w:t>&lt;й не був ізроду паном &gt;&lt;br /&gt;</w:t>
        <w:br/>
        <w:t>&lt;А&gt; Ну, дак од пана, &lt;б[о] &gt;&lt;br /&gt;</w:t>
        <w:br/>
        <w:t>бо чого ж &lt;ти тут сидиш &gt; ви тут сидите та ще&lt;br /&gt;</w:t>
        <w:br/>
        <w:t>й із дудкою?&lt;br /&gt;</w:t>
        <w:br/>
        <w:t>&lt;Ну да&gt; А втім, прощайте —&lt;br /&gt;</w:t>
        <w:br/>
        <w:t>Сковорода: та я ж не пан і не від пана.&lt;br /&gt;</w:t>
        <w:br/>
        <w:t>&lt;Я...&gt;&lt;br /&gt;</w:t>
        <w:br/>
        <w:t>Селяне: ну дак &lt; прощайте &gt; не переманите &lt;ви&gt; ж нас.&lt;br /&gt;</w:t>
        <w:br/>
        <w:t>Шарнемо ще десь, &lt;бувайте!&gt; бувайте здорові!&lt;br /&gt;</w:t>
        <w:br/>
        <w:t>Не переманите.&lt;br /&gt;</w:t>
        <w:br/>
        <w:t>&lt;І пішли, пішли&lt;br /&gt;</w:t>
        <w:br/>
        <w:t>в торбинках&gt;&lt;br /&gt;</w:t>
        <w:br/>
        <w:t>І пішли, пішли&lt;br /&gt;</w:t>
        <w:br/>
        <w:t>&lt;й не&gt; &lt;ще й озирнулись &gt;&lt;br /&gt;</w:t>
        <w:br/>
        <w:t>І один із них &lt;до рота ціпок &gt; на ціпок заграв,&lt;br /&gt;</w:t>
        <w:br/>
        <w:t>як на дудку,&lt;br /&gt;</w:t>
        <w:br/>
        <w:t>&lt;а інші засміялись &gt; &lt;а інші озирнулись &gt;&lt;br /&gt;</w:t>
        <w:br/>
        <w:t>&lt;на Сковороду озирнулись &gt;&lt;br /&gt;</w:t>
        <w:br/>
        <w:t>&lt;і озирнувшись &gt; і озирнувсь на Сковороду,&lt;br /&gt;</w:t>
        <w:br/>
        <w:t>а інші засміялись.&lt;br /&gt;</w:t>
        <w:br/>
        <w:t>Сковорода: Уночі? *&lt;br /&gt;</w:t>
        <w:br/>
        <w:t>Суслик перебіг дорогу.</w:t>
      </w:r>
    </w:p>
    <w:p>
      <w:r>
        <w:br/>
        <w:t>&lt;— Це такі ж, як і ми,—не одриваючи очей&lt;br /&gt;</w:t>
        <w:br/>
        <w:t>1 Далі дописані і виведені олівцем за межі даного тексту сло-&lt;br /&gt;</w:t>
        <w:br/>
        <w:t>ва: "Примастками балакав".— Ред.&lt;br /&gt;</w:t>
        <w:br/>
        <w:t>од подорожніх &gt;&lt;br /&gt;</w:t>
        <w:br/>
        <w:t>— Такі ж бідораги, як і ми,— все це, не одриваючи очей&lt;br /&gt;</w:t>
        <w:br/>
        <w:t>од подорожніх, журно промовила Маринка.</w:t>
      </w:r>
    </w:p>
    <w:p>
      <w:r>
        <w:br/>
        <w:t>(ЦДАМЛМ, ф. 464, оп. і, М 1200, арк. 8, 8 зв.)</w:t>
      </w:r>
    </w:p>
    <w:p>
      <w:r>
        <w:br/>
        <w:t>[III. НАД ДНІПРОМ]&lt;br /&gt;</w:t>
        <w:br/>
        <w:t>[. •]&lt;br /&gt;</w:t>
        <w:br/>
        <w:t>Слухаючи Сковорода цю відповідь,&lt;br /&gt;</w:t>
        <w:br/>
        <w:t>стенаеться&lt;br /&gt;</w:t>
        <w:br/>
        <w:t>і йде туди, де насхиль на шляху&lt;br /&gt;</w:t>
        <w:br/>
        <w:t>збіднивсь високий,&lt;br /&gt;</w:t>
        <w:br/>
        <w:t>косоокий, як панська совість, абияк збитий хрест.&lt;br /&gt;</w:t>
        <w:br/>
        <w:t>&lt;А соняшник схиливсь &gt; &lt;на&gt; &lt;у другий [бік] &gt;&lt;br /&gt;</w:t>
        <w:br/>
        <w:t>&lt;І тут же самотний&gt;&lt;br /&gt;</w:t>
        <w:br/>
        <w:t>І тут же &lt;самотний соняшник &gt; соняшник самотний&lt;br /&gt;</w:t>
        <w:br/>
        <w:t>&lt; схиливсь у другий бік&gt;.&lt;br /&gt;</w:t>
        <w:br/>
        <w:t>Сяде по-турецьки, як дитя,&lt;br /&gt;</w:t>
        <w:br/>
        <w:t>ізнов про цундру починає, &lt; —&gt;&lt;br /&gt;</w:t>
        <w:br/>
        <w:t>очі заплющені,&lt;br /&gt;</w:t>
        <w:br/>
        <w:t>хитається в ритм —&lt;br /&gt;</w:t>
        <w:br/>
        <w:t>&lt;А над ним соняшник *&lt;br /&gt;</w:t>
        <w:br/>
        <w:t>хитається в ритм&gt; *&lt;br /&gt;</w:t>
        <w:br/>
        <w:t>&lt; Пурхнув горобець па соняшник &gt;&lt;br /&gt;</w:t>
        <w:br/>
        <w:t>&lt; черкнувсь горобець про літаючий &gt; &lt; черкнувсь криль [ми]&lt;br /&gt;</w:t>
        <w:br/>
        <w:t>горобець пролітаючий&gt;&lt;br /&gt;</w:t>
        <w:br/>
        <w:t>&lt; Злетів на соняшник горобець &gt; &lt;Сів на соняшник&lt;br /&gt;</w:t>
        <w:br/>
        <w:t>горобець&lt;br /&gt;</w:t>
        <w:br/>
        <w:t>і з ним хитається в ритм&gt;&lt;br /&gt;</w:t>
        <w:br/>
        <w:t>Пурхнув горобець повз соняшник —&lt;br /&gt;</w:t>
        <w:br/>
        <w:t>і той хитається в ритм 1.&lt;br /&gt;</w:t>
        <w:br/>
        <w:t>&lt;Гнофті се автон!&gt;&lt;br /&gt;</w:t>
        <w:br/>
        <w:t>Тень до танцю цундри —&lt;br /&gt;</w:t>
        <w:br/>
        <w:t>Yva)Ol аеаутоу! *&lt;br /&gt;</w:t>
        <w:br/>
        <w:t>&lt;А&gt; &lt;І над ним соняшник *&lt;br /&gt;</w:t>
        <w:br/>
        <w:t>хитається в ритм—&gt; *&lt;br /&gt;</w:t>
        <w:br/>
        <w:t>1 Просто по словах "хитається в ритм" пізніше написано олів-&lt;br /&gt;</w:t>
        <w:br/>
        <w:t>цем: "при долині &lt;соняшник&gt;".— Ред.&lt;br /&gt;</w:t>
        <w:br/>
        <w:t>&lt;Жовтоязикий со[пяшник] &gt; &lt;з горобцем на щоках&gt;&lt;br /&gt;</w:t>
        <w:br/>
        <w:t>&lt;Жовтоя[зпкий] &gt; &lt;Широкопро[мінн]ий&gt; &lt; соняшник &gt;&lt;br /&gt;</w:t>
        <w:br/>
        <w:t>&lt; Злякався, пурхнув горобець &gt; &lt; Пурхнув собі горобець,&lt;br /&gt;</w:t>
        <w:br/>
        <w:t>а соняшник хитається в ритм.&gt;&lt;br /&gt;</w:t>
        <w:br/>
        <w:t>&lt; Метелик затанцював круг флейти &gt;&lt;br /&gt;</w:t>
        <w:br/>
        <w:t>Затанцював над флейтою метелик&lt;br /&gt;</w:t>
        <w:br/>
        <w:t>і полетів, &lt;об[трушуючи] &gt; &lt;на[трушуючи] &gt;&lt;br /&gt;</w:t>
        <w:br/>
        <w:t>розтрушуючи ритм...&lt;br /&gt;</w:t>
        <w:br/>
        <w:t>Цундра-голодранець&lt;br /&gt;</w:t>
        <w:br/>
        <w:t>голякам у тон,&lt;br /&gt;</w:t>
        <w:br/>
        <w:t>з голяками вічно&lt;br /&gt;</w:t>
        <w:br/>
        <w:t>YVG)'вч аеоитоу!&lt;br /&gt;</w:t>
        <w:br/>
        <w:t>&lt;Загавкав десь собака, овечки замекали,&lt;br /&gt;</w:t>
        <w:br/>
        <w:t>і тільки пуга ллясь! ллясь!&gt;&lt;br /&gt;</w:t>
        <w:br/>
        <w:t>Тень до танцю цундри!&lt;br /&gt;</w:t>
        <w:br/>
        <w:t>Твій запнуто світ?&lt;br /&gt;</w:t>
        <w:br/>
        <w:t>.]&lt;br /&gt;</w:t>
        <w:br/>
        <w:t>Чаль до бунту цундри,&lt;br /&gt;</w:t>
        <w:br/>
        <w:t>до бідноти чаль!&lt;br /&gt;</w:t>
        <w:br/>
        <w:t>Загавкав десь собака, овечки замекали,&lt;br /&gt;</w:t>
        <w:br/>
        <w:t>і тільки пуга ллясь! ллясь!&lt;br /&gt;</w:t>
        <w:br/>
        <w:t>Грає, грає Сковорода,&lt;br /&gt;</w:t>
        <w:br/>
        <w:t>а день вже хмариться назад,&lt;br /&gt;</w:t>
        <w:br/>
        <w:t>і якось &lt; хилиться &gt; &lt; повниться &gt; хилиться, як колос,—&lt;br /&gt;</w:t>
        <w:br/>
        <w:t>в землю.&lt;br /&gt;</w:t>
        <w:br/>
        <w:t>Іде отара од води.&lt;br /&gt;</w:t>
        <w:br/>
        <w:t>І дівчина-пастушка послухать зупинилась.&lt;br /&gt;</w:t>
        <w:br/>
        <w:t>Чернець — подумала — а не чернець:&lt;br /&gt;</w:t>
        <w:br/>
        <w:t>. ... .]&lt;br /&gt;</w:t>
        <w:br/>
        <w:t>— Геніє!.. Ти?&lt;br /&gt;</w:t>
        <w:br/>
        <w:t>&lt; Волошка на роті, як синя зірка&lt;br /&gt;</w:t>
        <w:br/>
        <w:t>і юна пазуха &gt; &lt;і крізь сорочку груди &gt;&lt;br /&gt;</w:t>
        <w:br/>
        <w:t>— Е ні, зовуть Гафійкою.&lt;br /&gt;</w:t>
        <w:br/>
        <w:t>(Волошка випала із рота)&lt;br /&gt;</w:t>
        <w:br/>
        <w:t>А почім ви мене знаєте?&lt;br /&gt;</w:t>
        <w:br/>
        <w:t>&lt;і наставила вушка, і схилила хитро голівку.&lt;br /&gt;</w:t>
        <w:br/>
        <w:t>Це ж як&gt;&lt;br /&gt;</w:t>
        <w:br/>
        <w:t>(З-під самих піг Кудлан десь уродився&lt;br /&gt;</w:t>
        <w:br/>
        <w:t>і з виском став качаться).&lt;br /&gt;</w:t>
        <w:br/>
        <w:t>— Геніє, Гафійко...— без ліку повторяв,&lt;br /&gt;</w:t>
        <w:br/>
        <w:t>і брав її за руки, і дивився&lt;br /&gt;</w:t>
        <w:br/>
        <w:t>довго-довго.&lt;br /&gt;</w:t>
        <w:br/>
        <w:t>Такії очі були&lt;br /&gt;</w:t>
        <w:br/>
        <w:t>у його учениці у Генії,&lt;br /&gt;</w:t>
        <w:br/>
        <w:t>коли в знайомого він жив на пасіці.&lt;br /&gt;</w:t>
        <w:br/>
        <w:t>Вже стільки літ пройшло,&lt;br /&gt;</w:t>
        <w:br/>
        <w:t>а він забуть не може&lt;br /&gt;</w:t>
        <w:br/>
        <w:t>її ласкавість і красу&lt;br /&gt;</w:t>
        <w:br/>
        <w:t>і повнолітній голос.&lt;br /&gt;</w:t>
        <w:br/>
        <w:t>— Геніе, Гафійко!..— без ліку повторяв.—&lt;br /&gt;</w:t>
        <w:br/>
        <w:t>Сядь сюди. &lt;Оце таке в&gt; &lt;Ой, які ж у тебе чорні очі, а&lt;br /&gt;</w:t>
        <w:br/>
        <w:t>я думав — сипі.&gt; А це &lt;у тебе й намисто? &gt; 1&lt;br /&gt;</w:t>
        <w:br/>
        <w:t>&lt;Так ти й вродлива? &gt;&lt;br /&gt;</w:t>
        <w:br/>
        <w:t>(Кудлан &lt; зівнув, як лев, і заспокоївся &gt; &lt;оббігав усе,&lt;br /&gt;</w:t>
        <w:br/>
        <w:t>обнюхав&lt;br /&gt;</w:t>
        <w:br/>
        <w:t>і під соняшником став мочиться — ти! п-шов!) &gt;&lt;br /&gt;</w:t>
        <w:br/>
        <w:t>обтрусившись, &lt; пооббігав усе, обнюхав&lt;br /&gt;</w:t>
        <w:br/>
        <w:t>і під соняшник помочився) &gt;&lt;br /&gt;</w:t>
        <w:br/>
        <w:t>&lt;А&gt; глянь!&lt;br /&gt;</w:t>
        <w:br/>
        <w:t>&lt;Бач, і вії&gt; У тебе ж вії на кінцях, мов морозом хто&lt;br /&gt;</w:t>
        <w:br/>
        <w:t>обхукав!&lt;br /&gt;</w:t>
        <w:br/>
        <w:t>&lt; Чебрець запах, як шепіт &gt;&lt;br /&gt;</w:t>
        <w:br/>
        <w:t>&lt; Далеко із-під бриля дід придивлявся, як дрохва &gt;&lt;br /&gt;</w:t>
        <w:br/>
        <w:t>&lt;В яру із-під бриля дід придивлявся, як дрохва &gt;&lt;br /&gt;</w:t>
        <w:br/>
        <w:t>&lt; Дід спідбрилля придивлявся, як дрохва &gt;&lt;br /&gt;</w:t>
        <w:br/>
        <w:t>&lt;Чебрець запах, як шепіт&gt; (&lt;В яру дід&gt; Дід із-під бриля&lt;br /&gt;</w:t>
        <w:br/>
        <w:t>&lt; роздивлявся на хмари &gt; дивився па хмари.&lt;br /&gt;</w:t>
        <w:br/>
        <w:t>Чебрець запах, як шепіт).&lt;br /&gt;</w:t>
        <w:br/>
        <w:t>Гафійка сіла.&lt;br /&gt;</w:t>
        <w:br/>
        <w:t>Спідничкою закрила ноги.&lt;br /&gt;</w:t>
        <w:br/>
        <w:t>В долоні всю голівку узяла,&lt;br /&gt;</w:t>
        <w:br/>
        <w:t>говорить:&lt;br /&gt;</w:t>
        <w:br/>
        <w:t>— Хіба це не 'днаково чиї?&lt;br /&gt;</w:t>
        <w:br/>
        <w:t>&lt;кинула&gt; 2</w:t>
      </w:r>
    </w:p>
    <w:p>
      <w:r>
        <w:br/>
        <w:t>[Колись я думала, що можна жить працю] ючи,&lt;br /&gt;</w:t>
        <w:br/>
        <w:t>аби земля родила.&lt;br /&gt;</w:t>
        <w:br/>
        <w:t>Тепер — ні.&lt;br /&gt;</w:t>
        <w:br/>
        <w:t>1 Між закресленими словами пізніше дописано олівцем: " У те-&lt;br /&gt;</w:t>
        <w:br/>
        <w:t>бе очі сині".— Ред.&lt;br /&gt;</w:t>
        <w:br/>
        <w:t>2 Напроти дописано олівцем: "долоні, як сум життя".— Ред.&lt;br /&gt;</w:t>
        <w:br/>
        <w:t>Бо батько й мати горби понаробляли,&lt;br /&gt;</w:t>
        <w:br/>
        <w:t>а все панові, бодай йому не дихать!&lt;br /&gt;</w:t>
        <w:br/>
        <w:t>Ми од Томари. З Коврая.&lt;br /&gt;</w:t>
        <w:br/>
        <w:t>До цього ось шолудивого перебігли.&lt;br /&gt;</w:t>
        <w:br/>
        <w:t>...Парки, доріжки, квітники,&lt;br /&gt;</w:t>
        <w:br/>
        <w:t>а нам і квасолинки нігде посадити!&lt;br /&gt;</w:t>
        <w:br/>
        <w:t>Там були у підсусідках,&lt;br /&gt;</w:t>
        <w:br/>
        <w:t>шару юшку їли,&lt;br /&gt;</w:t>
        <w:br/>
        <w:t>а тут, то й зовсім крепаки.&lt;br /&gt;</w:t>
        <w:br/>
        <w:t>О, багато цей пан кого з нас обдурив,&lt;br /&gt;</w:t>
        <w:br/>
        <w:t>переманюючи.&lt;br /&gt;</w:t>
        <w:br/>
        <w:t>Прийдеться знов і від цього тікать.&lt;br /&gt;</w:t>
        <w:br/>
        <w:t>Та й чи ялося людям отаке робить?&lt;br /&gt;</w:t>
        <w:br/>
        <w:t>&lt;Нема цвіту червоного,&lt;br /&gt;</w:t>
        <w:br/>
        <w:t>нема роду рідного,&lt;br /&gt;</w:t>
        <w:br/>
        <w:t>нема цвіту над маківку,&lt;br /&gt;</w:t>
        <w:br/>
        <w:t>нема ріднішого над матінку. &gt;&lt;br /&gt;</w:t>
        <w:br/>
        <w:t>&lt; (курликали у небі журавлі,&lt;br /&gt;</w:t>
        <w:br/>
        <w:t>затужила піснею й Гафійка:&lt;br /&gt;</w:t>
        <w:br/>
        <w:t>Ой у воду, воду&lt;br /&gt;</w:t>
        <w:br/>
        <w:t>хилилася,&lt;br /&gt;</w:t>
        <w:br/>
        <w:t>Червона калина&lt;br /&gt;</w:t>
        <w:br/>
        <w:t>журила [ся].&lt;br /&gt;</w:t>
        <w:br/>
        <w:t>Молода дівчина&lt;br /&gt;</w:t>
        <w:br/>
        <w:t>журилася.&lt;br /&gt;</w:t>
        <w:br/>
        <w:t>Як приїхав милий&lt;br /&gt;</w:t>
        <w:br/>
        <w:t>до могили&lt;br /&gt;</w:t>
        <w:br/>
        <w:t>Та прив'язав коня&lt;br /&gt;</w:t>
        <w:br/>
        <w:t>до калини,&lt;br /&gt;</w:t>
        <w:br/>
        <w:t>А сам принада&lt;br /&gt;</w:t>
        <w:br/>
        <w:t>до могили. &gt; 1&lt;br /&gt;</w:t>
        <w:br/>
        <w:t>&lt;(&gt; За городищем, туди од боку, над нивою, над&lt;br /&gt;</w:t>
        <w:br/>
        <w:t>колосом, що з перебіжним блеском вітер його вилизував&lt;br /&gt;</w:t>
        <w:br/>
        <w:t>і кошлав, хилила спину друга нива. І так тужно серпи&lt;br /&gt;</w:t>
        <w:br/>
        <w:t>ряхтіли в житі. А їм пригукував&lt;br /&gt;</w:t>
        <w:br/>
        <w:t>підгінчий з нагаєм &lt;) &gt; *.&lt;br /&gt;</w:t>
        <w:br/>
        <w:t>Ще більш голівку заховала,&lt;br /&gt;</w:t>
        <w:br/>
        <w:t>щоб &lt;сліз&gt; &lt;суму&gt; не видно,&lt;br /&gt;</w:t>
        <w:br/>
        <w:t>&lt; (курликали в небі журавлі) &gt;&lt;br /&gt;</w:t>
        <w:br/>
        <w:t>&lt;А сльози, сльози, як слова!&gt; А сльози, сльози, як слова!&lt;br /&gt;</w:t>
        <w:br/>
        <w:t>— Одна&lt;br /&gt;</w:t>
        <w:br/>
        <w:t>пішла я раз у панський двір.&lt;br /&gt;</w:t>
        <w:br/>
        <w:t>1 Зверху над текстом пісні написано: "Пісня" — двічі підкрес-&lt;br /&gt;</w:t>
        <w:br/>
        <w:t>лено й обведено з усіх боків, а напроти на берегах рукопису напи-&lt;br /&gt;</w:t>
        <w:br/>
        <w:t>сано: "&lt;взяла у рот коралове намисто і&gt; &lt;стримувалась&gt; &lt;гір-&lt;br /&gt;</w:t>
        <w:br/>
        <w:t>ко хмурилась&gt;".— Ред.&lt;br /&gt;</w:t>
        <w:br/>
        <w:t>2 Збоку дописано олівцем: "&lt;Сер&gt; сцена IV (Генія на ни-&lt;br /&gt;</w:t>
        <w:br/>
        <w:t>ві)".— Ред.&lt;br /&gt;</w:t>
        <w:br/>
        <w:t>А пан на ніч сказав мені зостатись,&lt;br /&gt;</w:t>
        <w:br/>
        <w:t>нуждав ножем і мордував —&lt;br /&gt;</w:t>
        <w:br/>
        <w:t>та не далася я,&lt;br /&gt;</w:t>
        <w:br/>
        <w:t>втекла!&lt;br /&gt;</w:t>
        <w:br/>
        <w:t>Тепер якусь привіз собі Огеню,&lt;br /&gt;</w:t>
        <w:br/>
        <w:t>і нас немовби не чіпає.&lt;br /&gt;</w:t>
        <w:br/>
        <w:t>Сковорода: Генію? ти кажеш: Генію?&lt;br /&gt;</w:t>
        <w:br/>
        <w:t>Закричав біснуватий з сусідньої гори,&lt;br /&gt;</w:t>
        <w:br/>
        <w:t>як Прометей.&lt;br /&gt;</w:t>
        <w:br/>
        <w:t>Це знов його взяли на ланцюги,&lt;br /&gt;</w:t>
        <w:br/>
        <w:t>і він коло своєї землянки —— он видно —&lt;br /&gt;</w:t>
        <w:br/>
        <w:t>божеволіє і рветься,&lt;br /&gt;</w:t>
        <w:br/>
        <w:t>руками небо потрясає&lt;br /&gt;</w:t>
        <w:br/>
        <w:t>й не потрясе.&lt;br /&gt;</w:t>
        <w:br/>
        <w:t>Руками небо оте прокляте потрясає&lt;br /&gt;</w:t>
        <w:br/>
        <w:t>й ніяк не потрясе! 1&lt;br /&gt;</w:t>
        <w:br/>
        <w:t>Безсилий падає і плаче *.&lt;br /&gt;</w:t>
        <w:br/>
        <w:t>А небо —&lt;br /&gt;</w:t>
        <w:br/>
        <w:t>&lt;там бог собі десь випив і лежить. &gt;&lt;br /&gt;</w:t>
        <w:br/>
        <w:t>&lt;Там хмара блакиті впилася &gt; *&lt;br /&gt;</w:t>
        <w:br/>
        <w:t>п'яна хмара &lt;вона&gt; &lt;десь випила й лежить. &gt;&lt;br /&gt;</w:t>
        <w:br/>
        <w:t>Там п'яна хмара лежить собі, задерши ногу, і пливе.&lt;br /&gt;</w:t>
        <w:br/>
        <w:t>Лиш інколи до бусела, що в лузі, пробринькне чапко&lt;br /&gt;</w:t>
        <w:br/>
        <w:t>на губах —— та все хихоче, все хихоче...2&lt;br /&gt;</w:t>
        <w:br/>
        <w:t>— Ну от, такий і приділ тут наш.&lt;br /&gt;</w:t>
        <w:br/>
        <w:t>Ми плачем. Цей кричить. А той он хрестить.&lt;br /&gt;</w:t>
        <w:br/>
        <w:t>Усі як біснуваті.&lt;br /&gt;</w:t>
        <w:br/>
        <w:t>І задивилася туди кудись, &lt;у придолинок па підгір'я, &gt;&lt;br /&gt;</w:t>
        <w:br/>
        <w:t>де справді перед печерою своєю схимник Досифей,&lt;br /&gt;</w:t>
        <w:br/>
        <w:t>&lt; задерши голову, на кождий викрик&lt;br /&gt;</w:t>
        <w:br/>
        <w:t>одмахувавсь од крику, що згори. &gt;&lt;br /&gt;</w:t>
        <w:br/>
        <w:t>&lt; гнівавшись &gt; на кождий викрик біснуватого&lt;br /&gt;</w:t>
        <w:br/>
        <w:t>&lt; махав на крик руками й стохрестив [сь] &gt; *&lt;br /&gt;</w:t>
        <w:br/>
        <w:t>&lt;на кождий викрик &gt; &lt; погрожуючи головою &gt; на кождий&lt;br /&gt;</w:t>
        <w:br/>
        <w:t>викрик біснуватого,&lt;br /&gt;</w:t>
        <w:br/>
        <w:t>аж &lt;кидав кулаками&gt; кидав угору кулаками*&lt;br /&gt;</w:t>
        <w:br/>
        <w:t>і тут же похапцем *&lt;br /&gt;</w:t>
        <w:br/>
        <w:t>&lt;в усі&gt; &lt;всі&gt; усі &lt; кущики &gt; місця круг себе&lt;br /&gt;</w:t>
        <w:br/>
        <w:t>стохрестив *.&lt;br /&gt;</w:t>
        <w:br/>
        <w:t>&lt;усі місця хрестив &gt;&lt;br /&gt;</w:t>
        <w:br/>
        <w:t>&lt; Та що ж робить? Як получиш горе&gt; &lt;то&gt;&lt;br /&gt;</w:t>
        <w:br/>
        <w:t>1 Нотатка олівцем на берегах: "До ІІ-гої частини: див. "Кан-&lt;br /&gt;</w:t>
        <w:br/>
        <w:t>ДІД", ст. XXIII, наступає революція".— Ред.&lt;br /&gt;</w:t>
        <w:br/>
        <w:t>2 Нотатка олівцем збоку: "поклади вугілля".— Ред.&lt;br /&gt;</w:t>
        <w:br/>
        <w:t>&lt;—буде й добро.&gt;&lt;br /&gt;</w:t>
        <w:br/>
        <w:t>На руку Гафійчпну упала натомлена бджола *.&lt;br /&gt;</w:t>
        <w:br/>
        <w:t>Маленьку долоню розправила Гафійка, долоню молоду *,&lt;br /&gt;</w:t>
        <w:br/>
        <w:t>але &lt;вже поритую &gt; вже пописану-поритую шляхами&lt;br /&gt;</w:t>
        <w:br/>
        <w:t>та дорогами *,&lt;br /&gt;</w:t>
        <w:br/>
        <w:t>долоню, як сум життя *,&lt;br /&gt;</w:t>
        <w:br/>
        <w:t>і перевертала руку, поки бджола, облазивши кругом *&lt;br /&gt;</w:t>
        <w:br/>
        <w:t>усієї руки *,&lt;br /&gt;</w:t>
        <w:br/>
        <w:t>не знялась і не полетіла *.&lt;br /&gt;</w:t>
        <w:br/>
        <w:t>В торбинках&lt;br /&gt;</w:t>
        <w:br/>
        <w:t>надійшли селяне.&lt;br /&gt;</w:t>
        <w:br/>
        <w:t>Непривітно хитнувши головою,&lt;br /&gt;</w:t>
        <w:br/>
        <w:t>пучками стали водить &lt;по перехрестю &gt; по хресту,&lt;br /&gt;</w:t>
        <w:br/>
        <w:t>по перехрестю:&lt;br /&gt;</w:t>
        <w:br/>
        <w:t>скільки дірок?&lt;br /&gt;</w:t>
        <w:br/>
        <w:t>і чи нема якої об'яви?&lt;br /&gt;</w:t>
        <w:br/>
        <w:t>[• .]&lt;br /&gt;</w:t>
        <w:br/>
        <w:t>Гафійка радісно до них:&lt;br /&gt;</w:t>
        <w:br/>
        <w:t>а звідки ви? люди?&lt;br /&gt;</w:t>
        <w:br/>
        <w:t>&lt;Сковорода: утікачі?&gt; Сковорода (до них): утікачі?&lt;br /&gt;</w:t>
        <w:br/>
        <w:t>Селяни хмуро озирнулись:&lt;br /&gt;</w:t>
        <w:br/>
        <w:t>а що як &lt;і&gt; втікачі?&lt;br /&gt;</w:t>
        <w:br/>
        <w:t>Один з них прикро підійшов&lt;br /&gt;</w:t>
        <w:br/>
        <w:t>і, накарячки сівши,&lt;br /&gt;</w:t>
        <w:br/>
        <w:t>зневажливо крізь зуби чвіркнув:&lt;br /&gt;</w:t>
        <w:br/>
        <w:t>тобі, пане, хіба не все-одно? 1&lt;br /&gt;</w:t>
        <w:br/>
        <w:t>— Та я не пан.&lt;br /&gt;</w:t>
        <w:br/>
        <w:t>— Ну дак од пана.&lt;br /&gt;</w:t>
        <w:br/>
        <w:t>&lt; (у кишені всього багато, тільки батька нема) &gt;&lt;br /&gt;</w:t>
        <w:br/>
        <w:t>&lt;Або ж&gt; Чи мо' такий, як і ми: блощичного роду.&lt;br /&gt;</w:t>
        <w:br/>
        <w:t>Бач, із дудкою його тут посадили,&lt;br /&gt;</w:t>
        <w:br/>
        <w:t>щоб переманював народ.&lt;br /&gt;</w:t>
        <w:br/>
        <w:t>Скажи &lt;по правді &gt;,&lt;br /&gt;</w:t>
        <w:br/>
        <w:t>чи й &lt;тут&gt; у вас таке, як за Десною:&lt;br /&gt;</w:t>
        <w:br/>
        <w:t>&lt;4&gt; 2 дні на &lt;пана&gt;, 60 коп. поголовпого, та 50 &lt;коп&gt;&lt;br /&gt;</w:t>
        <w:br/>
        <w:t>за землю,&lt;br /&gt;</w:t>
        <w:br/>
        <w:t>1 Пізніше напроти цього місця на берегах рукопису дописано&lt;br /&gt;</w:t>
        <w:br/>
        <w:t>олівцем:&lt;br /&gt;</w:t>
        <w:br/>
        <w:t>"Як святий Денис&lt;br /&gt;</w:t>
        <w:br/>
        <w:t>свою голову ніс",— Ред.&lt;br /&gt;</w:t>
        <w:br/>
        <w:t>&lt;2&gt; та 2 коп. на пошту,&lt;br /&gt;</w:t>
        <w:br/>
        <w:t>та ще &lt;копійку&gt; на теє як його...&lt;br /&gt;</w:t>
        <w:br/>
        <w:t>Сковорода й собі на нього подивився.&lt;br /&gt;</w:t>
        <w:br/>
        <w:t>&lt;на його подзьобане обличчя&lt;br /&gt;</w:t>
        <w:br/>
        <w:t>та його усмішку колючу &gt;&lt;br /&gt;</w:t>
        <w:br/>
        <w:t>&lt;ще й гордий ніс, подзьобане обличчя.&lt;br /&gt;</w:t>
        <w:br/>
        <w:t>Колючі брови просто&lt;br /&gt;</w:t>
        <w:br/>
        <w:t>Гордий ніс. Подзьобане обличчя.&lt;br /&gt;</w:t>
        <w:br/>
        <w:t>Колючі брови. Усмішка колюча.&lt;br /&gt;</w:t>
        <w:br/>
        <w:t>&lt;ному здалось, що голос цей він чув,&gt;&lt;br /&gt;</w:t>
        <w:br/>
        <w:t>&lt;він чув, чув десь,&lt;br /&gt;</w:t>
        <w:br/>
        <w:t>але не може пригадати &gt;&lt;br /&gt;</w:t>
        <w:br/>
        <w:t>&lt;але не знає: де й коли?&gt;&lt;br /&gt;</w:t>
        <w:br/>
        <w:t>&lt; Подобався йому віп&gt;&lt;br /&gt;</w:t>
        <w:br/>
        <w:t>&lt; Відчув розум і волю&gt; &lt; Відчув у ньому розум і волю,&lt;br /&gt;</w:t>
        <w:br/>
        <w:t>відчув любов велику до людини. &gt;&lt;br /&gt;</w:t>
        <w:br/>
        <w:t>&lt;Воля і розум світились в очах&gt; Воля світилась в очах&lt;br /&gt;</w:t>
        <w:br/>
        <w:t>і розум.&lt;br /&gt;</w:t>
        <w:br/>
        <w:t>&lt;і тому стежив за ним, милувався. &gt;&lt;br /&gt;</w:t>
        <w:br/>
        <w:t>А ще й ненависть велика.&lt;br /&gt;</w:t>
        <w:br/>
        <w:t>Подзьобане обличчя&lt;br /&gt;</w:t>
        <w:br/>
        <w:t>взяло Сковородину &lt;дудку&gt; флейту&lt;br /&gt;</w:t>
        <w:br/>
        <w:t>і, держачи її в тісних руках, як &lt;заступ&gt; того ціпа *,&lt;br /&gt;</w:t>
        <w:br/>
        <w:t>&lt;що капицю йому зубами зав'язуєш &gt; *&lt;br /&gt;</w:t>
        <w:br/>
        <w:t>коли йому капицю зубами стягуєш *,&lt;br /&gt;</w:t>
        <w:br/>
        <w:t>і так пронизливо у неї &lt; свиснув &gt; свиснуло,&lt;br /&gt;</w:t>
        <w:br/>
        <w:t>що аж Кудлан &lt; схопивсь і&gt; схопився й загарчав.&lt;br /&gt;</w:t>
        <w:br/>
        <w:t>(ЦДАМЛМ, ф. 464, оп. і, N 1201, арк. 1—6)</w:t>
      </w:r>
    </w:p>
    <w:p>
      <w:r>
        <w:br/>
        <w:t>з Польши прийде&lt;br /&gt;</w:t>
        <w:br/>
        <w:t>Я не поляк. Зате ж &lt;я&gt; масон.&lt;br /&gt;</w:t>
        <w:br/>
        <w:t>І як масон я &lt;знаю й вірю&gt; &lt;вірю й знаю&gt; знаю&lt;br /&gt;</w:t>
        <w:br/>
        <w:t>й вірю...&lt;br /&gt;</w:t>
        <w:br/>
        <w:t>Але чи слід плебеям тайну одкривать?&lt;br /&gt;</w:t>
        <w:br/>
        <w:t>&lt;та й&gt; &lt; бидло ж ось стоїть селянське *,&lt;br /&gt;</w:t>
        <w:br/>
        <w:t>слухає &gt; *&lt;br /&gt;</w:t>
        <w:br/>
        <w:t>бидло ж ось селянське слуха.*&lt;br /&gt;</w:t>
        <w:br/>
        <w:t>До речі: *&lt;br /&gt;</w:t>
        <w:br/>
        <w:t>&lt;я вже подав &gt; &lt;хочу&gt; *&lt;br /&gt;</w:t>
        <w:br/>
        <w:t>&lt;я&gt; нарешті я вже змінив свою фамілію*&lt;br /&gt;</w:t>
        <w:br/>
        <w:t>&lt;Куріпка&gt; &lt;Блюдолиз&gt; із Блюдолиза*&lt;br /&gt;</w:t>
        <w:br/>
        <w:t>на *&lt;br /&gt;</w:t>
        <w:br/>
        <w:t>1 Напроти цього місця пізніше дописано: "хинський архіман-&lt;br /&gt;</w:t>
        <w:br/>
        <w:t>дрит Гервасій".— Ред.&lt;br /&gt;</w:t>
        <w:br/>
        <w:t>Шляхетний! *&lt;br /&gt;</w:t>
        <w:br/>
        <w:t>&lt; Рекомендуюсь: &gt; *&lt;br /&gt;</w:t>
        <w:br/>
        <w:t>це так мені зробить порадив *&lt;br /&gt;</w:t>
        <w:br/>
        <w:t>монастирський обер-офіцер *.&lt;br /&gt;</w:t>
        <w:br/>
        <w:t>Рекомендуюсь! — *&lt;br /&gt;</w:t>
        <w:br/>
        <w:t>...рука трусилась, як переставляв карлючку,&lt;br /&gt;</w:t>
        <w:br/>
        <w:t>а пуголовки очей&lt;br /&gt;</w:t>
        <w:br/>
        <w:t>в білках, порослих жилками,&lt;br /&gt;</w:t>
        <w:br/>
        <w:t>так солодко, так неприязно бігали.&lt;br /&gt;</w:t>
        <w:br/>
        <w:t>І падала лупа на його шатну одіж,&lt;br /&gt;</w:t>
        <w:br/>
        <w:t>мов сніг сухий...&lt;br /&gt;</w:t>
        <w:br/>
        <w:t>Сковорода все ще стояв і дивився туди,&lt;br /&gt;</w:t>
        <w:br/>
        <w:t>де 8 вівцями Гафійка зникла.&lt;br /&gt;</w:t>
        <w:br/>
        <w:t>Вона про Генію &lt; сказала? &gt; щось знає?&lt;br /&gt;</w:t>
        <w:br/>
        <w:t>І Генія десь тут? у цього гада, у масона,&lt;br /&gt;</w:t>
        <w:br/>
        <w:t>&lt;що зараз щось сказав таке&gt; що оце про тайну щось&lt;br /&gt;</w:t>
        <w:br/>
        <w:t>сказав?&lt;br /&gt;</w:t>
        <w:br/>
        <w:t>О ні, це не причулось!&lt;br /&gt;</w:t>
        <w:br/>
        <w:t>"Плебеям тайну одкривать".&lt;br /&gt;</w:t>
        <w:br/>
        <w:t>Сковорода &lt; обернувсь &gt; відразу обернувся *.&lt;br /&gt;</w:t>
        <w:br/>
        <w:t>Пан саме примастками з селянами балакав *.&lt;br /&gt;</w:t>
        <w:br/>
        <w:t>1 уговорював їх, і улещав *,&lt;br /&gt;</w:t>
        <w:br/>
        <w:t>аж поки не зірвавсь &lt;із голосу&gt; на сваркий тон і*&lt;br /&gt;</w:t>
        <w:br/>
        <w:t>не почав грозить *&lt;br /&gt;</w:t>
        <w:br/>
        <w:t>&lt;бо&gt; &lt;ви на моїй землі, і ви втікачі! *&lt;br /&gt;</w:t>
        <w:br/>
        <w:t>Я з вами&gt; *&lt;br /&gt;</w:t>
        <w:br/>
        <w:t>А одного (ей, пане, не дражнись) *&lt;br /&gt;</w:t>
        <w:br/>
        <w:t>карлючкою у груди ткнув, щоб шапку скинув *.&lt;br /&gt;</w:t>
        <w:br/>
        <w:t>Ей, пане, не дражнись! *&lt;br /&gt;</w:t>
        <w:br/>
        <w:t>Сковорода загруз бровою.&lt;br /&gt;</w:t>
        <w:br/>
        <w:t>Сковорода повернувсь.&lt;br /&gt;</w:t>
        <w:br/>
        <w:t>&lt;І мов&gt; Мов сокиру,&lt;br /&gt;</w:t>
        <w:br/>
        <w:t>очі в цього чорта устромив&lt;br /&gt;</w:t>
        <w:br/>
        <w:t>&lt;І&lt;br /&gt;</w:t>
        <w:br/>
        <w:t>наступав&gt;&lt;br /&gt;</w:t>
        <w:br/>
        <w:t>І (сам не &lt; знати &gt; знаючи чому)&lt;br /&gt;</w:t>
        <w:br/>
        <w:t>наступав,&lt;br /&gt;</w:t>
        <w:br/>
        <w:t>&lt;і&gt; наступав,&lt;br /&gt;</w:t>
        <w:br/>
        <w:t>як на ту жабу, наступав, що й роздушити гидко.&lt;br /&gt;</w:t>
        <w:br/>
        <w:t>&lt;Тьху, будь ти проклятий навіки! &gt;&lt;br /&gt;</w:t>
        <w:br/>
        <w:t>&lt; Закричав біснуватий з сусідньої гори,&lt;br /&gt;</w:t>
        <w:br/>
        <w:t>як Прометей.&lt;br /&gt;</w:t>
        <w:br/>
        <w:t>І впав масон, і закричав,&lt;br /&gt;</w:t>
        <w:br/>
        <w:t>рвонув&gt;&lt;br /&gt;</w:t>
        <w:br/>
        <w:t>Я бачу, ти промовен! *&lt;br /&gt;</w:t>
        <w:br/>
        <w:t>&lt;"Плебеям тайну одаривать?"?? *&lt;br /&gt;</w:t>
        <w:br/>
        <w:t>Генію нащо ж ти взяв мою? *&lt;br /&gt;</w:t>
        <w:br/>
        <w:t>Ануте, хлопці, його ззаду! &gt; *&lt;br /&gt;</w:t>
        <w:br/>
        <w:t>&lt;Гафійку, Генію нащо ти мучиш? &gt; &lt;Гафійку, Генію&lt;br /&gt;</w:t>
        <w:br/>
        <w:t>нащо ти *&lt;br /&gt;</w:t>
        <w:br/>
        <w:t>взяв мою?&gt; *&lt;br /&gt;</w:t>
        <w:br/>
        <w:t>І впав масон. Шарпнулись коні:&lt;br /&gt;</w:t>
        <w:br/>
        <w:t>карлючка &lt;ж бач одскочила&lt;br /&gt;</w:t>
        <w:br/>
        <w:t>і просто в підкову буланому черконула &gt;&lt;br /&gt;</w:t>
        <w:br/>
        <w:t>одскочила і просто в підкову &lt; буланого &gt;&lt;br /&gt;</w:t>
        <w:br/>
        <w:t>буланому черконула.&lt;br /&gt;</w:t>
        <w:br/>
        <w:t>Чергинькнув бусел на болоті&lt;br /&gt;</w:t>
        <w:br/>
        <w:t>й, заливаючись реготом, заклекотів.&lt;br /&gt;</w:t>
        <w:br/>
        <w:t>&lt; Залопотіло &gt;&lt;br /&gt;</w:t>
        <w:br/>
        <w:t>&lt;Селяне швидше за торбинки і пішли! &gt;&lt;br /&gt;</w:t>
        <w:br/>
        <w:t>&lt;Масоп оддзяпив смішно рота&lt;br /&gt;</w:t>
        <w:br/>
        <w:t>і рачки до карети поліз &gt; &lt;і рачки поліз до карети &gt; 1&lt;br /&gt;</w:t>
        <w:br/>
        <w:t>Закричав біснуватий з сусідньої гори,&lt;br /&gt;</w:t>
        <w:br/>
        <w:t>як Прометей!&lt;br /&gt;</w:t>
        <w:br/>
        <w:t>Чи ж довго ще його будуть держать і мучить,&lt;br /&gt;</w:t>
        <w:br/>
        <w:t>&lt;і мучить? чи довго? &gt; чи довго? &lt;Отут на горі&gt;&lt;br /&gt;</w:t>
        <w:br/>
        <w:t>&lt;Прокля'! Цара'! Тира'!&gt; Прокля! цара! Чи довго?&lt;br /&gt;</w:t>
        <w:br/>
        <w:t>І цей клекіт і крик,&lt;br /&gt;</w:t>
        <w:br/>
        <w:t>&lt;цей сміх селян &gt;&lt;br /&gt;</w:t>
        <w:br/>
        <w:t>і ці селяне, що, &lt; перегинаючись удвоє, аж падали &gt;&lt;br /&gt;</w:t>
        <w:br/>
        <w:t>присідаючи, валилися од сміху;&lt;br /&gt;</w:t>
        <w:br/>
        <w:t>&lt;й&gt; і ці женці під нагаями;&lt;br /&gt;</w:t>
        <w:br/>
        <w:t>&lt;і в придолинку гостроверхий каптур Досифея; — &gt;&lt;br /&gt;</w:t>
        <w:br/>
        <w:t>і брезклий пан, якого машталір підсаджував в карету,— *&lt;br /&gt;</w:t>
        <w:br/>
        <w:t>усе це було таке &lt; болюче, &gt; &lt; нерозв'язане &gt; дике,&lt;br /&gt;</w:t>
        <w:br/>
        <w:t>таке заплутане, неяспе,&lt;br /&gt;</w:t>
        <w:br/>
        <w:t>&lt;що й сам Сковорода &gt;&lt;br /&gt;</w:t>
        <w:br/>
        <w:t>що й сам Сковорода&lt;br /&gt;</w:t>
        <w:br/>
        <w:t>зареготав, завив,&lt;br /&gt;</w:t>
        <w:br/>
        <w:t>схопив за заднії два колеса&lt;br /&gt;</w:t>
        <w:br/>
        <w:t>1 Напроти цього місця па берегах рукопису дописано, а потім&lt;br /&gt;</w:t>
        <w:br/>
        <w:t>викреслено:&lt;br /&gt;</w:t>
        <w:br/>
        <w:t>"Якую Генію?&lt;br /&gt;</w:t>
        <w:br/>
        <w:t>челядк[у?]" —Ред.&lt;br /&gt;</w:t>
        <w:br/>
        <w:t>і, струсонувши &lt; разів два&gt; разів два каретою із паном,&lt;br /&gt;</w:t>
        <w:br/>
        <w:t>&lt;він&gt; так її на землю посадив,&lt;br /&gt;</w:t>
        <w:br/>
        <w:t>&lt;що поодлітала позолота&lt;br /&gt;</w:t>
        <w:br/>
        <w:t>і все барокко обсипалось... &gt;&lt;br /&gt;</w:t>
        <w:br/>
        <w:t>що аж позлітали &lt; золоті герби &gt; &lt; герби &gt; золоті герби&lt;br /&gt;</w:t>
        <w:br/>
        <w:t>і все барокко розкотилось...&lt;br /&gt;</w:t>
        <w:br/>
        <w:t>— &lt;Ану поганяй! &gt; Ану лиш поганяй! *&lt;br /&gt;</w:t>
        <w:br/>
        <w:t>їдь, будь ти проклятий навіки!&lt;br /&gt;</w:t>
        <w:br/>
        <w:t>Як курява вляглася —&lt;br /&gt;</w:t>
        <w:br/>
        <w:t>селяне вже &lt;булп далеко, &gt; були &lt;за повороткою &gt;&lt;br /&gt;</w:t>
        <w:br/>
        <w:t>і ні до кого було &lt; проговорить &gt; промовить,&lt;br /&gt;</w:t>
        <w:br/>
        <w:t>&lt; розговорити біль&gt; Чи, може, крикнуть?&lt;br /&gt;</w:t>
        <w:br/>
        <w:t>&lt;Чи, може&gt; Мо крикнуть, щоб вернулись? *&lt;br /&gt;</w:t>
        <w:br/>
        <w:t>&lt;Він їм багато б розказав. &gt; *&lt;br /&gt;</w:t>
        <w:br/>
        <w:t>&lt;Селяне&gt; *&lt;br /&gt;</w:t>
        <w:br/>
        <w:t>&lt; порадив їх&gt; *&lt;br /&gt;</w:t>
        <w:br/>
        <w:t>Він їх порадив би у світі *,&lt;br /&gt;</w:t>
        <w:br/>
        <w:t>тісне життя розговорив *.&lt;br /&gt;</w:t>
        <w:br/>
        <w:t>&lt; Нехай побачать, хто віп б *,&lt;br /&gt;</w:t>
        <w:br/>
        <w:t>і що він з ними разом &gt; * 1&lt;br /&gt;</w:t>
        <w:br/>
        <w:t>Але ні *.&lt;br /&gt;</w:t>
        <w:br/>
        <w:t>Молодший ціпок до рота &lt;і загув &gt; *&lt;br /&gt;</w:t>
        <w:br/>
        <w:t>і озирнувся на Сковороду *,&lt;br /&gt;</w:t>
        <w:br/>
        <w:t>а інші засміялись *.&lt;br /&gt;</w:t>
        <w:br/>
        <w:t>&lt; Зірвавсь [нерозб.] побіг кудись &gt; *&lt;br /&gt;</w:t>
        <w:br/>
        <w:t>&lt;Куди — і не знав&gt; *&lt;br /&gt;</w:t>
        <w:br/>
        <w:t>І не знать було: чи то з подякою всміхались, як свойому *,&lt;br /&gt;</w:t>
        <w:br/>
        <w:t>чи все ще за пана його вважали *.&lt;br /&gt;</w:t>
        <w:br/>
        <w:t>&lt; (Гафійка, Генія, плебеї...)&lt;br /&gt;</w:t>
        <w:br/>
        <w:t>Почув: &gt; &lt;на силах падає &gt; &lt; немов на силах падає &gt;&lt;br /&gt;</w:t>
        <w:br/>
        <w:t>Обперся рукою об хрест.&lt;br /&gt;</w:t>
        <w:br/>
        <w:t>&lt;І руки&gt; Руки сами звелись на хресторам'я.&lt;br /&gt;</w:t>
        <w:br/>
        <w:t>І так стояв,&lt;br /&gt;</w:t>
        <w:br/>
        <w:t>мов розіп'ятий.&lt;br /&gt;</w:t>
        <w:br/>
        <w:t>&lt;На панському хресті,&lt;br /&gt;</w:t>
        <w:br/>
        <w:t>на брезклому.&lt;br /&gt;</w:t>
        <w:br/>
        <w:t>Та зараз же очутивсь,&lt;br /&gt;</w:t>
        <w:br/>
        <w:t>струснув із себе щось гидке&lt;br /&gt;</w:t>
        <w:br/>
        <w:t>і полем сам собі пішов, пішов... &gt;&lt;br /&gt;</w:t>
        <w:br/>
        <w:t>&lt; (Немовби плебеї — з іншої глини, чи що? *&lt;br /&gt;</w:t>
        <w:br/>
        <w:t>Чамур один. Ой бережись! *&lt;br /&gt;</w:t>
        <w:br/>
        <w:t>Простий народ спить — *&lt;br /&gt;</w:t>
        <w:br/>
        <w:t>1 Після слова "разом" поставлено знак питання в дужках.—&lt;br /&gt;</w:t>
        <w:br/>
        <w:t>Ред.&lt;br /&gt;</w:t>
        <w:br/>
        <w:t>та всякий сон єсть пробудний).&gt; *&lt;br /&gt;</w:t>
        <w:br/>
        <w:t>&lt;Лле тут зразу ж&gt; *&lt;br /&gt;</w:t>
        <w:br/>
        <w:t>і полем сам собі пішов, пішов...&lt;br /&gt;</w:t>
        <w:br/>
        <w:t>Сам себе розіп'яв.&lt;br /&gt;</w:t>
        <w:br/>
        <w:t>Коли перед тобою стежка прямо —&lt;br /&gt;</w:t>
        <w:br/>
        <w:t>навіщо ж по панах ходить і &lt;їхпі&gt; їх підтримувати болі?</w:t>
      </w:r>
    </w:p>
    <w:p>
      <w:r>
        <w:br/>
        <w:t>(ЦДАМЛМ, ф. 464, ои. 1, JVB 1201, арк. 7—8)</w:t>
      </w:r>
    </w:p>
    <w:p>
      <w:r>
        <w:br/>
        <w:t>[IV. НАД ДНІПРОМ]&lt;br /&gt;</w:t>
        <w:br/>
        <w:t>&lt; ALLEGRO GIOCOSO&gt; 1&lt;br /&gt;</w:t>
        <w:br/>
        <w:t>Тоді саме блискотіло на верхів'ях!&lt;br /&gt;</w:t>
        <w:br/>
        <w:t>Тоді саме тріщали двері в Європі!&lt;br /&gt;</w:t>
        <w:br/>
        <w:t>І вітер, продуваючи, на петлях кидав їх од Англії до Франції.&lt;br /&gt;</w:t>
        <w:br/>
        <w:t>І содрогалися держави! І скрип був од дверей, &lt;що аж у За-&lt;br /&gt;</w:t>
        <w:br/>
        <w:t>поріжжі з сережкою в усі почули... (Над світом райдуга повисла).&lt;br /&gt;</w:t>
        <w:br/>
        <w:t>І тоді ж дурна Польща в усі почула &gt; аж у Запоріжжі сірома&lt;br /&gt;</w:t>
        <w:br/>
        <w:t>з сережкою в усі почула... І тоді ж &lt; панська &gt; приматкобожна&lt;br /&gt;</w:t>
        <w:br/>
        <w:t>Польща смерділа латиною й королем. Та ще Росія розсілась Ка-&lt;br /&gt;</w:t>
        <w:br/>
        <w:t>териною. Ручкою пухлою, віялом китайським на свободи дворян-&lt;br /&gt;</w:t>
        <w:br/>
        <w:t>ські. Розрішаю вам, дворяне, піднять народ із темноти. Чи канчу-&lt;br /&gt;</w:t>
        <w:br/>
        <w:t>ком, чи законами, &lt;чи&gt; чим буде ліпше. &lt;А там хоч і зовсім&lt;br /&gt;</w:t>
        <w:br/>
        <w:t>його ззіжте...&gt; &lt;А втім візьміть та й хоч зовсім його ззіжте...&gt;&lt;br /&gt;</w:t>
        <w:br/>
        <w:t>А там хоч зовсім його ззіжте.</w:t>
      </w:r>
    </w:p>
    <w:p>
      <w:r>
        <w:br/>
        <w:t>&lt;Над світом — райдуга повисла. &gt; 2&lt;br /&gt;</w:t>
        <w:br/>
        <w:t>1 Зверху над текстом написано олівцем: "12 том Леніна, І ча-&lt;br /&gt;</w:t>
        <w:br/>
        <w:t>стина, О Герцене". В кінці фраза: "Це молоді штурмани будущей&lt;br /&gt;</w:t>
        <w:br/>
        <w:t>бури. Но это еще не буря — буря это движение самих масс" (з 95-ої&lt;br /&gt;</w:t>
        <w:br/>
        <w:t>До 101 сторінки)".— Ред.&lt;br /&gt;</w:t>
        <w:br/>
        <w:t>2 Збоку дописано:&lt;br /&gt;</w:t>
        <w:br/>
        <w:t>"Життя — само приходить&lt;br /&gt;</w:t>
        <w:br/>
        <w:t>&lt;і часто &gt;&lt;br /&gt;</w:t>
        <w:br/>
        <w:t>&lt;і&gt; п'єш його велику радість&lt;br /&gt;</w:t>
        <w:br/>
        <w:t>&lt;зовсім&gt; &lt;часто зовсім&gt;&lt;br /&gt;</w:t>
        <w:br/>
        <w:t>&lt;як неподготовлений &gt; &lt;як із калюжі воду&gt;&lt;br /&gt;</w:t>
        <w:br/>
        <w:t>&lt;як корова калюжу &gt; &lt;як спраглий калюжу &gt;</w:t>
      </w:r>
    </w:p>
    <w:p>
      <w:r>
        <w:br/>
        <w:t>(ЦДАМЛМ, ф. 464, оп. 1, Яв 1202, арк. 2)&lt;br /&gt;</w:t>
        <w:br/>
        <w:t>[V. НАД ДНІПРОМ]&lt;br /&gt;</w:t>
        <w:br/>
        <w:t>як буйвіл калюжу.&lt;br /&gt;</w:t>
        <w:br/>
        <w:t>&lt;Ми часто &gt;&lt;br /&gt;</w:t>
        <w:br/>
        <w:t>&lt;Тому то й&gt; &lt;А потім довго &gt;&lt;br /&gt;</w:t>
        <w:br/>
        <w:t>&lt;Чого ж ми дивуємся &gt; &lt; потім знецінюєм&lt;br /&gt;</w:t>
        <w:br/>
        <w:t>і синієм? &gt;&lt;br /&gt;</w:t>
        <w:br/>
        <w:t>Чого ж ми дивуємся і синієм.&lt;br /&gt;</w:t>
        <w:br/>
        <w:t>&lt;Лиш на які [дива] чекаємо, чого шукаємо — води такої,&lt;br /&gt;</w:t>
        <w:br/>
        <w:t>що її ніде, ніде, ніде нема?&gt;&lt;br /&gt;</w:t>
        <w:br/>
        <w:t>&lt;Лиш часто чекаємо, чого ждемо, ждемо,&lt;br /&gt;</w:t>
        <w:br/>
        <w:t>чекаємо &gt;&lt;br /&gt;</w:t>
        <w:br/>
        <w:t>Чого ждемо на щастя, що від розуму?&lt;br /&gt;</w:t>
        <w:br/>
        <w:t>&lt;на природу? &gt;.&lt;br /&gt;</w:t>
        <w:br/>
        <w:t>Еж випили ми воду, в якій &lt;що в ній&gt; одбилось небо&lt;br /&gt;</w:t>
        <w:br/>
        <w:t>&lt;рябохмаро&gt;, що в ній&lt;br /&gt;</w:t>
        <w:br/>
        <w:t>&lt; провали[лось] &gt;.&lt;br /&gt;</w:t>
        <w:br/>
        <w:t>Еж випили &lt;калюжку&gt; ми воду &lt;в якій сиділи&gt; на [якій]&lt;br /&gt;</w:t>
        <w:br/>
        <w:t>життя своє продумали&lt;br /&gt;</w:t>
        <w:br/>
        <w:t>жабка, павучок водяний, комар?"&lt;br /&gt;</w:t>
        <w:br/>
        <w:t>— Ред.&lt;br /&gt;</w:t>
        <w:br/>
        <w:t>1 Текст від "&lt;Ой, свободи дворянські&gt;" до "немов у церкві"&lt;br /&gt;</w:t>
        <w:br/>
        <w:t>дописано автором пізніше.— Ред.&lt;br /&gt;</w:t>
        <w:br/>
        <w:t>2 Пізніше над "там" додано ще один варіант: "втім".&lt;br /&gt;</w:t>
        <w:br/>
        <w:t>3 Останнє речення — від "(Сіла знов у крісло..." дописане ав-&lt;br /&gt;</w:t>
        <w:br/>
        <w:t>тором пізпіше.— Ред.&lt;br /&gt;</w:t>
        <w:br/>
        <w:t>Тоді саме блискотіло на верхів'ях! Тоді саме тріщали двері&lt;br /&gt;</w:t>
        <w:br/>
        <w:t>в Європі! І вітер, продуваючи, на петлях кидав їх од Англії до&lt;br /&gt;</w:t>
        <w:br/>
        <w:t>Франції &lt;?&gt; І содрогалися держави! І скрип був од дверей —&lt;br /&gt;</w:t>
        <w:br/>
        <w:t>аж &lt;у Запоріжжі з сережкою в усі&gt; на Хортиці почули... І то-&lt;br /&gt;</w:t>
        <w:br/>
        <w:t>ді ж приматкобожна Польща смерділа латиною й королем. Та&lt;br /&gt;</w:t>
        <w:br/>
        <w:t>ще Росія розсілась Катериною. Ручкою пухлою, віялом китай-&lt;br /&gt;</w:t>
        <w:br/>
        <w:t>ським привітно так війнула на свободи дворянські. &lt;Ой, свободи&lt;br /&gt;</w:t>
        <w:br/>
        <w:t>дворянські &gt; Ой, дворяне, &lt; дворяне, у мій вік, Катеринии&lt;br /&gt;</w:t>
        <w:br/>
        <w:t>в[ік]&gt; дворяне! У мій &lt;бабсько-царицин&gt; вік, вік захоплепь&lt;br /&gt;</w:t>
        <w:br/>
        <w:t>і мод, &lt;якщо хочете,&gt; я не таких ще дам вам свобод! &lt;Але!&gt;&lt;br /&gt;</w:t>
        <w:br/>
        <w:t>&lt;пе&gt; &lt;те, що просить&gt; тільки &lt;ж&gt; допоможіть мені укось-&lt;br /&gt;</w:t>
        <w:br/>
        <w:t>кати народ! &lt;—Він хоче піднятись&gt; Він хоче з темноти під-&lt;br /&gt;</w:t>
        <w:br/>
        <w:t>нятись]. Укоськаєм! Придушимо! &lt; При [давим!] &gt; Задавим! —&lt;br /&gt;</w:t>
        <w:br/>
        <w:t>закричали поміщики з усіх кутків. Тоді цариця встала з трону&lt;br /&gt;</w:t>
        <w:br/>
        <w:t>і прочитала напам'ять протяжним голосом, немов у церкві:1 Роз-&lt;br /&gt;</w:t>
        <w:br/>
        <w:t>рішаю вам, дворяне, піднять народ із темноти. Чи канчуком, чи&lt;br /&gt;</w:t>
        <w:br/>
        <w:t>законами — чим буде ліпше. А там 2 — хоч і зовсім його ззіжте.&lt;br /&gt;</w:t>
        <w:br/>
        <w:t>(Сіла знов у крісло &lt; обмахуючись віялом &gt; і так же &lt; весе-&lt;br /&gt;</w:t>
        <w:br/>
        <w:t>ло &gt; хитро собі всміхалась, весь час обмахуючись ручкою пухлою,&lt;br /&gt;</w:t>
        <w:br/>
        <w:t>віялом китайським) 3.</w:t>
      </w:r>
    </w:p>
    <w:p>
      <w:r>
        <w:br/>
        <w:t>Колос зігнувся і дивиться в землю —&lt;br /&gt;</w:t>
        <w:br/>
        <w:t>познай себе самого.&lt;br /&gt;</w:t>
        <w:br/>
        <w:t>Небо в тисячі люстер перехмарюється —&lt;br /&gt;</w:t>
        <w:br/>
        <w:t>познай себе самого.&lt;br /&gt;</w:t>
        <w:br/>
        <w:t>Дніпро у тінь пославсь, а повен перебігу —&lt;br /&gt;</w:t>
        <w:br/>
        <w:t>познай себе самого.&lt;br /&gt;</w:t>
        <w:br/>
        <w:t>Гнофті се автон!&lt;br /&gt;</w:t>
        <w:br/>
        <w:t>Тень до танцю цундри —&lt;br /&gt;</w:t>
        <w:br/>
        <w:t>Т&gt;соОі аеаутоу! *</w:t>
      </w:r>
    </w:p>
    <w:p>
      <w:r>
        <w:br/>
        <w:t>мир, мир душі твоїй — луною всесвіт,&lt;br /&gt;</w:t>
        <w:br/>
        <w:t>мир.&lt;br /&gt;</w:t>
        <w:br/>
        <w:t>Подяка природі за все —&lt;br /&gt;</w:t>
        <w:br/>
        <w:t>чи тут, чи отам, чи осе —&lt;br /&gt;</w:t>
        <w:br/>
        <w:t>подяка природі за все —&lt;br /&gt;</w:t>
        <w:br/>
        <w:t>Ой щастя — нещастя ой срібне &lt; — &gt;!&lt;br /&gt;</w:t>
        <w:br/>
        <w:t>Чому все трудне — непотрібне?&lt;br /&gt;</w:t>
        <w:br/>
        <w:t>Тому, що потрібне — це все.&lt;br /&gt;</w:t>
        <w:br/>
        <w:t>Як будеш шукать свою стать —&lt;br /&gt;</w:t>
        <w:br/>
        <w:t>&lt; проценти &gt; користь, любов чи верстать —&lt;br /&gt;</w:t>
        <w:br/>
        <w:t>шукай свою стать, бо це все —&lt;br /&gt;</w:t>
        <w:br/>
        <w:t>Ой щастя — нещастя ой стекле!&lt;br /&gt;</w:t>
        <w:br/>
        <w:t>Життя розсипне та утекле,&lt;br /&gt;</w:t>
        <w:br/>
        <w:t>пу як же шукать, коли все&lt;?&gt;...&lt;br /&gt;</w:t>
        <w:br/>
        <w:t>Шукай лиш властивую стать —&lt;br /&gt;</w:t>
        <w:br/>
        <w:t>барабан, чи &lt; клобук &gt; &lt; торжок &gt; перо, чи&lt;br /&gt;</w:t>
        <w:br/>
        <w:t>верстать&lt;br /&gt;</w:t>
        <w:br/>
        <w:t>шукай свою стать, бо це все —&lt;br /&gt;</w:t>
        <w:br/>
        <w:t>Слухаючи Сковорода цю відповідь,&lt;br /&gt;</w:t>
        <w:br/>
        <w:t>стенається&lt;br /&gt;</w:t>
        <w:br/>
        <w:t>і йде туди, де насхиль па шляху&lt;br /&gt;</w:t>
        <w:br/>
        <w:t>збіднивсь високий,&lt;br /&gt;</w:t>
        <w:br/>
        <w:t>косоокий, як панська совість, абияк збитий хрест..&lt;br /&gt;</w:t>
        <w:br/>
        <w:t>Сяде по-турецьки, як дитя,&lt;br /&gt;</w:t>
        <w:br/>
        <w:t>&lt;тієї пісні починає, що вже зривалась і раніш. &gt;&lt;br /&gt;</w:t>
        <w:br/>
        <w:t>&lt;про цундру пісню починає, &gt; ізнов про цундру починає,&lt;br /&gt;</w:t>
        <w:br/>
        <w:t>&lt;Очі&gt; заплющені,&lt;br /&gt;</w:t>
        <w:br/>
        <w:t>хитається в ритм —&lt;br /&gt;</w:t>
        <w:br/>
        <w:t>— Ну от, такий і приділ тут наш.&lt;br /&gt;</w:t>
        <w:br/>
        <w:t>Ми плачем. Цей кричить. А той он хрестить.&lt;br /&gt;</w:t>
        <w:br/>
        <w:t>Усі як біснуваті.&lt;br /&gt;</w:t>
        <w:br/>
        <w:t>&lt; Утерла сльози рукавом &gt;&lt;br /&gt;</w:t>
        <w:br/>
        <w:t>і задивилася туди кудись у придолинок на підгір'я,&lt;br /&gt;</w:t>
        <w:br/>
        <w:t>де справді перед печерою своєю схимник Досифей,&lt;br /&gt;</w:t>
        <w:br/>
        <w:t>задерши &lt;лису, як цибуля &gt; лису, як цибуля, голову,&lt;br /&gt;</w:t>
        <w:br/>
        <w:t>одмахувавсь од крику, що згори...&lt;br /&gt;</w:t>
        <w:br/>
        <w:t>&lt; — Такий і приділ тут наш. &gt; &lt; — Такий же приділ тут&lt;br /&gt;</w:t>
        <w:br/>
        <w:t>наш.&gt;&lt;br /&gt;</w:t>
        <w:br/>
        <w:t>&lt;Од верб із-за поворотки —&lt;br /&gt;</w:t>
        <w:br/>
        <w:t>якісь селяне. &gt;&lt;br /&gt;</w:t>
        <w:br/>
        <w:t>&lt;Од верб із-за поворотки&lt;br /&gt;</w:t>
        <w:br/>
        <w:t>в торбинках надійшли&lt;br /&gt;</w:t>
        <w:br/>
        <w:t>селяне. &gt;&lt;br /&gt;</w:t>
        <w:br/>
        <w:t>В торбинках&lt;br /&gt;</w:t>
        <w:br/>
        <w:t>надійшли&lt;br /&gt;</w:t>
        <w:br/>
        <w:t>селяне.&lt;br /&gt;</w:t>
        <w:br/>
        <w:t>Непривітно хитнувши головою,&lt;br /&gt;</w:t>
        <w:br/>
        <w:t>пучками стали водить по перехрестю:&lt;br /&gt;</w:t>
        <w:br/>
        <w:t>&lt;— ану, чи й цей на свою руч горне? &gt;&lt;br /&gt;</w:t>
        <w:br/>
        <w:t>&lt; обмацували &gt; скільки дірок?&lt;br /&gt;</w:t>
        <w:br/>
        <w:t>і чи нема якої &lt;ще бомаги&gt; об'яви&lt;br /&gt;</w:t>
        <w:br/>
        <w:t>&lt; об'яву, ось видно, дощ ізмив&gt;&lt;br /&gt;</w:t>
        <w:br/>
        <w:t>&lt; Мітку, ось видно, ножем хтось умисне пописав, &gt;&gt;&lt;br /&gt;</w:t>
        <w:br/>
        <w:t>Об'яву, ось видно, дощ ізмив,&lt;br /&gt;</w:t>
        <w:br/>
        <w:t>а на хресті було такого дірок,&lt;br /&gt;</w:t>
        <w:br/>
        <w:t>що й хто його розбере, скільки ж само на пана працювать?&lt;br /&gt;</w:t>
        <w:br/>
        <w:t>&lt;І цей же, як і всі, на свою руч горне. &gt;&lt;br /&gt;</w:t>
        <w:br/>
        <w:t>Цей теж, як і всі,&lt;br /&gt;</w:t>
        <w:br/>
        <w:t>на свою руч горне.&lt;br /&gt;</w:t>
        <w:br/>
        <w:t>Маринка радісно до них:&lt;br /&gt;</w:t>
        <w:br/>
        <w:t>а звідки ви? люди?&lt;br /&gt;</w:t>
        <w:br/>
        <w:t>Та люди, відступивши, почали радитись.&lt;br /&gt;</w:t>
        <w:br/>
        <w:t>Все поглядали туди,&lt;br /&gt;</w:t>
        <w:br/>
        <w:t>де так тужно серпи ряхтіли в житі.&lt;br /&gt;</w:t>
        <w:br/>
        <w:t>Сковорода: утікачі?&lt;br /&gt;</w:t>
        <w:br/>
        <w:t>&lt;Та тут от&gt; &lt;Вр[аз]&gt; Селяне &lt; хмуро &gt; бистро&lt;br /&gt;</w:t>
        <w:br/>
        <w:t>обернулись.&lt;br /&gt;</w:t>
        <w:br/>
        <w:t>&lt; а що як і втікачі бува?&gt;&lt;br /&gt;</w:t>
        <w:br/>
        <w:t>ну що як і втікачі?&lt;br /&gt;</w:t>
        <w:br/>
        <w:t>А &lt;й[ден]&gt; один із них, &lt; молодший &gt; наймолодший,&lt;br /&gt;</w:t>
        <w:br/>
        <w:t>гордо підійшов&lt;br /&gt;</w:t>
        <w:br/>
        <w:t>і накарячки сів.&lt;br /&gt;</w:t>
        <w:br/>
        <w:t>&lt;— А тобі, пане, хіба не все одно?&gt; — Тобі, пане,&lt;br /&gt;</w:t>
        <w:br/>
        <w:t>не все одно?&lt;br /&gt;</w:t>
        <w:br/>
        <w:t>&lt;скипів молодший&gt;&lt;br /&gt;</w:t>
        <w:br/>
        <w:t>— Та я не пан!&lt;br /&gt;</w:t>
        <w:br/>
        <w:t>— Ну &lt;од&gt; дак од пана. Бач, із дудкою &lt; сидить тут цілий&lt;br /&gt;</w:t>
        <w:br/>
        <w:t>день&gt; &lt; сидить собі тут цілий день&gt; його тут поса-&lt;br /&gt;</w:t>
        <w:br/>
        <w:t>дили, щоб переманював народ. Кажи по правді: чи&lt;br /&gt;</w:t>
        <w:br/>
        <w:t>й тут таке, як у Коржівці: &lt;3&gt;&lt;br /&gt;</w:t>
        <w:br/>
        <w:t>4 дні на пана, 2 коп[ійки] на пошту [?]&lt;br /&gt;</w:t>
        <w:br/>
        <w:t>Сковорода стенув плечима:&lt;br /&gt;</w:t>
        <w:br/>
        <w:t>&lt;та звідки ж я маю знати? як я не пан?&lt;br /&gt;</w:t>
        <w:br/>
        <w:t>а паруб [ок] &gt; &lt; а парубч [ак]: коли ж ти пан &gt;&lt;br /&gt;</w:t>
        <w:br/>
        <w:t>мовляв &lt; звідки ж я зна[ю?] &gt; &lt; звідки ж у бога я маю&lt;br /&gt;</w:t>
        <w:br/>
        <w:t>знати? &gt; не знаю!&lt;br /&gt;</w:t>
        <w:br/>
        <w:t>— А що ж ти тоді знаєш? &lt;На дудку грать? &gt;&lt;br /&gt;</w:t>
        <w:br/>
        <w:t>&lt; Най [молодший] &gt; &lt; Молодший притулив собі ціпок до&lt;br /&gt;</w:t>
        <w:br/>
        <w:t>рота й затирликав з презирством &gt; &lt;вихватив дудку&lt;br /&gt;</w:t>
        <w:br/>
        <w:t>собі й затирликав з презирством &gt;&lt;br /&gt;</w:t>
        <w:br/>
        <w:t>Молодший узяв із рук Сковороди дудку й з презирством&lt;br /&gt;</w:t>
        <w:br/>
        <w:t>у неї свиснув.&lt;br /&gt;</w:t>
        <w:br/>
        <w:t>Кудлан схопивсь і загарчав, а &lt;Гафійка звелась па два&lt;br /&gt;</w:t>
        <w:br/>
        <w:t>коліна &gt; &lt;М[аринка] звівшись із землі рукою &gt;&lt;br /&gt;</w:t>
        <w:br/>
        <w:t>&lt;М[аринка] звівшись на коліпа і впершися&lt;br /&gt;</w:t>
        <w:br/>
        <w:t>ру[кою] &gt;&lt;br /&gt;</w:t>
        <w:br/>
        <w:t>&lt;М[аринка] звівшись на коліна, рукою вперлась у&lt;br /&gt;</w:t>
        <w:br/>
        <w:t>хрест і вихва[тила]&gt;&lt;br /&gt;</w:t>
        <w:br/>
        <w:t>&lt;М[арипка] підлізла на коліпах до молодого&lt;br /&gt;</w:t>
        <w:br/>
        <w:t>й схопилася за дудку &gt;&lt;br /&gt;</w:t>
        <w:br/>
        <w:t>&lt;М[аринка], вихвативши дудку, пхну[ла]&gt;&lt;br /&gt;</w:t>
        <w:br/>
        <w:t>&lt;М[аринка], вихвативши у молодого дудку, а самого&lt;br /&gt;</w:t>
        <w:br/>
        <w:t>його пхнула &gt;&lt;br /&gt;</w:t>
        <w:br/>
        <w:t>&lt;М[аринка] [налетіла] на його, що той аж&lt;br /&gt;</w:t>
        <w:br/>
        <w:t>перекотився&gt;&lt;br /&gt;</w:t>
        <w:br/>
        <w:t>&lt;М[аринка] звівшись на коліна, рукою вхопилась &gt;&lt;br /&gt;</w:t>
        <w:br/>
        <w:t>&lt;М[аринка] звівшись на коліна, за руку вхопила&lt;br /&gt;</w:t>
        <w:br/>
        <w:t>молодого: &gt;&lt;br /&gt;</w:t>
        <w:br/>
        <w:t>М[аринка], звівшись на коліна, аж &lt; затрусилася: &gt;&lt;br /&gt;</w:t>
        <w:br/>
        <w:t>1 Текст від "&lt;Та тут от&gt; &lt;Вр[аз]&gt; Селяне &lt; хмуро &gt;&lt;br /&gt;</w:t>
        <w:br/>
        <w:t>бистро обернулись" до "Народ, з якого він і сам" дописаний пізніше&lt;br /&gt;</w:t>
        <w:br/>
        <w:t>на берегах рукопису. Текст, що йде далі (до слів: "і рвав спідничку&lt;br /&gt;</w:t>
        <w:br/>
        <w:t>і кісник"), автором перекреслено.— Ред.&lt;br /&gt;</w:t>
        <w:br/>
        <w:t>затрусилась гнівно:&lt;br /&gt;</w:t>
        <w:br/>
        <w:t>оддайте, дядьку, дудку, чого ви &lt;лізете? &gt; до&lt;br /&gt;</w:t>
        <w:br/>
        <w:t>&lt;чо[ловіка] &gt;&lt;br /&gt;</w:t>
        <w:br/>
        <w:t>людини причепились?&lt;br /&gt;</w:t>
        <w:br/>
        <w:t>Сковорода сидів &lt;ні живий [, ні мертвий] &gt; &lt;в глибокій&lt;br /&gt;</w:t>
        <w:br/>
        <w:t>[засмуті] &gt; в глибокім пригніченні. Не від цієї дудки, ні.&lt;br /&gt;</w:t>
        <w:br/>
        <w:t>&lt;Від того, що йо[го] &gt; Народ його ще за папа признає.&lt;br /&gt;</w:t>
        <w:br/>
        <w:t>Народ, з якого він і сам 1.&lt;br /&gt;</w:t>
        <w:br/>
        <w:t>&lt; Помовчала Маринка &gt; &lt; Помовчала Гафійка&gt;&lt;br /&gt;</w:t>
        <w:br/>
        <w:t>Помовчали гуртом усі —&lt;br /&gt;</w:t>
        <w:br/>
        <w:t>&lt;й&gt; і день затих.&lt;br /&gt;</w:t>
        <w:br/>
        <w:t>То хмари все хмаріли,&lt;br /&gt;</w:t>
        <w:br/>
        <w:t>а то у тучу всі зійшлись&lt;br /&gt;</w:t>
        <w:br/>
        <w:t>і звідти&lt;br /&gt;</w:t>
        <w:br/>
        <w:t>ціляли в блиск розколотого неба,&lt;br /&gt;</w:t>
        <w:br/>
        <w:t>в Дніпрі одбившись...&lt;br /&gt;</w:t>
        <w:br/>
        <w:t>(Дзвонили до вечерні.)&lt;br /&gt;</w:t>
        <w:br/>
        <w:t>У купу вівці збились.&lt;br /&gt;</w:t>
        <w:br/>
        <w:t>Немов із холоду, &lt;ягпя&gt;&lt;br /&gt;</w:t>
        <w:br/>
        <w:t>ягнятко на руки полізло.&lt;br /&gt;</w:t>
        <w:br/>
        <w:t>— А вам напевно весело живеться, що ви все граєте?&lt;br /&gt;</w:t>
        <w:br/>
        <w:t>(Молодший: а чому ж би й не весело?)&lt;br /&gt;</w:t>
        <w:br/>
        <w:t>&lt;Та чого ви сидень такий? &gt;&gt;&lt;br /&gt;</w:t>
        <w:br/>
        <w:t>Я бачила і вчора вас.&lt;br /&gt;</w:t>
        <w:br/>
        <w:t>А брат мій в гайдамаках.&lt;br /&gt;</w:t>
        <w:br/>
        <w:t>Він з &lt;цим-о&gt; тим-о біснуватим вночі балака &lt;про&lt;br /&gt;</w:t>
        <w:br/>
        <w:t>панів &gt;&lt;br /&gt;</w:t>
        <w:br/>
        <w:t>А другий — аж у Швачки! — та й зразу схаменулась.&lt;br /&gt;</w:t>
        <w:br/>
        <w:t>Загледіла, що там ген на шляху&lt;br /&gt;</w:t>
        <w:br/>
        <w:t>куріло щось і наближалося восьмикопитно.&lt;br /&gt;</w:t>
        <w:br/>
        <w:t>Взяла ягнятко й понесла.&lt;br /&gt;</w:t>
        <w:br/>
        <w:t>А вітер їй заходив збоку,&lt;br /&gt;</w:t>
        <w:br/>
        <w:t>як Кудлан,&lt;br /&gt;</w:t>
        <w:br/>
        <w:t>і рвав спідничку і кіспик,</w:t>
      </w:r>
    </w:p>
    <w:p>
      <w:r>
        <w:br/>
        <w:t>(ЦДАМЛМ, ф. 464, оп. 1, № 1202, арк. З, 4, 7, 11, 12)&lt;br /&gt;</w:t>
        <w:br/>
        <w:t>[VI. НАД ДНІПРОМ]&lt;br /&gt;</w:t>
        <w:br/>
        <w:t>СКОВОРОДА&lt;br /&gt;</w:t>
        <w:br/>
        <w:t>1&lt;br /&gt;</w:t>
        <w:br/>
        <w:t>ALLEGRO GIOCOSO&lt;br /&gt;</w:t>
        <w:br/>
        <w:t>Як! стільки жаху в народу, що танцює і сміється/&lt;br /&gt;</w:t>
        <w:br/>
        <w:t>В о л ь т е р&lt;br /&gt;</w:t>
        <w:br/>
        <w:t>...Три місяці пробігло 1&lt;br /&gt;</w:t>
        <w:br/>
        <w:t>мов кораблі веселі в морі —&lt;br /&gt;</w:t>
        <w:br/>
        <w:t>всіма цвітами процвітані,&lt;br /&gt;</w:t>
        <w:br/>
        <w:t>добрим скарбом переповнені.&lt;br /&gt;</w:t>
        <w:br/>
        <w:t>Три місяці пустинь Китаївська і в ній Сковорода&lt;br /&gt;</w:t>
        <w:br/>
        <w:t>немов пливли —&lt;br /&gt;</w:t>
        <w:br/>
        <w:t>поміж садами рожаїстими,&lt;br /&gt;</w:t>
        <w:br/>
        <w:t>серед кринишпого узлісся,&lt;br /&gt;</w:t>
        <w:br/>
        <w:t>на полі повному, де хвиля хвилю ллє і зупинятися не хоче...&lt;br /&gt;</w:t>
        <w:br/>
        <w:t>Уранці,&lt;br /&gt;</w:t>
        <w:br/>
        <w:t>ще тільки небо почне наливаться&lt;br /&gt;</w:t>
        <w:br/>
        <w:t>і вітер зелений одчалить в далечінь —&lt;br /&gt;</w:t>
        <w:br/>
        <w:t>уже Сковорода&lt;br /&gt;</w:t>
        <w:br/>
        <w:t>встає з досвітньої роздуми&lt;br /&gt;</w:t>
        <w:br/>
        <w:t>і в сад іде.&lt;br /&gt;</w:t>
        <w:br/>
        <w:t>Там птиці ранок опадуть,&lt;br /&gt;</w:t>
        <w:br/>
        <w:t>клюють — клюють — не доклюються,&lt;br /&gt;</w:t>
        <w:br/>
        <w:t>і солодко співають, сон розказують.&lt;br /&gt;</w:t>
        <w:br/>
        <w:t>А сонце скрізь у всі кінці,&lt;br /&gt;</w:t>
        <w:br/>
        <w:t>мов над главою Моісея,&lt;br /&gt;</w:t>
        <w:br/>
        <w:t>послало сяючії роги,—&lt;br /&gt;</w:t>
        <w:br/>
        <w:t>і дзвонить, і гуде,&lt;br /&gt;</w:t>
        <w:br/>
        <w:t>і світлом землю наповняє&lt;br /&gt;</w:t>
        <w:br/>
        <w:t>щедро, &lt; щедротно &gt; &lt; щирозлотно &gt;.&lt;br /&gt;</w:t>
        <w:br/>
        <w:t>1 На берегах червоним та зеленим олівцями записано:&lt;br /&gt;</w:t>
        <w:br/>
        <w:t>"Рибний промисел&lt;br /&gt;</w:t>
        <w:br/>
        <w:t>Литва&lt;br /&gt;</w:t>
        <w:br/>
        <w:t>Польща&lt;br /&gt;</w:t>
        <w:br/>
        <w:t>Білорусь&lt;br /&gt;</w:t>
        <w:br/>
        <w:t>Євреї" —&lt;br /&gt;</w:t>
        <w:br/>
        <w:t>а також:&lt;br /&gt;</w:t>
        <w:br/>
        <w:t>"1770 р.&lt;br /&gt;</w:t>
        <w:br/>
        <w:t>Гайдамаччина ж як тоді?"&lt;br /&gt;</w:t>
        <w:br/>
        <w:t>Збоку автор написав кілька слів по-арабськи.— Ред.&lt;br /&gt;</w:t>
        <w:br/>
        <w:t>Сковорода</w:t>
      </w:r>
    </w:p>
    <w:p>
      <w:r>
        <w:br/>
        <w:t>Автограф розділу "Allegro giocoso".</w:t>
      </w:r>
    </w:p>
    <w:p>
      <w:r>
        <w:br/>
        <w:t>на землю упаде,&lt;br /&gt;</w:t>
        <w:br/>
        <w:t>цілує квіти, трави гладить,&lt;br /&gt;</w:t>
        <w:br/>
        <w:t>росою очі, немов незрячі, протирає —&lt;br /&gt;</w:t>
        <w:br/>
        <w:t>&lt;о, світлий, як ти &lt;мене&gt; всього мене наповнив &gt;&lt;br /&gt;</w:t>
        <w:br/>
        <w:t>природо, як ти всього мене наповнила&lt;br /&gt;</w:t>
        <w:br/>
        <w:t>щедро, &lt;щедротно &lt;щирозлотно &gt; щедротно!&lt;br /&gt;</w:t>
        <w:br/>
        <w:t>&lt; Пошли ж&gt; &lt; навій &gt; душі моїй спокій&lt;br /&gt;</w:t>
        <w:br/>
        <w:t>&lt; Навівай &gt;і мир і злагоду й любов.&lt;br /&gt;</w:t>
        <w:br/>
        <w:t>Я більш нічого не бажаю&lt;br /&gt;</w:t>
        <w:br/>
        <w:t>&lt;о всеблаженний!&gt; &lt;о всеблаженна! невідцвітна!&gt;&lt;br /&gt;</w:t>
        <w:br/>
        <w:t>І &lt;всеблаженпий&gt; &lt; природа &gt; &lt;і неблякла&gt;&lt;br /&gt;</w:t>
        <w:br/>
        <w:t>&lt; блаженна &gt; всеблаженна зразу десь почує&lt;br /&gt;</w:t>
        <w:br/>
        <w:t>і Сковороді&lt;br /&gt;</w:t>
        <w:br/>
        <w:t>такий мир у серце ввійде,&lt;br /&gt;</w:t>
        <w:br/>
        <w:t>що він од радості і бігає, і плаче,&lt;br /&gt;</w:t>
        <w:br/>
        <w:t>і кожне дерево вітає,&lt;br /&gt;</w:t>
        <w:br/>
        <w:t>метелику й комашці дякує —&lt;br /&gt;</w:t>
        <w:br/>
        <w:t>за все, за все!&lt;br /&gt;</w:t>
        <w:br/>
        <w:t>Зустрінеться тут біснуватий —&lt;br /&gt;</w:t>
        <w:br/>
        <w:t>що так розумно завше дивиться&lt;br /&gt;</w:t>
        <w:br/>
        <w:t>&lt;і про Вольтера завше запитає&gt;, він про Вольтера запитає:&lt;br /&gt;</w:t>
        <w:br/>
        <w:t>А Катерина ще не здохла?&lt;br /&gt;</w:t>
        <w:br/>
        <w:t>&lt;А Фрідріх Прусський ще не здох!&gt;&lt;br /&gt;</w:t>
        <w:br/>
        <w:t>— Ну йді ж, іді! — салдат на нього крикне&lt;br /&gt;</w:t>
        <w:br/>
        <w:t>й дзвінке цебро &lt; витягує з криниці &gt;&gt; опустить у криницю.&lt;br /&gt;</w:t>
        <w:br/>
        <w:t>Тим часом дзвін із-за тополь&lt;br /&gt;</w:t>
        <w:br/>
        <w:t>покличе пустинь на обідню.&lt;br /&gt;</w:t>
        <w:br/>
        <w:t>І бога грізного устав&lt;br /&gt;</w:t>
        <w:br/>
        <w:t>ідуть вичитувать ченці похмурі —&lt;br /&gt;</w:t>
        <w:br/>
        <w:t>один по одному&lt;br /&gt;</w:t>
        <w:br/>
        <w:t>попід оградою,&lt;br /&gt;</w:t>
        <w:br/>
        <w:t>мовчки...1&lt;br /&gt;</w:t>
        <w:br/>
        <w:t>І спиниться Сковорода&lt;br /&gt;</w:t>
        <w:br/>
        <w:t>(Не може не спинитись!) —&lt;br /&gt;</w:t>
        <w:br/>
        <w:t>він бачить, як вони уже аж перед самим храмом&lt;br /&gt;</w:t>
        <w:br/>
        <w:t>оглядуються й поміж себе жорстоко осуждають,&lt;br /&gt;</w:t>
        <w:br/>
        <w:t>що гість отця Іустина,&lt;br /&gt;</w:t>
        <w:br/>
        <w:t>як біснуватий &lt;о&gt;той,</w:t>
      </w:r>
    </w:p>
    <w:p>
      <w:r>
        <w:br/>
        <w:t>Напроти чорнилом та різноколірними олівцями написано:&lt;br /&gt;</w:t>
        <w:br/>
        <w:t>"Si tout n'est pas bien, tout est passable (ст. 82, Voltaire)&lt;br /&gt;</w:t>
        <w:br/>
        <w:t>Матерія (ст. 15) (ст. 39) (ст. 45) ".— Ред.&lt;br /&gt;</w:t>
        <w:br/>
        <w:t>до храму невхожий.&lt;br /&gt;</w:t>
        <w:br/>
        <w:t>І гірко стане на душі.&lt;br /&gt;</w:t>
        <w:br/>
        <w:t>Замість гармонії підуть зітхання,&lt;br /&gt;</w:t>
        <w:br/>
        <w:t>і думи тяжкі поженуть&lt;br /&gt;</w:t>
        <w:br/>
        <w:t>у поле, на край світу...&lt;br /&gt;</w:t>
        <w:br/>
        <w:t>Поле, поле!&lt;br /&gt;</w:t>
        <w:br/>
        <w:t>Яке воно кругле!&lt;br /&gt;</w:t>
        <w:br/>
        <w:t>Яке воно просте і довершение —&lt;br /&gt;</w:t>
        <w:br/>
        <w:t>поле!&lt;br /&gt;</w:t>
        <w:br/>
        <w:t>За кругом круг тече,&lt;br /&gt;</w:t>
        <w:br/>
        <w:t>за гору гора забігає.&lt;br /&gt;</w:t>
        <w:br/>
        <w:t>Отут,&lt;br /&gt;</w:t>
        <w:br/>
        <w:t>тут справжній ключ до душі.</w:t>
      </w:r>
    </w:p>
    <w:p>
      <w:r>
        <w:br/>
        <w:t>Щастя, де ти живеш? — горлиці, &lt; трельте &gt; &lt;крильте&gt;&lt;br /&gt;</w:t>
        <w:br/>
        <w:t>скажіть!&lt;br /&gt;</w:t>
        <w:br/>
        <w:t>Чи в полі вівці пасеш? — голуби, докрильте!</w:t>
      </w:r>
    </w:p>
    <w:p>
      <w:r>
        <w:br/>
        <w:t>Колос зігнувся і дивиться в землю —&lt;br /&gt;</w:t>
        <w:br/>
        <w:t>позпай себе самого.&lt;br /&gt;</w:t>
        <w:br/>
        <w:t>Небо в тисячі люстер перехмарюється —&lt;br /&gt;</w:t>
        <w:br/>
        <w:t>познай себе самого.&lt;br /&gt;</w:t>
        <w:br/>
        <w:t>Дніпро у тінь пославсь, а повен перебігу —&lt;br /&gt;</w:t>
        <w:br/>
        <w:t>познай себе самого.&lt;br /&gt;</w:t>
        <w:br/>
        <w:t>Се ж бо єсть:&lt;br /&gt;</w:t>
        <w:br/>
        <w:t>бренпе, текуче і безкінечне,&lt;br /&gt;</w:t>
        <w:br/>
        <w:t>немов фігурний триугол, в якому і три, і два, й один —&lt;br /&gt;</w:t>
        <w:br/>
        <w:t>одно і те ж.&lt;br /&gt;</w:t>
        <w:br/>
        <w:t>Одно і те ж старого городища сум —&lt;br /&gt;</w:t>
        <w:br/>
        <w:t>&lt;позпай себе самого—&gt;&lt;br /&gt;</w:t>
        <w:br/>
        <w:t>і понад гречкою бриніння бджіл,&lt;br /&gt;</w:t>
        <w:br/>
        <w:t>а ще отари понад лісом,&lt;br /&gt;</w:t>
        <w:br/>
        <w:t>і Києва далекого торжественність &lt;нагорна&gt; нагірна —&lt;br /&gt;</w:t>
        <w:br/>
        <w:t>усе, усе в природі каже:&lt;br /&gt;</w:t>
        <w:br/>
        <w:t>познай себе самого, познай&lt;br /&gt;</w:t>
        <w:br/>
        <w:t>1 На берегах автор написав слова, які мав намір використати&lt;br /&gt;</w:t>
        <w:br/>
        <w:t>в поемі: "Збіднюватись — прикидатися бідним", "Ялося (ятися) —&lt;br /&gt;</w:t>
        <w:br/>
        <w:t>див. нятися", "Ярий", "Яловий", "Ялозне це діло".— Ред.&lt;br /&gt;</w:t>
        <w:br/>
        <w:t>Щастя, де ти живеш?—горлиці, &lt;трельте!&gt; скажіть!&lt;br /&gt;</w:t>
        <w:br/>
        <w:t>Чи в полі вівці пасеш? — голуби, докрильте!&lt;br /&gt;</w:t>
        <w:br/>
        <w:t>І знову сповнюється миру&lt;br /&gt;</w:t>
        <w:br/>
        <w:t>душа Сковороди.&lt;br /&gt;</w:t>
        <w:br/>
        <w:t>І тиху флейту з-за пояса діставши,&lt;br /&gt;</w:t>
        <w:br/>
        <w:t>він починає славить світ,&lt;br /&gt;</w:t>
        <w:br/>
        <w:t>&lt;Свін починав славить світ,&gt; він починає славить світ,&lt;br /&gt;</w:t>
        <w:br/>
        <w:t>що &lt; взеленився розмаїто &gt;&gt; &lt;в той самий черк і стеклий&gt;&lt;br /&gt;</w:t>
        <w:br/>
        <w:t>&lt;що в той же самий черк сліпий і стеклий світ&gt;&lt;br /&gt;</w:t>
        <w:br/>
        <w:t>що в той же черк &lt; сліпий і стеклий &gt; &lt;одублий&gt;&lt;br /&gt;</w:t>
        <w:br/>
        <w:t>&lt; оглухлий&gt;&lt;br /&gt;</w:t>
        <w:br/>
        <w:t>&lt;ядерний&gt; узький, стеклий &lt;а ще й&lt;br /&gt;</w:t>
        <w:br/>
        <w:t>розмружений &gt;&lt;br /&gt;</w:t>
        <w:br/>
        <w:t>&lt;як черк&gt; &lt;і все ж&gt; і все розмружений стораз.&lt;br /&gt;</w:t>
        <w:br/>
        <w:t>І тиха флейта, як метелик,&lt;br /&gt;</w:t>
        <w:br/>
        <w:t>летить до лісу на жита,&lt;br /&gt;</w:t>
        <w:br/>
        <w:t>прозоро над Дніпром тріпоче,&lt;br /&gt;</w:t>
        <w:br/>
        <w:t>до всіх просторів признається&lt;br /&gt;</w:t>
        <w:br/>
        <w:t>і повертається назад, немов голубка&lt;br /&gt;</w:t>
        <w:br/>
        <w:t>з маслиною в дзьобу:&lt;br /&gt;</w:t>
        <w:br/>
        <w:t>мир, мир душі твоїй — &lt; сказали ніжно гори&gt; &lt;води&gt;&lt;br /&gt;</w:t>
        <w:br/>
        <w:t>&lt;луші&gt;&lt;br /&gt;</w:t>
        <w:br/>
        <w:t>&lt;гори&gt; &lt; сказало поле&gt; луною &lt; звідусюди &gt;,&lt;br /&gt;</w:t>
        <w:br/>
        <w:t>луни,[—]&lt;br /&gt;</w:t>
        <w:br/>
        <w:t>мир.&lt;br /&gt;</w:t>
        <w:br/>
        <w:t>&lt;І слухає &gt; І слухаючи Сковорода цю відповідь,&lt;br /&gt;</w:t>
        <w:br/>
        <w:t>стенається 1&lt;br /&gt;</w:t>
        <w:br/>
        <w:t>і йде туди, де на шляху &lt; високий хрест &gt; &lt; схиливсь як&lt;br /&gt;</w:t>
        <w:br/>
        <w:t>панська совість &gt;&lt;br /&gt;</w:t>
        <w:br/>
        <w:t>свіжовкопаний&lt;br /&gt;</w:t>
        <w:br/>
        <w:t>&lt;хрест&gt; абияк збитий&lt;br /&gt;</w:t>
        <w:br/>
        <w:t>високий хрест,&lt;br /&gt;</w:t>
        <w:br/>
        <w:t>як панська совість,&lt;br /&gt;</w:t>
        <w:br/>
        <w:t>&lt; високий хрест замріявсь&gt; збіднивсь насхиль&lt;br /&gt;</w:t>
        <w:br/>
        <w:t>над шляхом2.&lt;br /&gt;</w:t>
        <w:br/>
        <w:t>1 Червоним чорнилом між рядками автор дописав два слова:&lt;br /&gt;</w:t>
        <w:br/>
        <w:t>"Стенув плечима".— Ред.&lt;br /&gt;</w:t>
        <w:br/>
        <w:t>2 Трохи нижче автор написав олівцем варіант цього уривка:&lt;br /&gt;</w:t>
        <w:br/>
        <w:t>"і йде туди, де на шляху&lt;br /&gt;</w:t>
        <w:br/>
        <w:t>насхиль&lt;br /&gt;</w:t>
        <w:br/>
        <w:t>збіднивсь високий свіжовкопаний,&lt;br /&gt;</w:t>
        <w:br/>
        <w:t>як панська совість, абияк збитий хрест.&lt;br /&gt;</w:t>
        <w:br/>
        <w:t>&lt;Сідає&gt; сяде по-турецьки, як дитя".— Ред.&lt;br /&gt;</w:t>
        <w:br/>
        <w:t>&lt; Сідає під хрестом &gt; &lt; сідає під ду[бом] ПОХИЛИМ &gt;&lt;br /&gt;</w:t>
        <w:br/>
        <w:t>нової пісні починає —&lt;br /&gt;</w:t>
        <w:br/>
        <w:t>очі заплющені,&lt;br /&gt;</w:t>
        <w:br/>
        <w:t>хитається в ритм —&lt;br /&gt;</w:t>
        <w:br/>
        <w:t>Подяка &lt; природі &gt;патурі за все,&lt;br /&gt;</w:t>
        <w:br/>
        <w:t>найперше ж:&lt;br /&gt;</w:t>
        <w:br/>
        <w:t>за те, що потрібне зробив нетруднйм,&lt;br /&gt;</w:t>
        <w:br/>
        <w:t>а трудне непотрібним.&lt;br /&gt;</w:t>
        <w:br/>
        <w:t>На всіх шляхах життя&lt;br /&gt;</w:t>
        <w:br/>
        <w:t>шукай свою &lt;ти стать природню&gt; &lt;природню&lt;br /&gt;</w:t>
        <w:br/>
        <w:t>стать&gt; стать властиву,&lt;br /&gt;</w:t>
        <w:br/>
        <w:t>а &lt; невластиву &gt; стать невірну одкидай.&lt;br /&gt;</w:t>
        <w:br/>
        <w:t>Подяка &lt; природі &gt; &lt; натурі &gt; природі за все.&lt;br /&gt;</w:t>
        <w:br/>
        <w:t>Грає, грає Сковорода,&lt;br /&gt;</w:t>
        <w:br/>
        <w:t>а день вже хмариться назад,&lt;br /&gt;</w:t>
        <w:br/>
        <w:t>і якось хилиться, як колос,—&lt;br /&gt;</w:t>
        <w:br/>
        <w:t>в землю&lt;br /&gt;</w:t>
        <w:br/>
        <w:t>Іде отара од води,&lt;br /&gt;</w:t>
        <w:br/>
        <w:t>і дівчина-пастушка послухать зупинилась.&lt;br /&gt;</w:t>
        <w:br/>
        <w:t>Чернець, подумала — а не чернець:&lt;br /&gt;</w:t>
        <w:br/>
        <w:t>безвусий, безбородий,&lt;br /&gt;</w:t>
        <w:br/>
        <w:t>і дудка непроста.&lt;br /&gt;</w:t>
        <w:br/>
        <w:t>&lt; (Кудлан зівнув, &lt;на трьох ногах&gt; чеснув за вухом&lt;br /&gt;</w:t>
        <w:br/>
        <w:t>і з виском став качаться.) &gt;&lt;br /&gt;</w:t>
        <w:br/>
        <w:t>Почув Сковорода невинний погляд,&lt;br /&gt;</w:t>
        <w:br/>
        <w:t>очі розплющив.&lt;br /&gt;</w:t>
        <w:br/>
        <w:t>— Маріє!.. Ти?..&lt;br /&gt;</w:t>
        <w:br/>
        <w:t>— Е ні, зовуть Маринкою,—&lt;br /&gt;</w:t>
        <w:br/>
        <w:t>а почім ви мене знаєте?</w:t>
      </w:r>
    </w:p>
    <w:p>
      <w:r>
        <w:br/>
        <w:t>&lt; (Прибіг собі Кудлан і став качаться).&gt;&lt;br /&gt;</w:t>
        <w:br/>
        <w:t>&lt; (Кудлан зівнув, прибіг на трьох ногах&lt;br /&gt;</w:t>
        <w:br/>
        <w:t>і з виском &lt;оскалив&gt; став качаться).&gt;&lt;br /&gt;</w:t>
        <w:br/>
        <w:t>&lt; Кудлан &lt; зівнув чеснув за вухом &gt; &lt; примчав&lt;br /&gt;</w:t>
        <w:br/>
        <w:t>од овечок&gt;&lt;br /&gt;</w:t>
        <w:br/>
        <w:t>&lt; З-під ніг&gt; &lt; З-під самих ніг Кудлан мов уродивсь&lt;br /&gt;</w:t>
        <w:br/>
        <w:t>і з виском став качаться. &gt;&lt;br /&gt;</w:t>
        <w:br/>
        <w:t>З-під самих піг Кудлан десь &lt; вирвався &gt; уродився&lt;br /&gt;</w:t>
        <w:br/>
        <w:t>і з виском став качаться.&lt;br /&gt;</w:t>
        <w:br/>
        <w:t>1 Червоним олівцем автор написав два слова, які мав намір&lt;br /&gt;</w:t>
        <w:br/>
        <w:t>використати в поемі: "Примастками балакає",— Ред.&lt;br /&gt;</w:t>
        <w:br/>
        <w:t>— Маріє, Маринко...— без ліку повторяв,&lt;br /&gt;</w:t>
        <w:br/>
        <w:t>і брав її за руку і дивився&lt;br /&gt;</w:t>
        <w:br/>
        <w:t>довго-довго.&lt;br /&gt;</w:t>
        <w:br/>
        <w:t>Такії очі були&lt;br /&gt;</w:t>
        <w:br/>
        <w:t>у його учениці у Марії,&lt;br /&gt;</w:t>
        <w:br/>
        <w:t>коли в знайомого він жив на пасіці.&lt;br /&gt;</w:t>
        <w:br/>
        <w:t>Вже стільки літ пройшло,&lt;br /&gt;</w:t>
        <w:br/>
        <w:t>а він забуть не може&lt;br /&gt;</w:t>
        <w:br/>
        <w:t>її ласкавість і красу&lt;br /&gt;</w:t>
        <w:br/>
        <w:t>і повнолітній голос...&lt;br /&gt;</w:t>
        <w:br/>
        <w:t>— Маріє, Маринко...— без ліку повторяв.&lt;br /&gt;</w:t>
        <w:br/>
        <w:t>&lt; (Кудлан загріб, подряпав землю&lt;br /&gt;</w:t>
        <w:br/>
        <w:t>й десь погнав у яр на трьох ногах,&lt;br /&gt;</w:t>
        <w:br/>
        <w:t>подався десь.) &gt;&lt;br /&gt;</w:t>
        <w:br/>
        <w:t>(Кудлан зівнув &lt;і заспокоївсь &gt;, як лев, і заспокоївсь.&lt;br /&gt;</w:t>
        <w:br/>
        <w:t>Чебрець запах принадно).&lt;br /&gt;</w:t>
        <w:br/>
        <w:t>&lt; (суслик) &gt;&lt;br /&gt;</w:t>
        <w:br/>
        <w:t>Маринка сіла.&lt;br /&gt;</w:t>
        <w:br/>
        <w:t>Спідничкою закрила ноги,&lt;br /&gt;</w:t>
        <w:br/>
        <w:t>в долоні всю голівку узяла,&lt;br /&gt;</w:t>
        <w:br/>
        <w:t>говорить ].&lt;br /&gt;</w:t>
        <w:br/>
        <w:t>— Чиї вівці пасе? —&lt;br /&gt;</w:t>
        <w:br/>
        <w:t>Хіба це не 'днаково чиї&lt;?&gt;&lt;br /&gt;</w:t>
        <w:br/>
        <w:t>Колись я думала, що можна жить працюючи,&lt;br /&gt;</w:t>
        <w:br/>
        <w:t>аби земля родила.&lt;br /&gt;</w:t>
        <w:br/>
        <w:t>Тепер — ні.&lt;br /&gt;</w:t>
        <w:br/>
        <w:t>Бо батько й мати горби понаробляли,&lt;br /&gt;</w:t>
        <w:br/>
        <w:t>а все панові, бодай йому не дихать! 2&lt;br /&gt;</w:t>
        <w:br/>
        <w:t>Ми од &lt;Томари. З Ковраїв...&gt; 3&lt;br /&gt;</w:t>
        <w:br/>
        <w:t>До цього ось чорта перебігли —&lt;br /&gt;</w:t>
        <w:br/>
        <w:t>&lt; (&gt;насупилась у бік села&lt;) &gt;&lt;br /&gt;</w:t>
        <w:br/>
        <w:t>&lt;Кудлап собака десь узявся &gt;&lt;br /&gt;</w:t>
        <w:br/>
        <w:t>&lt; (Кудлан &lt; загріб, подряпав землю&gt; &lt; схопивсь &gt;&lt;br /&gt;</w:t>
        <w:br/>
        <w:t>&lt;здригнув&gt;&lt;br /&gt;</w:t>
        <w:br/>
        <w:t>1 На берегах червоним олівцем занотовано:&lt;br /&gt;</w:t>
        <w:br/>
        <w:t>"Та там...&lt;br /&gt;</w:t>
        <w:br/>
        <w:t>Там і Литви тієї&lt;br /&gt;</w:t>
        <w:br/>
        <w:t>жмені —&lt;br /&gt;</w:t>
        <w:br/>
        <w:t>&lt;узяв би так&lt;br /&gt;</w:t>
        <w:br/>
        <w:t>та й&gt; курям посипать нічого".— Ред.&lt;br /&gt;</w:t>
        <w:br/>
        <w:t>2 Збоку дописано олівцем:&lt;br /&gt;</w:t>
        <w:br/>
        <w:t>"&lt;Ми там були у підсусідках&gt;".— Ред.&lt;br /&gt;</w:t>
        <w:br/>
        <w:t>3 Дописано між рядками олівцем: "Навпаки: з Правобережжя&lt;br /&gt;</w:t>
        <w:br/>
        <w:t>тікали (?) Я."—Ред.&lt;br /&gt;</w:t>
        <w:br/>
        <w:t>&lt; нащурив вуха&gt;&lt;br /&gt;</w:t>
        <w:br/>
        <w:t>&lt;й подавсь у яр на трьох ногах &gt;&lt;br /&gt;</w:t>
        <w:br/>
        <w:t>&lt;й за сусликом помчавсь у яр...&gt;&lt;br /&gt;</w:t>
        <w:br/>
        <w:t>— Парки, доріжки, квітники...&lt;br /&gt;</w:t>
        <w:br/>
        <w:t>&lt;а тут і картоплі&gt; а нам то й квасолипки нігде посадити!&lt;br /&gt;</w:t>
        <w:br/>
        <w:t>&lt;Ои гляньте... &gt;&lt;br /&gt;</w:t>
        <w:br/>
        <w:t>&lt;Що там сиділи у підсусідках&lt;br /&gt;</w:t>
        <w:br/>
        <w:t>на чужій землі,&lt;br /&gt;</w:t>
        <w:br/>
        <w:t>а тут ще гірше.&lt;br /&gt;</w:t>
        <w:br/>
        <w:t>Багато кого пан тут обдурив.&lt;br /&gt;</w:t>
        <w:br/>
        <w:t>Оп гляньте&gt;&lt;br /&gt;</w:t>
        <w:br/>
        <w:t>За городищем, туди, од боку,&lt;br /&gt;</w:t>
        <w:br/>
        <w:t>над пивою &lt; (і як він раніш цього не бачив!) &gt;,&lt;br /&gt;</w:t>
        <w:br/>
        <w:t>над колосом,&lt;br /&gt;</w:t>
        <w:br/>
        <w:t>що з перебіжним блеском вітер&lt;br /&gt;</w:t>
        <w:br/>
        <w:t>&lt; вітер його вилизував &gt; його розхиляв і кошлав,&lt;br /&gt;</w:t>
        <w:br/>
        <w:t>&lt; хилила спину друга нива&gt; рясніло людом.&lt;br /&gt;</w:t>
        <w:br/>
        <w:t>&lt; Серпи ряхтіли гірко &gt; Серпи ряхтіли низько,&lt;br /&gt;</w:t>
        <w:br/>
        <w:t>і &lt;таке тужне&gt; такої тужної співала тая нива:&lt;br /&gt;</w:t>
        <w:br/>
        <w:t>Жніте, женчики, розжинайтеся,&lt;br /&gt;</w:t>
        <w:br/>
        <w:t>на чорну хмару оглядайтеся.&lt;br /&gt;</w:t>
        <w:br/>
        <w:t>А поміж них&lt;br /&gt;</w:t>
        <w:br/>
        <w:t>підгінчий з нагаєм&lt;br /&gt;</w:t>
        <w:br/>
        <w:t>&lt; підгінчий з нагаєм.&lt;br /&gt;</w:t>
        <w:br/>
        <w:t>А поміж них&lt;br /&gt;</w:t>
        <w:br/>
        <w:t>підгінчий з нагаєм!..&gt;&lt;br /&gt;</w:t>
        <w:br/>
        <w:t>Ще більш голівку заховала,&lt;br /&gt;</w:t>
        <w:br/>
        <w:t>щоб сліз не видно.&lt;br /&gt;</w:t>
        <w:br/>
        <w:t>А сльози, сльози, як слова!&lt;br /&gt;</w:t>
        <w:br/>
        <w:t>— Одна&lt;br /&gt;</w:t>
        <w:br/>
        <w:t>пішла я раз у панський двір.&lt;br /&gt;</w:t>
        <w:br/>
        <w:t>А пап на ніч сказав мені зостатись,&lt;br /&gt;</w:t>
        <w:br/>
        <w:t>грозив ножем і мордував,—&lt;br /&gt;</w:t>
        <w:br/>
        <w:t>та не далася я,&lt;br /&gt;</w:t>
        <w:br/>
        <w:t>втекла.&lt;br /&gt;</w:t>
        <w:br/>
        <w:t>Тепер якусь собі привіз Марію&lt;br /&gt;</w:t>
        <w:br/>
        <w:t>&lt;вжо і нам дав спокій &gt;&lt;br /&gt;</w:t>
        <w:br/>
        <w:t>і нас немовби не чіпає...&lt;br /&gt;</w:t>
        <w:br/>
        <w:t>уже немовби.&lt;br /&gt;</w:t>
        <w:br/>
        <w:t>1 Збоку автор дописав олівцем:&lt;br /&gt;</w:t>
        <w:br/>
        <w:t>"біснуватий"&lt;br /&gt;</w:t>
        <w:br/>
        <w:t>кричить &lt; здалека &gt;, далеко&lt;br /&gt;</w:t>
        <w:br/>
        <w:t>чути сумний&lt;br /&gt;</w:t>
        <w:br/>
        <w:t>його крик" — Ред.</w:t>
      </w:r>
    </w:p>
    <w:p>
      <w:r>
        <w:br/>
        <w:t>&lt;А ці ченці — пройти й у церкву не дадуть! &gt;&lt;br /&gt;</w:t>
        <w:br/>
        <w:t>&lt;та що казать... &gt;&lt;br /&gt;</w:t>
        <w:br/>
        <w:t>Сковорода: Марію?&lt;!&gt; ти кажеш Марію? 1&lt;br /&gt;</w:t>
        <w:br/>
        <w:t>Помовчала Маринка...&lt;br /&gt;</w:t>
        <w:br/>
        <w:t>Й день затих&lt;br /&gt;</w:t>
        <w:br/>
        <w:t>&lt; Чебрець запах &lt;та[к]&gt; принадно &gt;&lt;br /&gt;</w:t>
        <w:br/>
        <w:t>То хмари все хмаріли,&lt;br /&gt;</w:t>
        <w:br/>
        <w:t>а то у тучу всі зійшлись&lt;br /&gt;</w:t>
        <w:br/>
        <w:t>і звідти&lt;br /&gt;</w:t>
        <w:br/>
        <w:t>ціляли в блиск розколотого неба,&lt;br /&gt;</w:t>
        <w:br/>
        <w:t>в Дніпрі одбившись...&lt;br /&gt;</w:t>
        <w:br/>
        <w:t>(Дзвонили до вечерні.)&lt;br /&gt;</w:t>
        <w:br/>
        <w:t>У купу вівці збились.&lt;br /&gt;</w:t>
        <w:br/>
        <w:t>Немов із холоду,&lt;br /&gt;</w:t>
        <w:br/>
        <w:t>ягнятко на руки полізло.&lt;br /&gt;</w:t>
        <w:br/>
        <w:t>— А вам напевно весело живеться, що ви все граєте?&lt;br /&gt;</w:t>
        <w:br/>
        <w:t>Я бачила й учора вас.&lt;br /&gt;</w:t>
        <w:br/>
        <w:t>А брат мій в гайдамаках,&lt;br /&gt;</w:t>
        <w:br/>
        <w:t>він &lt;тут в яру засів на пана&gt; з цим-о біснуватим,&lt;br /&gt;</w:t>
        <w:br/>
        <w:t>коли нема солдата,&lt;br /&gt;</w:t>
        <w:br/>
        <w:t>&lt;балака&gt; вночі балака про панів2.&lt;br /&gt;</w:t>
        <w:br/>
        <w:t>А другий аж у Швачки,—— та й зразу схаменулась&lt;br /&gt;</w:t>
        <w:br/>
        <w:t>&lt;пох[васталась] &gt;&lt;br /&gt;</w:t>
        <w:br/>
        <w:t>Загледіла, що на шляху ще під горою&lt;br /&gt;</w:t>
        <w:br/>
        <w:t>куріло щось і наближалось &lt;восьмикопитно&gt;&lt;br /&gt;</w:t>
        <w:br/>
        <w:t>тупокопитно.&lt;br /&gt;</w:t>
        <w:br/>
        <w:t>(ЦДАМЛМ, ф. 464, оп. 1, КІ 1І8С, арк. 1—7)&lt;br /&gt;</w:t>
        <w:br/>
        <w:t>[VII. НАД ДНІПРОМ]&lt;br /&gt;</w:t>
        <w:br/>
        <w:t>1 Збоку дописано олівцем:&lt;br /&gt;</w:t>
        <w:br/>
        <w:t>"Закричав біснуватий&lt;br /&gt;</w:t>
        <w:br/>
        <w:t>&lt;на&gt; з сусідньої гори, як Прометей.&lt;br /&gt;</w:t>
        <w:br/>
        <w:t>&lt;той же крик і в IV част[ині] &lt;в по[встанців] &gt;&lt;br /&gt;</w:t>
        <w:br/>
        <w:t>серед повстанців]).&lt;br /&gt;</w:t>
        <w:br/>
        <w:t>Нікого з посторонніх до "бісн [уватого]" не підпускають.&lt;br /&gt;</w:t>
        <w:br/>
        <w:t>А в народі є повір'я, що це в кайданах сидить їхній визво-&lt;br /&gt;</w:t>
        <w:br/>
        <w:t>литель (Прометей)".— Ред.&lt;br /&gt;</w:t>
        <w:br/>
        <w:t>2 Збоку дописано олівцем: "Грамота цариці".— Ред.</w:t>
      </w:r>
    </w:p>
    <w:p>
      <w:r>
        <w:br/>
        <w:t>&lt;Гафійка&gt; А Гафійка, звівшись на коліна,&lt;br /&gt;</w:t>
        <w:br/>
        <w:t>&lt; затрусилась од гніву: &gt; од гпіву затрусилася:&lt;br /&gt;</w:t>
        <w:br/>
        <w:t>&lt;оддайте, дядьку&gt; оддай, парубче, дудку,&lt;br /&gt;</w:t>
        <w:br/>
        <w:t>чого &lt;ви причепились?&gt; ти причепився!&lt;br /&gt;</w:t>
        <w:br/>
        <w:t>Сковорода її за руку: хай!&lt;br /&gt;</w:t>
        <w:br/>
        <w:t>А сам усе дививсь:&lt;br /&gt;</w:t>
        <w:br/>
        <w:t>На гордий ніс. Подзьобане обличчя.&lt;br /&gt;</w:t>
        <w:br/>
        <w:t>&lt; Колючі брови... Де він його бачив?&lt;br /&gt;</w:t>
        <w:br/>
        <w:t>Той знову&lt;br /&gt;</w:t>
        <w:br/>
        <w:t>крізь зуби собі чвіркнув:&lt;br /&gt;</w:t>
        <w:br/>
        <w:t>і&gt;&lt;br /&gt;</w:t>
        <w:br/>
        <w:t>&lt;і одійшов до гурту. &gt;&lt;br /&gt;</w:t>
        <w:br/>
        <w:t>Колючі брови: глянь&lt;br /&gt;</w:t>
        <w:br/>
        <w:t>Той,&lt;br /&gt;</w:t>
        <w:br/>
        <w:t>&lt;не одриваючи очей од Сковороди &gt;&lt;br /&gt;</w:t>
        <w:br/>
        <w:t>не зводячи &lt; злісних &gt; очей з Сковороди,&lt;br /&gt;</w:t>
        <w:br/>
        <w:t>&lt; поліз &gt;&lt;br /&gt;</w:t>
        <w:br/>
        <w:t>накрючився руками злісно&lt;br /&gt;</w:t>
        <w:br/>
        <w:t>і &lt;так подався &gt; кинувсь весь —&lt;br /&gt;</w:t>
        <w:br/>
        <w:t>немов до горла!&lt;br /&gt;</w:t>
        <w:br/>
        <w:t>&lt;0 ні!&gt;&lt;br /&gt;</w:t>
        <w:br/>
        <w:t>О ні, (над ними саме хмара &lt;прохихотіла зливою) &gt; і тиша&lt;br /&gt;</w:t>
        <w:br/>
        <w:t>&lt; пропливала &gt;)&lt;br /&gt;</w:t>
        <w:br/>
        <w:t>немовби &lt;вище поза плечі &gt; &lt; кинувсь &gt; до очей,&lt;br /&gt;</w:t>
        <w:br/>
        <w:t>над головою!&lt;br /&gt;</w:t>
        <w:br/>
        <w:t>О ні, (над ними саме &lt;тиша й тінь —&lt;br /&gt;</w:t>
        <w:br/>
        <w:t>велика&gt;&lt;br /&gt;</w:t>
        <w:br/>
        <w:t>&lt; вітер розпурхався&gt;&lt;br /&gt;</w:t>
        <w:br/>
        <w:t>хмара і тиша).&lt;br /&gt;</w:t>
        <w:br/>
        <w:t>&lt;немовби&gt;&lt;br /&gt;</w:t>
        <w:br/>
        <w:t>&lt;і зразу хвать! Крутнув, скрутив,&gt;&lt;br /&gt;</w:t>
        <w:br/>
        <w:t>1 зра-зу хвать! Скрутив, хруснув,&lt;br /&gt;</w:t>
        <w:br/>
        <w:t>одірвав —&lt;br /&gt;</w:t>
        <w:br/>
        <w:t>і вже &lt;розпльовано-жовтий&gt; соняшник&lt;br /&gt;</w:t>
        <w:br/>
        <w:t>ось тут.&lt;br /&gt;</w:t>
        <w:br/>
        <w:t>А &lt; без [голова] &gt; нещасна соняшничина,&lt;br /&gt;</w:t>
        <w:br/>
        <w:t>схитнувшись кілька раз обірваним горлом;&lt;br /&gt;</w:t>
        <w:br/>
        <w:t>&lt; завмерши зупинившись &gt;&lt;br /&gt;</w:t>
        <w:br/>
        <w:t>завмерла, зупинилась...1&lt;br /&gt;</w:t>
        <w:br/>
        <w:t>Помовчали усі гуртом,&lt;br /&gt;</w:t>
        <w:br/>
        <w:t>і день затих.&lt;br /&gt;</w:t>
        <w:br/>
        <w:t>То хмари все хмарїли,&lt;br /&gt;</w:t>
        <w:br/>
        <w:t>і •]&lt;br /&gt;</w:t>
        <w:br/>
        <w:t>1 Текст від "Колючі брови: глянь" до "завмерла, зупинилась..."&lt;br /&gt;</w:t>
        <w:br/>
        <w:t>донисапо пізніше на берегах рукопису.— Ред.&lt;br /&gt;</w:t>
        <w:br/>
        <w:t>Я бачила й учора вас.&lt;br /&gt;</w:t>
        <w:br/>
        <w:t>А брат мій в гайдамаках —&lt;br /&gt;</w:t>
        <w:br/>
        <w:t>та й зразу схаменулась.&lt;br /&gt;</w:t>
        <w:br/>
        <w:t>Загледіла, що там ген на шляху&lt;br /&gt;</w:t>
        <w:br/>
        <w:t>куріло щось і наближалося восьмикопитно.&lt;br /&gt;</w:t>
        <w:br/>
        <w:t>Взяла ягнятко й понесла.&lt;br /&gt;</w:t>
        <w:br/>
        <w:t>Схопивсь подзьобаний: *&lt;br /&gt;</w:t>
        <w:br/>
        <w:t>Куди ж ти? *&lt;br /&gt;</w:t>
        <w:br/>
        <w:t>&lt;Слухай!*&lt;br /&gt;</w:t>
        <w:br/>
        <w:t>підожди !&gt; *&lt;br /&gt;</w:t>
        <w:br/>
        <w:t>А вітер їй заходив збоку,&lt;br /&gt;</w:t>
        <w:br/>
        <w:t>[• •]&lt;br /&gt;</w:t>
        <w:br/>
        <w:t>(ЦДАМЛМ, ф. 464, оп. 1, № 1202, арк. 14)</w:t>
      </w:r>
    </w:p>
    <w:p>
      <w:r>
        <w:br/>
        <w:t>[VIII. НАД ДНІПРОМ]</w:t>
      </w:r>
    </w:p>
    <w:p>
      <w:r>
        <w:br/>
        <w:t>Той,&lt;br /&gt;</w:t>
        <w:br/>
        <w:t>не зводячи очей з Сковороди,&lt;br /&gt;</w:t>
        <w:br/>
        <w:t>накрючився руками злісно&lt;br /&gt;</w:t>
        <w:br/>
        <w:t>і кинувсь весь —&lt;br /&gt;</w:t>
        <w:br/>
        <w:t>немов до горла!&lt;br /&gt;</w:t>
        <w:br/>
        <w:t>О ні — (над ними саме &lt;тиша і хмара&gt; хмара і тінь),&lt;br /&gt;</w:t>
        <w:br/>
        <w:t>немовби до очей &lt;над головою&gt;!&lt;br /&gt;</w:t>
        <w:br/>
        <w:t>О ні— (над ними &lt;саме хмара і тиша&gt; &lt;пужкою&lt;br /&gt;</w:t>
        <w:br/>
        <w:t>по хмарах стьобнуло&gt; саме тіння і шум)&lt;br /&gt;</w:t>
        <w:br/>
        <w:t>&lt;і&gt; &lt;а&gt; і зра-зу&lt;br /&gt;</w:t>
        <w:br/>
        <w:t>&lt; хвать !&gt; х-хвать! над головою —&lt;br /&gt;</w:t>
        <w:br/>
        <w:t>Скрутив, &lt; хруснув, одірвав —&lt;br /&gt;</w:t>
        <w:br/>
        <w:t>1 вже соняшник ось тут,&gt;&lt;br /&gt;</w:t>
        <w:br/>
        <w:t>за його шию, хруснув, одірвав —&lt;br /&gt;</w:t>
        <w:br/>
        <w:t>і ось вже &lt;жовтоверхий&gt; жовтоязикий соняшник ось тут&lt;br /&gt;</w:t>
        <w:br/>
        <w:t>&lt;на долоні &gt;,&lt;br /&gt;</w:t>
        <w:br/>
        <w:t>а нещасна соняшничина,&lt;br /&gt;</w:t>
        <w:br/>
        <w:t>&lt; хитнувшись у порожнечі &gt; мотнувшись кілька раз&lt;br /&gt;</w:t>
        <w:br/>
        <w:t>обірваним горлом,&lt;br /&gt;</w:t>
        <w:br/>
        <w:t>&lt; завмерла, зупинилась &gt; завмерла, в порожнечі&lt;br /&gt;</w:t>
        <w:br/>
        <w:t>зупинилась...&lt;br /&gt;</w:t>
        <w:br/>
        <w:t>— Отак зроблю я і з папами! чуєш?&lt;br /&gt;</w:t>
        <w:br/>
        <w:t>&lt;Сковорода: добре. &gt;&lt;br /&gt;</w:t>
        <w:br/>
        <w:t>Сковорода голосом: добре,— протяглу в.&lt;br /&gt;</w:t>
        <w:br/>
        <w:t>— Та ти не "добре", а й сам, брат, не сиди, &lt;та з нами.&gt;&lt;br /&gt;</w:t>
        <w:br/>
        <w:t>Сковорода: &lt;добре. &gt; Кажу ж тобі — добре.&lt;br /&gt;</w:t>
        <w:br/>
        <w:t>Гурт засміявсь.&lt;br /&gt;</w:t>
        <w:br/>
        <w:t>Гафійка губу закусила&lt;br /&gt;</w:t>
        <w:br/>
        <w:t>і кинула грудкою в ягня,&lt;br /&gt;</w:t>
        <w:br/>
        <w:t>що від отари аж сюди прибилось.&lt;br /&gt;</w:t>
        <w:br/>
        <w:t>— Ді-ду! Завертайте отару! я зараз іду-у! 1&lt;br /&gt;</w:t>
        <w:br/>
        <w:t>І знову тиша.&lt;br /&gt;</w:t>
        <w:br/>
        <w:t>Ховрашок &lt; перебіг &gt; &lt; побіг &gt; &lt; пошився&lt;br /&gt;</w:t>
        <w:br/>
        <w:t>стернею &gt;&lt;br /&gt;</w:t>
        <w:br/>
        <w:t>та па далеких хмарах &lt;пужкою махнуло &gt; &lt;щось пужкою&lt;br /&gt;</w:t>
        <w:br/>
        <w:t>махнуло... &gt;&lt;br /&gt;</w:t>
        <w:br/>
        <w:t>Тиша.&lt;br /&gt;</w:t>
        <w:br/>
        <w:t>Двійна, &lt; повторна райдуга &gt; ще раз, всередині&lt;br /&gt;</w:t>
        <w:br/>
        <w:t>повторна райдуга. &lt; Глянь. &gt;&lt;br /&gt;</w:t>
        <w:br/>
        <w:t>Так легко, &lt; мостом &gt; вільно мостом повисла &lt; задьористим,&lt;br /&gt;</w:t>
        <w:br/>
        <w:t>кирпатопахучим&gt; кирпатим &lt; понюхом &gt;&lt;br /&gt;</w:t>
        <w:br/>
        <w:t>нюхом&lt;br /&gt;</w:t>
        <w:br/>
        <w:t>&lt; тьмяно-зеленим заблисла &gt;&lt;br /&gt;</w:t>
        <w:br/>
        <w:t>&lt;як&gt; &lt;С немов всесвітня радість &gt;&lt;br /&gt;</w:t>
        <w:br/>
        <w:t>&lt;3 повторною райдугою &gt;&lt;br /&gt;</w:t>
        <w:br/>
        <w:t>&lt; Гордий ніс&lt;br /&gt;</w:t>
        <w:br/>
        <w:t>чвіркнув іронічно&lt;br /&gt;</w:t>
        <w:br/>
        <w:t>і одійшов до гурту. &gt;&lt;br /&gt;</w:t>
        <w:br/>
        <w:t>&lt; Помовчали усі гуртом &gt;&lt;br /&gt;</w:t>
        <w:br/>
        <w:t>&lt; Звідти кидав іронічно&lt;br /&gt;</w:t>
        <w:br/>
        <w:t>чи до своїх, що сперечались,&lt;br /&gt;</w:t>
        <w:br/>
        <w:t>чи мо1 й до Сковороди: &gt;&lt;br /&gt;</w:t>
        <w:br/>
        <w:t>&lt;Тиша.&gt; І знову тиша.&lt;br /&gt;</w:t>
        <w:br/>
        <w:t>1 Поруч, на берегах, написано: "на т[ому] боці". Подальший&lt;br /&gt;</w:t>
        <w:br/>
        <w:t>текст, до рядка: "чи мо' й до Сковороди: &gt;" викреслено, а на зворо-&lt;br /&gt;</w:t>
        <w:br/>
        <w:t>ті написано новий, який подається далі.-— Ред.&lt;br /&gt;</w:t>
        <w:br/>
        <w:t>2 Поруч, на берегах рукопису, написано олівцем та чорнилом:&lt;br /&gt;</w:t>
        <w:br/>
        <w:t>"Селяне: Цілі полки козацтва з прапорами&lt;br /&gt;</w:t>
        <w:br/>
        <w:t>(Колії це так ідуть і йдуть —&lt;br /&gt;</w:t>
        <w:br/>
        <w:t>мигтить, переливається ряхтом".&lt;br /&gt;</w:t>
        <w:br/>
        <w:t>"Білі голуби на хмарах".&lt;br /&gt;</w:t>
        <w:br/>
        <w:t>"В озері відбиток райдуги,&lt;br /&gt;</w:t>
        <w:br/>
        <w:t>(в Дніпрі?)".— Ред.&lt;br /&gt;</w:t>
        <w:br/>
        <w:t>Ховрашок &lt; зашарудів &gt; &lt; перебігав &gt; перебіг стернею.&lt;br /&gt;</w:t>
        <w:br/>
        <w:t>Та на далеких хмарах&lt;br /&gt;</w:t>
        <w:br/>
        <w:t>безстидна райдуга розкрилась2.&lt;br /&gt;</w:t>
        <w:br/>
        <w:t>&lt; Уперши ніжками в долоні світу&gt; &lt; Ніжками упершись &gt;&lt;br /&gt;</w:t>
        <w:br/>
        <w:t>Упершися піжками в поршні світу,&lt;br /&gt;</w:t>
        <w:br/>
        <w:t>&lt; назад &gt; &lt;й назад, на руки перекинувшись &gt;&lt;br /&gt;</w:t>
        <w:br/>
        <w:t>й назад вона па руки перекинулась&lt;br /&gt;</w:t>
        <w:br/>
        <w:t>&lt;і так легко лоскітливою дугою вигнулась &gt;&lt;br /&gt;</w:t>
        <w:br/>
        <w:t>&lt;і враз так легко вона дугою вигнувшись &gt;&lt;br /&gt;</w:t>
        <w:br/>
        <w:t>і як міст легко вона &lt;в повітрі &gt; дугою вигнувшись,&lt;br /&gt;</w:t>
        <w:br/>
        <w:t>&lt; голою повисла &gt; &lt;гола повисла &gt;&lt;br /&gt;</w:t>
        <w:br/>
        <w:t>&lt; лицем до [блакиті] &gt; вигнувшись передом до блакиті,&lt;br /&gt;</w:t>
        <w:br/>
        <w:t>&lt; сто [яла] &gt; гола &lt; стояла &gt; &lt; тримала [сь] &gt;&lt;br /&gt;</w:t>
        <w:br/>
        <w:t>тремтіла.&lt;br /&gt;</w:t>
        <w:br/>
        <w:t>&lt;Тр[емтіла]&gt; &lt;Примружилась, немов не дивиться&gt;&lt;br /&gt;</w:t>
        <w:br/>
        <w:t>Немовби й не дивиться.&lt;br /&gt;</w:t>
        <w:br/>
        <w:t>А хитрий сміх &lt;їй трусить перса, плечі &gt; її &lt; кирпатий &gt;&lt;br /&gt;</w:t>
        <w:br/>
        <w:t>на самих кінчиках здивованих грудей опуклих&lt;br /&gt;</w:t>
        <w:br/>
        <w:t>танцює, тапцює,&lt;br /&gt;</w:t>
        <w:br/>
        <w:t>&lt;під стан десь [нерозб.] обкрутиться &gt;&lt;br /&gt;</w:t>
        <w:br/>
        <w:t>&lt;передається &gt; м'яко передається на живіт&lt;br /&gt;</w:t>
        <w:br/>
        <w:t>&lt;і западає &gt; &lt;і там десь западає &gt;&lt;br /&gt;</w:t>
        <w:br/>
        <w:t>і там десь під бедер западає&lt;br /&gt;</w:t>
        <w:br/>
        <w:t>в тьмяно-фіалковий &lt; трикутник западає &gt; у чорний&lt;br /&gt;</w:t>
        <w:br/>
        <w:t>трикутник.&lt;br /&gt;</w:t>
        <w:br/>
        <w:t>Махнув хтось пужкою по &lt;його&gt; хмарах (Блискавка) *&lt;br /&gt;</w:t>
        <w:br/>
        <w:t>Тиша.&lt;br /&gt;</w:t>
        <w:br/>
        <w:t>&lt; Зраділа райдузі Гафійка&lt;br /&gt;</w:t>
        <w:br/>
        <w:t>і простягнула до пеї руку,&lt;br /&gt;</w:t>
        <w:br/>
        <w:t>немовби це тут було десь, близько,&lt;br /&gt;</w:t>
        <w:br/>
        <w:t>і&gt; &lt; та не доставши до неї,&lt;br /&gt;</w:t>
        <w:br/>
        <w:t>квіти рвати почала&lt;br /&gt;</w:t>
        <w:br/>
        <w:t>і&gt; &lt; побігла квіти рвати&lt;br /&gt;</w:t>
        <w:br/>
        <w:t>й кидати на неї&gt;&lt;br /&gt;</w:t>
        <w:br/>
        <w:t>Та на далеких хмарах 1&lt;br /&gt;</w:t>
        <w:br/>
        <w:t>&lt; безстидно &gt;, немов перед купанням&lt;br /&gt;</w:t>
        <w:br/>
        <w:t>райдуга розкрилась.&lt;br /&gt;</w:t>
        <w:br/>
        <w:t>&lt; Упершись ніжками у саму бороду світу &gt;&lt;br /&gt;</w:t>
        <w:br/>
        <w:t>Упершись &lt; рожевими &gt; ніжками в долоні світу&lt;br /&gt;</w:t>
        <w:br/>
        <w:t>й назад на руки перекинувшись, &lt; вигнулась&lt;br /&gt;</w:t>
        <w:br/>
        <w:t>так легко &gt; так легко безстидною дугою вигнулась,&lt;br /&gt;</w:t>
        <w:br/>
        <w:t>голою повисла!&lt;br /&gt;</w:t>
        <w:br/>
        <w:t>1 Від цього місця до "&lt;у&gt; і в тьмяно-фіалковий трикутник&lt;br /&gt;</w:t>
        <w:br/>
        <w:t>&lt;м'яко&gt; западає..." викреслено автором.— Ред.&lt;br /&gt;</w:t>
        <w:br/>
        <w:t>&lt; і тільки зни [зу] &gt;&lt;br /&gt;</w:t>
        <w:br/>
        <w:t>&lt;і хитрий сміх її кирпатий &gt;&lt;br /&gt;</w:t>
        <w:br/>
        <w:t>&lt; (Так легко голою повисла) &gt;&lt;br /&gt;</w:t>
        <w:br/>
        <w:t>&lt;і тільки знизу &gt; і ось вже&lt;br /&gt;</w:t>
        <w:br/>
        <w:t>хитрий сміх її кирпатий&lt;br /&gt;</w:t>
        <w:br/>
        <w:t>&lt;із низу до&gt;&lt;br /&gt;</w:t>
        <w:br/>
        <w:t>&lt; Лоскоче &gt; опукло здивовані [плечі] і перса трусить,&lt;br /&gt;</w:t>
        <w:br/>
        <w:t>&lt;перек[идається] &gt; &lt; от-от він прорветься &gt;&lt;br /&gt;</w:t>
        <w:br/>
        <w:t>&lt; ластівками черкається летюче &gt;&lt;br /&gt;</w:t>
        <w:br/>
        <w:t>&lt;на животі &gt; черкнеться ластівкою об живіт&lt;br /&gt;</w:t>
        <w:br/>
        <w:t>&lt;у&gt; і в тьмяно-фіалковий трикутник &lt;м'яко&gt;&lt;br /&gt;</w:t>
        <w:br/>
        <w:t>западає...&lt;br /&gt;</w:t>
        <w:br/>
        <w:t>Та на далеких хмарах &lt; безстидна райдуга &gt; &lt;двійна&lt;br /&gt;</w:t>
        <w:br/>
        <w:t>повторна райдуга &gt; &lt; розкрилась &gt; 1&lt;br /&gt;</w:t>
        <w:br/>
        <w:t>Упершись ніжками &lt;й назад &gt; в повітрі й назад на руки&lt;br /&gt;</w:t>
        <w:br/>
        <w:t>перекинувшись,&lt;br /&gt;</w:t>
        <w:br/>
        <w:t>так легко голою повисла —&lt;br /&gt;</w:t>
        <w:br/>
        <w:t>&lt;так легко голою &gt;&lt;br /&gt;</w:t>
        <w:br/>
        <w:t>&lt;кирпатий сміх&gt; &lt;і тільки хитрий сміх кирпатий&gt;&lt;br /&gt;</w:t>
        <w:br/>
        <w:t>і хитрий сміх її кирпатий знизу&lt;br /&gt;</w:t>
        <w:br/>
        <w:t>їй &lt;трусить&gt; &lt;вступає&gt; &lt;в&gt; жовтогарячить перса&lt;br /&gt;</w:t>
        <w:br/>
        <w:t>молоді,&lt;br /&gt;</w:t>
        <w:br/>
        <w:t>на животі &lt;у тьмяно-фіалкові лінії западає &gt; &lt;у тьмяно-&lt;br /&gt;</w:t>
        <w:br/>
        <w:t>фіалковий трикутник спадає &gt;&lt;br /&gt;</w:t>
        <w:br/>
        <w:t>у тьмяно-фіалковий трикутник...&lt;br /&gt;</w:t>
        <w:br/>
        <w:t>Глянув Сковорода на райдугу:&lt;br /&gt;</w:t>
        <w:br/>
        <w:t>півколо.&lt;br /&gt;</w:t>
        <w:br/>
        <w:t>&lt; Одним одрізком повторювалось воно в Дніпрі&lt;br /&gt;</w:t>
        <w:br/>
        <w:t>і круг т[ворило] &gt; &lt;все вмісті&gt;&lt;br /&gt;</w:t>
        <w:br/>
        <w:t>&lt;а всередині райдуги &gt;&lt;br /&gt;</w:t>
        <w:br/>
        <w:t>В Дніпрі одбилося й тремтить&lt;br /&gt;</w:t>
        <w:br/>
        <w:t>і утворило довершенну форму —&lt;br /&gt;</w:t>
        <w:br/>
        <w:t>коло.&lt;br /&gt;</w:t>
        <w:br/>
        <w:t>Зраділа райдузі Гафійка&lt;br /&gt;</w:t>
        <w:br/>
        <w:t>&lt;і простягнула руку&gt; і, простягнувши руки, побігла,&lt;br /&gt;</w:t>
        <w:br/>
        <w:t>та, не діставши,&lt;br /&gt;</w:t>
        <w:br/>
        <w:t>квітами почала в неї кидати,&lt;br /&gt;</w:t>
        <w:br/>
        <w:t>і &lt; танцювати &gt; підтанцьовувати.&lt;br /&gt;</w:t>
        <w:br/>
        <w:t>1 Від цього місця до: "у тьмяно-фіалковий трикутник" викрес-&lt;br /&gt;</w:t>
        <w:br/>
        <w:t>лено автором.— Ред.&lt;br /&gt;</w:t>
        <w:br/>
        <w:t>&lt;а потім зірвалась і побігла&lt;br /&gt;</w:t>
        <w:br/>
        <w:t>любими словами лоскотати &gt;&lt;br /&gt;</w:t>
        <w:br/>
        <w:t>&lt;як дитину &gt;&lt;br /&gt;</w:t>
        <w:br/>
        <w:t>&lt;Ой ловке ж яке й звідки воно!&gt;&lt;br /&gt;</w:t>
        <w:br/>
        <w:t>&lt;й звідки воно І &gt;&lt;br /&gt;</w:t>
        <w:br/>
        <w:t>&lt;Та яке потішне!&lt;br /&gt;</w:t>
        <w:br/>
        <w:t>і зелене, і червоне,&lt;br /&gt;</w:t>
        <w:br/>
        <w:t>ще й жовте нелишне &gt;&lt;br /&gt;</w:t>
        <w:br/>
        <w:t>&lt;Що зелене, що червоне —&lt;br /&gt;</w:t>
        <w:br/>
        <w:t>і все там не липше &gt;&lt;br /&gt;</w:t>
        <w:br/>
        <w:t>&lt;Ой, любе&gt; &lt;Ой, яке ж любе&gt; Ой, любе ж яке!&lt;br /&gt;</w:t>
        <w:br/>
        <w:t>Райдуго! &lt;ти знавш, хто ти є?&gt; знавш, хто ти така?&lt;br /&gt;</w:t>
        <w:br/>
        <w:t>Ти...&lt;br /&gt;</w:t>
        <w:br/>
        <w:t>&lt;і заплакала від радості &gt; &lt;і заплакала &gt;&lt;br /&gt;</w:t>
        <w:br/>
        <w:t>від ніжності.&lt;br /&gt;</w:t>
        <w:br/>
        <w:t>&lt;Сковорода: Ах ти дурне, дурне&gt;&lt;br /&gt;</w:t>
        <w:br/>
        <w:t>а їй &lt; тихо &gt; із ближніх хмар на саму голівку і за шию *&lt;br /&gt;</w:t>
        <w:br/>
        <w:t>упало три краплі. Упало три &lt;краплі&gt; холодних краплі*,&lt;br /&gt;</w:t>
        <w:br/>
        <w:t>аж плечиці &lt;наїжачились&gt; здригнулись*&lt;br /&gt;</w:t>
        <w:br/>
        <w:t>горбато *.&lt;br /&gt;</w:t>
        <w:br/>
        <w:t>глянув і собі Сковорода: круг, довершённа форма *&lt;br /&gt;</w:t>
        <w:br/>
        <w:t>і зв'язалось це в голосі з світлим майбутнім *.</w:t>
      </w:r>
    </w:p>
    <w:p>
      <w:r>
        <w:br/>
        <w:t>(ЦДАМЛМ, ф. 464, оп. 1, Яв 1202, арк. 15, 15 зв.)</w:t>
      </w:r>
    </w:p>
    <w:p>
      <w:r>
        <w:br/>
        <w:t>[IX. НАД ДНІПРОМ]</w:t>
      </w:r>
    </w:p>
    <w:p>
      <w:r>
        <w:br/>
        <w:t>Гордий ніс&lt;br /&gt;</w:t>
        <w:br/>
        <w:t>чвіркнув крізь зуби&lt;br /&gt;</w:t>
        <w:br/>
        <w:t>й поволі підвівсь: пора!&lt;br /&gt;</w:t>
        <w:br/>
        <w:t>&lt;Одійшов трохи &gt;&lt;br /&gt;</w:t>
        <w:br/>
        <w:t>Гурт: а що ж, пійдемо?&lt;br /&gt;</w:t>
        <w:br/>
        <w:t>й почали зав'язувать &lt; торби &gt; торбини.&lt;br /&gt;</w:t>
        <w:br/>
        <w:t>Та ніс чогось ізнову сів.&lt;br /&gt;</w:t>
        <w:br/>
        <w:t>&lt; Одним нігтем &gt; &lt; Злегка нігтем &gt; Нігтем злегка почухав&lt;br /&gt;</w:t>
        <w:br/>
        <w:t>свої порепапі ноги,&lt;br /&gt;</w:t>
        <w:br/>
        <w:t>&lt;3гр&gt; Обірвав десь &lt; нитку&gt; пацьорку на лахмітті&lt;br /&gt;</w:t>
        <w:br/>
        <w:t>&lt;під матнею &gt; ззаду&lt;br /&gt;</w:t>
        <w:br/>
        <w:t>і так ясно &lt; поглянув на Сковороду &gt; признався&lt;br /&gt;</w:t>
        <w:br/>
        <w:t>до Сковороди:&lt;br /&gt;</w:t>
        <w:br/>
        <w:t>— &lt;Ну&gt; ось я з тобою &lt;пожартував&gt; й пожартував*.&lt;br /&gt;</w:t>
        <w:br/>
        <w:t>Ось ти мовчиш.&lt;br /&gt;</w:t>
        <w:br/>
        <w:t>А чується, що &lt;ти не чужий&gt; ти нам не &lt;й&gt; чужий.&lt;br /&gt;</w:t>
        <w:br/>
        <w:t>Ну що робить, скажи, ну що?&lt;br /&gt;</w:t>
        <w:br/>
        <w:t>Глянь: 1&lt;br /&gt;</w:t>
        <w:br/>
        <w:t>чи не їдуть чумаки із Криму?&lt;br /&gt;</w:t>
        <w:br/>
        <w:t>чи не біжать купці через Умань із Польщі?&lt;br /&gt;</w:t>
        <w:br/>
        <w:t>Дарма й &lt; кричать &gt; гукать.&lt;br /&gt;</w:t>
        <w:br/>
        <w:t>Закрито всі кордони, закрито.&lt;br /&gt;</w:t>
        <w:br/>
        <w:t>&lt; Бо чого ж Січ гуде? &gt; Бо чого ж Січ гуде, як не через це?&lt;br /&gt;</w:t>
        <w:br/>
        <w:t>Та й нам, міським ремісникам та селянам,&lt;br /&gt;</w:t>
        <w:br/>
        <w:t>ну що робить, скажи, ну що?&lt;br /&gt;</w:t>
        <w:br/>
        <w:t>іти на землю? *&lt;br /&gt;</w:t>
        <w:br/>
        <w:t>&lt;Еж&gt; &lt;Ми стомились &gt;&lt;br /&gt;</w:t>
        <w:br/>
        <w:t>Еж ми шукаємо її, святу.&lt;br /&gt;</w:t>
        <w:br/>
        <w:t>Еж ми стомилися, шукаючи!&lt;br /&gt;</w:t>
        <w:br/>
        <w:t>Жити без її &lt;не можем,&gt; несила, без землі!&lt;br /&gt;</w:t>
        <w:br/>
        <w:t>А земля — в чужих руках.&lt;br /&gt;</w:t>
        <w:br/>
        <w:t>&lt; А коли нива почне —&lt;br /&gt;</w:t>
        <w:br/>
        <w:t>тоді косар... &gt;&lt;br /&gt;</w:t>
        <w:br/>
        <w:t>(Достигав у Сковороді гнів).&lt;br /&gt;</w:t>
        <w:br/>
        <w:t>Ми чули: в Бахмуті вугіль нібито якийсь &lt;копають&gt; зна-&lt;br /&gt;</w:t>
        <w:br/>
        <w:t>йшли. Подамось туди, коли земля не наша — під землю&lt;br /&gt;</w:t>
        <w:br/>
        <w:t>ввійдем, влізем, втиснемось, а таки її колись собі по-&lt;br /&gt;</w:t>
        <w:br/>
        <w:t>вернем 2.</w:t>
      </w:r>
    </w:p>
    <w:p>
      <w:r>
        <w:br/>
        <w:t>&lt; Помовчали &gt;&lt;br /&gt;</w:t>
        <w:br/>
        <w:t>Гордий ніс: так отаке-то. &lt;Хто&gt; Що його й робити[?]&lt;br /&gt;</w:t>
        <w:br/>
        <w:t>Сковорода: роби те, що &lt;ти задумав &gt; замислив.&lt;br /&gt;</w:t>
        <w:br/>
        <w:t>— А &lt;ти[?]&gt;&lt;br /&gt;</w:t>
        <w:br/>
        <w:t>&lt;Роб[ити?]&gt; &lt;Ти голо[ту розумієш?] &gt; підеш із нами?&lt;br /&gt;</w:t>
        <w:br/>
        <w:t>[—]Я &lt;ж&gt; давно із вами.&lt;br /&gt;</w:t>
        <w:br/>
        <w:t>&lt; Приставай до нас&gt; &lt;нас&gt;&lt;br /&gt;</w:t>
        <w:br/>
        <w:t>&lt; Сьогодні вночі&gt; — Та ні, &lt;це&gt; правда?&lt;br /&gt;</w:t>
        <w:br/>
        <w:t>&lt;— Ой гляди, чи ти не обманюєш?&lt;br /&gt;</w:t>
        <w:br/>
        <w:t>1 Напроти цього слова у вільнім між рядками місці дописано:&lt;br /&gt;</w:t>
        <w:br/>
        <w:t>"Хліба, що в душі, а одежі, що на хребті".— Ред.&lt;br /&gt;</w:t>
        <w:br/>
        <w:t>2 Текст до цього місця від рядка: "&lt;Еж&gt; &lt;Ми стомились &gt;;&gt;&lt;br /&gt;</w:t>
        <w:br/>
        <w:t>дописано пізніше па берегах рукопису.— Ред.&lt;br /&gt;</w:t>
        <w:br/>
        <w:t>Бо ми ще стрінемось пе раз.&gt;&lt;br /&gt;</w:t>
        <w:br/>
        <w:t>Гафійка:&lt;br /&gt;</w:t>
        <w:br/>
        <w:t>&lt;вам же кажуть, дядьку, що правда, &gt;&lt;br /&gt;</w:t>
        <w:br/>
        <w:t>Тобі ж кажуть, парубче, що правда,&lt;br /&gt;</w:t>
        <w:br/>
        <w:t>дак ні, ще &lt; треба забожиться &gt; заприсягтись треба.&lt;br /&gt;</w:t>
        <w:br/>
        <w:t>Еге? І погляпула скоса па його широкі&lt;br /&gt;</w:t>
        <w:br/>
        <w:t>&lt; груди &gt; плечі.&lt;br /&gt;</w:t>
        <w:br/>
        <w:t>&lt; Пустіть, і я хоч трохи побалакаю. &gt;&lt;br /&gt;</w:t>
        <w:br/>
        <w:t>&lt; Помовчали усі.&gt; *&lt;br /&gt;</w:t>
        <w:br/>
        <w:t>— Чи пема хоч скоринки[?] *&lt;br /&gt;</w:t>
        <w:br/>
        <w:t>Ну чисто ж &lt;ось&gt; вибились &lt;ми&gt; із хліба *.&lt;br /&gt;</w:t>
        <w:br/>
        <w:t>Так голодали, пробираючись сюди *.&lt;br /&gt;</w:t>
        <w:br/>
        <w:t>Сковорода безпорадно заметушився.&lt;br /&gt;</w:t>
        <w:br/>
        <w:t>Оглядувавсь круг себе, щось шукав.&lt;br /&gt;</w:t>
        <w:br/>
        <w:t>Чомусь кістляві &lt;свої ноги&gt; ноги свої довгі&lt;br /&gt;</w:t>
        <w:br/>
        <w:t>тихенько підібрав під себе,&lt;br /&gt;</w:t>
        <w:br/>
        <w:t>немовби той хотів їх іззісти,&lt;br /&gt;</w:t>
        <w:br/>
        <w:t>й винувато &lt; дививсь на&gt; глянув в голодні очі&lt;br /&gt;</w:t>
        <w:br/>
        <w:t>подзьобаного:&lt;br /&gt;</w:t>
        <w:br/>
        <w:t>— Ти їсти хочеш?&lt;br /&gt;</w:t>
        <w:br/>
        <w:t>Узяв своє лице в долоні.&lt;br /&gt;</w:t>
        <w:br/>
        <w:t>&lt;А чує, що не спинить долонями стида&gt; А чує:&lt;br /&gt;</w:t>
        <w:br/>
        <w:t>не спинить долонями стида.&lt;br /&gt;</w:t>
        <w:br/>
        <w:t>Горить той сором, &lt;кри[чить]&gt; вибуху є вогнем&lt;br /&gt;</w:t>
        <w:br/>
        <w:t>і стукає у скроні:&lt;br /&gt;</w:t>
        <w:br/>
        <w:t>— Вони голодні,&lt;br /&gt;</w:t>
        <w:br/>
        <w:t>а я тут граю!&lt;br /&gt;</w:t>
        <w:br/>
        <w:t>&lt;Закрив&gt;&lt;br /&gt;</w:t>
        <w:br/>
        <w:t>Руки,&lt;br /&gt;</w:t>
        <w:br/>
        <w:t>покошлавши брови, зійшлися на [переніссі]&lt;br /&gt;</w:t>
        <w:br/>
        <w:t>і все лице його затиснули, закрили.&lt;br /&gt;</w:t>
        <w:br/>
        <w:t>0 сором, сором!&lt;br /&gt;</w:t>
        <w:br/>
        <w:t>Вони голодні —&lt;br /&gt;</w:t>
        <w:br/>
        <w:t>а я тут граю!&lt;br /&gt;</w:t>
        <w:br/>
        <w:t>1 чує:&lt;br /&gt;</w:t>
        <w:br/>
        <w:t>хтось бере його за руку.&lt;br /&gt;</w:t>
        <w:br/>
        <w:t>— Нате й вам, &lt;ось&gt; хоч погризіть.&lt;br /&gt;</w:t>
        <w:br/>
        <w:t>&lt; Розкрив очі&gt; &lt; Розкрив здивовані очі&gt; &lt; Крізь&lt;br /&gt;</w:t>
        <w:br/>
        <w:t>здивовані&gt;&lt;br /&gt;</w:t>
        <w:br/>
        <w:t>Не &lt; однім [аючи] &gt; приймаючи з обличчя рук,&lt;br /&gt;</w:t>
        <w:br/>
        <w:t>&lt; розкрив очі в тісноті під пальцями &gt; розкрив очі.&lt;br /&gt;</w:t>
        <w:br/>
        <w:t>Шелестіли вії в тісноті&lt;br /&gt;</w:t>
        <w:br/>
        <w:t>й крізь розсунені пальці&lt;br /&gt;</w:t>
        <w:br/>
        <w:t>таке побачив:&lt;br /&gt;</w:t>
        <w:br/>
        <w:t>подзьобане обличчя, до гурту &lt; вихваляючись скоринкою &gt;&lt;br /&gt;</w:t>
        <w:br/>
        <w:t>сміючись,&lt;br /&gt;</w:t>
        <w:br/>
        <w:t>(ограбив дівчину! — кричали ті)&lt;br /&gt;</w:t>
        <w:br/>
        <w:t>&lt;і все&gt; жував, кусав скоринку,&lt;br /&gt;</w:t>
        <w:br/>
        <w:t>&lt;а другою рукою по голівці Гафійку гладив &gt;&lt;br /&gt;</w:t>
        <w:br/>
        <w:t>а другою рукою по голівці Гафійку гладив:&lt;br /&gt;</w:t>
        <w:br/>
        <w:t>ах ти ж моя &lt;царице&gt; славна!1&lt;br /&gt;</w:t>
        <w:br/>
        <w:t>Хочеш бути царицею?&lt;br /&gt;</w:t>
        <w:br/>
        <w:t>От їй-богу скину Катерину,&lt;br /&gt;</w:t>
        <w:br/>
        <w:t>а тебе на її місце посаджу.&lt;br /&gt;</w:t>
        <w:br/>
        <w:t>Гафійка в груди йому пхнула:&lt;br /&gt;</w:t>
        <w:br/>
        <w:t>&lt;Дядьку, таке й видумають! &gt; Таке й видумають,&lt;br /&gt;</w:t>
        <w:br/>
        <w:t>чортзна-що!2</w:t>
      </w:r>
    </w:p>
    <w:p>
      <w:r>
        <w:br/>
        <w:t>(ЦДАМЛМ, ф. 464, оп. 1, № 1202, арк. 16)</w:t>
      </w:r>
    </w:p>
    <w:p>
      <w:r>
        <w:br/>
        <w:t>[X. НАД ДНІПРОМ]</w:t>
      </w:r>
    </w:p>
    <w:p>
      <w:r>
        <w:br/>
        <w:t>Ну що робить, скажи, ну що?&lt;br /&gt;</w:t>
        <w:br/>
        <w:t>Земля — в чужих руках.&lt;br /&gt;</w:t>
        <w:br/>
        <w:t>Еж ми шукаємо її, святу!&lt;br /&gt;</w:t>
        <w:br/>
        <w:t>&lt;Еж ми вже стомилися, шукаючи!&lt;br /&gt;</w:t>
        <w:br/>
        <w:t>1 Упоперек по тексту написано то олівцем, то чорнилом: "по-&lt;br /&gt;</w:t>
        <w:br/>
        <w:t>глянув чогось на кістляві жовті ноги Сковороди", "Скоринка", "Да-&lt;br /&gt;</w:t>
        <w:br/>
        <w:t>ли бабі рибки, стала баба дибки (Катерина II?)".— Ред.&lt;br /&gt;</w:t>
        <w:br/>
        <w:t>2 Від рядка "немовби той хотів їх іззісти" до кінця текст до-&lt;br /&gt;</w:t>
        <w:br/>
        <w:t>писано пізніше.— Ред.&lt;br /&gt;</w:t>
        <w:br/>
        <w:t>3 Напроти па берегах рукопису написано текст:&lt;br /&gt;</w:t>
        <w:br/>
        <w:t>"Стояла на стерні.&lt;br /&gt;</w:t>
        <w:br/>
        <w:t>Червона вся, з очима сірими, з безжурним носиком,&lt;br /&gt;</w:t>
        <w:br/>
        <w:t>з кораловим намистом.&lt;br /&gt;</w:t>
        <w:br/>
        <w:t>Вже вітер підіймався&lt;br /&gt;</w:t>
        <w:br/>
        <w:t>і злегка надував &lt;її невинну пазуху&gt; їй пазуху,&lt;br /&gt;</w:t>
        <w:br/>
        <w:t>що . вгору підбилась.&lt;br /&gt;</w:t>
        <w:br/>
        <w:t>Чи не взяти її силою? &gt; &lt;Чи не взяти тоді її силою?&gt;&lt;br /&gt;</w:t>
        <w:br/>
        <w:t>&lt;Чи не взяти її тоді силою? &gt; &lt;Га? Скажи, га?&gt;&lt;br /&gt;</w:t>
        <w:br/>
        <w:t>&lt;Бо жити без неї — ой як тяжко! без землі.&lt;br /&gt;</w:t>
        <w:br/>
        <w:t>А земля — в чужих руках. &gt; 3&lt;br /&gt;</w:t>
        <w:br/>
        <w:t>Ми чули: в Бахмуті вугіль нібито якийсь знайшли, чи що.&lt;br /&gt;</w:t>
        <w:br/>
        <w:t>Сіль своя десь завелася —&lt;br /&gt;</w:t>
        <w:br/>
        <w:t>подамось туди.&lt;br /&gt;</w:t>
        <w:br/>
        <w:t>Коли земля не наша —&lt;br /&gt;</w:t>
        <w:br/>
        <w:t>під землю ввійдем, влізем, втиснемось,&lt;br /&gt;</w:t>
        <w:br/>
        <w:t>а таки її колись собі повернем!&lt;br /&gt;</w:t>
        <w:br/>
        <w:t>&lt; Замовк як зажурився. &gt;&lt;br /&gt;</w:t>
        <w:br/>
        <w:t>І враз несподівано:&lt;br /&gt;</w:t>
        <w:br/>
        <w:t>чи нема хоч скоринки?&lt;br /&gt;</w:t>
        <w:br/>
        <w:t>Ну чисто ж вибились із хліба &lt;! &gt;,&lt;br /&gt;</w:t>
        <w:br/>
        <w:t>&lt;так із-за Десни сюди продираючись аж місяць &gt;&lt;br /&gt;</w:t>
        <w:br/>
        <w:t>із-за Десни продиралися.&lt;br /&gt;</w:t>
        <w:br/>
        <w:t>Сковорода безпорадно заметушився.&lt;br /&gt;</w:t>
        <w:br/>
        <w:t>Оглядувався круг себе, щось шукав.&lt;br /&gt;</w:t>
        <w:br/>
        <w:t>Чомусь кістляві свої ноги &lt; потихеньку &gt; потиху&lt;br /&gt;</w:t>
        <w:br/>
        <w:t>&lt; підібрав &gt;&lt;br /&gt;</w:t>
        <w:br/>
        <w:t>підібгав під себе...&lt;br /&gt;</w:t>
        <w:br/>
        <w:t>&lt; Немов той хотів їх іззісти, чи що&gt;&lt;br /&gt;</w:t>
        <w:br/>
        <w:t>і винувато глянув в &lt;голодні &gt; нужденні очі подзьобаного:&lt;br /&gt;</w:t>
        <w:br/>
        <w:t>ти хочеш їсти? 1&lt;br /&gt;</w:t>
        <w:br/>
        <w:t>Затис своє лице в долонях,&lt;br /&gt;</w:t>
        <w:br/>
        <w:t>держить, мов у залізах,&lt;br /&gt;</w:t>
        <w:br/>
        <w:t>а чує:&lt;br /&gt;</w:t>
        <w:br/>
        <w:t>не спинить долонями стида.&lt;br /&gt;</w:t>
        <w:br/>
        <w:t>[. . .]&lt;br /&gt;</w:t>
        <w:br/>
        <w:t>А спідничку на &lt; ногах &gt; ст[рунких] ногах &lt;так шпетно&lt;br /&gt;</w:t>
        <w:br/>
        <w:t>обдував з усіх бок[ів] і аж&gt; &lt;заносив&gt; &lt;назад&lt;br /&gt;</w:t>
        <w:br/>
        <w:t>заносив, завівав&gt; &lt;розвівав&gt;&lt;br /&gt;</w:t>
        <w:br/>
        <w:t>так шпетно обдував,&lt;br /&gt;</w:t>
        <w:br/>
        <w:t>що &lt;було видно, як западала вона в&gt; &lt;було видно, як&lt;br /&gt;</w:t>
        <w:br/>
        <w:t>западала вопа там, де лоно молоде &gt;&lt;br /&gt;</w:t>
        <w:br/>
        <w:t>западала тая в лоно; обдував: аж назад заносив,&lt;br /&gt;</w:t>
        <w:br/>
        <w:t>&lt;розвівав&gt; &lt;стру[нкі]&gt; &lt;кривенькі&gt; &lt;стрункі&gt;&lt;br /&gt;</w:t>
        <w:br/>
        <w:t>рівні, у підколінках кривенькі ноги одкриваючи, &lt;як&gt;&lt;br /&gt;</w:t>
        <w:br/>
        <w:t>на мить як книгу".— Ред.&lt;br /&gt;</w:t>
        <w:br/>
        <w:t>1 Напроти пізніше дописано олівцем: "&lt;вставка&gt; &lt;перене-&lt;br /&gt;</w:t>
        <w:br/>
        <w:t>сти&gt; повторити&lt;br /&gt;</w:t>
        <w:br/>
        <w:t>"Там були у підсусідках,&lt;br /&gt;</w:t>
        <w:br/>
        <w:t>шару юшку їли..." — Ред.&lt;br /&gt;</w:t>
        <w:br/>
        <w:t>2 Напроти дописано олівцем: "див. 2 додати", а на звороті&lt;br /&gt;</w:t>
        <w:br/>
        <w:t>олівцем та чорнилом:&lt;br /&gt;</w:t>
        <w:br/>
        <w:t>"Глянь: на Дніпрі як порожнь[о], а раніше ж ліс, хліб сплав-&lt;br /&gt;</w:t>
        <w:br/>
        <w:t>ляли та м'ясо до [пропуск] Бугом до Вісли, а там у Гданське,&lt;br /&gt;</w:t>
        <w:br/>
        <w:t>О сором який, сором!2&lt;br /&gt;</w:t>
        <w:br/>
        <w:t>Вони голодні —&lt;br /&gt;</w:t>
        <w:br/>
        <w:t>а я тут граю!&lt;br /&gt;</w:t>
        <w:br/>
        <w:t>І чує:&lt;br /&gt;</w:t>
        <w:br/>
        <w:t>хтось &lt;бере&gt; торкнув ЙОРО за руку:&lt;br /&gt;</w:t>
        <w:br/>
        <w:t>&lt;Нате й вам, хоч погризіть. &gt;&lt;br /&gt;</w:t>
        <w:br/>
        <w:t>Не приймаючи з обличчя рук,&lt;br /&gt;</w:t>
        <w:br/>
        <w:t>розкрив очі &lt;в тісноті пі[д руками] &gt;.&lt;br /&gt;</w:t>
        <w:br/>
        <w:t>Зашелестіли вії в тісноті під руками&lt;br /&gt;</w:t>
        <w:br/>
        <w:t>і крізь &lt;розсупені&gt; розтулені пальці&lt;br /&gt;</w:t>
        <w:br/>
        <w:t>наче побачив:&lt;br /&gt;</w:t>
        <w:br/>
        <w:t>Подзьобане обличчя,&lt;br /&gt;</w:t>
        <w:br/>
        <w:t>&lt; сміючись одм [ахуючись] &gt; одмахуючись рукою од гурту&lt;br /&gt;</w:t>
        <w:br/>
        <w:t>(ага, ограбив дівчину? кричали ті)&lt;br /&gt;</w:t>
        <w:br/>
        <w:t>&lt; жував, кусав якусь скоринку &gt;&lt;br /&gt;</w:t>
        <w:br/>
        <w:t>гриз, жував якийсь &lt;чорний &gt; сухар&lt;br /&gt;</w:t>
        <w:br/>
        <w:t>&lt;і розвалився на землі &gt;&lt;br /&gt;</w:t>
        <w:br/>
        <w:t>і &lt;все&gt; все дививсь на гору, на халупу біснуватого,&lt;br /&gt;</w:t>
        <w:br/>
        <w:t>там далі вниз на яр &lt; немов хотів запам'ятати. &gt;&lt;br /&gt;</w:t>
        <w:br/>
        <w:t>печеру Досифея&lt;br /&gt;</w:t>
        <w:br/>
        <w:t>&lt; витрушуючи кри[хти] &gt;. Немов вигукував:1&lt;br /&gt;</w:t>
        <w:br/>
        <w:t>а глядіть, чи не є це той самий, що його до нас послали?&lt;br /&gt;</w:t>
        <w:br/>
        <w:t>Гурт: ти здурів? цсс!..&lt;br /&gt;</w:t>
        <w:br/>
        <w:t>і оглянулись на Сковороду.&lt;br /&gt;</w:t>
        <w:br/>
        <w:t>Ага! виходить, йому &lt;тут&gt; не довіряли.&lt;br /&gt;</w:t>
        <w:br/>
        <w:t>&lt;А в Досифея в цю печеру&gt; &lt;А в схимника в цю&lt;br /&gt;</w:t>
        <w:br/>
        <w:t>печеру&gt;&lt;br /&gt;</w:t>
        <w:br/>
        <w:t>Гафійка: а в цю печеру до схимника&lt;br /&gt;</w:t>
        <w:br/>
        <w:t>колись приїжджала цариця.&lt;br /&gt;</w:t>
        <w:br/>
        <w:t>&lt; Подзьобаний: цариця? Ах ти ж х[ороша моя] &gt;&lt;br /&gt;</w:t>
        <w:br/>
        <w:t>Подзьобаний (збираючи кришки в шаньці): цариця? (&lt;кус-&lt;br /&gt;</w:t>
        <w:br/>
        <w:t>нув &gt; гризнув іще щось з пальців, хоч &lt;з сухаря за-&lt;br /&gt;</w:t>
        <w:br/>
        <w:t>лишилось хіба для горобця &gt; &lt; скоринки давно вже&lt;br /&gt;</w:t>
        <w:br/>
        <w:t>[не лишилось] &gt; того сухаря вже майже не було).&lt;br /&gt;</w:t>
        <w:br/>
        <w:t>&lt; Ах ти ж моя цариця! &gt;&lt;br /&gt;</w:t>
        <w:br/>
        <w:t>Оглянувся і погладив її рукою.&lt;br /&gt;</w:t>
        <w:br/>
        <w:t>Ой, дуки ви, дуки!&lt;br /&gt;</w:t>
        <w:br/>
        <w:t>За вами всі луги й луки!&lt;br /&gt;</w:t>
        <w:br/>
        <w:t>Ніде нашому брату, козаку-нетязі, стати,&lt;br /&gt;</w:t>
        <w:br/>
        <w:t>ніде коня попасти!&lt;br /&gt;</w:t>
        <w:br/>
        <w:t>Ой горе нам не гетьманщина,&lt;br /&gt;</w:t>
        <w:br/>
        <w:t>надокучила вража панщина,&lt;br /&gt;</w:t>
        <w:br/>
        <w:t>що ходячи поїси, сидячи виспишся."—Ред.&lt;br /&gt;</w:t>
        <w:br/>
        <w:t>1 Текст від "Немов вигукував" до "Ага! виходить, йому &lt;тут&gt;&lt;br /&gt;</w:t>
        <w:br/>
        <w:t>не довіряли" написано пізніше на берегах рукопису.—Ред.&lt;br /&gt;</w:t>
        <w:br/>
        <w:t>Хочеш бути царицею? їй-бо скину Катерину і тебе посаджу.&lt;br /&gt;</w:t>
        <w:br/>
        <w:t>Із гурту селяни: ти здурів? Тсс!&lt;br /&gt;</w:t>
        <w:br/>
        <w:t>Гафійка &lt;в його&gt; груди &lt; м'яко &gt; &lt;його&gt; пхнула&lt;br /&gt;</w:t>
        <w:br/>
        <w:t>кулаком:&lt;br /&gt;</w:t>
        <w:br/>
        <w:t>таке й видумають!&lt;br /&gt;</w:t>
        <w:br/>
        <w:t>а сама все ближче тулилась, ближче.&lt;br /&gt;</w:t>
        <w:br/>
        <w:t>Хотілось їй руками міцно-міцно обійнять цього парубка,&lt;br /&gt;</w:t>
        <w:br/>
        <w:t>та соромилась людей, тільки щоку свою &lt;не&gt; від парубоць-&lt;br /&gt;</w:t>
        <w:br/>
        <w:t>кої не одтуляла К&lt;br /&gt;</w:t>
        <w:br/>
        <w:t>&lt;Радуйтесь, рак з неба спускається! &gt;&lt;br /&gt;</w:t>
        <w:br/>
        <w:t>&lt;Ну, хочеш, Сковороді в науку віддам. &gt;&lt;br /&gt;</w:t>
        <w:br/>
        <w:t>&lt;Т&gt; &lt;Він, кажуть, землю всю наскрізь бачив&gt;&lt;br /&gt;</w:t>
        <w:br/>
        <w:t>&lt; бачить, &gt;&lt;br /&gt;</w:t>
        <w:br/>
        <w:t>&lt; розказує щастя і врем'я за руки хватає &gt; &lt;і врем'я циф-&lt;br /&gt;</w:t>
        <w:br/>
        <w:t>рами одміряє&gt; &lt;цихвирами одміряє&gt;.&lt;br /&gt;</w:t>
        <w:br/>
        <w:t>&lt;От хоч би то раз на нього подивиться! &gt;&lt;br /&gt;</w:t>
        <w:br/>
        <w:t>&lt;— Сковороді? Якій сковороді? &gt;&lt;br /&gt;</w:t>
        <w:br/>
        <w:t>І залилася сміхом: послухайте хоч ви,&lt;br /&gt;</w:t>
        <w:br/>
        <w:t>яке смішне він каже.&lt;br /&gt;</w:t>
        <w:br/>
        <w:t>&lt;Оглян[увся] &gt; &lt; Повернувсь &gt; Оглянулася і враз&lt;br /&gt;</w:t>
        <w:br/>
        <w:t>замовкла.&lt;br /&gt;</w:t>
        <w:br/>
        <w:t>&lt; Сковорода одсіпнув свої руки з обличчя &gt;&lt;br /&gt;</w:t>
        <w:br/>
        <w:t>На берегах рукопису чорнилом та олівцем пізніше дописано:&lt;br /&gt;</w:t>
        <w:br/>
        <w:t>"Гафійка гладила голову Подзьобаного, а Подзьобаний на&lt;br /&gt;</w:t>
        <w:br/>
        <w:t>&lt;своїй долоні тримав яс[пе сонечко] &gt; пазусі Гафійчиній&lt;br /&gt;</w:t>
        <w:br/>
        <w:t>&lt;пер[еслідував] &gt; &lt;ніжно&gt; переслідував крапчасте сонеч-&lt;br /&gt;</w:t>
        <w:br/>
        <w:t>ко, кузьку &lt;і&gt; незграбним &lt;пальцем&gt; пальцем стежив, хо-&lt;br /&gt;</w:t>
        <w:br/>
        <w:t>тів його погладить, &lt;що&gt; та кузька все прищулювалась..."&lt;br /&gt;</w:t>
        <w:br/>
        <w:t>"Подовбаний, не вдержавшись (очевидно, знудьгувався&lt;br /&gt;</w:t>
        <w:br/>
        <w:t>за красою), так просто взяв за груди. &lt;Знеможена&gt;..."&lt;br /&gt;</w:t>
        <w:br/>
        <w:t>"...та кузька, прищулившись, полізла в пазуху. За ним поліз-&lt;br /&gt;</w:t>
        <w:br/>
        <w:t>ла і рука Подзьобаного, &lt;що зразу &gt; від несподіванки &lt; не-&lt;br /&gt;</w:t>
        <w:br/>
        <w:t>мовби &gt; затремтів, а потім взяв за груди. &lt;Знеможена&gt;&lt;br /&gt;</w:t>
        <w:br/>
        <w:t>Здригнулася плечицями й Гафійка: ой! і схилилася йому на&lt;br /&gt;</w:t>
        <w:br/>
        <w:t>плече. В знемозі звела вона коліна і затримала] в їх такеє&lt;br /&gt;</w:t>
        <w:br/>
        <w:t>щось, що от-от-&lt;о&gt; прорветься. Чи бачив хто із гурту?&lt;br /&gt;</w:t>
        <w:br/>
        <w:t>Може, й бачив".&lt;br /&gt;</w:t>
        <w:br/>
        <w:t>"Гурт &lt;немов&gt; цього не бачив. Один (Два) із них лежав&lt;br /&gt;</w:t>
        <w:br/>
        <w:t>&lt;і дивився&gt; і, палячи люльку, дивився кудись в інший бік,&lt;br /&gt;</w:t>
        <w:br/>
        <w:t>а &lt;один, одійшовши за вербу&gt; третій, ген-гей подавшися&lt;br /&gt;</w:t>
        <w:br/>
        <w:t>за вербу, випудивсь собі до вітру. І це теж було так просто,&lt;br /&gt;</w:t>
        <w:br/>
        <w:t>і теж стояв собі й чогось дививсь у той..." — Ред.&lt;br /&gt;</w:t>
        <w:br/>
        <w:t>Безвусий чоловік, що &lt;оце&gt; коло його валялася флейта,&lt;br /&gt;</w:t>
        <w:br/>
        <w:t>а на колінах &lt; скориночка сух[а]&gt; сухар,&lt;br /&gt;</w:t>
        <w:br/>
        <w:t>одсіпнув свої руки з обличчя,&lt;br /&gt;</w:t>
        <w:br/>
        <w:t>чогось уп'явсь в її очима.&lt;br /&gt;</w:t>
        <w:br/>
        <w:t>&lt;Признатис[ь?] &gt;&lt;br /&gt;</w:t>
        <w:br/>
        <w:t>й дивиться радісно-радісно!&lt;br /&gt;</w:t>
        <w:br/>
        <w:t>Так вони знають його? Сковороду?&lt;br /&gt;</w:t>
        <w:br/>
        <w:t>Признатися, що він і є той самий учитель,&lt;br /&gt;</w:t>
        <w:br/>
        <w:t>що людям щастя розказує?&lt;br /&gt;</w:t>
        <w:br/>
        <w:t>О ні! ніколи! &lt;ні!&gt;&lt;br /&gt;</w:t>
        <w:br/>
        <w:t>&lt;нехай не знають! &gt; &lt;Ні, нехай не знають! &gt; &lt;нехай не&lt;br /&gt;</w:t>
        <w:br/>
        <w:t>знають! &gt; Ні, нехай не знають!&lt;br /&gt;</w:t>
        <w:br/>
        <w:t>Підвівся Сковорода на одне коліно —&lt;br /&gt;</w:t>
        <w:br/>
        <w:t>&lt;хо[тів]&gt; (&lt; скоринка впала &gt; сухар скотивсь на землю)&lt;br /&gt;</w:t>
        <w:br/>
        <w:t>хотів таки сказати щось, а мо' боровся?&lt;br /&gt;</w:t>
        <w:br/>
        <w:t>Бо радісно ж було признатись, &lt;що він&gt;&lt;br /&gt;</w:t>
        <w:br/>
        <w:t>і є той самий Сковорода.&lt;br /&gt;</w:t>
        <w:br/>
        <w:t>Але нічого не сказав&lt;br /&gt;</w:t>
        <w:br/>
        <w:t>&lt;Та й знову сів&gt; і знову сів.&lt;br /&gt;</w:t>
        <w:br/>
        <w:t>Душно йому було, &lt;як&gt; передгрозою.&lt;br /&gt;</w:t>
        <w:br/>
        <w:t>жахнуло пужкою по хмарах.&lt;br /&gt;</w:t>
        <w:br/>
        <w:t>Кудлан, поглядаючи хитро-хитро,&lt;br /&gt;</w:t>
        <w:br/>
        <w:t>покірно тихо підійшов, &lt; немов би так, між іншим, &gt;&lt;br /&gt;</w:t>
        <w:br/>
        <w:t>&lt;і схруськав скоринку. &gt;&lt;br /&gt;</w:t>
        <w:br/>
        <w:t>&lt;Гафійка: пшов! який догадливий, іч!&gt; &lt;найшовся&lt;br /&gt;</w:t>
        <w:br/>
        <w:t>добрий, іч!&gt;&lt;br /&gt;</w:t>
        <w:br/>
        <w:t>&lt;став&gt;&lt;br /&gt;</w:t>
        <w:br/>
        <w:t>&lt; разів два&gt;&lt;br /&gt;</w:t>
        <w:br/>
        <w:t>&lt;і пог [лядаючи] &gt; &lt; довго допитливо дививсь &gt;&lt;br /&gt;</w:t>
        <w:br/>
        <w:t>&lt; дивився на Сковороду &gt;&lt;br /&gt;</w:t>
        <w:br/>
        <w:t>&lt;і висоло [пивши язика] &gt;&lt;br /&gt;</w:t>
        <w:br/>
        <w:t>&lt; сміявся &gt; захакав до Сковороди, висолопивши язика.&lt;br /&gt;</w:t>
        <w:br/>
        <w:t>Ковтнув слиню, обмахнув &lt; передньою лапою морду &gt;&lt;br /&gt;</w:t>
        <w:br/>
        <w:t>лапою муху на морді&lt;br /&gt;</w:t>
        <w:br/>
        <w:t>1 знову &lt; висолопив язи[ка]&gt; засміявсь, захакав.&lt;br /&gt;</w:t>
        <w:br/>
        <w:t>&lt;— Тобі чого?&lt;br /&gt;</w:t>
        <w:br/>
        <w:t>Кудлан вільнув хвостом &gt;&lt;br /&gt;</w:t>
        <w:br/>
        <w:t>тільки хвіст— &lt;усе&gt; вільне та й стане,&lt;br /&gt;</w:t>
        <w:br/>
        <w:t>&lt; немов питав про що,&gt;&lt;br /&gt;</w:t>
        <w:br/>
        <w:t>&lt; вільне та й&gt; &lt; стане та й вільне. &gt;&lt;br /&gt;</w:t>
        <w:br/>
        <w:t>Гафійка: і видумають же таке:&lt;br /&gt;</w:t>
        <w:br/>
        <w:t>&lt; сковорода &gt; ско-во-ро-да.&lt;br /&gt;</w:t>
        <w:br/>
        <w:t>Кудлан, &lt; скри [вивши] &gt;• &lt; схиливши голову, взяв&gt; немов&lt;br /&gt;</w:t>
        <w:br/>
        <w:t>приміряючись, &lt; обережно &gt; взяв на ліві зуби сухар,&lt;br /&gt;</w:t>
        <w:br/>
        <w:t>переклав його язиком на праві&lt;br /&gt;</w:t>
        <w:br/>
        <w:t>&lt;й піднявши &gt;&lt;br /&gt;</w:t>
        <w:br/>
        <w:t>і вдячно поглядаючи на всіх присутніх,&lt;br /&gt;</w:t>
        <w:br/>
        <w:t>1 Збоку пізніше дописано олівцем: "і припав на передні ла-&lt;br /&gt;</w:t>
        <w:br/>
        <w:t>пи".— Ред.&lt;br /&gt;</w:t>
        <w:br/>
        <w:t>&lt; хруснув &gt; обережно хруснув, аж оком надавив.&lt;br /&gt;</w:t>
        <w:br/>
        <w:t>Гафійка: пшов! найшовсь' який' &lt;невинний&gt; трудящий!1&lt;br /&gt;</w:t>
        <w:br/>
        <w:t>&lt;Кудлан&gt; &lt; Трудящий одбіг трохи далі,&lt;br /&gt;</w:t>
        <w:br/>
        <w:t>а сухаря таки не випустив,&lt;br /&gt;</w:t>
        <w:br/>
        <w:t>упав на&gt; &lt;за[дні]&gt; &lt; передні лапи,&lt;br /&gt;</w:t>
        <w:br/>
        <w:t>а зад підпяв з хвостом угору&lt;br /&gt;</w:t>
        <w:br/>
        <w:t>і довго там старався коло сухаря,&lt;br /&gt;</w:t>
        <w:br/>
        <w:t>мов добре діло комусь робив &gt;&lt;br /&gt;</w:t>
        <w:br/>
        <w:t>Подз [ьобане] обл[иччя]: так отаке-то. Хто зна що його&lt;br /&gt;</w:t>
        <w:br/>
        <w:t>й робити 1.&lt;br /&gt;</w:t>
        <w:br/>
        <w:t>(ЦДАМЛМ, ф. 464, оп. 1, М 1202, арк. 17—19)</w:t>
      </w:r>
    </w:p>
    <w:p>
      <w:r>
        <w:br/>
        <w:t>аж поки з вівцями в яру вона не зникла.&lt;br /&gt;</w:t>
        <w:br/>
        <w:t>А вітер все заходив збоку.&lt;br /&gt;</w:t>
        <w:br/>
        <w:t>(Дзвонили до вечерні.)&lt;br /&gt;</w:t>
        <w:br/>
        <w:t>Сковорода на бистрі ноги встав,&lt;br /&gt;</w:t>
        <w:br/>
        <w:t>хотів її догнать, обнять, потішить,—&lt;br /&gt;</w:t>
        <w:br/>
        <w:t>та тут&lt;br /&gt;</w:t>
        <w:br/>
        <w:t>од верб із-за поворотки&lt;br /&gt;</w:t>
        <w:br/>
        <w:t>карета як дурна вихопилась тупокопитно&lt;br /&gt;</w:t>
        <w:br/>
        <w:t>й, ходи плавкої применшивши,&lt;br /&gt;</w:t>
        <w:br/>
        <w:t>близ нього стала.&lt;br /&gt;</w:t>
        <w:br/>
        <w:t>Пан, хоробами розтруджений, пан придохлий, рудобривий&lt;br /&gt;</w:t>
        <w:br/>
        <w:t>ласкаво виліз на повітря.&lt;br /&gt;</w:t>
        <w:br/>
        <w:t>Рука трусилась, як спирався на карлючку,&lt;br /&gt;</w:t>
        <w:br/>
        <w:t>а другою, що в &lt;пу&gt; перснях,&lt;br /&gt;</w:t>
        <w:br/>
        <w:t>все гнійні тімениці на шиї розколупував,&lt;br /&gt;</w:t>
        <w:br/>
        <w:t>і падала лупа на його шатну одіж,&lt;br /&gt;</w:t>
        <w:br/>
        <w:t>мов сніг сухий...&lt;br /&gt;</w:t>
        <w:br/>
        <w:t>&lt; Сковорода?&lt;br /&gt;</w:t>
        <w:br/>
        <w:t>Подзьобане обличчя: сміха! хха! Сковорода [! —]&lt;br /&gt;</w:t>
        <w:br/>
        <w:t>хіба ж такий Сковорода?&lt;br /&gt;</w:t>
        <w:br/>
        <w:t>Та свій же гурт на нього крикнув: ти здурів? Ти!&gt;&lt;br /&gt;</w:t>
        <w:br/>
        <w:t>— А! &lt;пан&gt; філозоп? &lt;х&gt;&lt;br /&gt;</w:t>
        <w:br/>
        <w:t>&lt;Пан: Сковорода, філософе! &gt; Я радий, радий говорити.&lt;br /&gt;</w:t>
        <w:br/>
        <w:t>&lt;і враз задихавшись, &gt; Задихався, аж побілів і довго щось&lt;br /&gt;</w:t>
        <w:br/>
        <w:t>губами плямкав,&lt;br /&gt;</w:t>
        <w:br/>
        <w:t>&lt; (із гурту почулось: Сковорода, це Сковорода) &gt; &lt;так це ж&lt;br /&gt;</w:t>
        <w:br/>
        <w:t>сам Сковорода) &gt;&lt;br /&gt;</w:t>
        <w:br/>
        <w:t>Після цього олівцем позначено: "ст. 12. Помовчали".— Ред.&lt;br /&gt;</w:t>
        <w:br/>
        <w:t>Ну що ж: Матерія чи Дух?&lt;br /&gt;</w:t>
        <w:br/>
        <w:t>Матерію приємлю,&lt;br /&gt;</w:t>
        <w:br/>
        <w:t>але й Дух — ти розумієш? —&lt;br /&gt;</w:t>
        <w:br/>
        <w:t>&lt; Сковородо &lt;Пан&gt; Пане філозоп,&lt;br /&gt;</w:t>
        <w:br/>
        <w:t>останнього разу&lt;br /&gt;</w:t>
        <w:br/>
        <w:t>ти надто гарячився !,&lt;br /&gt;</w:t>
        <w:br/>
        <w:t>мене, високого дворянина, ти образив.&lt;br /&gt;</w:t>
        <w:br/>
        <w:t>&lt;Та ти&gt; Ххе! &lt;змішати талм[удистів] &gt; змішать масош'в&lt;br /&gt;</w:t>
        <w:br/>
        <w:t>і &lt; талмудистів &gt; єзуїтів в одну купу!&lt;br /&gt;</w:t>
        <w:br/>
        <w:t>&lt; Змішати &gt; лицарів ложі Триєдиного Серця&lt;br /&gt;</w:t>
        <w:br/>
        <w:t>з &lt; талмудистами &gt; якимись талмудистами — га?&lt;br /&gt;</w:t>
        <w:br/>
        <w:t>Що?&lt;br /&gt;</w:t>
        <w:br/>
        <w:t>Спіноза? Ет!..&lt;br /&gt;</w:t>
        <w:br/>
        <w:t>Кажу ж тобі. Не визнаю і визнати не можу.&lt;br /&gt;</w:t>
        <w:br/>
        <w:t>Вольтер? Ну просто смішно!2&lt;br /&gt;</w:t>
        <w:br/>
        <w:t>Та ти хоч зараз поміркуй.&lt;br /&gt;</w:t>
        <w:br/>
        <w:t>Які безодні дух наш відкриває!&lt;br /&gt;</w:t>
        <w:br/>
        <w:t>Яку нам радість подає, любов,&lt;br /&gt;</w:t>
        <w:br/>
        <w:t>любов до брата, до людини3,&lt;br /&gt;</w:t>
        <w:br/>
        <w:t>а надто ще тепер, коли Месія —&lt;br /&gt;</w:t>
        <w:br/>
        <w:t>з Польщи прийде.&lt;br /&gt;</w:t>
        <w:br/>
        <w:t>Я не поляк! Зате ж масон.&lt;br /&gt;</w:t>
        <w:br/>
        <w:t>І як масон я вірю й знаю...&lt;br /&gt;</w:t>
        <w:br/>
        <w:t>Але чи слід плебеям тайну одкривать?&lt;br /&gt;</w:t>
        <w:br/>
        <w:t>Ск[оворода] &lt; несвідомо &gt;: Пл[ебеям]&lt;br /&gt;</w:t>
        <w:br/>
        <w:t>т[айну]? *&lt;br /&gt;</w:t>
        <w:br/>
        <w:t>Бидло ж ось селянське слуха.&lt;br /&gt;</w:t>
        <w:br/>
        <w:t>Ск [оворода] &lt; несв [ідомо] &gt;: бидло&lt;br /&gt;</w:t>
        <w:br/>
        <w:t>сел[янське]? *&lt;br /&gt;</w:t>
        <w:br/>
        <w:t>&lt;...рука трусилась, як переставляв карлючку,&lt;br /&gt;</w:t>
        <w:br/>
        <w:t>а пуголовки очей&gt;&lt;br /&gt;</w:t>
        <w:br/>
        <w:t>&lt;в білках, порослих жилками,&lt;br /&gt;</w:t>
        <w:br/>
        <w:t>так солодко, так неприязно бігали&lt;br /&gt;</w:t>
        <w:br/>
        <w:t>і падала лупа на його шатну одіж,&lt;br /&gt;</w:t>
        <w:br/>
        <w:t>мов сніг сухий... &gt;&lt;br /&gt;</w:t>
        <w:br/>
        <w:t>&lt; Ступив один крок під карлючку &gt;&lt;br /&gt;</w:t>
        <w:br/>
        <w:t>і враз розплився весь і &lt; засіяв &gt; од задоволення&lt;br /&gt;</w:t>
        <w:br/>
        <w:t>1 Поруч на берегах рукопису дописано:&lt;br /&gt;</w:t>
        <w:br/>
        <w:t>"птахи&lt;br /&gt;</w:t>
        <w:br/>
        <w:t>Арістофана&lt;br /&gt;</w:t>
        <w:br/>
        <w:t>(ніс)".— Ред.&lt;br /&gt;</w:t>
        <w:br/>
        <w:t>2 Напроти на берегах рукопису написано олівцем: "Пасторалі&lt;br /&gt;</w:t>
        <w:br/>
        <w:t>XVIII в[іку]. Гобелени".—Ред.&lt;br /&gt;</w:t>
        <w:br/>
        <w:t>3 Текст від "&lt;Та ти&gt; Ххе! &lt;змішати талм [удистів] &gt; змі-&lt;br /&gt;</w:t>
        <w:br/>
        <w:t>шать масонів" до "любов до брата, до людини" пізніше викресле-&lt;br /&gt;</w:t>
        <w:br/>
        <w:t>ний автором.—Ред.&lt;br /&gt;</w:t>
        <w:br/>
        <w:t>заплямкав.&lt;br /&gt;</w:t>
        <w:br/>
        <w:t>Аж брижик на губі&lt;br /&gt;</w:t>
        <w:br/>
        <w:t>під носом заходив.&lt;br /&gt;</w:t>
        <w:br/>
        <w:t>— До речі:&lt;br /&gt;</w:t>
        <w:br/>
        <w:t>нарешті я вже змінив свою фамілію&lt;br /&gt;</w:t>
        <w:br/>
        <w:t>із Блюдолиза&lt;br /&gt;</w:t>
        <w:br/>
        <w:t>на&lt;br /&gt;</w:t>
        <w:br/>
        <w:t>Мосціцький К&lt;br /&gt;</w:t>
        <w:br/>
        <w:t>&lt;Це так мені придумав обер-офіцер &gt;&lt;br /&gt;</w:t>
        <w:br/>
        <w:t>Це мені так прирозумів &lt;монастирський &gt;&lt;br /&gt;</w:t>
        <w:br/>
        <w:t>&lt; обер-офіцер &gt; монастирський обер-офіцер.&lt;br /&gt;</w:t>
        <w:br/>
        <w:t>Рекомендуюсь! S'il vous pla&amp;#238;t!2&lt;br /&gt;</w:t>
        <w:br/>
        <w:t>... &lt; Рук [а] &gt; рука трусилась, як переставляв карлючку,&lt;br /&gt;</w:t>
        <w:br/>
        <w:t>а пуголовки очей&lt;br /&gt;</w:t>
        <w:br/>
        <w:t>в білках, порослих жилками,&lt;br /&gt;</w:t>
        <w:br/>
        <w:t>так солодко, так неприязно бігали.&lt;br /&gt;</w:t>
        <w:br/>
        <w:t>[• • .]&lt;br /&gt;</w:t>
        <w:br/>
        <w:t>О ні, це не причулось:&lt;br /&gt;</w:t>
        <w:br/>
        <w:t>"Плебеям тайну одкривать".&lt;br /&gt;</w:t>
        <w:br/>
        <w:t>Сковорода рвучко &lt; повернувся &gt; повернувсь.&lt;br /&gt;</w:t>
        <w:br/>
        <w:t>Пан саме примастками з селянами балакав,&lt;br /&gt;</w:t>
        <w:br/>
        <w:t>1 уговорював їх і улещав,&lt;br /&gt;</w:t>
        <w:br/>
        <w:t>аж поки не зірвавсь на сваркий тон і не почав грозить.&lt;br /&gt;</w:t>
        <w:br/>
        <w:t>А одного (ей, пане, не дражнись!)&lt;br /&gt;</w:t>
        <w:br/>
        <w:t>карлючкою у груди ткнув, щоб шапку скинув —&lt;br /&gt;</w:t>
        <w:br/>
        <w:t>ей, пане, не дражнись!&lt;br /&gt;</w:t>
        <w:br/>
        <w:t>Правий &lt;кінь до вітру&gt; кінь саме до вітру випудився&lt;br /&gt;</w:t>
        <w:br/>
        <w:t>&lt;і нетерпеливши&gt; і нетерпелививсь іржанням.&lt;br /&gt;</w:t>
        <w:br/>
        <w:t>Подзьобапий:3&lt;br /&gt;</w:t>
        <w:br/>
        <w:t>Сковорода загруз бровою.&lt;br /&gt;</w:t>
        <w:br/>
        <w:t>Мов сокиру,&lt;br /&gt;</w:t>
        <w:br/>
        <w:t>очі в цього чорта устромив&lt;br /&gt;</w:t>
        <w:br/>
        <w:t>і, сам &lt;не знаючи чому,&gt; 4&lt;br /&gt;</w:t>
        <w:br/>
        <w:t>наступав,&lt;br /&gt;</w:t>
        <w:br/>
        <w:t>наступав,&lt;br /&gt;</w:t>
        <w:br/>
        <w:t>1 Напроти цих рядків написано: "Радуйтесь, рак з неба спу-&lt;br /&gt;</w:t>
        <w:br/>
        <w:t>стився".— Ред.&lt;br /&gt;</w:t>
        <w:br/>
        <w:t>2 На берегах рукопису написано: "Який би ще герб собі при-&lt;br /&gt;</w:t>
        <w:br/>
        <w:t>думать! (перенести це в II ч[астину])", а трохи нижче: "Чи були&lt;br /&gt;</w:t>
        <w:br/>
        <w:t>в XVIII віці (?)"— Ред.&lt;br /&gt;</w:t>
        <w:br/>
        <w:t>3 Рядок недописаний.—Ред.&lt;br /&gt;</w:t>
        <w:br/>
        <w:t>4 Напроти дописано олівцем: "Садити огірки. "Кандід" Вольте-&lt;br /&gt;</w:t>
        <w:br/>
        <w:t>ра (рік?)" —Ред.&lt;br /&gt;</w:t>
        <w:br/>
        <w:t>як на ту жабу наступав, що й роздушити гидко.&lt;br /&gt;</w:t>
        <w:br/>
        <w:t>&lt;Руки підняли &gt; *&lt;br /&gt;</w:t>
        <w:br/>
        <w:t>Я бачу, ти промовен!&lt;br /&gt;</w:t>
        <w:br/>
        <w:t>&lt;Руку хоч при [й] ми — чого ти розносився? &gt; *1&lt;br /&gt;</w:t>
        <w:br/>
        <w:t>&lt; Спитаю &gt; &lt; Генію, Гафійку нащо ти взяв мою?&lt;br /&gt;</w:t>
        <w:br/>
        <w:t>Подзьобане обличчя: а так його, брат, так!&lt;br /&gt;</w:t>
        <w:br/>
        <w:t>тепер і я бачу, що ти Сковорода. &gt;&lt;br /&gt;</w:t>
        <w:br/>
        <w:t>І впав масон. Шарпнулись коні:&lt;br /&gt;</w:t>
        <w:br/>
        <w:t>карлючка, бач, одскочила&lt;br /&gt;</w:t>
        <w:br/>
        <w:t>і просто в підкову буланому черконула.&lt;br /&gt;</w:t>
        <w:br/>
        <w:t>і брезклий пан, якого машталір підсаджував в карету;&lt;br /&gt;</w:t>
        <w:br/>
        <w:t>і той он Досифей, що знов з печери &lt; вийшов &gt; виліз,—&lt;br /&gt;</w:t>
        <w:br/>
        <w:t>усе це було таке &lt;божевільне, дике&gt; гидке, дике,&lt;br /&gt;</w:t>
        <w:br/>
        <w:t>таке &lt; заплутане, неясне &gt; заплутане, неясне,&lt;br /&gt;</w:t>
        <w:br/>
        <w:t>що й сам Сковорода&lt;br /&gt;</w:t>
        <w:br/>
        <w:t>— Ану лиш поганяй,&lt;br /&gt;</w:t>
        <w:br/>
        <w:t>їдь, будь &lt;сплюснутий навіки! &gt; &lt;скорчений навіки! &gt;&lt;br /&gt;</w:t>
        <w:br/>
        <w:t>&lt;провчений навіки!&gt; та сплюснутий навіки!2&lt;br /&gt;</w:t>
        <w:br/>
        <w:t>Як курява вляглася —&lt;br /&gt;</w:t>
        <w:br/>
        <w:t>селяне вже &lt;були на бистрих ногах &gt; &lt; віддалялись&lt;br /&gt;</w:t>
        <w:br/>
        <w:t>своїх бистрих ногах &gt; &lt;були ген-ген &gt; були&lt;br /&gt;</w:t>
        <w:br/>
        <w:t>далеко&lt;br /&gt;</w:t>
        <w:br/>
        <w:t>і ні до кого було промовить.&lt;br /&gt;</w:t>
        <w:br/>
        <w:t>Чи, може, крикпуть?&lt;br /&gt;</w:t>
        <w:br/>
        <w:t>Мо' крикпуть, щоб вернулись?&lt;br /&gt;</w:t>
        <w:br/>
        <w:t>&lt;Він би порадив їх у світі,&lt;br /&gt;</w:t>
        <w:br/>
        <w:t>тісне життя розговорив. &gt;&lt;br /&gt;</w:t>
        <w:br/>
        <w:t>&lt; Пішов би в світ він з ними разом &gt;&lt;br /&gt;</w:t>
        <w:br/>
        <w:t>&lt;Шду, цей світ переборю &gt;&lt;br /&gt;</w:t>
        <w:br/>
        <w:t>&lt;Шду і я із вами разом!&lt;br /&gt;</w:t>
        <w:br/>
        <w:t>Піду і я боротись, гей!&gt;&lt;br /&gt;</w:t>
        <w:br/>
        <w:t>Піду і я із вами &lt;разом!&gt; гей!&lt;br /&gt;</w:t>
        <w:br/>
        <w:t>Піду і я, гей!&lt;br /&gt;</w:t>
        <w:br/>
        <w:t>...Подзьобане обличчя обернулось,&lt;br /&gt;</w:t>
        <w:br/>
        <w:t>ціпок до рота, немов на дудку &lt;грае&gt; грав,&lt;br /&gt;</w:t>
        <w:br/>
        <w:t>&lt;і щось такеє крикнув,&lt;br /&gt;</w:t>
        <w:br/>
        <w:t>а інші засміялись.&lt;br /&gt;</w:t>
        <w:br/>
        <w:t>Не знать було:&gt;&lt;br /&gt;</w:t>
        <w:br/>
        <w:t>1 Напроти дописано олівцем: "ордал", "нафта Баку", "Вугі&lt;br /&gt;</w:t>
        <w:br/>
        <w:t>Бахмут [а]".— Ред.&lt;br /&gt;</w:t>
        <w:br/>
        <w:t>2 Збоку дописано олівцем: "...проучить тебе б навік".— Ред.&lt;br /&gt;</w:t>
        <w:br/>
        <w:t>і щось такеє крикнув,&lt;br /&gt;</w:t>
        <w:br/>
        <w:t>вибиваючи у соняшник, як у бубон *,&lt;br /&gt;</w:t>
        <w:br/>
        <w:t>а другі засміялись.&lt;br /&gt;</w:t>
        <w:br/>
        <w:t>Аж ось Подзьобане обличчя стало *&lt;br /&gt;</w:t>
        <w:br/>
        <w:t>і щось між долоні крикнуло *.&lt;br /&gt;</w:t>
        <w:br/>
        <w:t>Вночі! у пана! — тільки й почув *,&lt;br /&gt;</w:t>
        <w:br/>
        <w:t>а що саме впочі у пана — не знав *.&lt;br /&gt;</w:t>
        <w:br/>
        <w:t>І не знать було:&lt;br /&gt;</w:t>
        <w:br/>
        <w:t>чи то сміялись як свойму,&lt;br /&gt;</w:t>
        <w:br/>
        <w:t>чи все ще й досі &lt; Сковороду вони за пана брали &gt;&lt;br /&gt;</w:t>
        <w:br/>
        <w:t>не вірили, що він і в Сковорода.&lt;br /&gt;</w:t>
        <w:br/>
        <w:t>Обперся спиною об хрест.&lt;br /&gt;</w:t>
        <w:br/>
        <w:t>Руки сами звелись па хресторам'я.&lt;br /&gt;</w:t>
        <w:br/>
        <w:t>І так стояв &lt;мов&gt;&lt;br /&gt;</w:t>
        <w:br/>
        <w:t>мов розіп'ятий.&lt;br /&gt;</w:t>
        <w:br/>
        <w:t>І враз &lt;хихотіння&gt; почув за спиною:&lt;br /&gt;</w:t>
        <w:br/>
        <w:t>ізображаєте Христа?&lt;br /&gt;</w:t>
        <w:br/>
        <w:t>(хихотіння)&lt;br /&gt;</w:t>
        <w:br/>
        <w:t>Рекомендуюсь:&lt;br /&gt;</w:t>
        <w:br/>
        <w:t>&lt; (хихотіння) &gt; *&lt;br /&gt;</w:t>
        <w:br/>
        <w:t>&lt; обер-офіцер&lt;br /&gt;</w:t>
        <w:br/>
        <w:t>(сам я грузин) &gt;&lt;br /&gt;</w:t>
        <w:br/>
        <w:t>Я обер-офіцер&lt;br /&gt;</w:t>
        <w:br/>
        <w:t>(грузин)&lt;br /&gt;</w:t>
        <w:br/>
        <w:t>присланный сюда для наблюденія &lt;; &gt;,&lt;br /&gt;</w:t>
        <w:br/>
        <w:t>&lt; употребляю &gt; &lt;мо&gt;&lt;br /&gt;</w:t>
        <w:br/>
        <w:t>а также &lt;вот пріходно-расходньїе кнігі&gt;&lt;br /&gt;</w:t>
        <w:br/>
        <w:t>пріходно-расходньїе кнігі содержать.&lt;br /&gt;</w:t>
        <w:br/>
        <w:t>К концу сей сцены подоспев,&lt;br /&gt;</w:t>
        <w:br/>
        <w:t>я всьо здесь ВІД6Л&lt;br /&gt;</w:t>
        <w:br/>
        <w:t>і &lt; очень скорблю &gt; очень за вас скорблю душою.&lt;br /&gt;</w:t>
        <w:br/>
        <w:t>Стон бедных помещиков и притом вдов и сирот вопиет до неба.&lt;br /&gt;</w:t>
        <w:br/>
        <w:t>&lt;Ви знаете? Жалко мені пана Мосціцького. Ведь еслі би он меня&lt;br /&gt;</w:t>
        <w:br/>
        <w:t>послушался&gt; &lt;Ах, еслі би только он послушался моей теорії! От&lt;br /&gt;</w:t>
        <w:br/>
        <w:t>него бегают крестьяне, а новые пе прибегают. А подать за беглых&lt;br /&gt;</w:t>
        <w:br/>
        <w:t>одинаково ведь заплати! &gt; &lt;Ведь как&gt; Как надо собірать по-&lt;br /&gt;</w:t>
        <w:br/>
        <w:t>дать? В &lt;старых &gt; арабских кпігах написано &lt;(так)&gt;: ...каж-&lt;br /&gt;</w:t>
        <w:br/>
        <w:t>дый зіммі, хрістіанін і еврей, отправится в назнач [епный] день&lt;br /&gt;</w:t>
        <w:br/>
        <w:t>&lt;лично, а не через поверенного, &gt; к эмиру, который сидит на&lt;br /&gt;</w:t>
        <w:br/>
        <w:t>седалище в виде трона. Зіммі пріблізітся к нему, держа на ладони&lt;br /&gt;</w:t>
        <w:br/>
        <w:t>подать, і змір возьмьот ее так, чтоб его рука находилась сверху,&lt;br /&gt;</w:t>
        <w:br/>
        <w:t>а рука зіммія впізу. Затем змір ударіт его кулаком по шее, а стоя-&lt;br /&gt;</w:t>
        <w:br/>
        <w:t>щей подле зміра человек прогоніт зіммія. За первым последует&lt;br /&gt;</w:t>
        <w:br/>
        <w:t>второй, третій і т. д. Вы &lt; слышите &gt; знаєте: послушна была бы&lt;br /&gt;</w:t>
        <w:br/>
        <w:t>Россія і упорядочена 1.&lt;br /&gt;</w:t>
        <w:br/>
        <w:t>&lt;А впрочем... рекомендуюсь! &gt;&lt;br /&gt;</w:t>
        <w:br/>
        <w:t>А впрочем (хихотіння) Рекомендуюсь!&lt;br /&gt;</w:t>
        <w:br/>
        <w:t>&lt;Чи він боявся, щоб Сковорода &gt;&lt;br /&gt;</w:t>
        <w:br/>
        <w:t>&lt;і вислизнув, як вуж&gt; &lt;і вислизнув кудись, як вуж&gt;&lt;br /&gt;</w:t>
        <w:br/>
        <w:t>&lt;що Сковорода услід лиш плюнув &gt; &lt; Сковорода услід&lt;br /&gt;</w:t>
        <w:br/>
        <w:t>тільки плюнув &gt; Сковорода плюнув,&lt;br /&gt;</w:t>
        <w:br/>
        <w:t>а сам зірвався і побіг&lt;br /&gt;</w:t>
        <w:br/>
        <w:t>&lt;куди? — не знав куди&gt; &lt;ібі[г]&gt; &lt;Сковорода побіг!&gt;&lt;br /&gt;</w:t>
        <w:br/>
        <w:t>&lt;Побіг! Біг!&gt;&lt;br /&gt;</w:t>
        <w:br/>
        <w:t>Сковорода&lt;br /&gt;</w:t>
        <w:br/>
        <w:t>побіг!&lt;br /&gt;</w:t>
        <w:br/>
        <w:t>Хмара ще ширше сиві краї свої закотила&lt;br /&gt;</w:t>
        <w:br/>
        <w:t>і звідти так само ж, здавалось, ціляла в брязк&lt;br /&gt;</w:t>
        <w:br/>
        <w:t>розтріснутого неба,&lt;br /&gt;</w:t>
        <w:br/>
        <w:t>потріскуючи у Дніпрі.&lt;br /&gt;</w:t>
        <w:br/>
        <w:t>Але за цим&lt;br /&gt;</w:t>
        <w:br/>
        <w:t>такий орган гримів і грав простором хором понад хором,&lt;br /&gt;</w:t>
        <w:br/>
        <w:t>що аж земля під низом стугоніла,&lt;br /&gt;</w:t>
        <w:br/>
        <w:t>трепещучи...&lt;br /&gt;</w:t>
        <w:br/>
        <w:t>&lt;Сковорода побіг!&gt; &lt;біг!&gt;&lt;br /&gt;</w:t>
        <w:br/>
        <w:t>&lt;а вслід йому сміялось, реготало:&lt;br /&gt;</w:t>
        <w:br/>
        <w:t>"Напевно весело живеться, що ви все граєте".&lt;br /&gt;</w:t>
        <w:br/>
        <w:t>Ніколи блискавка отак не била, не палила,&lt;br /&gt;</w:t>
        <w:br/>
        <w:t>як душу його&lt;br /&gt;</w:t>
        <w:br/>
        <w:t>ці слова2.&lt;br /&gt;</w:t>
        <w:br/>
        <w:t>Справді.&lt;br /&gt;</w:t>
        <w:br/>
        <w:t>Чого прийшов він в цюю пустинь?&lt;br /&gt;</w:t>
        <w:br/>
        <w:t>Хіба не на те, щоб пожить?&lt;br /&gt;</w:t>
        <w:br/>
        <w:t>Щоб мир знайти і спокій &gt;&lt;br /&gt;</w:t>
        <w:br/>
        <w:t>1 Прозовий текст дописаний пізніше на берегах рукопису, а по-&lt;br /&gt;</w:t>
        <w:br/>
        <w:t>тім перекреслений.— Ред.&lt;br /&gt;</w:t>
        <w:br/>
        <w:t>2 Збоку дописано олівцем: "(це слово і в II ч[астині] є)".—&lt;br /&gt;</w:t>
        <w:br/>
        <w:t>Ред.</w:t>
      </w:r>
    </w:p>
    <w:p>
      <w:r>
        <w:br/>
        <w:t>(ЦДАМЛМ, ф. 464, оп. 1, М 1202, арк. 20, 22—25)</w:t>
      </w:r>
    </w:p>
    <w:p>
      <w:r>
        <w:br/>
        <w:t>[ТИША]&lt;br /&gt;</w:t>
        <w:br/>
        <w:t>Переліз через ограду (по оріховому дереву) і вийшов у с а д.&lt;br /&gt;</w:t>
        <w:br/>
        <w:t>І так тихо було навкруг, тільки &lt; огонь та ще&gt; огонь горів у&lt;br /&gt;</w:t>
        <w:br/>
        <w:t>Досифея та &lt;іще&gt; ще йому здалось, що там, де землянка, наче&lt;br /&gt;</w:t>
        <w:br/>
        <w:t>стогпав хто і підскугилював, як собака. Пішов туди навпростець.&lt;br /&gt;</w:t>
        <w:br/>
        <w:t>Через кущі, через чагарі і &lt;вж[е]&gt; як спустився &lt;вниз&gt;&lt;br /&gt;</w:t>
        <w:br/>
        <w:t>в яр вогкий, що &lt; глеєм &gt; пахну [в], згадав, що біблію забув на&lt;br /&gt;</w:t>
        <w:br/>
        <w:t>столі. Не так було &lt; бібліє &gt; біблії тієї жалко, як те, що вперше&lt;br /&gt;</w:t>
        <w:br/>
        <w:t>Сковорода &lt;у світі опинився &gt; &lt; вийшов у світ&gt; опинився на&lt;br /&gt;</w:t>
        <w:br/>
        <w:t>просторі без біблії. Та ще й і той образ дуже непокоїв і нервував:&lt;br /&gt;</w:t>
        <w:br/>
        <w:t>курінь. Павучок в &lt; своїм коридорі &gt; своїм глибокі [м] коридорі&lt;br /&gt;</w:t>
        <w:br/>
        <w:t>з павутини, і хліб на блюді, і риба, і біблія розкрита і найбільш&lt;br /&gt;</w:t>
        <w:br/>
        <w:t>турбувало чогось, що розкрита...1&lt;br /&gt;</w:t>
        <w:br/>
        <w:t>1 Пізніше автор за допомогою спеціальних значків розбив цей&lt;br /&gt;</w:t>
        <w:br/>
        <w:t>текст на поетичні рядки.— Ред.&lt;br /&gt;</w:t>
        <w:br/>
        <w:t>(ЦДАМЛМ, ф. 464, оп. і, М 1247, арк. 3)&lt;br /&gt;</w:t>
        <w:br/>
        <w:t>[ПЕРШИЙ МОНОЛОГ СКОВОРОДИ]&lt;br /&gt;</w:t>
        <w:br/>
        <w:t>&lt; (мов із глибини віків) &gt; &lt; (голос, мов із глибини віків) &gt;&lt;br /&gt;</w:t>
        <w:br/>
        <w:t>(говорить, мов із глибини віків)&lt;br /&gt;</w:t>
        <w:br/>
        <w:t>Огонь. Печаль. Тяжіння. Рух. Свідомість.&lt;br /&gt;</w:t>
        <w:br/>
        <w:t>Матерія...— Біжить життя моє,—&lt;br /&gt;</w:t>
        <w:br/>
        <w:t>Спіралями. В спіралях тих я гину, гину І&lt;br /&gt;</w:t>
        <w:br/>
        <w:t>(—самотністю подолапий). І я&lt;br /&gt;</w:t>
        <w:br/>
        <w:t>в спіралях тих, як у страшних обіймах&lt;br /&gt;</w:t>
        <w:br/>
        <w:t>Лаокоон! (—самотністю). Печаль&lt;br /&gt;</w:t>
        <w:br/>
        <w:t>Постій, життя! (Печаль.) Постій, спинися!&lt;br /&gt;</w:t>
        <w:br/>
        <w:t>Я добіжу, я порівняюсь. Я —&lt;br /&gt;</w:t>
        <w:br/>
        <w:t>о ні, о ні!&lt;br /&gt;</w:t>
        <w:br/>
        <w:t>&lt; (іронія) &gt; &lt; (самоіронія) &gt;&lt;br /&gt;</w:t>
        <w:br/>
        <w:t>(з приступом іронії *,&lt;br /&gt;</w:t>
        <w:br/>
        <w:t>з іронією, що не терпить заперечення) *&lt;br /&gt;</w:t>
        <w:br/>
        <w:t>Хіба спинитись може&lt;br /&gt;</w:t>
        <w:br/>
        <w:t>самий закон буття?&lt;br /&gt;</w:t>
        <w:br/>
        <w:t>&lt; (рукою даючи докази &gt; &lt; (даючи докази —&lt;br /&gt;</w:t>
        <w:br/>
        <w:t>руками &gt; *&lt;br /&gt;</w:t>
        <w:br/>
        <w:t>(даючи докази &lt;жестом &gt; філософським жестом) *&lt;br /&gt;</w:t>
        <w:br/>
        <w:t>"Постій, життя"&lt;br /&gt;</w:t>
        <w:br/>
        <w:t>Та ж смішно це! Хіба потрібне чудо&lt;br /&gt;</w:t>
        <w:br/>
        <w:t>у сферах тих, де розум діє, мисль,&lt;br /&gt;</w:t>
        <w:br/>
        <w:t>окреслення? — Печаль. В Європі Фауст&lt;br /&gt;</w:t>
        <w:br/>
        <w:t>ще брязкотить сумнівами. Туман&lt;br /&gt;</w:t>
        <w:br/>
        <w:t>алхімії — і природничі точні&lt;br /&gt;</w:t>
        <w:br/>
        <w:t>досягнення? — Що ж!&lt;br /&gt;</w:t>
        <w:br/>
        <w:t>(з іронією) *&lt;br /&gt;</w:t>
        <w:br/>
        <w:t>Європейський бруд&lt;br /&gt;</w:t>
        <w:br/>
        <w:t>перетворить у золото — послуга.&lt;br /&gt;</w:t>
        <w:br/>
        <w:t>Та не така. (Та не така.) Печаль.&lt;br /&gt;</w:t>
        <w:br/>
        <w:t>&lt; (рішуче) &gt; (рішуче підводячись)&lt;br /&gt;</w:t>
        <w:br/>
        <w:t>Перетворить у золото &lt;чи ж можна&gt; &lt;не можна &gt;&lt;br /&gt;</w:t>
        <w:br/>
        <w:t>&lt;чи й можна &gt; &lt;не вдасться &gt; &lt; потрібно &gt;&lt;br /&gt;</w:t>
        <w:br/>
        <w:t>я хочу</w:t>
      </w:r>
    </w:p>
    <w:p>
      <w:r>
        <w:br/>
        <w:t>енергію народу, &lt;того&gt; що повстав!&lt;br /&gt;</w:t>
        <w:br/>
        <w:t>&lt; енергію народу, що&gt;&lt;br /&gt;</w:t>
        <w:br/>
        <w:t>перетворить у золото я хочу&lt;br /&gt;</w:t>
        <w:br/>
        <w:t>обурення! &lt;Народу боротьбу! &gt; І труд, і боротьбу!&lt;br /&gt;</w:t>
        <w:br/>
        <w:t>&lt; перетворить &gt;• Ви чуєте?&lt;br /&gt;</w:t>
        <w:br/>
        <w:t>&lt;і боротьбу&lt;?&gt; &lt;Печаль. Печаль. Розбито.&lt;br /&gt;</w:t>
        <w:br/>
        <w:t>Зруйновано&lt;br /&gt;</w:t>
        <w:br/>
        <w:t>&lt; боротьбу &gt;</w:t>
      </w:r>
    </w:p>
    <w:p>
      <w:r>
        <w:br/>
        <w:t>(ЦДАМЛМ, ф. 464, оп. і. Мі П98, арк. 2)</w:t>
      </w:r>
    </w:p>
    <w:p>
      <w:r>
        <w:br/>
        <w:t>[І. ПЕРШЕ ВИДІННЯ СКОВОРОДИ. НІЧ]</w:t>
      </w:r>
    </w:p>
    <w:p>
      <w:r>
        <w:br/>
        <w:t>Потвора: Кажу ж вам&lt;br /&gt;</w:t>
        <w:br/>
        <w:t>тс! Бо он хтось спить...&lt;br /&gt;</w:t>
        <w:br/>
        <w:t>&lt;Чорт і чортиця&gt; (вскакуючи):&lt;br /&gt;</w:t>
        <w:br/>
        <w:t>Іч, які хитрі — вони вже тут! А в &lt;нас&gt; нашій кареті, ви уявіть&lt;br /&gt;</w:t>
        <w:br/>
        <w:t>собі, щось &lt;ізламалось&gt; поламалось і ми змушені були [нерозб.]&lt;br /&gt;</w:t>
        <w:br/>
        <w:t>(Всі замахали на них руками.)&lt;br /&gt;</w:t>
        <w:br/>
        <w:t>&lt;Чортиця&gt;: А що, хіба хто вмер?&lt;br /&gt;</w:t>
        <w:br/>
        <w:t>&lt;Та чого не похнюпились?&gt; Чого це &lt;всі похнюпились?&gt; всі&lt;br /&gt;</w:t>
        <w:br/>
        <w:t>притихли? Веселіше, &lt;дру[зі!]&gt; панове!&lt;br /&gt;</w:t>
        <w:br/>
        <w:t>Ну що, вгощав вином Сковорода?&lt;br /&gt;</w:t>
        <w:br/>
        <w:t>Сковорода&lt;br /&gt;</w:t>
        <w:br/>
        <w:t>О!&lt;br /&gt;</w:t>
        <w:br/>
        <w:t>Та вас уже тут цілий гурт? я знаю,&lt;br /&gt;</w:t>
        <w:br/>
        <w:t>чого прийшли! Ну-ну. Будь ласка. Знов&lt;br /&gt;</w:t>
        <w:br/>
        <w:t>попосмішіть.</w:t>
      </w:r>
    </w:p>
    <w:p>
      <w:r>
        <w:br/>
        <w:t>(ЦДАМЛМ, ф. 464, оп. 1, М 1204, арк. 6 зв.)</w:t>
      </w:r>
    </w:p>
    <w:p>
      <w:r>
        <w:br/>
        <w:t>[II.. ПЕРШЕ ВИДІННЯ СКОВОРОДИ. НІЧ]</w:t>
      </w:r>
    </w:p>
    <w:p>
      <w:r>
        <w:br/>
        <w:t>Келія. Свічка догоряє. До стіни на лаві чернець спить. Сковоро-&lt;br /&gt;</w:t>
        <w:br/>
        <w:t>да, одірвавшись од рукопису, уголос думає: ...Солі мінеральні,&lt;br /&gt;</w:t>
        <w:br/>
        <w:t>квасці, купорос, кам'яна сіль, селітра? Добре.— І так, немовби з ким&lt;br /&gt;</w:t>
        <w:br/>
        <w:t>сперечаючись, говорить:&lt;br /&gt;</w:t>
        <w:br/>
        <w:t>Ну добре. Так. Нехай одкриєм шахти&lt;br /&gt;</w:t>
        <w:br/>
        <w:t>й понад Дінцем —то &lt;шо тут&gt; що ж тут зміниться?&lt;br /&gt;</w:t>
        <w:br/>
        <w:t>Ну наживем скарбницю,— а б і д н от а —</w:t>
      </w:r>
    </w:p>
    <w:p>
      <w:r>
        <w:br/>
        <w:t>&lt;чи поживе той скарб? 1 Набридло вже:&lt;br /&gt;</w:t>
        <w:br/>
        <w:t>одно танцюй, одно перегинайся — &gt;&lt;br /&gt;</w:t>
        <w:br/>
        <w:t>&lt;Ізнов папи&lt;br /&gt;</w:t>
        <w:br/>
        <w:t>закріпостять. Закріплять, скроплять кров'ю,&lt;br /&gt;</w:t>
        <w:br/>
        <w:t>розляжуться &gt;&lt;br /&gt;</w:t>
        <w:br/>
        <w:t>одно танцюй, одно перегинайся —&lt;br /&gt;</w:t>
        <w:br/>
        <w:t>аж лоскотно від ласки 2. Слухай — хха? —&lt;br /&gt;</w:t>
        <w:br/>
        <w:t>а що якби полоскотать по горлу&lt;br /&gt;</w:t>
        <w:br/>
        <w:t>царів, князів та христолюбців: рраз! —&lt;br /&gt;</w:t>
        <w:br/>
        <w:t>ото б була сміхота... Тільки: грізно! —&lt;br /&gt;</w:t>
        <w:br/>
        <w:t>негоїсто! — та люто! — а не так,&lt;br /&gt;</w:t>
        <w:br/>
        <w:t>як колії, що &lt; насмоктавшись крові &gt; &lt; обсмоктавши&lt;br /&gt;</w:t>
        <w:br/>
        <w:t>Умань&gt;&lt;br /&gt;</w:t>
        <w:br/>
        <w:t>учаділи &lt;й розкисли &gt; &lt;від крові &gt;, а тепер...&lt;br /&gt;</w:t>
        <w:br/>
        <w:t>О де ви є, мої нещасні друзі!&lt;br /&gt;</w:t>
        <w:br/>
        <w:t>Коли живі — озвітеся: — давно,&lt;br /&gt;</w:t>
        <w:br/>
        <w:t>давно я вже не той. Як та сокира,&lt;br /&gt;</w:t>
        <w:br/>
        <w:t>поблискую, дзвеню! Хоч довго ще&lt;br /&gt;</w:t>
        <w:br/>
        <w:t>у бур'янах моїх трактатів &lt; безсило &gt;&lt;br /&gt;</w:t>
        <w:br/>
        <w:t>виплутувавсь: Матерія? чи Дух?&lt;br /&gt;</w:t>
        <w:br/>
        <w:t>(схоластика мені, як та собака) —&lt;br /&gt;</w:t>
        <w:br/>
        <w:t>Я ж знаю сам одне: Materia&lt;br /&gt;</w:t>
        <w:br/>
        <w:t>aeterna est — Матерія одвічна.&lt;br /&gt;</w:t>
        <w:br/>
        <w:t>(Читає далі.) Коли заллє водою шахту, то &lt;в першу чергу &gt; на-&lt;br /&gt;</w:t>
        <w:br/>
        <w:t>самперед зробити треба &lt;що це&gt; (прислухається) — котра це&lt;br /&gt;</w:t>
        <w:br/>
        <w:t>година?</w:t>
      </w:r>
    </w:p>
    <w:p>
      <w:r>
        <w:br/>
        <w:t>(ЦДАМЛМ, ф. 464, on. 1, спр. 1207, арк. 5)</w:t>
      </w:r>
    </w:p>
    <w:p>
      <w:r>
        <w:br/>
        <w:t>[III. ПЕРШЕ ВИДІННЯ СКОВОРОДИ. НІЧ]&lt;br /&gt;</w:t>
        <w:br/>
        <w:t>1 Збоку дописапо:&lt;br /&gt;</w:t>
        <w:br/>
        <w:t>"&lt;Цундра&gt; Козак Розплата (&lt; пробує провести пальцем по&lt;br /&gt;</w:t>
        <w:br/>
        <w:t>голій шаблі&gt; Ткнувши голою шаблею в ікону)".— Ред.&lt;br /&gt;</w:t>
        <w:br/>
        <w:t>2 Збоку дописано:&lt;br /&gt;</w:t>
        <w:br/>
        <w:t>"Цундра (Сковороді)&lt;br /&gt;</w:t>
        <w:br/>
        <w:t>Умань, Умань, хоч так же було треба".— Ред.&lt;br /&gt;</w:t>
        <w:br/>
        <w:t>&lt; Келія. Свічка догоряє &gt; &lt; Келія. Ніч. Свічка. &gt; &lt;Ніч. Келія.&lt;br /&gt;</w:t>
        <w:br/>
        <w:t>Свічка нагоряє. До стіни на лаві чернець спить. &gt; Келія. Ніч. Свіч-&lt;br /&gt;</w:t>
        <w:br/>
        <w:t>ка. На дворі сторож калатає в дошку. Сковорода, одірвавшись&lt;br /&gt;</w:t>
        <w:br/>
        <w:t>од рукопису, уголос думає: "...Солі мінеральні, &lt;квасці&gt; галун&lt;br /&gt;</w:t>
        <w:br/>
        <w:t>(сірчан), &lt;купорос&gt; купервас, кам'яна сіль, селітра? — Добре".—&lt;br /&gt;</w:t>
        <w:br/>
        <w:t>і так, немовби з ким сперечаючись, говорить:&lt;br /&gt;</w:t>
        <w:br/>
        <w:t>Ну добре. Так. Нехай одкриєм шахти&lt;br /&gt;</w:t>
        <w:br/>
        <w:t>й понад Дінцем — то що тут зміниться??&lt;br /&gt;</w:t>
        <w:br/>
        <w:t>Ну наживем скарбницю — а біднота —&lt;br /&gt;</w:t>
        <w:br/>
        <w:t>чи поживе той скарб? &lt; (нахмурено) &gt; (похмуро)&lt;br /&gt;</w:t>
        <w:br/>
        <w:t>&lt; (підводячись) &gt; &lt; (Сторож у дошку калатає) &gt;&lt;br /&gt;</w:t>
        <w:br/>
        <w:t>&lt; (встає, щоб іти) &gt; &lt; (самозаперечуючи) &gt;&lt;br /&gt;</w:t>
        <w:br/>
        <w:t>Ізнов. Пани.&lt;br /&gt;</w:t>
        <w:br/>
        <w:t>&lt;Чорт мені надав — із родичем&lt;br /&gt;</w:t>
        <w:br/>
        <w:t>зійтись &gt; Та чорт мені надав до родича&lt;br /&gt;</w:t>
        <w:br/>
        <w:t>зайти — тепер і грайся в киці-баби,&lt;br /&gt;</w:t>
        <w:br/>
        <w:t>жартуй тепер і текстами товчи&lt;br /&gt;</w:t>
        <w:br/>
        <w:t>слов'янськими, як в ступі просо,— &lt;може ж&gt; чей же&lt;br /&gt;</w:t>
        <w:br/>
        <w:t>хоч одверну &lt; увагу, а зробить &gt; увагу. А зробить&lt;br /&gt;</w:t>
        <w:br/>
        <w:t>я те зроблю, що друзі доручили&lt;br /&gt;</w:t>
        <w:br/>
        <w:t>&lt;під Києвом, а цить...&gt;! ...чи хтось мене гукав?&lt;br /&gt;</w:t>
        <w:br/>
        <w:t>Надворі гомін. Щось багатоноге заскочило в сіни&lt;br /&gt;</w:t>
        <w:br/>
        <w:t>і, причаївшись, взялося наслухати &lt;0... навіть&lt;br /&gt;</w:t>
        <w:br/>
        <w:t>двері одхилило [нерозб.] &gt;&lt;br /&gt;</w:t>
        <w:br/>
        <w:t>&lt;Та ні, се так,&lt;br /&gt;</w:t>
        <w:br/>
        <w:t>здалось мені. Ану ж, пійду погляну&gt;&lt;br /&gt;</w:t>
        <w:br/>
        <w:t>Гукав? &lt;Хто ж би?&gt; О ні.&lt;br /&gt;</w:t>
        <w:br/>
        <w:t>Здалось. Пійду на зорі гляну,&lt;br /&gt;</w:t>
        <w:br/>
        <w:t>чи скоро світ *. Та що це — падаю&lt;?&gt;!&lt;br /&gt;</w:t>
        <w:br/>
        <w:t>І голова як шум. Невже гарячка&lt;br /&gt;</w:t>
        <w:br/>
        <w:t>і досі ще?.. Все причувається,&lt;br /&gt;</w:t>
        <w:br/>
        <w:t>мов хтось &lt;іде&gt; нявчить. Ну от. Ізнову. Двері&lt;br /&gt;</w:t>
        <w:br/>
        <w:t>[• •]&lt;br /&gt;</w:t>
        <w:br/>
        <w:t>Потвора&lt;br /&gt;</w:t>
        <w:br/>
        <w:t>Яка ж бридня,— ідея&lt;br /&gt;</w:t>
        <w:br/>
        <w:t>Платонова.&lt;br /&gt;</w:t>
        <w:br/>
        <w:t>[• ... .]&lt;br /&gt;</w:t>
        <w:br/>
        <w:t>попався — &lt;хха?&gt; чув? — чого б же ви й тікали!&lt;br /&gt;</w:t>
        <w:br/>
        <w:t>Сковорода&lt;br /&gt;</w:t>
        <w:br/>
        <w:t>Не насміхай: ніхто з нас не тікав.&lt;br /&gt;</w:t>
        <w:br/>
        <w:t>На берегах дописано ремарку: "(встав)".— Ред.&lt;br /&gt;</w:t>
        <w:br/>
        <w:t>Бо &lt;хоч і вмре&gt; як умре Максим — постане Цундра!&lt;br /&gt;</w:t>
        <w:br/>
        <w:t>на &lt;вольний шлях&gt; вольності права?&lt;br /&gt;</w:t>
        <w:br/>
        <w:t>Ну що ж, накопуйсь&lt;br /&gt;</w:t>
        <w:br/>
        <w:t>[. і&lt;br /&gt;</w:t>
        <w:br/>
        <w:t>&lt; простелиться &gt; одкриється тобі дорога, гафт&lt;br /&gt;</w:t>
        <w:br/>
        <w:t>і..... о&lt;br /&gt;</w:t>
        <w:br/>
        <w:t>гафт, гафт, що йшли царі &lt;по ньому&gt; гетьмани.&lt;br /&gt;</w:t>
        <w:br/>
        <w:t>[• •]&lt;br /&gt;</w:t>
        <w:br/>
        <w:t>Пастух і пастушка (вскакуючи)&lt;br /&gt;</w:t>
        <w:br/>
        <w:t>Іч які хитрі,— вони вже тут! А в нашій кареті, ви уявіть собі, щось&lt;br /&gt;</w:t>
        <w:br/>
        <w:t>поламалось і ми змушені були ...&lt;коло саду&gt; біля саду &lt; (Хоч&lt;br /&gt;</w:t>
        <w:br/>
        <w:t>там уже стояла чиясь карета) &gt; &lt;—отам, де травка&gt;</w:t>
      </w:r>
    </w:p>
    <w:p>
      <w:r>
        <w:br/>
        <w:t>Пастушка: &lt;біля саду&gt;&lt;br /&gt;</w:t>
        <w:br/>
        <w:t>Не вірте йому, не вірте! (б'в його ніжно &lt;по губах&gt;)&lt;br /&gt;</w:t>
        <w:br/>
        <w:t>(Всі так і замахали на них руками).&lt;br /&gt;</w:t>
        <w:br/>
        <w:t>Пастух: ...А що хіба? хто вмер?&lt;br /&gt;</w:t>
        <w:br/>
        <w:t>&lt;та&gt; Чого ви &lt;такі сумні всі?&gt; сумні такі? Ну, що,&lt;br /&gt;</w:t>
        <w:br/>
        <w:t>вгощав вином Сковорода?&lt;br /&gt;</w:t>
        <w:br/>
        <w:t>[• .]&lt;br /&gt;</w:t>
        <w:br/>
        <w:t>Пастух: Смішного нічого тут&lt;br /&gt;</w:t>
        <w:br/>
        <w:t>нема. &lt;...Ми змушені були успіти в&lt;br /&gt;</w:t>
        <w:br/>
        <w:t>сад, на лоно природи. &gt;&lt;br /&gt;</w:t>
        <w:br/>
        <w:t>Навпаки, я плачу. Отже: &lt;продовжую&gt; зайшли ми в сад.&lt;br /&gt;</w:t>
        <w:br/>
        <w:t>А ніч! а зорі! &lt;Судіте&lt;br /&gt;</w:t>
        <w:br/>
        <w:t>[нерозб.]&gt; &lt; Судіте нас: ми не могли &gt; Міркуйте самі: чи не&lt;br /&gt;</w:t>
        <w:br/>
        <w:t>могли ми не впали 1 у траву &lt; (хоч коло&lt;br /&gt;</w:t>
        <w:br/>
        <w:t>нас зірвалося з землі щось і побігло) &gt;&lt;br /&gt;</w:t>
        <w:br/>
        <w:t>Пастушка: Ах?&lt;br /&gt;</w:t>
        <w:br/>
        <w:t>Пастух: І я (схлипуючи) паденію&lt;br /&gt;</w:t>
        <w:br/>
        <w:t>подвержен бил... Ох, окаянний я! &lt; (б'є себе в груди) &gt; Пастушка&lt;br /&gt;</w:t>
        <w:br/>
        <w:t>б'є його &lt;по губах &gt; &lt; ніжно &gt;&lt;br /&gt;</w:t>
        <w:br/>
        <w:t>Всі (плещучи в долоні). &lt;Хо-хо!&gt; &lt;Біс,&gt; &lt;великий акторе,&lt;br /&gt;</w:t>
        <w:br/>
        <w:t>біс!&gt; Травка? Хо-хо! Пане філософе, ти чуєш, як ми твою природу&lt;br /&gt;</w:t>
        <w:br/>
        <w:t>й простоту по-своєму зрозуміли.&lt;br /&gt;</w:t>
        <w:br/>
        <w:t>1 Очевидно, треба: "впасти".—Ред.&lt;br /&gt;</w:t>
        <w:br/>
        <w:t>&lt;Ну це ж чудесно. Це ж дійсно рідкісна &gt; Ах, яка це витонче-&lt;br /&gt;</w:t>
        <w:br/>
        <w:t>ність шляхетна. Він навіть у коханні в актор! &lt;Філософе, &gt; А це&lt;br /&gt;</w:t>
        <w:br/>
        <w:t>все ти навіяв нам, пане філософе, своїми віршами. Ми тобі вдячні&lt;br /&gt;</w:t>
        <w:br/>
        <w:t>дуже. Пішли танцювати:&lt;br /&gt;</w:t>
        <w:br/>
        <w:t>Казала травка&lt;br /&gt;</w:t>
        <w:br/>
        <w:t>Я тільки травка&lt;br /&gt;</w:t>
        <w:br/>
        <w:t>Ну, і т. д.1&lt;br /&gt;</w:t>
        <w:br/>
        <w:t>Потвора: &lt;Ну досить сміху! Зараз ми —&lt;br /&gt;</w:t>
        <w:br/>
        <w:t>Платонові ідеї &gt;&lt;br /&gt;</w:t>
        <w:br/>
        <w:t>Ну досить! Що п'яні ви —я знаю. Але ми ж умови-&lt;br /&gt;</w:t>
        <w:br/>
        <w:t>лись — &lt; забули хіба?&gt; — зараз ми — &lt;лише&gt; Платонові ідеї —&lt;br /&gt;</w:t>
        <w:br/>
        <w:t>&lt;та й край&gt; забули хіба?&lt;br /&gt;</w:t>
        <w:br/>
        <w:t>[• о&lt;br /&gt;</w:t>
        <w:br/>
        <w:t>&lt;Овечки&gt; Осли&lt;br /&gt;</w:t>
        <w:br/>
        <w:t>Двісті раз&lt;br /&gt;</w:t>
        <w:br/>
        <w:t>це чуємо — не залякаєш! Краще&lt;br /&gt;</w:t>
        <w:br/>
        <w:t>посмокчемо давай: краси, душі&lt;br /&gt;</w:t>
        <w:br/>
        <w:t>безсмертія&lt;br /&gt;</w:t>
        <w:br/>
        <w:t>Овечки&lt;br /&gt;</w:t>
        <w:br/>
        <w:t>Бебехнутись у &lt; "В і ч н і с т ь" &gt;&lt;br /&gt;</w:t>
        <w:br/>
        <w:t>"в і ч н і с т ь".</w:t>
      </w:r>
    </w:p>
    <w:p>
      <w:r>
        <w:br/>
        <w:t>Собаки&lt;br /&gt;</w:t>
        <w:br/>
        <w:t>Ходить&lt;br /&gt;</w:t>
        <w:br/>
        <w:t>о те, щоб ти &lt;нам сотворив &gt; в житті нам підстругав&lt;br /&gt;</w:t>
        <w:br/>
        <w:t>ідилію. &lt; Вертайся ж до природи &gt; &lt;До спрощення ж&lt;br /&gt;</w:t>
        <w:br/>
        <w:t>вертайся &gt;&lt;br /&gt;</w:t>
        <w:br/>
        <w:t>до кочових &lt; життьових &gt; життьових форм, людей</w:t>
      </w:r>
    </w:p>
    <w:p>
      <w:r>
        <w:br/>
        <w:t>народ загав.&lt;br /&gt;</w:t>
        <w:br/>
        <w:t>Сковорода&lt;br /&gt;</w:t>
        <w:br/>
        <w:t>&lt; Свобода &gt; чи покора&lt;br /&gt;</w:t>
        <w:br/>
        <w:t>Безсмертіє те слово &lt; (зауваж) &gt; (пам'ятай)&lt;br /&gt;</w:t>
        <w:br/>
        <w:t>Безсмертіє. Ой добрі ж ви! Охота&lt;br /&gt;</w:t>
        <w:br/>
        <w:t>поглузувать? Пограть? Минулеє&lt;br /&gt;</w:t>
        <w:br/>
        <w:t>мені в докір поставить? Я ж не вірю,&lt;br /&gt;</w:t>
        <w:br/>
        <w:t>&lt;що нібито... &gt; як той Платон —&lt;br /&gt;</w:t>
        <w:br/>
        <w:t>1 Текст від слів: "Травка? Хо-хо!.." написаний пізніше чорни-&lt;br /&gt;</w:t>
        <w:br/>
        <w:t>лом і олівцем. Частину тексту автор був перекреслив, але потім&lt;br /&gt;</w:t>
        <w:br/>
        <w:t>поновив.— Ред.&lt;br /&gt;</w:t>
        <w:br/>
        <w:t>Одбитися од вас ми хочемо —&lt;br /&gt;</w:t>
        <w:br/>
        <w:t>яким шляхом? — підмінюючи гасла,&lt;br /&gt;</w:t>
        <w:br/>
        <w:t>фальшуючи, протиставляючи&lt;br /&gt;</w:t>
        <w:br/>
        <w:t>розкритому свободорозумінпю&lt;br /&gt;</w:t>
        <w:br/>
        <w:t>стихійне в, своє, притухлеє,&lt;br /&gt;</w:t>
        <w:br/>
        <w:t>мов риба! От. Ну а Платон... Платона&lt;br /&gt;</w:t>
        <w:br/>
        <w:t>ми беремо тому, що комунізм&lt;br /&gt;</w:t>
        <w:br/>
        <w:t>нам не страшний його. В "Державі" власність&lt;br /&gt;</w:t>
        <w:br/>
        <w:t>він визнає? То це ж для нас усе!&lt;br /&gt;</w:t>
        <w:br/>
        <w:t>&lt; (до своїх) А вийдіть там. Гукніть слугу. Мене&lt;br /&gt;</w:t>
        <w:br/>
        <w:t>турбує: &gt; &lt;де це інші!&gt; &lt;чи під'їхали інші&gt; 1&lt;br /&gt;</w:t>
        <w:br/>
        <w:t>Сковорода&lt;br /&gt;</w:t>
        <w:br/>
        <w:t>А все ж усе — чудесно! Ваша здібність&lt;br /&gt;</w:t>
        <w:br/>
        <w:t>підмінювать, крутить і фальшувать&lt;br /&gt;</w:t>
        <w:br/>
        <w:t>всього мене зачарувала. Хитро ж&lt;br /&gt;</w:t>
        <w:br/>
        <w:t>ви &lt;ловите&gt; ходите! Ой підслизаєте&lt;br /&gt;</w:t>
        <w:br/>
        <w:t>лакузно! Все б аби когось під'їсти,&lt;br /&gt;</w:t>
        <w:br/>
        <w:t>обджеркати, як гусінь вишню, яд&lt;br /&gt;</w:t>
        <w:br/>
        <w:t>розбризкати вонючий. &lt;Та не вдасться ж&gt; Хха! Чи&lt;br /&gt;</w:t>
        <w:br/>
        <w:t>вдасться ж&lt;br /&gt;</w:t>
        <w:br/>
        <w:t>вам обдурить голоту&lt;.&gt;? Зразу й я&lt;br /&gt;</w:t>
        <w:br/>
        <w:t>подумав був, що ці &lt;осли й собаки&lt;br /&gt;</w:t>
        <w:br/>
        <w:t>підвищений &gt; потвори — хворість&lt;br /&gt;</w:t>
        <w:br/>
        <w:t>і маячня моїх думок. Тепер&lt;br /&gt;</w:t>
        <w:br/>
        <w:t>[. . . .]&lt;br /&gt;</w:t>
        <w:br/>
        <w:t>іще мені розкажете?&lt;br /&gt;</w:t>
        <w:br/>
        <w:t>Слуга &lt; (увіходить) Шд"їха[ла] &gt; &lt;Чи дозволять вельможні&gt;&lt;br /&gt;</w:t>
        <w:br/>
        <w:t>&lt; (увіходить) Хай дозволять вельможні&gt; (увіходить) 3 дозволу&lt;br /&gt;</w:t>
        <w:br/>
        <w:t>Вельможного докладаю: карета графині &lt;коло брами&gt; під'їхала&lt;br /&gt;</w:t>
        <w:br/>
        <w:t>до брами. &lt;Отже&gt; Лише у ній &lt;всі&gt; всі сонні. &lt; Декого &gt;&lt;br /&gt;</w:t>
        <w:br/>
        <w:t>У декого блювота... &lt;Чи не буде яких розпоряджень... &gt; Які бу-&lt;br /&gt;</w:t>
        <w:br/>
        <w:t>дуть розпоряджен [ня] &lt; вельможного? &gt;&lt;br /&gt;</w:t>
        <w:br/>
        <w:t>Потвора. І завше цей смерд по те говорить, що треба.&lt;br /&gt;</w:t>
        <w:br/>
        <w:t>Всі &lt; (знову руками замахали) От же ці&gt;&lt;br /&gt;</w:t>
        <w:br/>
        <w:t>&lt; досадно &gt; &lt;Що зпаєш —те&gt; &lt;Робп що хочеш,&lt;br /&gt;</w:t>
        <w:br/>
        <w:t>1 На берегах напроти цього місця дописано: "Це треба дати".—&lt;br /&gt;</w:t>
        <w:br/>
        <w:t>Ред.&lt;br /&gt;</w:t>
        <w:br/>
        <w:t>2 На берегах рукопису дописано:&lt;br /&gt;</w:t>
        <w:br/>
        <w:t>"&lt;обсіли кругом, обвішались і&gt; &lt;сідають кругом&gt; Всі&lt;br /&gt;</w:t>
        <w:br/>
        <w:t>обсіли кругом Сковороду, пообвішувались я[к] виноград,&lt;br /&gt;</w:t>
        <w:br/>
        <w:t>Заглядають у книжку, що на столі: "Ломоносов? Ну що ж&lt;br /&gt;</w:t>
        <w:br/>
        <w:t>тут вичитав — що хімії потрібен тісний &lt;союз&gt; контакт із&lt;br /&gt;</w:t>
        <w:br/>
        <w:t>математикою? що хімії потрібен союз із фізикою?" — Ред.&lt;br /&gt;</w:t>
        <w:br/>
        <w:t>тільки не перебивай&gt; Та зникпп &lt;, не&gt; ти, не перебивай!2</w:t>
      </w:r>
    </w:p>
    <w:p>
      <w:r>
        <w:br/>
        <w:t>[Слуга: ...] сонні. Це називається — на машкараді побували. Ви-&lt;br /&gt;</w:t>
        <w:br/>
        <w:t>но їх, бач, &lt; перемогло &gt; розморило, а ще графи, дворяне, не зу-&lt;br /&gt;</w:t>
        <w:br/>
        <w:t>гарні вчинити, як то кажуть...&lt;br /&gt;</w:t>
        <w:br/>
        <w:t>Пастух: &lt;Казала&gt; травка?&lt;br /&gt;</w:t>
        <w:br/>
        <w:t>Потвора&lt;br /&gt;</w:t>
        <w:br/>
        <w:t>Кпязі,&lt;br /&gt;</w:t>
        <w:br/>
        <w:t>папи й панки перед &lt; тобою. Хочеш &gt;&lt;br /&gt;</w:t>
        <w:br/>
        <w:t>тобою. &lt; (нашіптуючи) &gt; &lt; шепо-&lt;br /&gt;</w:t>
        <w:br/>
        <w:t>чу [чи] &gt; &lt; (звабливо) &gt; &lt; (таєм-&lt;br /&gt;</w:t>
        <w:br/>
        <w:t>ничим шепотом) &gt; &lt;таємничо&gt;&lt;br /&gt;</w:t>
        <w:br/>
        <w:t>Хочеш&lt;br /&gt;</w:t>
        <w:br/>
        <w:t>із нами йти? Хімічні явища&lt;br /&gt;</w:t>
        <w:br/>
        <w:t>[. . . о&lt;br /&gt;</w:t>
        <w:br/>
        <w:t>в с і&lt;br /&gt;</w:t>
        <w:br/>
        <w:t>історії. За це тобі в подяку —&lt;br /&gt;</w:t>
        <w:br/>
        <w:t>нагвинтимо твій мозок: божеством,&lt;br /&gt;</w:t>
        <w:br/>
        <w:t>убожеством, надлюдськістю, гниляччям,&lt;br /&gt;</w:t>
        <w:br/>
        <w:t>підозрінням, самокопапням! Дух&lt;br /&gt;</w:t>
        <w:br/>
        <w:t>трагічності, "веління" долі, гордість&lt;br /&gt;</w:t>
        <w:br/>
        <w:t>самотності, втікання світу, лінь —&lt;br /&gt;</w:t>
        <w:br/>
        <w:t>пу що там ще...&lt;br /&gt;</w:t>
        <w:br/>
        <w:t>Практично ж? Любий! Будеш</w:t>
      </w:r>
    </w:p>
    <w:p>
      <w:r>
        <w:br/>
        <w:t>•і</w:t>
      </w:r>
    </w:p>
    <w:p>
      <w:r>
        <w:br/>
        <w:t>всі&lt;br /&gt;</w:t>
        <w:br/>
        <w:t>Вся сіль не в тім. А ось. Що говорити.&lt;br /&gt;</w:t>
        <w:br/>
        <w:t>Потрібно. Нам. Туманами! Збагнув?&lt;br /&gt;</w:t>
        <w:br/>
        <w:t>Що панувать. Потрібно. Нам.&lt;br /&gt;</w:t>
        <w:br/>
        <w:t>Брехнею!&lt;br /&gt;</w:t>
        <w:br/>
        <w:t>Чи зрозумів? (Ні-ні, ти не вставай&lt;br /&gt;</w:t>
        <w:br/>
        <w:t>і не силкуйсь ударить. Ну. Ну сядьмо ж.&lt;br /&gt;</w:t>
        <w:br/>
        <w:t>Та обніми мене. А я тобі&lt;br /&gt;</w:t>
        <w:br/>
        <w:t>щось пошепчу —— ось слухай) К Бач. Наука.&lt;br /&gt;</w:t>
        <w:br/>
        <w:t>пе віримо ні трохи. &lt;Ловко? Отже:&gt; Ловко?&lt;br /&gt;</w:t>
        <w:br/>
        <w:t>а вигляньте: Що там за тупотня &lt;така&gt; у сінях?&lt;br /&gt;</w:t>
        <w:br/>
        <w:t>Отже,&lt;br /&gt;</w:t>
        <w:br/>
        <w:t>до тебе в нас такеє: виправдай&lt;br /&gt;</w:t>
        <w:br/>
        <w:t>1 Тут поставлено позначку, а на берегах написано:&lt;br /&gt;</w:t>
        <w:br/>
        <w:t>"Сторож надворі калатає".&lt;br /&gt;</w:t>
        <w:br/>
        <w:t>Це вставка для "Літ [ературного] Донбасу".— Ред,&lt;br /&gt;</w:t>
        <w:br/>
        <w:t>не відрікайсь старого! Це ж краса —&lt;br /&gt;</w:t>
        <w:br/>
        <w:t>&lt;хоч би й оте твоє "Казала травка".&lt;br /&gt;</w:t>
        <w:br/>
        <w:t>Та от якраз... &gt;&lt;br /&gt;</w:t>
        <w:br/>
        <w:t>хоч би й оте твоє...</w:t>
      </w:r>
    </w:p>
    <w:p>
      <w:r>
        <w:br/>
        <w:t>Пастух&lt;br /&gt;</w:t>
        <w:br/>
        <w:t>"Казала травка"?&lt;br /&gt;</w:t>
        <w:br/>
        <w:t>Потвора&lt;br /&gt;</w:t>
        <w:br/>
        <w:t>Та от якраз...&lt;br /&gt;</w:t>
        <w:br/>
        <w:t>&lt;в якомусь&gt; У дикім вихорі, у ненасит-&lt;br /&gt;</w:t>
        <w:br/>
        <w:t>но-блискучім &lt;п е р е д с м е р т н і м&gt; танці&lt;br /&gt;</w:t>
        <w:br/>
        <w:t>влітають Джміль і Метелик:</w:t>
      </w:r>
    </w:p>
    <w:p>
      <w:r>
        <w:br/>
        <w:t>Потвора (до Сковороди)&lt;br /&gt;</w:t>
        <w:br/>
        <w:t>...релігія і канчук,&lt;br /&gt;</w:t>
        <w:br/>
        <w:t>релігія й канчук — що може бути&lt;br /&gt;</w:t>
        <w:br/>
        <w:t>солодшого!1&lt;br /&gt;</w:t>
        <w:br/>
        <w:t>г •]&lt;br /&gt;</w:t>
        <w:br/>
        <w:t>Сковорода&lt;br /&gt;</w:t>
        <w:br/>
        <w:t>Дурієте! Але&lt;br /&gt;</w:t>
        <w:br/>
        <w:t>до чого ж тут &lt;моє "Казала травка"?&gt; моя отая "травка"?&lt;br /&gt;</w:t>
        <w:br/>
        <w:t>&lt;Потвора&lt;br /&gt;</w:t>
        <w:br/>
        <w:t>Скажу. &gt; &lt; Сказать? &gt;&lt;br /&gt;</w:t>
        <w:br/>
        <w:t>Метелик: Ой упаду: втомилась я.&lt;br /&gt;</w:t>
        <w:br/>
        <w:t>Джміль: &lt;Ви розумієте, яка досада! &gt;&lt;br /&gt;</w:t>
        <w:br/>
        <w:t>Пробачте, пане філософ, ми з вами ще не вітались2, (до своїх)&lt;br /&gt;</w:t>
        <w:br/>
        <w:t>Ви розумієте, панове! На нашій путі якась була повстала перепона&lt;br /&gt;</w:t>
        <w:br/>
        <w:t>і ми, поки карета об'їздила...&lt;br /&gt;</w:t>
        <w:br/>
        <w:t>&lt;0 с е л: ...забігли в сад? Упали в траву — ххо!&gt;&lt;br /&gt;</w:t>
        <w:br/>
        <w:t>&lt;Осел і Пастух: Що, може, забігли в сад? Упали в травку!&gt;&lt;br /&gt;</w:t>
        <w:br/>
        <w:t>&lt;Осел і Пастух: Що, забігли, може, в сад? Х-хо! Упали в&lt;br /&gt;</w:t>
        <w:br/>
        <w:t>травку!&gt;&lt;br /&gt;</w:t>
        <w:br/>
        <w:t>Осел: що! забігли мо' в сад? упали в траву? Ах, вічно ця травка!..&lt;br /&gt;</w:t>
        <w:br/>
        <w:t>Метелик: А ви &lt;поч[ім] &gt; звідки знаєте!&lt;br /&gt;</w:t>
        <w:br/>
        <w:t>Всі: Хо-хо! &lt;Так ви&gt; &lt;Так того ви, виходить, й запізнились? &gt;&lt;br /&gt;</w:t>
        <w:br/>
        <w:t>Dansons un quadrille!&lt;br /&gt;</w:t>
        <w:br/>
        <w:t>1 На берегах дописано олівцем:&lt;br /&gt;</w:t>
        <w:br/>
        <w:t>"&lt;Молитвами святими&lt;br /&gt;</w:t>
        <w:br/>
        <w:t>А морди! а гирі які!&lt;br /&gt;</w:t>
        <w:br/>
        <w:t>Ох господи&gt;".— Ред.&lt;br /&gt;</w:t>
        <w:br/>
        <w:t>2 На берегах дописано: "І зараз же від нього &lt;повертається&lt;br /&gt;</w:t>
        <w:br/>
        <w:t>спиною&gt; спиною повертається".— Ред.&lt;br /&gt;</w:t>
        <w:br/>
        <w:t>Dansons un quadrille!&lt;br /&gt;</w:t>
        <w:br/>
        <w:t>&lt;А так. Падіння! насолод пгукаймо&gt; &lt;насолод!&gt;&lt;br /&gt;</w:t>
        <w:br/>
        <w:t>А що ж. І добре робите.&lt;br /&gt;</w:t>
        <w:br/>
        <w:t>Передчуття кінця і смерті &lt; — &gt; владно&lt;br /&gt;</w:t>
        <w:br/>
        <w:t>диктує нам: &lt;шукайте насолод&gt; &lt; оп'яніння &gt; шукаймо&lt;br /&gt;</w:t>
        <w:br/>
        <w:t>насолод&lt;!&gt;,&lt;br /&gt;</w:t>
        <w:br/>
        <w:t>переживань, безумств і чаду! Запах&lt;br /&gt;</w:t>
        <w:br/>
        <w:t>трухляччини &lt;,найкращ[ий] &gt; &lt;найменший&gt; найкращий&lt;br /&gt;</w:t>
        <w:br/>
        <w:t>над усі —&lt;br /&gt;</w:t>
        <w:br/>
        <w:t>&lt; про [трухлий] &gt; Тож запах цей вдихаймо. &lt; Пиймо.&lt;br /&gt;</w:t>
        <w:br/>
        <w:t>Зараз. &gt;&lt;br /&gt;</w:t>
        <w:br/>
        <w:t>&lt;Скрізь. Нестримно! &gt; &lt;Шукаймо&lt;br /&gt;</w:t>
        <w:br/>
        <w:t>насолод! &gt;&lt;br /&gt;</w:t>
        <w:br/>
        <w:t>Скрізь! У всьому.&lt;br /&gt;</w:t>
        <w:br/>
        <w:t>А не лише в коханні. &lt;Отже. Ми.&gt;&lt;br /&gt;</w:t>
        <w:br/>
        <w:t>&lt; (повернувшись до Сковороди) &gt; *&lt;br /&gt;</w:t>
        <w:br/>
        <w:t>(підкресле[но] до Сковороди) *&lt;br /&gt;</w:t>
        <w:br/>
        <w:t>Отже. Ми.&lt;br /&gt;</w:t>
        <w:br/>
        <w:t>&lt; Чому ж&gt;&lt;br /&gt;</w:t>
        <w:br/>
        <w:t>&lt;Отут він трухлий &gt;&lt;br /&gt;</w:t>
        <w:br/>
        <w:t>Той трухлий дух &lt; почувши &gt; зачувши коло себе,&lt;br /&gt;</w:t>
        <w:br/>
        <w:t>не можемо не танцювать! Ану,&lt;br /&gt;</w:t>
        <w:br/>
        <w:t>Метелику, почнім &lt;!&gt;. Зробімо ласку&lt;br /&gt;</w:t>
        <w:br/>
        <w:t>філософу — &lt;який з його писань &gt; і власний твір його&lt;br /&gt;</w:t>
        <w:br/>
        <w:t>як на столі анатомічнім,— в танці&lt;br /&gt;</w:t>
        <w:br/>
        <w:t>&lt;ми розітнім &gt; розгляньмо тут.&lt;br /&gt;</w:t>
        <w:br/>
        <w:t>чи згоден. (До своїх): &lt;Гу[кніть] слугу! — пора&gt; &lt;А де ж&lt;br /&gt;</w:t>
        <w:br/>
        <w:t>слуга! вже час нам їхать.&gt; Слуга! вже час нам їхати.&lt;br /&gt;</w:t>
        <w:br/>
        <w:t>Всі&lt;br /&gt;</w:t>
        <w:br/>
        <w:t>Ну ж! Скажи, скажи, не гайся,&lt;br /&gt;</w:t>
        <w:br/>
        <w:t>підсолоди язик!&lt;br /&gt;</w:t>
        <w:br/>
        <w:t>Слуга (увіходить): Коні, обпоєні горілкою, не стоять на місці,—&lt;br /&gt;</w:t>
        <w:br/>
        <w:t>і всі карети повалялися, побились. &lt; [нерозб.] &gt; &lt;чи не буде&lt;br /&gt;</w:t>
        <w:br/>
        <w:t>якихсь наказів вельможного. &gt; (...та не встиг &lt;іще закінчити &gt;&lt;br /&gt;</w:t>
        <w:br/>
        <w:t>&lt; мовити, як тут&gt; слуга цих слів промовити, як в &lt; нього &gt; го-&lt;br /&gt;</w:t>
        <w:br/>
        <w:t>лову &lt;його вже&gt; йому &lt; книжка полетіла &gt; полетіла книжка,&lt;br /&gt;</w:t>
        <w:br/>
        <w:t>&lt;а слідом осли кинулись з соба[ками]&gt; &lt;ледве втік у сіни&gt;&lt;br /&gt;</w:t>
        <w:br/>
        <w:t>&lt;аж у сіни&gt; &lt;а слідом кинулись собаки —ледве втік&gt; а слідом&lt;br /&gt;</w:t>
        <w:br/>
        <w:t>за слугою кинулись собаки. &lt;Ну, добре &gt; Добре, що втік, а то 6."&lt;br /&gt;</w:t>
        <w:br/>
        <w:t>смерд проклятий!..&lt;br /&gt;</w:t>
        <w:br/>
        <w:t>Сковорода, &lt;обурений оцим випадком із слугою, зціпив зуби,&lt;br /&gt;</w:t>
        <w:br/>
        <w:t>сам собі досадно усміхається [нерозб.] &gt; &lt;усім цим обурений до&lt;br /&gt;</w:t>
        <w:br/>
        <w:t>краю. Але стримує себе&gt; &lt; хмарно аж кинувся &gt; скипів. Але&lt;br /&gt;</w:t>
        <w:br/>
        <w:t>стримався поки що. Говорить спочатку скороговіркою, &lt; несміли-&lt;br /&gt;</w:t>
        <w:br/>
        <w:t>во &gt; &lt; знесилено &gt; як ясенок у бурю. Чимдалі ж — голос його&lt;br /&gt;</w:t>
        <w:br/>
        <w:t>росте, і сам він випростується і рветься,— бурхає в &lt; просторін-&lt;br /&gt;</w:t>
        <w:br/>
        <w:t>ню просторах, мов буря над непомітними десь внизу ясенами!&lt;br /&gt;</w:t>
        <w:br/>
        <w:t>Сковорода&lt;br /&gt;</w:t>
        <w:br/>
        <w:t>...ну от. А ти ще думав з зажерами сумирно жити. А ти вимріював,&lt;br /&gt;</w:t>
        <w:br/>
        <w:t>[• о&lt;br /&gt;</w:t>
        <w:br/>
        <w:t>Всі &lt;заворушил[ися] &gt;&lt;br /&gt;</w:t>
        <w:br/>
        <w:t>Ви чуєте? — звалити&lt;br /&gt;</w:t>
        <w:br/>
        <w:t>дворянство, ще й трон цариці —га!&lt;br /&gt;</w:t>
        <w:br/>
        <w:t>[&amp;#9632; •]&lt;br /&gt;</w:t>
        <w:br/>
        <w:t>&lt;та ласкою&gt; коханенько. (До Сковороди):&lt;br /&gt;</w:t>
        <w:br/>
        <w:t>Хм. Хто їм каже гнутись?&lt;br /&gt;</w:t>
        <w:br/>
        <w:t>і— •]&lt;br /&gt;</w:t>
        <w:br/>
        <w:t>Тепер вже ти не викрутишся!&lt;br /&gt;</w:t>
        <w:br/>
        <w:t>Потвора&lt;br /&gt;</w:t>
        <w:br/>
        <w:t>&lt; Справді &gt; Згодься:&lt;br /&gt;</w:t>
        <w:br/>
        <w:t>тепер тобі &lt;лишилося — іти&gt; &lt; лишилося — в криву &gt;&lt;br /&gt;</w:t>
        <w:br/>
        <w:t>&lt;одне лишилося &gt;" лишилося одне: —&lt;br /&gt;</w:t>
        <w:br/>
        <w:t>із нами йти в криву, в криваву,&lt;br /&gt;</w:t>
        <w:br/>
        <w:t>але не так, як в &lt;у&gt; У —&lt;br /&gt;</w:t>
        <w:br/>
        <w:t>Собаки &lt;(спу[скаючись тоном нижче]&gt; (впадаючи в тон)&lt;br /&gt;</w:t>
        <w:br/>
        <w:t>...ба ні не так,&lt;br /&gt;</w:t>
        <w:br/>
        <w:t>як в &lt;у&gt; У—, авву! ув Умані &lt;дворянства&gt; ж&lt;br /&gt;</w:t>
        <w:br/>
        <w:t>дворянства 1&lt;br /&gt;</w:t>
        <w:br/>
        <w:t>погинуло! — &lt;погинуло&gt; загинуло авву! —&lt;br /&gt;</w:t>
        <w:br/>
        <w:t>Потвора&lt;br /&gt;</w:t>
        <w:br/>
        <w:t>Та цитьте &lt;ж&gt; бо, не вийте! Ніч &lt;Та й тут ось&gt; Тут же&lt;br /&gt;</w:t>
        <w:br/>
        <w:t>ось&lt;br /&gt;</w:t>
        <w:br/>
        <w:t>ще збудите...&lt;br /&gt;</w:t>
        <w:br/>
        <w:t>1 Напроти на берегах рукопису олівцем дописано: "того дво-&lt;br /&gt;</w:t>
        <w:br/>
        <w:t>рянства".— Ред.&lt;br /&gt;</w:t>
        <w:br/>
        <w:t>Чернець на лаві &lt; немовби повернувсь &gt; й справді пемовби &lt; по-&lt;br /&gt;</w:t>
        <w:br/>
        <w:t>ворухнувсь &gt; ворухнувсь. Усі &lt;принишкли... &gt; &lt; принишкли —&lt;br /&gt;</w:t>
        <w:br/>
        <w:t>ні згуку&gt; принишкли... &lt; Та ні ж, він спить, як той убитий &gt;&lt;br /&gt;</w:t>
        <w:br/>
        <w:t>Та ні. Спить. Як убитий... І знову: &lt;як в осиному гнізді почало-&lt;br /&gt;</w:t>
        <w:br/>
        <w:t>ся:&gt; одні в танець, другі в &lt;туляння&gt; талаканпя поміж собою,&lt;br /&gt;</w:t>
        <w:br/>
        <w:t>в залицяння. Тільки собаки не можуть заспокоїтись ніяк. Вони&lt;br /&gt;</w:t>
        <w:br/>
        <w:t>спочатку тихо, а далі голосніше — попідіймали морди &lt;і&gt; й ви-&lt;br /&gt;</w:t>
        <w:br/>
        <w:t>ють, гойдаючись.&lt;br /&gt;</w:t>
        <w:br/>
        <w:t>[. .... . .]&lt;br /&gt;</w:t>
        <w:br/>
        <w:t>1 Текст від "&lt;Давайте думать про одне..." до: "А в Умані&lt;br /&gt;</w:t>
        <w:br/>
        <w:t>біда!..)" написаний пізніше на берегах рукопису.—Ред.&lt;br /&gt;</w:t>
        <w:br/>
        <w:t>2 На цьому місці позначено вставку і на окремому аркуші на-&lt;br /&gt;</w:t>
        <w:br/>
        <w:t>писано:&lt;br /&gt;</w:t>
        <w:br/>
        <w:t>"Місяць &lt;як бог після похмілля. З одного боку біля нього&lt;br /&gt;</w:t>
        <w:br/>
        <w:t>анголи канчук в руках тримають&gt; із неба, як бог після похмілля.&lt;br /&gt;</w:t>
        <w:br/>
        <w:t>&lt;На плечах генеральські ордени, еполети чи щось подібне&gt; [В]&lt;br /&gt;</w:t>
        <w:br/>
        <w:t>генеральських орденах, наплічниках чи щось подібне. З одного боку&lt;br /&gt;</w:t>
        <w:br/>
        <w:t>анголи канчук в руках перед ним тримають, як корогву, а в дру-&lt;br /&gt;</w:t>
        <w:br/>
        <w:t>гого архангели &lt; макітру солоних огірків держ[ать]&gt; підтримують&lt;br /&gt;</w:t>
        <w:br/>
        <w:t>макітру з солоними огірками, &lt; підтримують, &gt; якими бог іноді&lt;br /&gt;</w:t>
        <w:br/>
        <w:t>закусює, одригнувши. Корона &lt;із'їхала&gt; йому з'їхала на поти-&lt;br /&gt;</w:t>
        <w:br/>
        <w:t>лицю, і сам він спітнів увесь, ніяк не оддишеться, &lt;так що&gt;&lt;br /&gt;</w:t>
        <w:br/>
        <w:t>Він тільки &lt; почухує &gt; чухає щось в бороді; одним оком &lt;упив&lt;br /&gt;</w:t>
        <w:br/>
        <w:t>поглядає &gt; позирає униз, блаженно усміхається: чую, дітки, бачу.&lt;br /&gt;</w:t>
        <w:br/>
        <w:t>Бога свого не забуваєте. Царів почитуєте. Раба &lt;свого&gt; підстьо-&lt;br /&gt;</w:t>
        <w:br/>
        <w:t>буєте, щоб не &lt;лінувався, похвально, дітки&gt; лінувався. Аякже,&lt;br /&gt;</w:t>
        <w:br/>
        <w:t>дітки. Похвально, панове мої. Похвально. Аякже. (До янголів):&lt;br /&gt;</w:t>
        <w:br/>
        <w:t>&lt;Ну чого&gt; Де книга? (янголи йому книгу розкривають &lt;і він&lt;br /&gt;</w:t>
        <w:br/>
        <w:t>читає&gt; &lt;у яку г[оловою він уткнувся] &gt; яку голосно він читає):&lt;br /&gt;</w:t>
        <w:br/>
        <w:t>Ну чого ж замовкли? &lt; (янголи співають) &gt; Ви ж найкращі знавці&lt;br /&gt;</w:t>
        <w:br/>
        <w:t>музичних знаків, фіт і кобил,— ану розкрийте ноти! (Ангели спі-&lt;br /&gt;</w:t>
        <w:br/>
        <w:t>вають) :&lt;br /&gt;</w:t>
        <w:br/>
        <w:t>Но ми, братіє, крикнем&lt;br /&gt;</w:t>
        <w:br/>
        <w:t>всі бога согласно&lt;br /&gt;</w:t>
        <w:br/>
        <w:t>кобилами і фітами&lt;br /&gt;</w:t>
        <w:br/>
        <w:t>веєм било би ужасно".&lt;br /&gt;</w:t>
        <w:br/>
        <w:t>На звороті цього аркуша написано:&lt;br /&gt;</w:t>
        <w:br/>
        <w:t>"&lt;А 8 другого б[оку]&gt; &lt;А в другому кутку неба арханге-&lt;br /&gt;</w:t>
        <w:br/>
        <w:t>ли] &gt; архангели дрібушки витанцьовують. А бог — тільки одригуе.&lt;br /&gt;</w:t>
        <w:br/>
        <w:t>Унизу ж &lt;собаки&gt; на землі — собаки. Попідіймали морди вгору&lt;br /&gt;</w:t>
        <w:br/>
        <w:t>й виють. Скептично, тонко, схоластично. І їм підскугилюють собаки&lt;br /&gt;</w:t>
        <w:br/>
        <w:t>всього світу. Собаки всього світу".&lt;br /&gt;</w:t>
        <w:br/>
        <w:t>Тиша. А в тиші тій &lt;[нерозб.]&gt; &lt;мов із туману &gt; чути, &lt;як&lt;br /&gt;</w:t>
        <w:br/>
        <w:t>десь далеко підскугилюють собаки. Потв[ора:] як &lt;теж&gt; десь&lt;br /&gt;</w:t>
        <w:br/>
        <w:t>далеко теж собаки підскугилюють. Пастушка: Ах? &lt;Присутні&lt;br /&gt;</w:t>
        <w:br/>
        <w:t>всі: Тс!., (один до одного шепочуть) &gt; Усі: Тс!.. Тс!., (один до од-&lt;br /&gt;</w:t>
        <w:br/>
        <w:t>ного шепочучи): нарешті діждали ми, нарешті! &lt;Нарешті&gt; Чує-&lt;br /&gt;</w:t>
        <w:br/>
        <w:t>те?—ми ж не сами тепер! Нарешті! &lt;Давайте думать про одне,&lt;br /&gt;</w:t>
        <w:br/>
        <w:t>та&gt; Даваймо ж думать про одне, силою уяви перенесімось&lt;br /&gt;</w:t>
        <w:br/>
        <w:t>&lt;побачім наше царство &gt; в наше царство, побудемо в ньому,&lt;br /&gt;</w:t>
        <w:br/>
        <w:t>&lt;Ну?&gt; побачимо. Ну? (Збиваються докупи. Собаки: Гойда! гойда!&lt;br /&gt;</w:t>
        <w:br/>
        <w:t>А в Умані біда!..) 1 / враз &lt;картина&gt; змінилось все. Це вже не&lt;br /&gt;</w:t>
        <w:br/>
        <w:t>келія, а &lt;.поле. Місяць як&gt; поле. Ні. &lt;Сніг&gt;. Місяць як2&lt;br /&gt;</w:t>
        <w:br/>
        <w:t>&lt;Сміх.&gt; &lt;Собаки виють го""д&gt; До нього собаки виють. &lt;Во-&lt;br /&gt;</w:t>
        <w:br/>
        <w:t>[ни] виють — прислухаються.^ Виють тонко — прислухаються.&lt;br /&gt;</w:t>
        <w:br/>
        <w:t>І їм підскугилюють собаки всього світу. Собаки всього світу.&lt;br /&gt;</w:t>
        <w:br/>
        <w:t>&lt;Голоси&gt; Шепоти: Ой боже мій, ну цить-&lt;br /&gt;</w:t>
        <w:br/>
        <w:t>те ж, нехай &lt; побудемо щасливі трохи &gt; хоч&lt;br /&gt;</w:t>
        <w:br/>
        <w:t>мить побудемо щасливі. Діждалися ж І нарешті!&lt;br /&gt;</w:t>
        <w:br/>
        <w:t>Голос Сковороди&lt;br /&gt;</w:t>
        <w:br/>
        <w:t>&lt;А! тут кричать, що кров...&gt; &lt;бунтує чернь&gt; бунтує&lt;br /&gt;</w:t>
        <w:br/>
        <w:t>чернь&lt;br /&gt;</w:t>
        <w:br/>
        <w:t>"бунтує чернь" кричали —&lt;br /&gt;</w:t>
        <w:br/>
        <w:t>&lt;а стій—&gt;&lt;br /&gt;</w:t>
        <w:br/>
        <w:t>(на злидарів це так?)—Чекай—&lt;вже зрозумів&gt; я щось&lt;br /&gt;</w:t>
        <w:br/>
        <w:t>уже збагнув. &lt;Там кров, там&gt; &lt;і крок&gt; &lt;чекай&gt;&lt;br /&gt;</w:t>
        <w:br/>
        <w:t>&lt;та[м]&gt; Максим&lt;br /&gt;</w:t>
        <w:br/>
        <w:t>І раптом сміх лунає, громоподібний разючий сміх&lt;br /&gt;</w:t>
        <w:br/>
        <w:t>Сковороди.— То ж Залізняк Максим такого &lt;в&lt;br /&gt;</w:t>
        <w:br/>
        <w:t>Умані панам зробив&gt; утяв їм в Умані! Що? не&lt;br /&gt;</w:t>
        <w:br/>
        <w:t>сподобалося, ні? — &lt; Огірок покотився &gt; Огірки&lt;br /&gt;</w:t>
        <w:br/>
        <w:t>розкотились.&lt;br /&gt;</w:t>
        <w:br/>
        <w:t>&lt; Картина зникла. &gt; Місяць губи збрижив. Кар-&lt;br /&gt;</w:t>
        <w:br/>
        <w:t>тина зникла.&lt;br /&gt;</w:t>
        <w:br/>
        <w:t>Потвора&lt;br /&gt;</w:t>
        <w:br/>
        <w:t>&lt;Що ти зробив?&gt; Прокляття! Де ж та мрія,&lt;br /&gt;</w:t>
        <w:br/>
        <w:t>що ми вже в ній &lt;були?&gt; жили? Де царство псів,&lt;br /&gt;</w:t>
        <w:br/>
        <w:t>союз собак, &lt;ще&gt; всесвітня спілка звіра,&lt;br /&gt;</w:t>
        <w:br/>
        <w:t>що &lt;саме так, на мить отут&gt; &lt;мить&gt; &lt; солодко на мить&lt;br /&gt;</w:t>
        <w:br/>
        <w:t>отут&gt;&lt;br /&gt;</w:t>
        <w:br/>
        <w:t>близько так була з'явилась? Ти!&lt;br /&gt;</w:t>
        <w:br/>
        <w:t>Чого тобі так смішно? — &lt;Чуєш?&gt; Бачиш: пальці&lt;br /&gt;</w:t>
        <w:br/>
        <w:t>&lt;я г[ризти хочу] &gt; гризу! Ладен &lt;кусати світ увесь&gt;&lt;br /&gt;</w:t>
        <w:br/>
        <w:t>з досади покусать&lt;br /&gt;</w:t>
        <w:br/>
        <w:t>&lt;весь світ! Нема ж&gt;&lt;br /&gt;</w:t>
        <w:br/>
        <w:t>&lt;я світ увесь! Печаль.&gt;&lt;br /&gt;</w:t>
        <w:br/>
        <w:t>і світ увесь &lt;(в сльозах, риданнях)&gt; (заходючись&lt;br /&gt;</w:t>
        <w:br/>
        <w:t>риданнями)&lt;br /&gt;</w:t>
        <w:br/>
        <w:t>Печаль.&lt;br /&gt;</w:t>
        <w:br/>
        <w:t>Осли &lt;(теж підхлипують)&gt; (підхлипуючи)&lt;br /&gt;</w:t>
        <w:br/>
        <w:t>Напроти цього тексту написано, а потім викреслено олівцем:&lt;br /&gt;</w:t>
        <w:br/>
        <w:t>"Бог огірком закусюе. А під цей спів [архангели дрібушки витан-&lt;br /&gt;</w:t>
        <w:br/>
        <w:t>цьовують] Ред.&lt;br /&gt;</w:t>
        <w:br/>
        <w:t>&lt;Ой жаль&gt; Печаль!&lt;br /&gt;</w:t>
        <w:br/>
        <w:t>&lt; Печалі &gt; Найтяжча,&lt;br /&gt;</w:t>
        <w:br/>
        <w:t>якої ще &lt;не внаві Журба&gt; не зазнавав! &lt;Журба&gt;&lt;br /&gt;</w:t>
        <w:br/>
        <w:t>Тебе —&lt;br /&gt;</w:t>
        <w:br/>
        <w:t>Овечки&lt;br /&gt;</w:t>
        <w:br/>
        <w:t>-ббе-е!&lt;br /&gt;</w:t>
        <w:br/>
        <w:t>Потвора&lt;br /&gt;</w:t>
        <w:br/>
        <w:t>— тебе, печаль &lt;моя&gt; солодка мрів,&lt;br /&gt;</w:t>
        <w:br/>
        <w:t>&lt; запитую &gt; &lt; запитую &gt;&lt;br /&gt;</w:t>
        <w:br/>
        <w:t>&lt;запитую за всіх:&gt; благаємо: не муч! о де ж той гафт —&lt;br /&gt;</w:t>
        <w:br/>
        <w:t>Собаки&lt;br /&gt;</w:t>
        <w:br/>
        <w:t>Гафт, гафт! —&lt;br /&gt;</w:t>
        <w:br/>
        <w:t>Осли&lt;br /&gt;</w:t>
        <w:br/>
        <w:t>— той шлях гаптований, що в царство&lt;br /&gt;</w:t>
        <w:br/>
        <w:t>[• • і&lt;br /&gt;</w:t>
        <w:br/>
        <w:t>&lt;загризете!&gt; &lt;загризете, здихаючи!&gt; &lt;здихаючи,&lt;br /&gt;</w:t>
        <w:br/>
        <w:t>загризете! &gt;&lt;br /&gt;</w:t>
        <w:br/>
        <w:t>загризете, здихаючи!1&lt;br /&gt;</w:t>
        <w:br/>
        <w:t>&lt;Всі: Ах! Що він сказав?&gt; Осли: Що ти сказав? (загрозливо&lt;br /&gt;</w:t>
        <w:br/>
        <w:t>підходять) &lt;То якщо мені&gt; Але всіх їх &lt;їх&gt; зупиняє рукою&lt;br /&gt;</w:t>
        <w:br/>
        <w:t>Потвора. Він і досі ще &lt;не може пальців одірвать од&gt; одну свою&lt;br /&gt;</w:t>
        <w:br/>
        <w:t>руку тримає коло рота, хоч він &lt;їх&gt; її і не &lt; гризе &gt; не &lt; ку-&lt;br /&gt;</w:t>
        <w:br/>
        <w:t>сає, а так лише&gt;, кусає вже, а тільки безсило &lt; розкритим [ро-&lt;br /&gt;</w:t>
        <w:br/>
        <w:t>том] по-старечому жувати намагається й не може&gt; &lt; по-старечо-&lt;br /&gt;</w:t>
        <w:br/>
        <w:t>му жує, що йому це ніяк поки [що] не вдається &gt; заплющуючи очі&lt;br /&gt;</w:t>
        <w:br/>
        <w:t>мотав головою. &lt; Мукою пере [кошений рот] &gt; Розкритий рот &lt;од&lt;br /&gt;</w:t>
        <w:br/>
        <w:t>муки перечутої &gt; від болю &lt;ніяк то &gt; закритися не в силі —і&lt;br /&gt;</w:t>
        <w:br/>
        <w:t>&lt;Са[тана]&gt; Потвора як тая гуска, здавлена за шию, &lt;зне-&lt;br /&gt;</w:t>
        <w:br/>
        <w:t>силів &gt; когось вкусити хоче, &lt;й ніяк&gt; а не вкусить.&lt;br /&gt;</w:t>
        <w:br/>
        <w:t>Потвора&lt;br /&gt;</w:t>
        <w:br/>
        <w:t>Чекайте.&lt;br /&gt;</w:t>
        <w:br/>
        <w:t>Не в тім тут річ. Сами ж ми винні. Я&lt;br /&gt;</w:t>
        <w:br/>
        <w:t>(аж соромно), я &lt;перший як дитина&gt; сам, як та дитина,&lt;br /&gt;</w:t>
        <w:br/>
        <w:t>розчулився, а це ж могли б узять&lt;br /&gt;</w:t>
        <w:br/>
        <w:t>1 Напроти, на берегах рукопису, дописано пізніше олівцем:&lt;br /&gt;</w:t>
        <w:br/>
        <w:t>"Бід тієї досади, що не вдалось переконати Сковоро[ду]".— Ред.&lt;br /&gt;</w:t>
        <w:br/>
        <w:t>за неталан, безсилля. Любі &lt;друзі&gt; цюці! —&lt;br /&gt;</w:t>
        <w:br/>
        <w:t>Невже я міг таке сказать: печаль?&lt;br /&gt;</w:t>
        <w:br/>
        <w:t>Ви, ослики! — невже я міг... ридати?&lt;br /&gt;</w:t>
        <w:br/>
        <w:t>&lt;Отож візьмім себе до рук&lt;br /&gt;</w:t>
        <w:br/>
        <w:t>і покажім, що ми в дужі.&gt;&lt;br /&gt;</w:t>
        <w:br/>
        <w:t>Всі&lt;br /&gt;</w:t>
        <w:br/>
        <w:t>&lt;А хто, а хто сказав &gt;&lt;br /&gt;</w:t>
        <w:br/>
        <w:t>Печаль? Та ні! Це, певн^, гак здалось.&lt;br /&gt;</w:t>
        <w:br/>
        <w:t>Ридать? &lt; [нерозб.] &gt; їй-бо, й придумають&lt;br /&gt;</w:t>
        <w:br/>
        <w:t>&lt;же справді! &gt; аж смішно!&lt;br /&gt;</w:t>
        <w:br/>
        <w:t>&lt;Ми можемо &gt;&lt;br /&gt;</w:t>
        <w:br/>
        <w:t>Нічого ми того не &lt;чули.&gt; чу' — нічо' —&lt;br /&gt;</w:t>
        <w:br/>
        <w:t>Потвора*&lt;br /&gt;</w:t>
        <w:br/>
        <w:t>(лише повітря по-старечому жує)&lt;br /&gt;</w:t>
        <w:br/>
        <w:t>&lt;То отже ми, виходить &gt;&lt;br /&gt;</w:t>
        <w:br/>
        <w:t>&lt;То отже ми такі ізнов &gt; &lt;То отже ми такі ж ізнов &gt;&lt;br /&gt;</w:t>
        <w:br/>
        <w:t>Задихавсь я... &lt;такі ж ізнов &gt; безжурні,&lt;br /&gt;</w:t>
        <w:br/>
        <w:t>як і були?&lt;br /&gt;</w:t>
        <w:br/>
        <w:t>Всі&lt;br /&gt;</w:t>
        <w:br/>
        <w:t>&lt;Такі ж як і були&gt; Безжурні, як були.&lt;br /&gt;</w:t>
        <w:br/>
        <w:t>Потвора&lt;br /&gt;</w:t>
        <w:br/>
        <w:t>&lt;І можемо ізнов ми насміхати&lt;br /&gt;</w:t>
        <w:br/>
        <w:t>з філосо[фа?] &gt;&lt;br /&gt;</w:t>
        <w:br/>
        <w:t>&lt;І будемо із нього насміхаги&lt;br /&gt;</w:t>
        <w:br/>
        <w:t>і глузувати із голоти? &gt;&lt;br /&gt;</w:t>
        <w:br/>
        <w:t>І можемо (я сяду...) насміхати&lt;br /&gt;</w:t>
        <w:br/>
        <w:t>з голоти?&lt;br /&gt;</w:t>
        <w:br/>
        <w:t>Всі&lt;br /&gt;</w:t>
        <w:br/>
        <w:t>О! Ми &lt;будем&gt; &lt;можем&gt; вмієм глузувать!&lt;br /&gt;</w:t>
        <w:br/>
        <w:t>Потвора &lt;(лю[то]&gt; (з злістю)&lt;br /&gt;</w:t>
        <w:br/>
        <w:t>&lt;Ну мо[жете!]&gt; Візьміть його! &lt;Глузуйте!&gt;&lt;br /&gt;</w:t>
        <w:br/>
        <w:t>Всі кидаються на Сковороду — беруть його попід&lt;br /&gt;</w:t>
        <w:br/>
        <w:t>руки &lt; крутитися й танцювати з ним підстри-&lt;br /&gt;</w:t>
        <w:br/>
        <w:t>буючи &gt; й починають п'яно крутитися, але Ско-&lt;br /&gt;</w:t>
        <w:br/>
        <w:t>ворода усіх їх розкидає. &lt;Та тут струснув із се-&lt;br /&gt;</w:t>
        <w:br/>
        <w:t>бе і порозкидав, як груші &gt;&lt;br /&gt;</w:t>
        <w:br/>
        <w:t>&lt; Потвора задоволений, бо він помстився&gt; *&lt;br /&gt;</w:t>
        <w:br/>
        <w:t>Я помстою уп'юся! *&lt;br /&gt;</w:t>
        <w:br/>
        <w:t>Тут саме&gt; &lt;Та тут&gt; *&lt;br /&gt;</w:t>
        <w:br/>
        <w:t>Потвора (ласкаво-солодко) *&lt;br /&gt;</w:t>
        <w:br/>
        <w:t>Ти гніваєшся? &lt;Бо&gt; жарти*&lt;br /&gt;</w:t>
        <w:br/>
        <w:t>ще в нас такі. Ану іще...*&lt;br /&gt;</w:t>
        <w:br/>
        <w:t>Але тут саме год[иннпк б'є] на дзв[іпиці] *&lt;br /&gt;</w:t>
        <w:br/>
        <w:t>Задуха *1.&lt;br /&gt;</w:t>
        <w:br/>
        <w:t>(...годинник на дзвіниці заграв і всі завмерли. &lt;Ого! досиділись&gt;&lt;br /&gt;</w:t>
        <w:br/>
        <w:t>&lt;Потвора:&gt; Ого! засиділись — пора! &lt;Потвора: Adieu!&gt;&lt;br /&gt;</w:t>
        <w:br/>
        <w:t>босоногий філософе! Ми ще зустрінемось! — сьогодні! Всі: Adieu!&lt;br /&gt;</w:t>
        <w:br/>
        <w:t>adieu! на диспуті! Сьогодні. &lt; (зникли) &gt; Спасибі за трав[ку].&lt;br /&gt;</w:t>
        <w:br/>
        <w:t>Гама годинника побігла вгору. Постояла. Сама себе кругом дзвіноч-&lt;br /&gt;</w:t>
        <w:br/>
        <w:t>ками обсміяла і, поковзнувшись, униз пішла. Важким. Одміряло.&lt;br /&gt;</w:t>
        <w:br/>
        <w:t>Чотири...)</w:t>
      </w:r>
    </w:p>
    <w:p>
      <w:r>
        <w:br/>
        <w:t>Сковорода, &lt; безкінечно &gt; &lt;до краю знищений своїм &gt; &lt;до&lt;br /&gt;</w:t>
        <w:br/>
        <w:t>краю здивований &gt; вагою свого минулого до краю стомлений, сам&lt;br /&gt;</w:t>
        <w:br/>
        <w:t>собі досадно усміхається. &lt; Голос його&gt; Говорить спочатку ско-&lt;br /&gt;</w:t>
        <w:br/>
        <w:t>роговіркою, несміливо, мов ясенок у бурю. Чим далі ж &lt;— він&lt;br /&gt;</w:t>
        <w:br/>
        <w:t>ро[сте]&gt; &lt; випростується, росте &gt; &lt;ро[сте], дзвенить &gt; голос&lt;br /&gt;</w:t>
        <w:br/>
        <w:t>його росте, він випростується, рветься, кріпне &lt;мов буря&gt; мов&lt;br /&gt;</w:t>
        <w:br/>
        <w:t>&lt;не вміщаючись бушує &gt; бурхає в просторах буря над непомітни-&lt;br /&gt;</w:t>
        <w:br/>
        <w:t>ми &lt;де[сь] &gt; внизу десь ясенами!&lt;br /&gt;</w:t>
        <w:br/>
        <w:t>[Сковорода]&lt;br /&gt;</w:t>
        <w:br/>
        <w:t>А ти ще вимріював, що з ними можна буде якось помиритися, ще&lt;br /&gt;</w:t>
        <w:br/>
        <w:t>думав з зажерними сумирно жити &lt;, помирати &gt;. &lt;Ти піби пе&gt;&lt;br /&gt;</w:t>
        <w:br/>
        <w:t>Не чув, не розсотував, як ту ряднину, що оджила своє.&lt;br /&gt;</w:t>
        <w:br/>
        <w:t>Розсотував.— Надіятись.— Повірю?&lt;br /&gt;</w:t>
        <w:br/>
        <w:t>Так от. &lt; Кінець. &gt; Я довго слухав вас,&lt;br /&gt;</w:t>
        <w:br/>
        <w:t>не боронив, не зупиняв, не смикав,&lt;br /&gt;</w:t>
        <w:br/>
        <w:t>ні сторожів не кликав &lt;, щоб&gt; теж, щоб вас,&lt;br /&gt;</w:t>
        <w:br/>
        <w:t>гостей моїх непроханих, нахабних,&lt;br /&gt;</w:t>
        <w:br/>
        <w:t>з належною пошаною нагнати2&lt;br /&gt;</w:t>
        <w:br/>
        <w:t>&lt;як за&gt;&lt;br /&gt;</w:t>
        <w:br/>
        <w:t>1 Текст від "Сковорода усіх їх розкидає" до "Задуха" був&lt;br /&gt;</w:t>
        <w:br/>
        <w:t>викреслений автором.— Ред.&lt;br /&gt;</w:t>
        <w:br/>
        <w:t>2 Шість віршованих рядків від: "Розсотував,— Надіятись.— По-&lt;br /&gt;</w:t>
        <w:br/>
        <w:t>вірю?" написані були спочатку прозою, а потім спеціальними знач-&lt;br /&gt;</w:t>
        <w:br/>
        <w:t>ками (і) автор розбив на поетичні рядки.— Ред.&lt;br /&gt;</w:t>
        <w:br/>
        <w:t>як тих &lt;свиней&gt; тварин із хати!&lt;br /&gt;</w:t>
        <w:br/>
        <w:t>Пані: Така образа! Нам? Дворянам! &lt;Підтримайте мене, я падаю:&lt;br /&gt;</w:t>
        <w:br/>
        <w:t>серпе...&gt; &lt;Води! ах серце! води...&gt; &lt;Потвора&gt; Потвора&lt;br /&gt;</w:t>
        <w:br/>
        <w:t>&lt; (скинувши раптом мапшару):&gt; &lt; Сказився !&gt; Ти розумієш, на&lt;br /&gt;</w:t>
        <w:br/>
        <w:t>кого ти сказав[?!] &lt;.( скидають машкару)&gt; (скидає гордо маш-&lt;br /&gt;</w:t>
        <w:br/>
        <w:t>кару, ва ним інші).&lt;br /&gt;</w:t>
        <w:br/>
        <w:t>Сковор [ода]&lt;br /&gt;</w:t>
        <w:br/>
        <w:t>&lt;Я радий вам&gt; А! &lt;дворяне!&gt; Вельможний?&lt;br /&gt;</w:t>
        <w:br/>
        <w:t>Так от. Скажу. &lt; Перед дворянами&lt;br /&gt;</w:t>
        <w:br/>
        <w:t>я ваО &lt; впізнав я ваО Стою — з численною&lt;br /&gt;</w:t>
        <w:br/>
        <w:t>голотою! Іду —з &lt;трудящим&gt; військом!&lt;br /&gt;</w:t>
        <w:br/>
        <w:t>В численності &lt;не трачусь &gt; свого не трачу. Міць,&lt;br /&gt;</w:t>
        <w:br/>
        <w:t>&lt;мільйонів міць&gt; &lt;хід&gt; мільйонів хід в собі я відчуваю!&lt;br /&gt;</w:t>
        <w:br/>
        <w:t>&lt;І вже не я стою, а ми стоїм &gt; &lt;І вже не я іду, а ми&lt;br /&gt;</w:t>
        <w:br/>
        <w:t>йдемо &gt; І вже не я іду, а ми йдемо,&lt;br /&gt;</w:t>
        <w:br/>
        <w:t>&lt; насталене &gt; бо військо те страшне могутнє слово,&lt;br /&gt;</w:t>
        <w:br/>
        <w:t>що армії ворожі розкида, як сміття...1&lt;br /&gt;</w:t>
        <w:br/>
        <w:t>&lt;Потвора&gt; &lt;В е льм [ожний] &gt; Ве ль-&lt;br /&gt;</w:t>
        <w:br/>
        <w:t>м [ожний]: Чи бачите: і він ще сміє нам такеє&lt;br /&gt;</w:t>
        <w:br/>
        <w:t>говорити! Ей ти, гляди, щоб &lt;потім&gt; потім не&lt;br /&gt;</w:t>
        <w:br/>
        <w:t>жалів &lt;ти потім &gt; буває.&lt;br /&gt;</w:t>
        <w:br/>
        <w:t>&lt;Сковорода&gt;&lt;br /&gt;</w:t>
        <w:br/>
        <w:t>Так. Я потім пожалію.&lt;br /&gt;</w:t>
        <w:br/>
        <w:t>Насамперед я пожалію вас,&lt;br /&gt;</w:t>
        <w:br/>
        <w:t>вельможненькпй злодюго —&lt;br /&gt;</w:t>
        <w:br/>
        <w:t>Всі: &lt;Ну це&gt; &lt;Чи він сказивсь[?!] &gt; Ну це вже неможливо,&lt;br /&gt;</w:t>
        <w:br/>
        <w:t>ми 8 машкараду заскочили до нього як до спільника, а він (скида-&lt;br /&gt;</w:t>
        <w:br/>
        <w:t>ють [машкари]).&lt;br /&gt;</w:t>
        <w:br/>
        <w:t>[Сковорода]&lt;br /&gt;</w:t>
        <w:br/>
        <w:t>&lt;як не крийтесь&gt; &lt;як не крились &gt; &lt;і вас&gt; вас відразу&lt;br /&gt;</w:t>
        <w:br/>
        <w:t>і в мапшарі &lt; пізнав &gt; &lt;я вас пізнав &gt; пізнав.— І вас також,&lt;br /&gt;</w:t>
        <w:br/>
        <w:t>вельможненька, продажная придворна розпутнице...&lt;br /&gt;</w:t>
        <w:br/>
        <w:t>Пані: Ох &lt;серце&gt;... води &lt;мепі, води&gt;...&lt;br /&gt;</w:t>
        <w:br/>
        <w:t>серце...&lt;br /&gt;</w:t>
        <w:br/>
        <w:t>і &lt; полюбовницю &gt; бахурку&lt;br /&gt;</w:t>
        <w:br/>
        <w:t>неблазную, святу, &lt; не [випну] &gt; безвинну, бідну...&lt;br /&gt;</w:t>
        <w:br/>
        <w:t>Панпочка: Ах?&lt;br /&gt;</w:t>
        <w:br/>
        <w:t>[і ва] с усіх, що так танцюєте&lt;br /&gt;</w:t>
        <w:br/>
        <w:t>&lt; безстидно &gt; безумно —&lt;br /&gt;</w:t>
        <w:br/>
        <w:t>1 Три останні рядки пізніше були викреслені автором.—Ред.&lt;br /&gt;</w:t>
        <w:br/>
        <w:t>&lt;Тож ми&gt; [Всі:] &lt;Хм.&gt; Чудний, тож ми твоє&lt;br /&gt;</w:t>
        <w:br/>
        <w:t>протанцювали. &lt;Ну, ну, кінчай, кінчай &gt;</w:t>
      </w:r>
    </w:p>
    <w:p>
      <w:r>
        <w:br/>
        <w:t>[Сковорода]&lt;br /&gt;</w:t>
        <w:br/>
        <w:t>Що ж, спасибі вам за ласку.&lt;br /&gt;</w:t>
        <w:br/>
        <w:t>Мов чи ні, але ви помилились:&lt;br /&gt;</w:t>
        <w:br/>
        <w:t>&lt; П'ять &gt; &lt;що витягли гріхи мої&gt;&lt;br /&gt;</w:t>
        <w:br/>
        <w:t>&lt;що забуте давнєє &gt;&lt;br /&gt;</w:t>
        <w:br/>
        <w:t>&lt;що давнії гріхи мої;&gt;&lt;br /&gt;</w:t>
        <w:br/>
        <w:t>що даинії гріхи мої взяли&lt;br /&gt;</w:t>
        <w:br/>
        <w:t>&lt;за прапор &gt; &lt;па підтримку &gt; собі як стяг. Але ви&lt;br /&gt;</w:t>
        <w:br/>
        <w:t>помилились:&lt;br /&gt;</w:t>
        <w:br/>
        <w:t>не той вже я тепер,— &lt;це знаєте &gt; &lt;це знайте &gt; та й ви&lt;br /&gt;</w:t>
        <w:br/>
        <w:t>сами&lt;br /&gt;</w:t>
        <w:br/>
        <w:t>&lt;і ви сами — чого ж нам тут&gt; це знаєте &lt;хоч як би ви не&lt;br /&gt;</w:t>
        <w:br/>
        <w:t>крились &gt; чого ж іще вам треба&lt;br /&gt;</w:t>
        <w:br/>
        <w:t>&lt;Потв[ора]&gt; Вельможний&lt;br /&gt;</w:t>
        <w:br/>
        <w:t>&lt;На диспуті сьогоднішнім скажу &gt;&lt;br /&gt;</w:t>
        <w:br/>
        <w:t>На зустрічі сьогоднішній при всіх&lt;br /&gt;</w:t>
        <w:br/>
        <w:t>почуєм там, чого нам треба. Зараз&lt;br /&gt;</w:t>
        <w:br/>
        <w:t>&lt; скажу лише:&gt; &lt; скажу одне&gt; скажу одно: коли б не&lt;br /&gt;</w:t>
        <w:br/>
        <w:t>диспут цей,&lt;br /&gt;</w:t>
        <w:br/>
        <w:t>призиачепий царями й Ватіканом,—&lt;br /&gt;</w:t>
        <w:br/>
        <w:t>тобі б не жить: убив би я тебе&lt;br /&gt;</w:t>
        <w:br/>
        <w:t>&lt;із насолодою &gt; на місці тут... Та що ж, ще почекаєм.&lt;br /&gt;</w:t>
        <w:br/>
        <w:t>Сковорода&lt;br /&gt;</w:t>
        <w:br/>
        <w:t>&lt;Скажу і я те ж саме: гадину &gt; &lt;Ну що ж, скажу і я те&lt;br /&gt;</w:t>
        <w:br/>
        <w:t>саме:&lt;br /&gt;</w:t>
        <w:br/>
        <w:t>гадину&gt; &lt;Та і я&gt; Скажу і я те ж саме: гадину&lt;br /&gt;</w:t>
        <w:br/>
        <w:t>я б задушив! Але... ще почекаєм...&lt;br /&gt;</w:t>
        <w:br/>
        <w:t>Вельможний &lt; (зміряв [ти] )&gt; Сьогодні ж двину я полки&lt;br /&gt;</w:t>
        <w:br/>
        <w:t>(міряючи погляд [ом Сковороду], ще хоче щось сказати).&lt;br /&gt;</w:t>
        <w:br/>
        <w:t>Пані &lt;Ході[мо]&gt; &lt;Ну годі вже, ходімо, пора&gt; Швидше з цієї&lt;br /&gt;</w:t>
        <w:br/>
        <w:t>келії, швидше, ні хвилино [чки я тут не затримаюся!]&lt;br /&gt;</w:t>
        <w:br/>
        <w:t>Вельможний. Коли ж не можу я, щоб честь &lt;мою дворянську&lt;br /&gt;</w:t>
        <w:br/>
        <w:t>зачіпали, не можу я, щоб хтось якийсь там...&gt; мою дворянську...&lt;br /&gt;</w:t>
        <w:br/>
        <w:t>А стій (прислухаючись). Та цо ж на дзвіниці. Отже й справді&lt;br /&gt;</w:t>
        <w:br/>
        <w:t>&lt;вже&gt; час. &lt; Пішли. Швидше. &gt; Гайда.&lt;br /&gt;</w:t>
        <w:br/>
        <w:t>&lt; Вельможний [та його компанія] одягають машкари ізнову &gt;&lt;br /&gt;</w:t>
        <w:br/>
        <w:t>&lt;Пійдемо&gt; &lt;Гама годинника побігла вгору, постояла, сама себе&lt;br /&gt;</w:t>
        <w:br/>
        <w:t>дзвіночками обсміяла —і, поковзнувшись, униз пішла. Важким.&lt;br /&gt;</w:t>
        <w:br/>
        <w:t>Одміряло. Чотири. &gt;&lt;br /&gt;</w:t>
        <w:br/>
        <w:t>(ЦДАМЛМ, ф. 464, оп. і, М 1204, арк. 1—29)</w:t>
      </w:r>
    </w:p>
    <w:p>
      <w:r>
        <w:br/>
        <w:t>[І. В КЕЛІЇ]</w:t>
      </w:r>
    </w:p>
    <w:p>
      <w:r>
        <w:br/>
        <w:t>Сковорода&lt;br /&gt;</w:t>
        <w:br/>
        <w:t>Іустине! &lt; Скільки вже тобі разів казав я, та&gt; &lt;не алхімія,&lt;br /&gt;</w:t>
        <w:br/>
        <w:t>а чорнокнижники &gt; &lt;а світлі розуми &gt; щоб ти &lt; такого не смів&lt;br /&gt;</w:t>
        <w:br/>
        <w:t>мені більше&gt; мені не смів такого більше говорити! &lt;Не чорно-&lt;br /&gt;</w:t>
        <w:br/>
        <w:t>книжіє — це я читав Ломоносова. А он лежить Лавуазьє, он Ей-&lt;br /&gt;</w:t>
        <w:br/>
        <w:t>лер — так оце ти чорнокнижіем називаєш? &gt; &lt; взиваєш? &gt; Читаю&lt;br /&gt;</w:t>
        <w:br/>
        <w:t>Ломоносова. Он лежить Лавуазьє, а он Ейлер. &lt;А ну ж&gt; &lt;Тіс-&lt;br /&gt;</w:t>
        <w:br/>
        <w:t>ний союз хімії, та фізики, та математики — так оце ти чорнокни-&lt;br /&gt;</w:t>
        <w:br/>
        <w:t>жіем називаєш? &gt; Справжній союз хімії, фізики та математики,&lt;br /&gt;</w:t>
        <w:br/>
        <w:t>який так потрібен зараз у нашім віці — так оце ти чорнокнижіем&lt;br /&gt;</w:t>
        <w:br/>
        <w:t>називаєш?</w:t>
      </w:r>
    </w:p>
    <w:p>
      <w:r>
        <w:br/>
        <w:t>Іустин (позіхаючи)&lt;br /&gt;</w:t>
        <w:br/>
        <w:t>&lt;Не знаю я нічого &lt; Нічого я не знаю&gt; &lt;Снились мені&lt;br /&gt;</w:t>
        <w:br/>
        <w:t>афонські пресв[ятії схимники] &gt; &lt;св[ятії]&gt; &lt;сх[имники] свя-&lt;br /&gt;</w:t>
        <w:br/>
        <w:t>тії, так наче стою я і з ними по-грецьки співаю Хрістос генна-&lt;br /&gt;</w:t>
        <w:br/>
        <w:t>те доксасате, тобто&gt; Снилось мені небо: так наче стою я&lt;br /&gt;</w:t>
        <w:br/>
        <w:t>&lt;із янголами&gt; на хмарах, &lt;а&gt; &lt;під&gt; &lt;наді мною радуга&gt;.&lt;br /&gt;</w:t>
        <w:br/>
        <w:t>по-грецьки співаю Хрістос геннате доксасате. &lt;Я&gt;&lt;br /&gt;</w:t>
        <w:br/>
        <w:t>&lt;А&gt; (ти ж знаєш, як я &lt;люблю&gt; ці ірмоси люблю! &lt;Тільки&lt;br /&gt;</w:t>
        <w:br/>
        <w:t>чому по-грецьки &gt; Христос раждается, славіте. &lt; Тільки чому саме&lt;br /&gt;</w:t>
        <w:br/>
        <w:t>по-грецьки. Це, певно, знову на Афон мені вертатися &gt; А &lt; на-&lt;br /&gt;</w:t>
        <w:br/>
        <w:t>вкруг сяйво! а радуга навкруг&gt; сяйво навкруг, а сяйво —</w:t>
      </w:r>
    </w:p>
    <w:p>
      <w:r>
        <w:br/>
        <w:t>Сковорода&lt;br /&gt;</w:t>
        <w:br/>
        <w:t>&lt;...а дурень! а блазень!&gt; ...а дурень який! а блазень! Тут &lt;пи-&lt;br /&gt;</w:t>
        <w:br/>
        <w:t>тання отут&gt; у мене питання про те, як голоту І8 злиднів визво-&lt;br /&gt;</w:t>
        <w:br/>
        <w:t>лить, як до неї науку &lt;донести &gt; наблизити, науку! — а він&lt;br /&gt;</w:t>
        <w:br/>
        <w:t>&lt;своє небо своє — ххе — небо.</w:t>
      </w:r>
    </w:p>
    <w:p>
      <w:r>
        <w:br/>
        <w:t>Науку? Хха, &lt;невже ж&gt; якої ще ж науки тій голоті треба: по-&lt;br /&gt;</w:t>
        <w:br/>
        <w:t>ловили всіх, голови постинали —та &lt;й уся&gt; й оце уся їм наука.&lt;br /&gt;</w:t>
        <w:br/>
        <w:t>Сковорода (суворо)&lt;br /&gt;</w:t>
        <w:br/>
        <w:t>їй про кого це говориш? Чи не ти часом про &lt;отих за[лізняків-&lt;br /&gt;</w:t>
        <w:br/>
        <w:t>ців]&gt; &lt;отих гайдамаків ігумену &gt; Цундру доніс, &lt;що перехо-&lt;br /&gt;</w:t>
        <w:br/>
        <w:t>вувались у яру,—&gt; чогось він зник із лісу,—бо чогось ти все до&lt;br /&gt;</w:t>
        <w:br/>
        <w:t>ігумена вчащаєш — признавайся 1&lt;br /&gt;</w:t>
        <w:br/>
        <w:t>І у стин &lt;(невинно)&gt; (невинно)&lt;br /&gt;</w:t>
        <w:br/>
        <w:t>Та &lt;ні про кого ж.&gt; в чім же признаватись, якби я знав. Ага,&lt;br /&gt;</w:t>
        <w:br/>
        <w:t>бач, і забув: іще ж мені &lt;снилось, наче явилась мені богороди-&lt;br /&gt;</w:t>
        <w:br/>
        <w:t>ця.&gt; снилась богородиця Ч Явилась стоя на радузі, &lt;да: на тобі,&lt;br /&gt;</w:t>
        <w:br/>
        <w:t>каже, оцей свиток і ззіж. Іззів я, а Місяць, Зоря і Хрест [нерозб.] &gt;&lt;br /&gt;</w:t>
        <w:br/>
        <w:t>да: Веселітеся, праведнії — каже (Євфенесте дікеі), а я наче...&lt;br /&gt;</w:t>
        <w:br/>
        <w:t>Сковорода&lt;br /&gt;</w:t>
        <w:br/>
        <w:t>&lt;Перестань&gt; Та перестань ти юродствувать! Ти скажи мені, де&lt;br /&gt;</w:t>
        <w:br/>
        <w:t>ти чув оте, що їх усіх &lt; половили &gt; половлено?&lt;br /&gt;</w:t>
        <w:br/>
        <w:t>І устин&lt;br /&gt;</w:t>
        <w:br/>
        <w:t>Господь з-з тобою! Та я ні про &lt;кого й&gt; що й ні про &lt;кого.&lt;br /&gt;</w:t>
        <w:br/>
        <w:t>Я вже&gt; кого, як тільки про сон свій: Хрістос геннатедок-&lt;br /&gt;</w:t>
        <w:br/>
        <w:t>с а с а т е. Я вже лежу, ти бачиш? я сплю. Господь з-з тобою.&lt;br /&gt;</w:t>
        <w:br/>
        <w:t>Сковорода&lt;br /&gt;</w:t>
        <w:br/>
        <w:t>Гадина &lt;ти&gt; ж ти рясофорна, як я бачу І І не треба було б&lt;br /&gt;</w:t>
        <w:br/>
        <w:t>мені у тебе зупинятись, та так, що ти &lt;вже просив мене дуже&gt;&lt;br /&gt;</w:t>
        <w:br/>
        <w:t>&lt;мені якийсь далекий родич &gt; та ще учнем моїм назвався...2&lt;br /&gt;</w:t>
        <w:br/>
        <w:t>Тепер я &lt; побачив тебе всього — пійдуі Пійду і не ве[рнуся]&gt;&lt;br /&gt;</w:t>
        <w:br/>
        <w:t>всього тебе побачив, прощайї Пійду од тебе я. &lt;і коли хочеш, за-&lt;br /&gt;</w:t>
        <w:br/>
        <w:t>раз же&gt; (бере свою торбину, книги)&lt;br /&gt;</w:t>
        <w:br/>
        <w:t>І у стин &lt;.(уже схопився на ноги)&gt; (схопився з ліжка)&lt;br /&gt;</w:t>
        <w:br/>
        <w:t>1 Зверху над рядком написано і викреслено: "А я все не знаю,&lt;br /&gt;</w:t>
        <w:br/>
        <w:t>про кого ти питаєш",— Ред.&lt;br /&gt;</w:t>
        <w:br/>
        <w:t>2 Далі було написано і викреслено: "І у с т и н. Авжеж що я&lt;br /&gt;</w:t>
        <w:br/>
        <w:t>твій учень".— Ред.&lt;br /&gt;</w:t>
        <w:br/>
        <w:t>Григорію&lt; І&gt;. Учителю, останьсь! &lt;Навіщо сердитись? Ну, я узяв&lt;br /&gt;</w:t>
        <w:br/>
        <w:t>од тебе все&gt; Навіщо гніватись? Тобі не подобався твій учень?&lt;br /&gt;</w:t>
        <w:br/>
        <w:t>Еж я узяв од тебе все, що міг узяти: там тексти грецькі, там сми-&lt;br /&gt;</w:t>
        <w:br/>
        <w:t>ренномудріє...&lt;br /&gt;</w:t>
        <w:br/>
        <w:t>Сковорода&lt;br /&gt;</w:t>
        <w:br/>
        <w:t>Мовчи! ніколи я смиренномудрію не вчив.&lt;br /&gt;</w:t>
        <w:br/>
        <w:t>Іустин&lt;br /&gt;</w:t>
        <w:br/>
        <w:t>...там науку про щастя внутрішнє: &lt;А щастя ж в чім[?] як я&lt;br /&gt;</w:t>
        <w:br/>
        <w:t>зрозумів &gt; &lt;як ти кажеш&gt; &lt;як ти навчив &gt; &lt;щоб так жить,&lt;br /&gt;</w:t>
        <w:br/>
        <w:t>щоб і світ тебе не впіймав... &gt; жить так, юродствувать, щоб і світ&lt;br /&gt;</w:t>
        <w:br/>
        <w:t>тебе не впіймав...&lt;br /&gt;</w:t>
        <w:br/>
        <w:t>Сковорода&lt;br /&gt;</w:t>
        <w:br/>
        <w:t>&lt;Це ж жах який! Так он мене перебріхують. А я, сліпий, до всіх&lt;br /&gt;</w:t>
        <w:br/>
        <w:t>по-'днакому.&gt; О жах який! Так он як перебріхують мене? Ну-ну,&lt;br /&gt;</w:t>
        <w:br/>
        <w:t>собако, ще.&lt;br /&gt;</w:t>
        <w:br/>
        <w:t>Іустин&lt;br /&gt;</w:t>
        <w:br/>
        <w:t>Чого ж ти лаєшся? Чим я тобі не догодив?&lt;br /&gt;</w:t>
        <w:br/>
        <w:t>Сковорода (мотається по келії)&lt;br /&gt;</w:t>
        <w:br/>
        <w:t>Невже &lt;отак і всі останні учні&gt; всі &lt;мої&gt; учні отак мене&lt;br /&gt;</w:t>
        <w:br/>
        <w:t>розуміють? &lt;Та&gt; &lt;А що, коли ще й голота[?]&gt;. Ой, дурень же&lt;br /&gt;</w:t>
        <w:br/>
        <w:t>я, дурень! і хто такеє бачив: щоб до всіх та по-'днакому! Щоб&lt;br /&gt;</w:t>
        <w:br/>
        <w:t>&lt;виб[ирати]&gt; обирати собі за учнів &lt;із&gt; з-поміж ченців, по-&lt;br /&gt;</w:t>
        <w:br/>
        <w:t>пів та панства! Тьху, аж смішно. &lt;Отепер вже я побачив, де&lt;br /&gt;</w:t>
        <w:br/>
        <w:t>і в чім я заплутавсь. До&gt; Ти &lt; пробач &gt; справді пробач, Іусти-&lt;br /&gt;</w:t>
        <w:br/>
        <w:t>не, що я нагримав на тебе, &lt;а я все-таки піду&gt; ти справді не&lt;br /&gt;</w:t>
        <w:br/>
        <w:t>винен. Це я у всьому винен. До живих людей мені треба, а пе до&lt;br /&gt;</w:t>
        <w:br/>
        <w:t>мертвих, до живого життя, до &lt; самих бід&gt; самої біди, до голоти.&lt;br /&gt;</w:t>
        <w:br/>
        <w:t>&lt;Так тепер вже&gt; Ага, так от тепер вже — я як слід побачив:&lt;br /&gt;</w:t>
        <w:br/>
        <w:t>де і в чім я заплутавсь. Пробач іще раз — і все-таки: &lt;я піду&lt;br /&gt;</w:t>
        <w:br/>
        <w:t>(іде до дверей) &gt; піду (&lt;бере своє причандалля&gt; іде до&lt;br /&gt;</w:t>
        <w:br/>
        <w:t>дверей).&lt;br /&gt;</w:t>
        <w:br/>
        <w:t>Цундра &lt;.(на дверях)&gt; (увіходить)&lt;br /&gt;</w:t>
        <w:br/>
        <w:t>Здоров, Григорію&lt;!&gt; &lt;а куди це ти шастаєш?&gt; &lt;зібрався?&gt;&lt;br /&gt;</w:t>
        <w:br/>
        <w:t>І куди це?&lt;br /&gt;</w:t>
        <w:br/>
        <w:t>Сковорода&lt;br /&gt;</w:t>
        <w:br/>
        <w:t>Цундра! яким &lt;це&gt; чином?&lt;br /&gt;</w:t>
        <w:br/>
        <w:t>Цундра&lt;br /&gt;</w:t>
        <w:br/>
        <w:t>Тсс. Про це &lt;хай&gt; потім, а ти мені скажи: чи ми сами тут в ке-&lt;br /&gt;</w:t>
        <w:br/>
        <w:t>лії, чи ще хто є — свічка от-от погасне — нічого я пе бачу.&lt;br /&gt;</w:t>
        <w:br/>
        <w:t>І у с т и н (солодко)</w:t>
      </w:r>
    </w:p>
    <w:p>
      <w:r>
        <w:br/>
        <w:t>Та й справді. Балакайте — а я собі піду.&lt;br /&gt;</w:t>
        <w:br/>
        <w:t>Сковорода (грізно)&lt;br /&gt;</w:t>
        <w:br/>
        <w:t>Це до ігумена?</w:t>
      </w:r>
    </w:p>
    <w:p>
      <w:r>
        <w:br/>
        <w:t>Цундра&lt;br /&gt;</w:t>
        <w:br/>
        <w:t>Григорію, ти не турбуйся, &lt;там&gt; за дверима козаки мої стоять,&lt;br /&gt;</w:t>
        <w:br/>
        <w:t>нікуди він не піде.</w:t>
      </w:r>
    </w:p>
    <w:p>
      <w:r>
        <w:br/>
        <w:t>Сковорода&lt;br /&gt;</w:t>
        <w:br/>
        <w:t>Але ж...</w:t>
      </w:r>
    </w:p>
    <w:p>
      <w:r>
        <w:br/>
        <w:t>Цундра&lt;br /&gt;</w:t>
        <w:br/>
        <w:t>Григорію, ніколи. &lt; Слухай &gt; Ось слухай, чого я прийшов. (І ти&lt;br /&gt;</w:t>
        <w:br/>
        <w:t>&lt; слухай &gt;, кадило ти чортове, наслухайся: як тільки там що —&lt;br /&gt;</w:t>
        <w:br/>
        <w:t>&lt;найдемо тебе&gt; шкуру знімемо з проклятого! Та не скугиль&lt;br /&gt;</w:t>
        <w:br/>
        <w:t>так, іще рано). Так от, Григорію. У тебе завтра останній день дис-&lt;br /&gt;</w:t>
        <w:br/>
        <w:t>путу &lt;у&gt; ось у &lt;цього&gt; князька по сусідству? (дивуєшся, що&lt;br /&gt;</w:t>
        <w:br/>
        <w:t>ми все знаємо? —о не турбуйся, &lt;знаємо&gt; знаєм!) А завтра ж&lt;br /&gt;</w:t>
        <w:br/>
        <w:t>якраз &lt;знизивши&gt; (оглядуючись, знижує &lt;голоса&gt; тона)&lt;br /&gt;</w:t>
        <w:br/>
        <w:t>&lt;цим шляхом, що повз кпязька,&gt; тим шляхом проведуть етапом&lt;br /&gt;</w:t>
        <w:br/>
        <w:t>Максима. На Нерчинське — хіба не чув? У князька мають зупини-&lt;br /&gt;</w:t>
        <w:br/>
        <w:t>тись. &lt;Отож мої хлопці вже добре дбатимуть. &gt; Одбить його тре-&lt;br /&gt;</w:t>
        <w:br/>
        <w:t>ба. &lt; Хлопці мої вже в лісі.&gt; &lt;То ми вже з хлопцями своїми&lt;br /&gt;</w:t>
        <w:br/>
        <w:t>знаємо, як одбить. &gt; &lt; А от до тебе&gt; Отже, тобі &lt;таке&gt; завдан-&lt;br /&gt;</w:t>
        <w:br/>
        <w:t>ня: &lt; забав &gt; задратуй попів, загав, а ми вже з хлопцями знати-&lt;br /&gt;</w:t>
        <w:br/>
        <w:t>мем, що робити. (Голосно) Ну, так добре? (Свічка погасла&lt;)&gt;&lt;br /&gt;</w:t>
        <w:br/>
        <w:t>&lt;У вікно &gt; Вікна &lt; загравою в темряві налилися &gt; підскочили&lt;br /&gt;</w:t>
        <w:br/>
        <w:t>в темряві, налилися).</w:t>
      </w:r>
    </w:p>
    <w:p>
      <w:r>
        <w:br/>
        <w:t>Сковорода&lt;br /&gt;</w:t>
        <w:br/>
        <w:t>Добре &lt;,добре! А це що там надворі —вже й світає?&gt;! Що,&lt;br /&gt;</w:t>
        <w:br/>
        <w:t>невже це світає?</w:t>
      </w:r>
    </w:p>
    <w:p>
      <w:r>
        <w:br/>
        <w:t>Цундра&lt;br /&gt;</w:t>
        <w:br/>
        <w:t>&lt;Ні&gt; О ні, до світу ще далеко, це &lt;я так&gt; мої хлопці &lt;дба-&lt;br /&gt;</w:t>
        <w:br/>
        <w:t>[ють] &gt; так подбали, щоб панові видніше було спати. Ну, прощай.&lt;br /&gt;</w:t>
        <w:br/>
        <w:t>(Пильно подививсь на Іустина, виходить &lt;) &gt;. У вікнах то &lt; спа-&lt;br /&gt;</w:t>
        <w:br/>
        <w:t>лахує &gt; колихаеться далека заграва, &lt;то затухає &gt; то притухає&lt;br /&gt;</w:t>
        <w:br/>
        <w:t>Іустин1&lt;br /&gt;</w:t>
        <w:br/>
        <w:t>Учителю, про що ви так тихо говорили, може все-таки й мені,&lt;br /&gt;</w:t>
        <w:br/>
        <w:t>грішному, скажеш?&lt;br /&gt;</w:t>
        <w:br/>
        <w:t>Сковорода (його не чує)&lt;br /&gt;</w:t>
        <w:br/>
        <w:t>&lt;Єй-єй, не можу одірватись!&gt; &lt;Що? Єй-єй, не можу одірватись!&lt;br /&gt;</w:t>
        <w:br/>
        <w:t>Але ж не можу! Хлоп [ці] &gt; Очей од неба одірвать не можу! &lt;То&lt;br /&gt;</w:t>
        <w:br/>
        <w:t>мої&gt; хлопці подбали, щоб панові спалося видніше! Хха&lt;?&gt;!&lt;br /&gt;</w:t>
        <w:br/>
        <w:t>Чудово! Чудово!! &lt;Хвилин[ку]&gt; І що таке зі мною? Хвилинку&lt;br /&gt;</w:t>
        <w:br/>
        <w:t>побув зі мною Цундра — а я мов сили на сто літ уперед набрався.&lt;br /&gt;</w:t>
        <w:br/>
        <w:t>Так от де я освіження знайду! — до живого життя, &lt;до практич-&lt;br /&gt;</w:t>
        <w:br/>
        <w:t>ного — (і вибігає за Ц[ундрою] із келії) &gt; до практичного.—&lt;br /&gt;</w:t>
        <w:br/>
        <w:t>&lt;Цундро, постій! &gt; Невже пішов? Догнать його і ще раз поди-&lt;br /&gt;</w:t>
        <w:br/>
        <w:t>ви [тись на нього!] (вибігає із келії).&lt;br /&gt;</w:t>
        <w:br/>
        <w:t>Іустин (сам до себе)&lt;br /&gt;</w:t>
        <w:br/>
        <w:t>І все-таки. Сказать пійти ігумену чи ні? Мабуть що &lt; підожду &gt;&lt;br /&gt;</w:t>
        <w:br/>
        <w:t>зачекаю трохи. О господи праведний! Якби ж хто тільки знав, що&lt;br /&gt;</w:t>
        <w:br/>
        <w:t>я дівиця, а не мужчина і що з князівського я роду. Григорія люб-&lt;br /&gt;</w:t>
        <w:br/>
        <w:t>лю, а виказать себе боюся. Господи праведний! &lt; Веселітеся всі&gt;&lt;br /&gt;</w:t>
        <w:br/>
        <w:t>&lt; Прости мені&gt; Чи звидиш ти мене, чи пробачиш? (став на мо-&lt;br /&gt;</w:t>
        <w:br/>
        <w:t>литву): Веселітеся, праведнії...</w:t>
      </w:r>
    </w:p>
    <w:p>
      <w:r>
        <w:br/>
        <w:t>(ЦДАМЛМ і оп. і. М 1209. арк. 20 &lt;*в 19 яв., 1" д. І7 ЯВ.)</w:t>
      </w:r>
    </w:p>
    <w:p>
      <w:r>
        <w:br/>
        <w:t>[II. В КЕЛІЇ]&lt;br /&gt;</w:t>
        <w:br/>
        <w:t>Сковорода &lt;.( зачинивши покинені двері)&gt;&lt;br /&gt;</w:t>
        <w:br/>
        <w:t>Ну от.&lt;br /&gt;</w:t>
        <w:br/>
        <w:t>Вдостоївся. Гостей вітать. Високих.&lt;br /&gt;</w:t>
        <w:br/>
        <w:t>Розхвилювавсь — &lt;аж дихати мені&lt;br /&gt;</w:t>
        <w:br/>
        <w:t>несила! Бій. Навалу.&gt;&lt;br /&gt;</w:t>
        <w:br/>
        <w:t>що й ЗАСПОКОЇТИСЬ&lt;br /&gt;</w:t>
        <w:br/>
        <w:t>не можу! Так. &lt;Я&gt; Іож перший б і і' &lt; на налу &gt; я стерпів&lt;br /&gt;</w:t>
        <w:br/>
        <w:t>і витримай &lt; виходить&gt; А ще ж &lt;бої, а ще ж...&gt; бої...&lt;br /&gt;</w:t>
        <w:br/>
        <w:t>1 Напроти між рядками (по діагоналі) дописано таке:&lt;br /&gt;</w:t>
        <w:br/>
        <w:t>"Цундра&lt;br /&gt;</w:t>
        <w:br/>
        <w:t>...Та не народ, не просто громадище, а голоту. Це я давно вже&lt;br /&gt;</w:t>
        <w:br/>
        <w:t>зрозумів. Голота себе не зрадить".— Ред.&lt;br /&gt;</w:t>
        <w:br/>
        <w:t>&lt;попереду&gt; &lt;не здамсь&gt; а ще ж... &lt;боїв'*&lt;br /&gt;</w:t>
        <w:br/>
        <w:t>&lt; Наукою &gt;&lt;br /&gt;</w:t>
        <w:br/>
        <w:t>&lt;Не попускать руки, пе послабляти,&lt;br /&gt;</w:t>
        <w:br/>
        <w:t>бо тільки ще — уже! — І знов. Пани&lt;br /&gt;</w:t>
        <w:br/>
        <w:t>закріпостять, &gt;&lt;br /&gt;</w:t>
        <w:br/>
        <w:t>&lt;бо тільки десь чи що,— ізнов. Пани&lt;br /&gt;</w:t>
        <w:br/>
        <w:t>закріпостять. &gt;&lt;br /&gt;</w:t>
        <w:br/>
        <w:t>&lt;На помилках учитись. Та рости.&lt;br /&gt;</w:t>
        <w:br/>
        <w:t>Учитися &gt;&lt;br /&gt;</w:t>
        <w:br/>
        <w:t>&lt;Іще б мені&gt; &lt;на соломі &gt; &lt;завода&gt;&lt;br /&gt;</w:t>
        <w:br/>
        <w:t>&lt;Ні&gt; &lt;Я вигнав їх із славою &gt; &lt; Тепер же начувайся&lt;br /&gt;</w:t>
        <w:br/>
        <w:t>(Зачиняв &lt; про [чинені] &gt; покинуті двері)&lt;br /&gt;</w:t>
        <w:br/>
        <w:t>"Князі" — чи бач!&gt;&lt;br /&gt;</w:t>
        <w:br/>
        <w:t>"Князі" — чи бач! (зачиняє покинуті двері) Тепер же&lt;br /&gt;</w:t>
        <w:br/>
        <w:t>начувайся,&lt;br /&gt;</w:t>
        <w:br/>
        <w:t>&lt;Ну й&gt; &lt;Та й вигнав їх&gt; &lt; прогнав &gt;&lt;br /&gt;</w:t>
        <w:br/>
        <w:t>&lt;Готуються&gt; &lt;А що&gt;&lt;br /&gt;</w:t>
        <w:br/>
        <w:t>&lt;Сміха!&gt;&lt;br /&gt;</w:t>
        <w:br/>
        <w:t>&lt;Вони тобі цього не подарують &gt;&lt;br /&gt;</w:t>
        <w:br/>
        <w:t>&lt;І&gt; &lt; тепер, нагнав &gt; &lt; Тепер жди&gt;&lt;br /&gt;</w:t>
        <w:br/>
        <w:t>&lt;Тепер же ж кожду мить готовий будь—&gt;&lt;br /&gt;</w:t>
        <w:br/>
        <w:t>і кожду мить напоготові будь —&lt;br /&gt;</w:t>
        <w:br/>
        <w:t>Вони тобі цього не подарують! — 1&lt;br /&gt;</w:t>
        <w:br/>
        <w:t>&lt; Немов спахнуло небо&gt; Немов би небо спалахнуло—&lt;br /&gt;</w:t>
        <w:br/>
        <w:t>чи то привидилось?&lt;br /&gt;</w:t>
        <w:br/>
        <w:t>&lt; (сідає до столу) &gt;&lt;br /&gt;</w:t>
        <w:br/>
        <w:t>&lt; (зачиняє покинуті двері) &gt;&lt;br /&gt;</w:t>
        <w:br/>
        <w:t>(зачиняє покинуті двері)&lt;br /&gt;</w:t>
        <w:br/>
        <w:t>&lt;Ну й довга ніч&gt; &lt;І сон пройшов&gt; &lt;...розхвилювавсь&gt;&lt;br /&gt;</w:t>
        <w:br/>
        <w:t>&lt;П[роходить ніч] &gt; &lt;Спливає ніч&gt; Як уві сні: годинник&lt;br /&gt;</w:t>
        <w:br/>
        <w:t>бив — чи то&lt;br /&gt;</w:t>
        <w:br/>
        <w:t>&lt; (зачиняє покинені двері) &gt;&lt;br /&gt;</w:t>
        <w:br/>
        <w:t>мені здалось? &lt; Причулось? Ну ж, до діла!&gt;&lt;br /&gt;</w:t>
        <w:br/>
        <w:t>&lt;Не спить [ся] &gt; &lt;Не можу спати —&lt;br /&gt;</w:t>
        <w:br/>
        <w:t>...розхвилювавсь, що й заспокоїтись&lt;br /&gt;</w:t>
        <w:br/>
        <w:t>не можу...&gt;&lt;br /&gt;</w:t>
        <w:br/>
        <w:t>А цей все спить. Як камінь.&lt;br /&gt;</w:t>
        <w:br/>
        <w:t>&lt; (сідає) Ану ще&gt;&lt;br /&gt;</w:t>
        <w:br/>
        <w:t>1 Напроти на берегах рукопису написано: "Тропар читать?&lt;br /&gt;</w:t>
        <w:br/>
        <w:t>Так", а нижче — нотатка плану частини поеми-симфонії.— Ред.&lt;br /&gt;</w:t>
        <w:br/>
        <w:t>&lt;Ану ще сяду, ще почитаю трохи, сяду до Основи&lt;br /&gt;</w:t>
        <w:br/>
        <w:t>металургії &gt; Ану ще сяду, ще трохи почитаю, сяду до Основ&lt;br /&gt;</w:t>
        <w:br/>
        <w:t>металургії.&lt;br /&gt;</w:t>
        <w:br/>
        <w:t>&lt; розхвилювавсь, що й заспокоїтись&lt;br /&gt;</w:t>
        <w:br/>
        <w:t>не можу.&gt;&lt;br /&gt;</w:t>
        <w:br/>
        <w:t>&lt; (сідає) &gt; &lt; (Читає) &gt;&lt;br /&gt;</w:t>
        <w:br/>
        <w:t>&lt;Неповен я&gt;&lt;br /&gt;</w:t>
        <w:br/>
        <w:t>Давно відчув: неповен я. Чогось&lt;br /&gt;</w:t>
        <w:br/>
        <w:t>в мені нема. На соляні заводи&lt;br /&gt;</w:t>
        <w:br/>
        <w:t>&lt; (о як же я&gt; надумавсь я на них не був!)&lt;br /&gt;</w:t>
        <w:br/>
        <w:t>на Бахмутський та на Торецький&lt;br /&gt;</w:t>
        <w:br/>
        <w:t>&lt;на&gt;</w:t>
      </w:r>
    </w:p>
    <w:p>
      <w:r>
        <w:br/>
        <w:t>(ЦДАМЛМ, ф. 464, оп. 1, N 1207, арк. 8)</w:t>
      </w:r>
    </w:p>
    <w:p>
      <w:r>
        <w:br/>
        <w:t>[III.] В КЕЛІЇ&lt;br /&gt;</w:t>
        <w:br/>
        <w:t>Сковорода (зачиняючи покинуті двері)&lt;br /&gt;</w:t>
        <w:br/>
        <w:t>Вдостоївся. Гостей вітать. Високих.&lt;br /&gt;</w:t>
        <w:br/>
        <w:t>2 Розхвилювавсь, що й заспокоїтись&lt;br /&gt;</w:t>
        <w:br/>
        <w:t>не можу!&lt;br /&gt;</w:t>
        <w:br/>
        <w:t>Так. То ж перший бій я стерпів&lt;br /&gt;</w:t>
        <w:br/>
        <w:t>і витримав. А ще ж бої, а ще ж...&lt;br /&gt;</w:t>
        <w:br/>
        <w:t>Лиш попусти — і вже тебе поковчать&lt;br /&gt;</w:t>
        <w:br/>
        <w:t>і загризуть як пси... &lt;('знову стукот калатає)&gt;&lt;br /&gt;</w:t>
        <w:br/>
        <w:t>Тікать, тікать&lt;br /&gt;</w:t>
        <w:br/>
        <w:t>з монастиря цього — від тиші, цвілі,&lt;br /&gt;</w:t>
        <w:br/>
        <w:t>кадильності! 1 Дихнуть новим життям!&lt;br /&gt;</w:t>
        <w:br/>
        <w:t>&lt; навчитися в землі попрацювати &gt; &lt; Оновлено &gt; Оновле-&lt;br /&gt;</w:t>
        <w:br/>
        <w:t>не почать життя. Справді &lt;коли б не був я зв'язаний дору-&lt;br /&gt;</w:t>
        <w:br/>
        <w:t>ченням^ коли б не ждав &lt;я тут па гасло — сьогодні б,&lt;br /&gt;</w:t>
        <w:br/>
        <w:t>зараз я б вирушив! &gt;сьогодні я на гасло — зараз би вирушив&lt;br /&gt;</w:t>
        <w:br/>
        <w:t>&lt;у путь!&gt; у путь.&lt;br /&gt;</w:t>
        <w:br/>
        <w:t>Давно відчув я: неповен я. Чогось&lt;br /&gt;</w:t>
        <w:br/>
        <w:t>3 в мені нема — &lt; рішучості чи сили.&gt;&lt;br /&gt;</w:t>
        <w:br/>
        <w:t>чого ж —— і сам не знаю.&lt;br /&gt;</w:t>
        <w:br/>
        <w:t>На соляні заводи, рудники! —&lt;br /&gt;</w:t>
        <w:br/>
        <w:t>&lt; надумавсь я&gt;&lt;br /&gt;</w:t>
        <w:br/>
        <w:t>на Бахмутський завод та на Торецький&lt;br /&gt;</w:t>
        <w:br/>
        <w:t>&lt; надумавсь я&gt; &lt;я проберусь &gt; я поспішу. А звідти —&lt;br /&gt;</w:t>
        <w:br/>
        <w:t>1 Текст, що йде нижче (до слів: "неповен я. Чогось"), пізніше&lt;br /&gt;</w:t>
        <w:br/>
        <w:t>був викреслений автором,— Ред.&lt;br /&gt;</w:t>
        <w:br/>
        <w:t>аж туди&lt;br /&gt;</w:t>
        <w:br/>
        <w:t>лпце землі. &lt;Від неї ж (зачиняє покинуті двері) &gt;&lt;br /&gt;</w:t>
        <w:br/>
        <w:t>(...Щось морозно мені —)&lt;br /&gt;</w:t>
        <w:br/>
        <w:t>&lt;..."князі"&gt; "князі" —чи бач! Тепер же начувайся&lt;br /&gt;</w:t>
        <w:br/>
        <w:t>1 і кожду мить напоготові будь —&lt;br /&gt;</w:t>
        <w:br/>
        <w:t>вони тобі цього не подарують! —&lt;br /&gt;</w:t>
        <w:br/>
        <w:t>Ану ще сяду до "Основ металургії".— Немовби небо&lt;br /&gt;</w:t>
        <w:br/>
        <w:t>в вікні там спалахнуло — чи то привиділось&lt;?&gt;&lt;br /&gt;</w:t>
        <w:br/>
        <w:t>Як уві сні: годинник бив — чи то&lt;br /&gt;</w:t>
        <w:br/>
        <w:t>мені здалось. А цей все спить. Як камінь.&lt;br /&gt;</w:t>
        <w:br/>
        <w:t>(читав): Коли заллє водою шахту — насамперед&lt;br /&gt;</w:t>
        <w:br/>
        <w:t>зробити треба... &lt;0 ні, щось не читається&gt;&lt;br /&gt;</w:t>
        <w:br/>
        <w:t>&lt;(сам себе питаючи) Зробити треба! Кому зробити?&lt;br /&gt;</w:t>
        <w:br/>
        <w:t>О ні, читати, коли нема уваги... Проте примушу&lt;br /&gt;</w:t>
        <w:br/>
        <w:t>себе&gt; &lt;ще далі прочитать&gt; &lt;.(читае далі): Смо-&lt;br /&gt;</w:t>
        <w:br/>
        <w:t>ки витягують з копалень воду...&gt;</w:t>
      </w:r>
    </w:p>
    <w:p>
      <w:r>
        <w:br/>
        <w:t>Чернець (прокидаючись)&lt;br /&gt;</w:t>
        <w:br/>
        <w:t>Не спиш усе? Вже певно й ніч пройшла.&lt;br /&gt;</w:t>
        <w:br/>
        <w:t>Д'" утрені ще не дзвонили? Небо&lt;br /&gt;</w:t>
        <w:br/>
        <w:t>он глянь яке... &lt; (спускає ноги) &gt; (спускає ноги)&lt;br /&gt;</w:t>
        <w:br/>
        <w:t>Свічку достань, бо ця от-от погасне. &lt;Ух, як же ж&lt;br /&gt;</w:t>
        <w:br/>
        <w:t>голова тріщить, а наче ж я й не теє...&gt; Ох же ж&lt;br /&gt;</w:t>
        <w:br/>
        <w:t>і голова болить, як не репне.&lt;br /&gt;</w:t>
        <w:br/>
        <w:t>Сковорода&lt;br /&gt;</w:t>
        <w:br/>
        <w:t>Дзвонили? Небо? — Ось...&lt;br /&gt;</w:t>
        <w:br/>
        <w:t>о&lt;br /&gt;</w:t>
        <w:br/>
        <w:t>Розхвилювався я, що й досі заспокоїтись &lt;не мо-&lt;br /&gt;</w:t>
        <w:br/>
        <w:t>жу, (ходить&gt; не можу. Князі, чи бач! (ходить по&lt;br /&gt;</w:t>
        <w:br/>
        <w:t>келії).&lt;br /&gt;</w:t>
        <w:br/>
        <w:t>... .]&lt;br /&gt;</w:t>
        <w:br/>
        <w:t>Освіжитись)... а глянь: перед вікном щось шмиго-&lt;br /&gt;</w:t>
        <w:br/>
        <w:t>нуло. Дерева? Птаство прокинулось? Освіжитись&lt;br /&gt;</w:t>
        <w:br/>
        <w:t>треба 1.&lt;br /&gt;</w:t>
        <w:br/>
        <w:t>Спалить усе, що я гульма надлубав;&lt;br /&gt;</w:t>
        <w:br/>
        <w:t>спалить те все, що в простір лепетав;&lt;br /&gt;</w:t>
        <w:br/>
        <w:t>що в світ пускав, пе дбаючи за дійсність —&lt;br /&gt;</w:t>
        <w:br/>
        <w:t>вагаючись, б'ючись і двоючйсь,—&lt;br /&gt;</w:t>
        <w:br/>
        <w:t>1 Зверху над цим реченням пізніше дописано: "Прокляте пан-&lt;br /&gt;</w:t>
        <w:br/>
        <w:t>ство, так нагули мені ті собаки".— Ред.&lt;br /&gt;</w:t>
        <w:br/>
        <w:t>•і&lt;br /&gt;</w:t>
        <w:br/>
        <w:t>Ну рясу&lt;br /&gt;</w:t>
        <w:br/>
        <w:t>не штука й знять, а от що свічка в нас...&lt;br /&gt;</w:t>
        <w:br/>
        <w:t>(проходить од дверей) (спотикається об книжку) 1&lt;br /&gt;</w:t>
        <w:br/>
        <w:t>•]&lt;br /&gt;</w:t>
        <w:br/>
        <w:t>Сковорода&lt;br /&gt;</w:t>
        <w:br/>
        <w:t>Пожежа?&lt;br /&gt;</w:t>
        <w:br/>
        <w:t>Кажи вже там, із чим прийшов. Слова</w:t>
      </w:r>
    </w:p>
    <w:p>
      <w:r>
        <w:br/>
        <w:t>(ЦДАМЛМ, ф. 464, оп. 1, Яв 1209, арк. 1, 3—в)</w:t>
      </w:r>
    </w:p>
    <w:p>
      <w:r>
        <w:br/>
        <w:t>[IV. В КЕЛІЇ]</w:t>
      </w:r>
    </w:p>
    <w:p>
      <w:r>
        <w:br/>
        <w:t>да хто ти є. Мішок на голові,&lt;br /&gt;</w:t>
        <w:br/>
        <w:t>як в схимника, і ряса ця...&lt;br /&gt;</w:t>
        <w:br/>
        <w:t>Постать&lt;br /&gt;</w:t>
        <w:br/>
        <w:t>Ну рясу&lt;br /&gt;</w:t>
        <w:br/>
        <w:t>не штука й знять, а от що свічка в нас...&lt;br /&gt;</w:t>
        <w:br/>
        <w:t>(Проходить од дверей.)&lt;br /&gt;</w:t>
        <w:br/>
        <w:t>і •]&lt;br /&gt;</w:t>
        <w:br/>
        <w:t>Пожежа&lt;?&gt;&lt;br /&gt;</w:t>
        <w:br/>
        <w:t>Кажи вже там, із чим прийшов. Слова&lt;br /&gt;</w:t>
        <w:br/>
        <w:t>мені твої знайомі... &lt;.(кладе книжки на стіл)&gt; (кладе&lt;br /&gt;</w:t>
        <w:br/>
        <w:t>бриля).&lt;br /&gt;</w:t>
        <w:br/>
        <w:t>Постать&lt;br /&gt;</w:t>
        <w:br/>
        <w:t>К чорту ж рясу!&lt;br /&gt;</w:t>
        <w:br/>
        <w:t>&lt;А от я зняв і каптур &gt; Ну от, як зняв я каптур з голови—&lt;br /&gt;</w:t>
        <w:br/>
        <w:t>тепер пізнав?&lt;br /&gt;</w:t>
        <w:br/>
        <w:t>[. . . . . .]&lt;br /&gt;</w:t>
        <w:br/>
        <w:t>Бо ці ж твої пісні не лише сектанти, а й вороги вже наші підхо-&lt;br /&gt;</w:t>
        <w:br/>
        <w:t>пили! І колють ними нас. Не знав? Хіба не знав?&lt;br /&gt;</w:t>
        <w:br/>
        <w:t>[• . . •]&lt;br /&gt;</w:t>
        <w:br/>
        <w:t>Другу ремарку дописано пізніше.— Ред.&lt;br /&gt;</w:t>
        <w:br/>
        <w:t>О господи премилосердний.&lt;br /&gt;</w:t>
        <w:br/>
        <w:t>І що то за покоління таке тепер — одно черка-&lt;br /&gt;</w:t>
        <w:br/>
        <w:t>ють, одно черкають, аж... &lt; Вийду ж&gt;&lt;br /&gt;</w:t>
        <w:br/>
        <w:t>Пійду ж та хоч умиюсь (виходить) 1&lt;br /&gt;</w:t>
        <w:br/>
        <w:t>Сковорода&lt;br /&gt;</w:t>
        <w:br/>
        <w:t>Ще ж я&lt;br /&gt;</w:t>
        <w:br/>
        <w:t>четвертого не знаю на ім'я.&lt;br /&gt;</w:t>
        <w:br/>
        <w:t>Чом ряси &lt;він не скине &gt; ти не скинеш, як Люципер&lt;br /&gt;</w:t>
        <w:br/>
        <w:t>та Сатана Безвусий... бач, когось&lt;br /&gt;</w:t>
        <w:br/>
        <w:t>&lt;пагадує&gt; нагадуєш мепі, кого ж —не знаю.&lt;br /&gt;</w:t>
        <w:br/>
        <w:t>[&amp;#9632; і&lt;br /&gt;</w:t>
        <w:br/>
        <w:t>Четверта постать&lt;br /&gt;</w:t>
        <w:br/>
        <w:t>&lt;Тс! тс!&gt; Мовчи! і не кажи&lt;br /&gt;</w:t>
        <w:br/>
        <w:t>&lt;чого не слід.&gt; дурниць. Софрон — Козак Розплата —&lt;br /&gt;</w:t>
        <w:br/>
        <w:t>знаєш&lt;br /&gt;</w:t>
        <w:br/>
        <w:t>Сковорода &lt;(мов крізь сон) &gt; (до &lt; нього &gt; Цундри, мов&lt;br /&gt;</w:t>
        <w:br/>
        <w:t>крізь сон)&lt;br /&gt;</w:t>
        <w:br/>
        <w:t>Ти щось питав?&lt;br /&gt;</w:t>
        <w:br/>
        <w:t>Цундра&lt;br /&gt;</w:t>
        <w:br/>
        <w:t>Ну, це вже просто смішно —&lt;br /&gt;</w:t>
        <w:br/>
        <w:t>чи ми прийшли стоять тут та мовчать,&lt;br /&gt;</w:t>
        <w:br/>
        <w:t>як ти...&lt;br /&gt;</w:t>
        <w:br/>
        <w:t>Сковорода&lt;br /&gt;</w:t>
        <w:br/>
        <w:t>Пробач, я слухаю.&lt;br /&gt;</w:t>
        <w:br/>
        <w:t>Цундра&lt;br /&gt;</w:t>
        <w:br/>
        <w:t>Та бачу ж! 2&lt;br /&gt;</w:t>
        <w:br/>
        <w:t>1 Текст від "І що то за покоління..." до "Пійду ж та хоч уми-&lt;br /&gt;</w:t>
        <w:br/>
        <w:t>юсь (виходить)" дописаний пізніше.— Ред.&lt;br /&gt;</w:t>
        <w:br/>
        <w:t>2 Напроти дописано олівцем: X р и с а н ф. Піду ж та хоч уми-&lt;br /&gt;</w:t>
        <w:br/>
        <w:t>юсь перед &gt;".— Ред.&lt;br /&gt;</w:t>
        <w:br/>
        <w:t>3 Далі дописано: "&lt; [колюче мовчання] та шелестіння&gt; тільки&lt;br /&gt;</w:t>
        <w:br/>
        <w:t>шелестить папір — то Козак Розплата на столі загледів щось &lt; чи-&lt;br /&gt;</w:t>
        <w:br/>
        <w:t>тає висміюючи щось.&gt; &lt;Читаючи, од сміху аж гойдає [тьсяі &gt;&lt;br /&gt;</w:t>
        <w:br/>
        <w:t>Читає. Висміюючи, аж головою заперечує". Потім усе це перекрес-&lt;br /&gt;</w:t>
        <w:br/>
        <w:t>лено й дописано таке:&lt;br /&gt;</w:t>
        <w:br/>
        <w:t>"Сковорода&lt;br /&gt;</w:t>
        <w:br/>
        <w:t>Не гнівайся: від несподіванки&lt;br /&gt;</w:t>
        <w:br/>
        <w:t>&lt; (колюче мовчання) &gt;&lt;br /&gt;</w:t>
        <w:br/>
        <w:t>&lt;Козак Розплата&gt; Цундра&lt;br /&gt;</w:t>
        <w:br/>
        <w:t>Розумію —*&lt;br /&gt;</w:t>
        <w:br/>
        <w:t>Так це такий Сковорода! А я...&lt;br /&gt;</w:t>
        <w:br/>
        <w:t>Сковорода &lt;(отямившись)&gt;&lt;br /&gt;</w:t>
        <w:br/>
        <w:t>Який такий — не розумію. Вперше&lt;br /&gt;</w:t>
        <w:br/>
        <w:t>•і&lt;br /&gt;</w:t>
        <w:br/>
        <w:t>Залізний&lt;br /&gt;</w:t>
        <w:br/>
        <w:t>повинен буть Сковорода! Залі —&lt;br /&gt;</w:t>
        <w:br/>
        <w:t>&lt; (строго раптом) &gt; (раптом строго) *&lt;br /&gt;</w:t>
        <w:br/>
        <w:t>...знирни з води, із твані, із болота&lt;br /&gt;</w:t>
        <w:br/>
        <w:t>о&lt;br /&gt;</w:t>
        <w:br/>
        <w:t>Люципер (октавою нижче) Запишався як ко-&lt;br /&gt;</w:t>
        <w:br/>
        <w:t>шеня в попелі.&lt;br /&gt;</w:t>
        <w:br/>
        <w:t>Цупдра&lt;br /&gt;</w:t>
        <w:br/>
        <w:t>Так це я так.&lt;br /&gt;</w:t>
        <w:br/>
        <w:t>Од ніжності одвик, бач. Ну дак слухай —&lt;br /&gt;</w:t>
        <w:br/>
        <w:t>(Хрисанф увіходить з рушником) *&lt;br /&gt;</w:t>
        <w:br/>
        <w:t>...Мо* вийдемо куди?&lt;br /&gt;</w:t>
        <w:br/>
        <w:t>Сковорода&lt;br /&gt;</w:t>
        <w:br/>
        <w:t>Ти не турбуйсь.&lt;br /&gt;</w:t>
        <w:br/>
        <w:t>Хрисанф однак не зрозуміє. Мозок&lt;br /&gt;</w:t>
        <w:br/>
        <w:t>у цих ченців —&lt;br /&gt;</w:t>
        <w:br/>
        <w:t>Хрисанф &lt; (увіходячи з рушником) &gt;&lt;br /&gt;</w:t>
        <w:br/>
        <w:t>Чого там мозок? Я&lt;br /&gt;</w:t>
        <w:br/>
        <w:t>у Лаврі жив, стеріг друкарню. Бога&lt;br /&gt;</w:t>
        <w:br/>
        <w:t>не забувай! — в писанні сказано.&lt;br /&gt;</w:t>
        <w:br/>
        <w:t>Авжеж! Ага! &lt; (засвічує) &gt; &lt; (іде лампадку засвітити) &gt;&lt;br /&gt;</w:t>
        <w:br/>
        <w:t>(поправляє лампадку — щоб засвітити)&lt;br /&gt;</w:t>
        <w:br/>
        <w:t>Сатана&lt;br /&gt;</w:t>
        <w:br/>
        <w:t>Люципере, тікаймо,&lt;br /&gt;</w:t>
        <w:br/>
        <w:t>бо вже ж — онд'о — (показує па Хрисанфа) 1&lt;br /&gt;</w:t>
        <w:br/>
        <w:t>•]&lt;br /&gt;</w:t>
        <w:br/>
        <w:t>1 Ремарку дописано пізніше.— Ред.&lt;br /&gt;</w:t>
        <w:br/>
        <w:t>Люципер: Як кажуть: на здоровля вам у ручки,&lt;br /&gt;</w:t>
        <w:br/>
        <w:t>в ніжки і в животик трішки (застугонів реготом).&lt;br /&gt;</w:t>
        <w:br/>
        <w:t>&lt;Козак Розплата&lt;br /&gt;</w:t>
        <w:br/>
        <w:t>Кумпанія —що й&gt;&lt;br /&gt;</w:t>
        <w:br/>
        <w:t>Хрисанф (&lt;торкає,&gt; підливаючи оливи в лам-&lt;br /&gt;</w:t>
        <w:br/>
        <w:t>падку) А ти не регочи, а от розгадай краще:&lt;br /&gt;</w:t>
        <w:br/>
        <w:t>&lt;Ну:&gt; Ніков созданів: . . . Ага, не&lt;br /&gt;</w:t>
        <w:br/>
        <w:t>розгадаєш, а це ж старець, торби й собаки, ага? 1&lt;br /&gt;</w:t>
        <w:br/>
        <w:t>Цундра&lt;br /&gt;</w:t>
        <w:br/>
        <w:t>Дивуюся. Щоб то Сковорода&lt;br /&gt;</w:t>
        <w:br/>
        <w:t>та з отаким припопугайлом кашу&lt;br /&gt;</w:t>
        <w:br/>
        <w:t>у місті їв! Єй-єй дивуюся.&lt;br /&gt;</w:t>
        <w:br/>
        <w:t>Ось на столі у тебе Кант; Спіпоза;&lt;br /&gt;</w:t>
        <w:br/>
        <w:t>&lt; Лавуазье &gt; Вільям Гарвей; та й ще:&lt;br /&gt;</w:t>
        <w:br/>
        <w:t>"Основи металургії"; "Економічна таблиця"; з Ла-&lt;br /&gt;</w:t>
        <w:br/>
        <w:t>вуазье навіть щось переписано!&lt;br /&gt;</w:t>
        <w:br/>
        <w:t>а сам ти весь&lt;br /&gt;</w:t>
        <w:br/>
        <w:t>подвоєний. Тут треба зваги, сили!&lt;br /&gt;</w:t>
        <w:br/>
        <w:t>А ти якраз...&lt;br /&gt;</w:t>
        <w:br/>
        <w:t>Сковорода&lt;br /&gt;</w:t>
        <w:br/>
        <w:t>Подвоєний? Мовчу.&lt;br /&gt;</w:t>
        <w:br/>
        <w:t>Мо' через те, що правда це. А може...</w:t>
      </w:r>
    </w:p>
    <w:p>
      <w:r>
        <w:br/>
        <w:t>(ЦДАМЛМ, ф. 464, оп. 1, N 1209, арк. 7—10)&lt;br /&gt;</w:t>
        <w:br/>
        <w:t>/&lt;br /&gt;</w:t>
        <w:br/>
        <w:t>[V. В КЕЛІЇ]</w:t>
      </w:r>
    </w:p>
    <w:p>
      <w:r>
        <w:br/>
        <w:t>(Давонять до утрені)&lt;br /&gt;</w:t>
        <w:br/>
        <w:t>1 Цей текст від слів: "Хрисанф (&lt;торкає,&gt;..." дописано пізні-&lt;br /&gt;</w:t>
        <w:br/>
        <w:t>ше. На окремому аркуші повністю подана загадка Хрисанфа: "Бо&lt;br /&gt;</w:t>
        <w:br/>
        <w:t>нікоє созданіє между трома горами &lt;горами&gt;; клеветніци його&lt;br /&gt;</w:t>
        <w:br/>
        <w:t>окружиша, оно благословяше їх сімо і овамо. (Старець, торби, со-&lt;br /&gt;</w:t>
        <w:br/>
        <w:t>баки) ".— Ред.&lt;br /&gt;</w:t>
        <w:br/>
        <w:t>Люципер: Тю! захрестивсь, закланявсь, як порожній вітряк.&lt;br /&gt;</w:t>
        <w:br/>
        <w:t>&lt;С а т а н а: А що ж йому й робить, як не хреститься? &gt;&lt;br /&gt;</w:t>
        <w:br/>
        <w:t>&lt;Сатана: А що ж цьому кабану й робить, як не хреститься?&gt;&lt;br /&gt;</w:t>
        <w:br/>
        <w:t>Хрисанф: Еге ж, буду ще я тут вас питаться &lt;ще&gt;! Приїха-</w:t>
      </w:r>
    </w:p>
    <w:p>
      <w:r>
        <w:br/>
        <w:t>Ли гості, сіли на номості, зав*язалп вузол, та не розв'яжуть.&lt;br /&gt;</w:t>
        <w:br/>
        <w:t>Сатана: &lt;Ти&gt; не турбуйсь — розв'яжем і тебе самого викинем.&lt;br /&gt;</w:t>
        <w:br/>
        <w:t>А ти ж думав як? 1&lt;br /&gt;</w:t>
        <w:br/>
        <w:t>Сковорода&lt;br /&gt;</w:t>
        <w:br/>
        <w:t>Почнем. Кажіть усе — я слухаю.&lt;br /&gt;</w:t>
        <w:br/>
        <w:t>Козак Розплата&lt;br /&gt;</w:t>
        <w:br/>
        <w:t>&lt;Та що ж&gt; Ну що казать! Коли життя у тебе&lt;br /&gt;</w:t>
        <w:br/>
        <w:t>&lt;Ну от хоча б... і це [нерозб.] &gt;&lt;br /&gt;</w:t>
        <w:br/>
        <w:t>&lt;та ось... краще я із&gt; &lt; чекай... дозволь &gt; та що...&lt;br /&gt;</w:t>
        <w:br/>
        <w:t>дозволь — з твого ж рукопису:&lt;br /&gt;</w:t>
        <w:br/>
        <w:t>"Життя само приходить". Ось. &lt; [нерозб.] &gt; Увага —&lt;br /&gt;</w:t>
        <w:br/>
        <w:t>&lt; (читає) &gt; &lt; (читає) &gt;&lt;br /&gt;</w:t>
        <w:br/>
        <w:t>"Життя само приходить &lt;—&gt;&lt;br /&gt;</w:t>
        <w:br/>
        <w:t>і п'єм його велику радість,&lt;br /&gt;</w:t>
        <w:br/>
        <w:t>як буйвіл калюжу".&lt;br /&gt;</w:t>
        <w:br/>
        <w:t>&lt;Базікало казало позіхало &lt;^( передражню в)&lt;br /&gt;</w:t>
        <w:br/>
        <w:t>Були собі дід, баба — курка ряба... &gt; Був собі дід&lt;br /&gt;</w:t>
        <w:br/>
        <w:t>та баба та була у них курка ряба.&lt;br /&gt;</w:t>
        <w:br/>
        <w:t>Цундра&lt;br /&gt;</w:t>
        <w:br/>
        <w:t>І ти таке писав! Ану — скажи:&lt;br /&gt;</w:t>
        <w:br/>
        <w:t>Життя само приходить? Може, й соску,&lt;br /&gt;</w:t>
        <w:br/>
        <w:t>як нянька, нам дає? Чому ж тоді —&lt;br /&gt;</w:t>
        <w:br/>
        <w:t>Козак Розплата &lt;.(подаючи&gt; (висміюючи, подаючи далі,&lt;br /&gt;</w:t>
        <w:br/>
        <w:t>немов жука, на долоні)&lt;br /&gt;</w:t>
        <w:br/>
        <w:t>"Ні жінку, ні мисль, ні океану&lt;br /&gt;</w:t>
        <w:br/>
        <w:t>ніколи нам не переховати в своїй кишені.&lt;br /&gt;</w:t>
        <w:br/>
        <w:t>Еж випили ми воду, що в ній &lt; життя&lt;br /&gt;</w:t>
        <w:br/>
        <w:t>своє про [думали] &gt;&lt;br /&gt;</w:t>
        <w:br/>
        <w:t>вмістилось&lt;br /&gt;</w:t>
        <w:br/>
        <w:t>небо і електрична сила,&lt;br /&gt;</w:t>
        <w:br/>
        <w:t>еж випили солодку, що в ній життя своє продумали&lt;br /&gt;</w:t>
        <w:br/>
        <w:t>жабка,&lt;br /&gt;</w:t>
        <w:br/>
        <w:t>1 Текст від слів "Хрисанф: Еге ж, буду ще я тут..." до&lt;br /&gt;</w:t>
        <w:br/>
        <w:t>"А ти ж думав як?" дописаний пізніше, викреслений, а потім від-&lt;br /&gt;</w:t>
        <w:br/>
        <w:t>новлений автором.— Ред.&lt;br /&gt;</w:t>
        <w:br/>
        <w:t>плавучий павучок,&lt;br /&gt;</w:t>
        <w:br/>
        <w:t>піщина..."&lt;br /&gt;</w:t>
        <w:br/>
        <w:t>&amp;#163; •]&lt;br /&gt;</w:t>
        <w:br/>
        <w:t>у вічності, мовляв, одвічний, — вічно&lt;br /&gt;</w:t>
        <w:br/>
        <w:t>&lt;вічніючи в богів на небесах &gt; &lt;з дворянами в богів на&lt;br /&gt;</w:t>
        <w:br/>
        <w:t>небесах &gt; &lt;з дворянами, будь трижди&lt;br /&gt;</w:t>
        <w:br/>
        <w:t>прокляті, &gt;&lt;br /&gt;</w:t>
        <w:br/>
        <w:t>вічніючи вічнюгою (ціпком&lt;br /&gt;</w:t>
        <w:br/>
        <w:t>&lt;та пугою! превічно у союзі&lt;br /&gt;</w:t>
        <w:br/>
        <w:t>з дворянами, будь трижди прокляті,&lt;br /&gt;</w:t>
        <w:br/>
        <w:t>із церквою у дружбі &gt;&lt;br /&gt;</w:t>
        <w:br/>
        <w:t>та пугою?) над нами, голяками,&lt;br /&gt;</w:t>
        <w:br/>
        <w:t>вічніючи, як струп,— закон, що ним&lt;br /&gt;</w:t>
        <w:br/>
        <w:t>увінчано: неправду, рабство, власність&lt;br /&gt;</w:t>
        <w:br/>
        <w:t>з дворянами, &lt;будь трижди прокляті &gt;,&lt;br /&gt;</w:t>
        <w:br/>
        <w:t>увінчано, пригвинчено, прижито...&lt;br /&gt;</w:t>
        <w:br/>
        <w:t>Так &lt; отакий закон &gt; отаке виспівувать узявсь?&lt;br /&gt;</w:t>
        <w:br/>
        <w:t>&lt;Яка&gt; &lt; узявся &gt; Яка ж тоді ріжниця між тобою&lt;br /&gt;</w:t>
        <w:br/>
        <w:t>і дзвоном тим, що скиглить, як той вовк,&lt;br /&gt;</w:t>
        <w:br/>
        <w:t>скликаючи до падла...&lt;br /&gt;</w:t>
        <w:br/>
        <w:t>Хрисапф&lt;br /&gt;</w:t>
        <w:br/>
        <w:t>Що? На церкву&lt;br /&gt;</w:t>
        <w:br/>
        <w:t>[. . .]&lt;br /&gt;</w:t>
        <w:br/>
        <w:t>а осквернить не попущу святиню!&lt;br /&gt;</w:t>
        <w:br/>
        <w:t>Цундра &lt;.(цюкнувши своїм поглядом Хрисанфа, що той аж&lt;br /&gt;</w:t>
        <w:br/>
        <w:t>сів)&gt; (раптом скинувши очима &lt;,пильно&gt; на Хрисанфа, що той&lt;br /&gt;</w:t>
        <w:br/>
        <w:t>аж сів)&lt;br /&gt;</w:t>
        <w:br/>
        <w:t>&lt;Ого!&gt; &lt;Ого який [нерозб.] &lt;Ого який! То все&lt;br /&gt;</w:t>
        <w:br/>
        <w:t>собі сидів&lt;br /&gt;</w:t>
        <w:br/>
        <w:t>в лампадочках та проскурках &gt;&lt;br /&gt;</w:t>
        <w:br/>
        <w:t>&lt;зчепилися&gt;&lt;br /&gt;</w:t>
        <w:br/>
        <w:t>Кум [п] анія — що й говорить. Один&lt;br /&gt;</w:t>
        <w:br/>
        <w:t>за господа христа. А другий — наче б&lt;br /&gt;</w:t>
        <w:br/>
        <w:t>&lt;і за народ &gt;&lt;br /&gt;</w:t>
        <w:br/>
        <w:t>і пі, але ж... за &lt;тьму&gt; містику, за тьму&lt;br /&gt;</w:t>
        <w:br/>
        <w:t>у мисленні, за те середньовіччя,&lt;br /&gt;</w:t>
        <w:br/>
        <w:t>&lt;що знову &gt; &lt; назад &gt; &lt;нас у рабство тягне &gt;&lt;br /&gt;</w:t>
        <w:br/>
        <w:t>&lt;що тим царям &gt; &lt;що всім царям &gt;&lt;br /&gt;</w:t>
        <w:br/>
        <w:t>що в нім хрести, &lt;й царі&gt; попи й царі ростуть,&lt;br /&gt;</w:t>
        <w:br/>
        <w:t>як верби...&lt;br /&gt;</w:t>
        <w:br/>
        <w:t>Хр ис ан ф&lt;br /&gt;</w:t>
        <w:br/>
        <w:t>АІ —царі? —я &lt;не дозволю!&gt; офіцеру&lt;br /&gt;</w:t>
        <w:br/>
        <w:t>скажу пійду!&lt;br /&gt;</w:t>
        <w:br/>
        <w:t>Люципер: &lt;Хай одійде, а тобі скажу&gt; Ого! Швидкий, як вед-&lt;br /&gt;</w:t>
        <w:br/>
        <w:t>мідь за перепелицями. Одійди ж бо, тобі кажуть! (Сковорода на&lt;br /&gt;</w:t>
        <w:br/>
        <w:t>Хрисанфа глянув прикро — той одійшов.) 1&lt;br /&gt;</w:t>
        <w:br/>
        <w:t>Цундра: Люципере, пусти його, нехай іде. &lt;(Раптом добрень-&lt;br /&gt;</w:t>
        <w:br/>
        <w:t>ким [голосом]) А ти, Хрисанфе, завтра ж попрощаєшся з цим сві-&lt;br /&gt;</w:t>
        <w:br/>
        <w:t>том! Осика&gt; Завтра ж проведемо його в небесне царство. Ага!&lt;br /&gt;</w:t>
        <w:br/>
        <w:t>Затих... Так оттако, Григорію. Ой стидайся! Це так одкривсь тру-&lt;br /&gt;</w:t>
        <w:br/>
        <w:t>дящим.&lt;br /&gt;</w:t>
        <w:br/>
        <w:t>(ЦДАМЛМ, ф. 464, оп. 1, N 1209, арк. 13—15)</w:t>
      </w:r>
    </w:p>
    <w:p>
      <w:r>
        <w:br/>
        <w:t>&lt;ще так мене не пробирав. Ні. Млосно&lt;br /&gt;</w:t>
        <w:br/>
        <w:t>робиться, як&gt;&lt;br /&gt;</w:t>
        <w:br/>
        <w:t>мене ще так не пробирав. О! &lt;Сон&gt; Сонце&lt;br /&gt;</w:t>
        <w:br/>
        <w:t>зіходить там, де завше сходило,&lt;br /&gt;</w:t>
        <w:br/>
        <w:t>&lt;а ось... сказав — і вже&gt; &lt;а ти сказав — і вже&gt;&lt;br /&gt;</w:t>
        <w:br/>
        <w:t>а ви прийшли — і все перевернулось.&lt;br /&gt;</w:t>
        <w:br/>
        <w:t>І бачу я: не сонце, а земля&lt;br /&gt;</w:t>
        <w:br/>
        <w:t>&lt;уже летить і&gt; &lt;уже біжить і&gt;&lt;br /&gt;</w:t>
        <w:br/>
        <w:t>мов колесом круг себе &lt;ду&gt; і круг сонця&lt;br /&gt;</w:t>
        <w:br/>
        <w:t>одмірює простори, й я кажу:&lt;br /&gt;</w:t>
        <w:br/>
        <w:t>&lt;мов та земля &gt;&lt;br /&gt;</w:t>
        <w:br/>
        <w:t>отак і ми, до Правди повернувшись,&lt;br /&gt;</w:t>
        <w:br/>
        <w:t>стрічаєм світ.— Народ2.&lt;br /&gt;</w:t>
        <w:br/>
        <w:t>Цундра&lt;br /&gt;</w:t>
        <w:br/>
        <w:t>&lt;Сміявся б я—&gt; Невже? Сміявся б я —&lt;br /&gt;</w:t>
        <w:br/>
        <w:t>Та вже нема &lt; охоти &gt; снаги. Почав ти добре —&lt;br /&gt;</w:t>
        <w:br/>
        <w:t>&lt;а закінчив &gt; &lt;а от кінчив &gt; &lt;от зле кінчив &gt; та зле&lt;br /&gt;</w:t>
        <w:br/>
        <w:t>кінчив...&lt;br /&gt;</w:t>
        <w:br/>
        <w:t>Хіба: як механізм&lt;br /&gt;</w:t>
        <w:br/>
        <w:t>&lt;отак стулить [із механізмом] &gt; та притулить&lt;br /&gt;</w:t>
        <w:br/>
        <w:t>до механізму —&lt;br /&gt;</w:t>
        <w:br/>
        <w:t>&lt; правда &gt; &lt; можна&gt; &lt; правду&lt;br /&gt;</w:t>
        <w:br/>
        <w:t>гадаєш ти побачить, правду? &gt; &lt; правду&lt;br /&gt;</w:t>
        <w:br/>
        <w:t>побачимо? Зродити правду? &gt; правду&lt;br /&gt;</w:t>
        <w:br/>
        <w:t>побачимо?&lt;br /&gt;</w:t>
        <w:br/>
        <w:t>&lt;тож не одна і істина &gt; &lt; родить &gt; Хм, &lt;ти&gt; Правда ж&lt;br /&gt;</w:t>
        <w:br/>
        <w:t>не одна,&lt;br /&gt;</w:t>
        <w:br/>
        <w:t>1 Пізніше репліку Люципера та ремарку автор викреслив.—&lt;br /&gt;</w:t>
        <w:br/>
        <w:t>2 Пізніше це слово було дописано олівцем.— Ред.&lt;br /&gt;</w:t>
        <w:br/>
        <w:t>Григорію. Не плутайся. Не &lt; плутайся &gt; плутайсь.&lt;br /&gt;</w:t>
        <w:br/>
        <w:t>Сатана&lt;br /&gt;</w:t>
        <w:br/>
        <w:t>Він думає: ще змилосердимось —&lt;br /&gt;</w:t>
        <w:br/>
        <w:t>Сковорода (заперечуючи головою)&lt;br /&gt;</w:t>
        <w:br/>
        <w:t>Ні жалощів, ні милосердя. Хочу:&lt;br /&gt;</w:t>
        <w:br/>
        <w:t>(ЦДАМЛМ, ф. 464, оп. 1, № 1209, арк. 16)&lt;br /&gt;</w:t>
        <w:br/>
        <w:t>[VI. В КЕЛІЇ]</w:t>
      </w:r>
    </w:p>
    <w:p>
      <w:r>
        <w:br/>
        <w:t>Цундра&lt;br /&gt;</w:t>
        <w:br/>
        <w:t>Хоч дай йому подумать, не сміши.&lt;br /&gt;</w:t>
        <w:br/>
        <w:t>Ну-ну! Оце так родич! &lt;годі ж!&gt; (Грізно) Годі ж! (коло&lt;br /&gt;</w:t>
        <w:br/>
        <w:t>вікна) Ніби&lt;br /&gt;</w:t>
        <w:br/>
        <w:t>стухає там. Співають півні. Світ&lt;br /&gt;</w:t>
        <w:br/>
        <w:t>...почнем. Бо ми спішимся. Посідаймо.&lt;br /&gt;</w:t>
        <w:br/>
        <w:t>(дзвонять до утрені. &lt;У вікнах зеленіє&gt; &lt;Десь пролетіли гал-&lt;br /&gt;</w:t>
        <w:br/>
        <w:t>ки &gt; &lt; Обізвались галки... &gt; &lt;в далеких вікнах [зеленіє] &gt;&lt;br /&gt;</w:t>
        <w:br/>
        <w:t>&lt;десь галки таб[уном] защебетали&gt; високо галки закричали).&lt;br /&gt;</w:t>
        <w:br/>
        <w:t>Люципер: Тю! Захрестивсь та закланявсь, як той &lt;порожній&lt;br /&gt;</w:t>
        <w:br/>
        <w:t>вітряк&gt; вітряк порожній, (галки зацокотіли й стихли)&lt;br /&gt;</w:t>
        <w:br/>
        <w:t>Сатана: А що ж йому робити як не хреститись? 1&lt;br /&gt;</w:t>
        <w:br/>
        <w:t>Сковорода&lt;br /&gt;</w:t>
        <w:br/>
        <w:t>Почнем. Кажіть усе — я слухаю.&lt;br /&gt;</w:t>
        <w:br/>
        <w:t>Ні жалощів, ні милосердя! Хочу:&lt;br /&gt;</w:t>
        <w:br/>
        <w:t>про помилки мої; про чорний люд,&lt;br /&gt;</w:t>
        <w:br/>
        <w:t>що з вами йде; про тих собак в Європі;&lt;br /&gt;</w:t>
        <w:br/>
        <w:t>про Схід; про все &lt;кажіть мені, про все...&gt; про все мені&lt;br /&gt;</w:t>
        <w:br/>
        <w:t>кажіть.&lt;br /&gt;</w:t>
        <w:br/>
        <w:t>Хрисанф&lt;br /&gt;</w:t>
        <w:br/>
        <w:t>То я собі й пійду. Та возридаю —&lt;br /&gt;</w:t>
        <w:br/>
        <w:t>1 Репліки Люципера та Сатани дописані пізніше на берегах та&lt;br /&gt;</w:t>
        <w:br/>
        <w:t>між рядками тексту.— Ред.&lt;br /&gt;</w:t>
        <w:br/>
        <w:t>як той &lt;пророк Ісаія (ридаючим голосом)&gt; Ісаія пророк.&lt;br /&gt;</w:t>
        <w:br/>
        <w:t>Руйнуєте ви, каже, царство. Ну й господь вас за це ж&lt;br /&gt;</w:t>
        <w:br/>
        <w:t>&lt; добре &gt; &lt;не інакше як&gt; поцупить.&lt;br /&gt;</w:t>
        <w:br/>
        <w:t>Люципер: Оце ще... создав бог та й ніс висякав.&lt;br /&gt;</w:t>
        <w:br/>
        <w:t>Хрисанф&lt;br /&gt;</w:t>
        <w:br/>
        <w:t>По-вченому? А що ж. Простіть мені —&lt;br /&gt;</w:t>
        <w:br/>
        <w:t>іду— &lt;вертабтъся&gt; &lt;вертаеться&gt; "Звертається од две-&lt;br /&gt;</w:t>
        <w:br/>
        <w:t>рей&gt; &lt;Ось&gt; договорю тільки: — "А Ісаія, конешно, сидів на&lt;br /&gt;</w:t>
        <w:br/>
        <w:t>розвалинах, соображая розрушеніє і опісивая соображеніє". &lt;Та&lt;br /&gt;</w:t>
        <w:br/>
        <w:t>йду ж, іду.&gt; Ага! А що! А ви думали, що я в свящ[енному] пи-&lt;br /&gt;</w:t>
        <w:br/>
        <w:t>санії неначитаний?&lt;br /&gt;</w:t>
        <w:br/>
        <w:t>(Всі з ненавистю стежать — &lt;ну коли то уже він&gt; коли вже він&lt;br /&gt;</w:t>
        <w:br/>
        <w:t>нарешті &lt;він пійде&gt; пійде, і як зачинились двері): —&lt;br /&gt;</w:t>
        <w:br/>
        <w:t>Сатана&lt;br /&gt;</w:t>
        <w:br/>
        <w:t>Тьху, тьху! &lt;Аж, прокля[тий]&gt; Іди і це вертайся,&lt;br /&gt;</w:t>
        <w:br/>
        <w:t>святьохо неподобна! Ти пробач,&lt;br /&gt;</w:t>
        <w:br/>
        <w:t>Григорію, а тільки ж...&lt;br /&gt;</w:t>
        <w:br/>
        <w:t>&lt;Цундра&gt; Козак-Розплата &lt;.(роз[лючений] &gt; (загор-&lt;br /&gt;</w:t>
        <w:br/>
        <w:t>таючи рукопис К.обурений^)&lt;br /&gt;</w:t>
        <w:br/>
        <w:t>Пробачатись&lt;br /&gt;</w:t>
        <w:br/>
        <w:t>&lt;тут нічого, а справді: —соромно&lt;br /&gt;</w:t>
        <w:br/>
        <w:t>нема чого, бо й справді (— соромно&lt;br /&gt;</w:t>
        <w:br/>
        <w:t>й сказать): щоб ти, Сковорода, філософ,&lt;br /&gt;</w:t>
        <w:br/>
        <w:t>та отакб спустився &lt;! &gt; ? Ми — б'ємось,&lt;br /&gt;</w:t>
        <w:br/>
        <w:t>виборюєм &lt; свободу, людство свободу. Людство, Землю&lt;br /&gt;</w:t>
        <w:br/>
        <w:t>розколює &lt;на два&gt;, а ти...&lt;br /&gt;</w:t>
        <w:br/>
        <w:t>Люципер: Хто стає медом — того мухи ззідять&lt;br /&gt;</w:t>
        <w:br/>
        <w:t>Сатана: Та й набридло вже *.&lt;br /&gt;</w:t>
        <w:br/>
        <w:t>Сковорода&lt;br /&gt;</w:t>
        <w:br/>
        <w:t>Мовчу. Мовчу.&lt;br /&gt;</w:t>
        <w:br/>
        <w:t>[. і&lt;br /&gt;</w:t>
        <w:br/>
        <w:t>&lt;Цундра&gt; Козак-Розплата&lt;br /&gt;</w:t>
        <w:br/>
        <w:t>Що "ну"&lt;!&gt;? Ти ж сам повинен був &lt;включитись&gt;&lt;br /&gt;</w:t>
        <w:br/>
        <w:t>&lt;почати&gt;&lt;br /&gt;</w:t>
        <w:br/>
        <w:t>1 Під цим рядком пізніше дописано й викреслено: "а це вчи-&lt;br /&gt;</w:t>
        <w:br/>
        <w:t>тель мій — стидайся!" — Ред.&lt;br /&gt;</w:t>
        <w:br/>
        <w:t>узятись&lt;br /&gt;</w:t>
        <w:br/>
        <w:t>Щоб "враз" — &lt;то так, але&gt; це так, лише... безпомилково?&lt;br /&gt;</w:t>
        <w:br/>
        <w:t>В нас досвіду ще не було — тому&lt;br /&gt;</w:t>
        <w:br/>
        <w:t>і помилки,— &lt;одверто ск[ажем]&gt; &lt;Не таїмось &gt;&lt;br /&gt;</w:t>
        <w:br/>
        <w:t>Не криємось.&lt;br /&gt;</w:t>
        <w:br/>
        <w:t>Повстання&lt;br /&gt;</w:t>
        <w:br/>
        <w:t>були й раніш. &lt; Облави &gt; Походи й зрушення.&lt;br /&gt;</w:t>
        <w:br/>
        <w:t>&lt;Але&gt; Та то... не те, не те. &lt;То була ра&gt; &lt; гетьману &gt;&lt;br /&gt;</w:t>
        <w:br/>
        <w:t>&lt;Бо зразу&gt; Бо врешті гетьман&lt;br /&gt;</w:t>
        <w:br/>
        <w:t>десь витикавсь і купою собак, &lt;отих&gt;&lt;br /&gt;</w:t>
        <w:br/>
        <w:t>(с в о ї х собак!) оточений — він кидавсь&lt;br /&gt;</w:t>
        <w:br/>
        <w:t>на нас. &lt; Ізнов &gt; І знов ми гинули. І знов.&lt;br /&gt;</w:t>
        <w:br/>
        <w:t>&lt;Сковорода&gt; Сатана&lt;br /&gt;</w:t>
        <w:br/>
        <w:t>&lt;Так ось! Так аж тепер я розумію! &gt; &lt;все розумію!&gt;&lt;br /&gt;</w:t>
        <w:br/>
        <w:t>Сіроми бунт пригадуєш на Січі?&lt;br /&gt;</w:t>
        <w:br/>
        <w:t>Сковорода&lt;br /&gt;</w:t>
        <w:br/>
        <w:t>&lt; Виходить —я не помилявся&gt; &lt; Виходить, що не&lt;br /&gt;</w:t>
        <w:br/>
        <w:t>помилявсь &gt;&lt;br /&gt;</w:t>
        <w:br/>
        <w:t>Виходить — я не помилявсь, коли&lt;br /&gt;</w:t>
        <w:br/>
        <w:t>ждучи на вас, &lt;я розсікав &gt; &lt;та розсікав &gt; пересікав&lt;br /&gt;</w:t>
        <w:br/>
        <w:t>поняття&lt;br /&gt;</w:t>
        <w:br/>
        <w:t>"народ" &lt;— і "край" — і в&gt;&lt;br /&gt;</w:t>
        <w:br/>
        <w:t>&lt;на два, і от&gt; &lt;на два і так&gt; &lt;на два і ось отак&lt;br /&gt;</w:t>
        <w:br/>
        <w:t>і впоперек&gt;&lt;br /&gt;</w:t>
        <w:br/>
        <w:t>&lt;у піль&gt; на два —&lt;br /&gt;</w:t>
        <w:br/>
        <w:t>Цундра&lt;br /&gt;</w:t>
        <w:br/>
        <w:t>&lt;Чому ж на два — там сто&lt;br /&gt;</w:t>
        <w:br/>
        <w:t>відтінків. Верх і низ —це правда &gt;&lt;br /&gt;</w:t>
        <w:br/>
        <w:t>Чого ж на два — там більш&lt;br /&gt;</w:t>
        <w:br/>
        <w:t>поріжнень. &lt;Два: верхи й низи —це правда&gt;&lt;br /&gt;</w:t>
        <w:br/>
        <w:t>&lt;бо:&gt; верх і низ —не зовсім точно,&lt;br /&gt;</w:t>
        <w:br/>
        <w:t>бо й на низах не однакові — проте...&lt;br /&gt;</w:t>
        <w:br/>
        <w:t>теорії вже досить.&lt;br /&gt;</w:t>
        <w:br/>
        <w:t>&lt;Сатана&gt; &lt;Са[тана]&gt; &lt;Сатана&gt; Козак Роз-&lt;br /&gt;</w:t>
        <w:br/>
        <w:t>плата&lt;br /&gt;</w:t>
        <w:br/>
        <w:t>Бунт сіроми1&lt;br /&gt;</w:t>
        <w:br/>
        <w:t>&lt;не однакові &gt; &lt;та що й казать &gt; &lt;як розказать &gt;&lt;br /&gt;</w:t>
        <w:br/>
        <w:t>1 Текст до "Хіба ж" пізніше був викреслений автором.— Ред.&lt;br /&gt;</w:t>
        <w:br/>
        <w:t>&lt; Авжеж &gt; &lt;Ого&gt;&lt;br /&gt;</w:t>
        <w:br/>
        <w:t>На Запорізькій Січі&lt;br /&gt;</w:t>
        <w:br/>
        <w:t>сіроми бунт — пригадуєш? Так знай:&lt;br /&gt;</w:t>
        <w:br/>
        <w:t>що це не бунт, а більше щось, планове&lt;br /&gt;</w:t>
        <w:br/>
        <w:t>&lt;Лише&gt; &lt;І план оцей&gt;&lt;br /&gt;</w:t>
        <w:br/>
        <w:t>&lt;І нам цей план передали &gt;&lt;br /&gt;</w:t>
        <w:br/>
        <w:t>це жне один він був.&lt;br /&gt;</w:t>
        <w:br/>
        <w:t>Люципер*&lt;br /&gt;</w:t>
        <w:br/>
        <w:t>Та то й не бунт *,&lt;br /&gt;</w:t>
        <w:br/>
        <w:t>а більше щось, глибше *.&lt;br /&gt;</w:t>
        <w:br/>
        <w:t>Сатана&lt;br /&gt;</w:t>
        <w:br/>
        <w:t>Набридло вже.&lt;br /&gt;</w:t>
        <w:br/>
        <w:t>Хіба ж *&lt;br /&gt;</w:t>
        <w:br/>
        <w:t>&lt;Для чогось, хха? — Та сам же я, що мріяв&lt;br /&gt;</w:t>
        <w:br/>
        <w:t>"наукою про щастя" &gt;&lt;br /&gt;</w:t>
        <w:br/>
        <w:t>&lt;Сковорода&gt;&lt;br /&gt;</w:t>
        <w:br/>
        <w:t>Люципер: &lt;Не забувай, що нам ще ж треба бути сьогодні в то-&lt;br /&gt;</w:t>
        <w:br/>
        <w:t>го задрипаного князя &gt; &lt;Цундро, не забувай, що нам же сьо-&lt;br /&gt;</w:t>
        <w:br/>
        <w:t>годні треба буде упорать отого князя &gt; Цундро, кінчать пора, бо&lt;br /&gt;</w:t>
        <w:br/>
        <w:t>нам же сьогодні треба буде упорать того князька.&lt;br /&gt;</w:t>
        <w:br/>
        <w:t>Цундра&lt;br /&gt;</w:t>
        <w:br/>
        <w:t>&lt;3наю, знаю.&lt;br /&gt;</w:t>
        <w:br/>
        <w:t>Ну так чого ж задумавсь &gt;&lt;br /&gt;</w:t>
        <w:br/>
        <w:t>Чую, знаю.&lt;br /&gt;</w:t>
        <w:br/>
        <w:t>Про це ж якраз і говоритиму.&lt;br /&gt;</w:t>
        <w:br/>
        <w:t>(до Сковороди)&lt;br /&gt;</w:t>
        <w:br/>
        <w:t>Ну так чого задумавсь? &lt; Тяжко? Ліньки? &gt; Страшно?&lt;br /&gt;</w:t>
        <w:br/>
        <w:t>Ліньки?&lt;br /&gt;</w:t>
        <w:br/>
        <w:t>[• і&lt;br /&gt;</w:t>
        <w:br/>
        <w:t>виделками чиргикать,—&lt;br /&gt;</w:t>
        <w:br/>
        <w:t>і панота&lt;br /&gt;</w:t>
        <w:br/>
        <w:t>&lt;тебе, як ту ганчірку &gt;&lt;br /&gt;</w:t>
        <w:br/>
        <w:t>з свого стола тобі щось кине: нна!&lt;br /&gt;</w:t>
        <w:br/>
        <w:t>&lt;хоч&gt; не подавись...&lt;br /&gt;</w:t>
        <w:br/>
        <w:t>Тень до тапцю Цундри *&lt;br /&gt;</w:t>
        <w:br/>
        <w:t>гнофті се автон *&lt;br /&gt;</w:t>
        <w:br/>
        <w:t>&lt; тобто: не за цупдру, а проти цундри &gt; &lt; вийде &gt; *&lt;br /&gt;</w:t>
        <w:br/>
        <w:t>&lt;виходить&gt; *&lt;br /&gt;</w:t>
        <w:br/>
        <w:t>Тобто: й &lt;разом:&gt; до бунту закликаєш і &lt;разом 8*&lt;br /&gt;</w:t>
        <w:br/>
        <w:t>тим&gt; пізнати себе самого*.&lt;br /&gt;</w:t>
        <w:br/>
        <w:t>Сковорода&lt;br /&gt;</w:t>
        <w:br/>
        <w:t>&lt; Чекай, чекай, ти справді &gt; &lt;Ти&lt;br /&gt;</w:t>
        <w:br/>
        <w:t>справді &gt;&lt;br /&gt;</w:t>
        <w:br/>
        <w:t>Я розумію: приклад&lt;br /&gt;</w:t>
        <w:br/>
        <w:t>привів &lt;мені, але&gt; мені. Але цей приклад б'є,&lt;br /&gt;</w:t>
        <w:br/>
        <w:t>гнітить мене, &lt;як&gt; мов я вже справді зрадник,&lt;br /&gt;</w:t>
        <w:br/>
        <w:t>запроданець,— тим часом коли я&lt;br /&gt;</w:t>
        <w:br/>
        <w:t>&lt;сам&gt; роблю &lt;одне із&gt; одне ж із вами. Що окремо&lt;br /&gt;</w:t>
        <w:br/>
        <w:t>од вас я йшов — &lt;це правда &gt; у цім я вам признавсь,&lt;br /&gt;</w:t>
        <w:br/>
        <w:t>кінець. Тепер — &lt;усе я хочу зв[ажить] &gt; я хочу з вами,&lt;br /&gt;</w:t>
        <w:br/>
        <w:t>з вами,&lt;br /&gt;</w:t>
        <w:br/>
        <w:t>&lt; пов'язано &gt; з голотою, &lt;з якої&gt; що з неї й сам я вріс,—&lt;br /&gt;</w:t>
        <w:br/>
        <w:t>тепер &lt;—я ваш&gt; я — ваш. Робити хочу, діять,&lt;br /&gt;</w:t>
        <w:br/>
        <w:t>як ти сказав. Давайте ж починать.&lt;br /&gt;</w:t>
        <w:br/>
        <w:t>Цундра&lt;br /&gt;</w:t>
        <w:br/>
        <w:t>Так от: тобі завдання. Задратуеш&lt;br /&gt;</w:t>
        <w:br/>
        <w:t>па диспуті сьогоднішнім панів —&lt;br /&gt;</w:t>
        <w:br/>
        <w:t>Сковорода (здивовано)&lt;br /&gt;</w:t>
        <w:br/>
        <w:t>А звідки &lt;ти про диспут взнав? &gt; ви про диспут —&lt;br /&gt;</w:t>
        <w:br/>
        <w:t>&lt;Сатана&gt; Козак-Роэплата&lt;br /&gt;</w:t>
        <w:br/>
        <w:t>&lt;Все ми знаєм &gt; &lt; Знаєм, знаєм &gt;&lt;br /&gt;</w:t>
        <w:br/>
        <w:t>Смішно: знаєм&lt;br /&gt;</w:t>
        <w:br/>
        <w:t>про все— ого!&lt;br /&gt;</w:t>
        <w:br/>
        <w:t>Цундра&lt;br /&gt;</w:t>
        <w:br/>
        <w:t>&lt;Це ж&gt; Панота з'їхалась&lt;br /&gt;</w:t>
        <w:br/>
        <w:t>з усіх усюд, аж &lt; чорна &gt; ген, аж чортзна-ввідки—&lt;br /&gt;</w:t>
        <w:br/>
        <w:t>щоб &lt; побороть голоту. Зловлено&lt;br /&gt;</w:t>
        <w:br/>
        <w:t>Залізняка, і Гопту, і&lt;br /&gt;</w:t>
        <w:br/>
        <w:t>ізловлено кого, кого убито,&lt;br /&gt;</w:t>
        <w:br/>
        <w:t>задушено.&lt;br /&gt;</w:t>
        <w:br/>
        <w:t>Здається — все пропало, все&lt;br /&gt;</w:t>
        <w:br/>
        <w:t>і от&gt; &lt; побороть повстання. Знаєш сам —&lt;br /&gt;</w:t>
        <w:br/>
        <w:t>повішено кого, кого убито&lt;br /&gt;</w:t>
        <w:br/>
        <w:t>(а коли ні — то зараз взнаєш) &gt;&lt;br /&gt;</w:t>
        <w:br/>
        <w:t>&lt; Знищити все те&gt; &lt; побороть &gt; придушить&lt;br /&gt;</w:t>
        <w:br/>
        <w:t>повстання.&lt;br /&gt;</w:t>
        <w:br/>
        <w:t>Знаєш сам —&lt;br /&gt;</w:t>
        <w:br/>
        <w:t>повішено кого, кого забито&lt;br /&gt;</w:t>
        <w:br/>
        <w:t>&lt; (а коли ні — то скоро взнаєш) &gt;&lt;br /&gt;</w:t>
        <w:br/>
        <w:t>&lt; Здавалося — всьому, всьому кінець. &gt;&lt;br /&gt;</w:t>
        <w:br/>
        <w:t>&lt;А вбито їх багато &gt;&lt;br /&gt;</w:t>
        <w:br/>
        <w:t>&lt;на Нерчинське&gt;&lt;br /&gt;</w:t>
        <w:br/>
        <w:t>&lt;не зборено повстання &gt;&lt;br /&gt;</w:t>
        <w:br/>
        <w:t>&lt; постали &gt;&lt;br /&gt;</w:t>
        <w:br/>
        <w:t>&lt; жорстокий бій &gt;&lt;br /&gt;</w:t>
        <w:br/>
        <w:t>&lt;і от вона тепер &gt;&lt;br /&gt;</w:t>
        <w:br/>
        <w:t>&lt;і от тепер &gt; &lt; підготовка &gt; &lt;йде&gt;&lt;br /&gt;</w:t>
        <w:br/>
        <w:t>&lt; зазнали втрат&lt;br /&gt;</w:t>
        <w:br/>
        <w:t>і ось&gt; Нелегко нам. Бо &lt; справжніх &gt; ми ж сами. Народ?—&lt;br /&gt;</w:t>
        <w:br/>
        <w:t>того нема, &lt;а&gt; той одійшов, а дехто&lt;br /&gt;</w:t>
        <w:br/>
        <w:t>хитрує ще і прикидається&lt;br /&gt;</w:t>
        <w:br/>
        <w:t>біднякою,— &lt;і то тут&gt; &lt;тому і тут ось&gt; &lt;і тут ось перед&lt;br /&gt;</w:t>
        <w:br/>
        <w:t>н [ами] &gt; і перед нами встало&lt;br /&gt;</w:t>
        <w:br/>
        <w:t>таке: &lt; за [брать] &gt; узять найкращих із низів&lt;br /&gt;</w:t>
        <w:br/>
        <w:t>&lt;і починать як&gt; &lt;і починать ізно[в]&gt; &lt;і починать з&lt;br /&gt;</w:t>
        <w:br/>
        <w:t>абетки &gt; &lt;і починать ізнов, перецідивши &gt; &lt;і по-&lt;br /&gt;</w:t>
        <w:br/>
        <w:t>чинать ізнов. Неми [лосердно] &gt; &lt; Немилосердно&lt;br /&gt;</w:t>
        <w:br/>
        <w:t>перецідивши&lt;br /&gt;</w:t>
        <w:br/>
        <w:t>й найкращих цих, ми виберем із них&lt;br /&gt;</w:t>
        <w:br/>
        <w:t>і пошлемо &gt; &lt; перецідивши&lt;br /&gt;</w:t>
        <w:br/>
        <w:t>з нас кождого уздовж і впоперек &gt;&lt;br /&gt;</w:t>
        <w:br/>
        <w:t>продовжувать бої. А щоб уникнуть&lt;br /&gt;</w:t>
        <w:br/>
        <w:t>тих помилок, ми кождого із нас&lt;br /&gt;</w:t>
        <w:br/>
        <w:t>провіримо,— &lt;і буде в нас&gt; &lt;і буде&gt; Щоб в нас — саме&lt;br /&gt;</w:t>
        <w:br/>
        <w:t>залізо! —&lt;br /&gt;</w:t>
        <w:br/>
        <w:t>а не іржа було, &lt;з[алізо]&gt; саме залі —&lt;br /&gt;</w:t>
        <w:br/>
        <w:t>&lt;Козак Розплата (перехоплює)&gt;&lt;br /&gt;</w:t>
        <w:br/>
        <w:t>...Зогнилий світ доб'єм — &lt;із&gt; &lt;і буде: щастя! &gt; новий&lt;br /&gt;</w:t>
        <w:br/>
        <w:t>повстане&lt;br /&gt;</w:t>
        <w:br/>
        <w:t>&lt;Козак Розплата&gt;&lt;br /&gt;</w:t>
        <w:br/>
        <w:t>але не так, &lt;як учи[ш ти] &gt; &lt;ти навчаєш &gt; проповідуєш,&lt;br /&gt;</w:t>
        <w:br/>
        <w:t>а в боротьбі запеклій.&lt;br /&gt;</w:t>
        <w:br/>
        <w:t>Сковорода&lt;br /&gt;</w:t>
        <w:br/>
        <w:t>&lt;Що ж, у цьому&lt;br /&gt;</w:t>
        <w:br/>
        <w:t>я вже давно &gt; Боротьбою&lt;br /&gt;</w:t>
        <w:br/>
        <w:t>я вже давно &lt; перехопивсь. Кажіть &gt; &lt; захоплений &gt;&lt;br /&gt;</w:t>
        <w:br/>
        <w:t>&lt; прохоплений &gt; охоплений.&lt;br /&gt;</w:t>
        <w:br/>
        <w:t>Так от —&lt;br /&gt;</w:t>
        <w:br/>
        <w:t>ти покажи на діліЗа дратуєш&lt;br /&gt;</w:t>
        <w:br/>
        <w:t>панів. Щоб аж завили! &lt;Од[чихвости]&lt;br /&gt;</w:t>
        <w:br/>
        <w:t>на диспуті панів. Потруїш їх&lt;br /&gt;</w:t>
        <w:br/>
        <w:t>і потрясеш як слід!&gt; Пустиш їх&lt;br /&gt;</w:t>
        <w:br/>
        <w:t>і потрясеш ізнов. І як побачиш,— &lt;що ще живі&gt;&lt;br /&gt;</w:t>
        <w:br/>
        <w:t>&lt;ще дихають? — трусни їх&gt; що дихають,—дмухни &lt;на&gt;&lt;br /&gt;</w:t>
        <w:br/>
        <w:t>на проклятих&lt;br /&gt;</w:t>
        <w:br/>
        <w:t>і обпали вогнем своєї думки — &lt;.(перемовчавшіі)&gt;&lt;br /&gt;</w:t>
        <w:br/>
        <w:t>(важко оддихуючи)&lt;br /&gt;</w:t>
        <w:br/>
        <w:t>хай &lt; корчаться &gt; &lt; корчиться &gt; корчаться, як &lt;черва &gt;&lt;br /&gt;</w:t>
        <w:br/>
        <w:t>черви!..&lt;br /&gt;</w:t>
        <w:br/>
        <w:t>Люципер: Поки там що — а я дмухну &lt;на&gt; ось&lt;br /&gt;</w:t>
        <w:br/>
        <w:t>на лампадку, &lt;бо готово. Єсть.&gt; Ану: Господи благо-&lt;br /&gt;</w:t>
        <w:br/>
        <w:t>слови! Готово 2.&lt;br /&gt;</w:t>
        <w:br/>
        <w:t>&lt;на землі &gt; &lt;Ми&gt; Накричав&lt;br /&gt;</w:t>
        <w:br/>
        <w:t>на тебе я, а&lt;ми тобі&gt; &lt;я тобі&gt; ми ж... &lt; (спитай і в&lt;br /&gt;</w:t>
        <w:br/>
        <w:t>інших) &gt; &lt; (вони хаіі скажуть) &gt; &lt; (та ось хай&lt;br /&gt;</w:t>
        <w:br/>
        <w:t>скажуть) &gt; &lt; (Хай ось&gt; &lt; (Хай скажуть інші) &gt;&lt;br /&gt;</w:t>
        <w:br/>
        <w:t>(Хай інші скажуть)&lt;br /&gt;</w:t>
        <w:br/>
        <w:t>ми віримо тобі.&lt;br /&gt;</w:t>
        <w:br/>
        <w:t>&lt;Всі&gt; Сатана&lt;br /&gt;</w:t>
        <w:br/>
        <w:t>Коли не &lt; вірить &gt; так —&lt;br /&gt;</w:t>
        <w:br/>
        <w:t>чого б же &lt;би&gt; ми й прийшли.&lt;br /&gt;</w:t>
        <w:br/>
        <w:t>Козак Розплата&lt;br /&gt;</w:t>
        <w:br/>
        <w:t>&lt;А силу думки &gt; І сили думки&lt;br /&gt;</w:t>
        <w:br/>
        <w:t>твоєї — теж &lt;усі знаєм. Цінуємо. І те,&lt;br /&gt;</w:t>
        <w:br/>
        <w:t>що ти новий &gt; &lt;у[читель] &gt; &lt;ми чуємо і знаєм —&lt;br /&gt;</w:t>
        <w:br/>
        <w:t>і диспут цей — це є не просто диспут,&lt;br /&gt;</w:t>
        <w:br/>
        <w:t>а гра, ігра на смерть &gt; ми потребуємо,&lt;br /&gt;</w:t>
        <w:br/>
        <w:t>бо диспут цей— &lt;цей&gt; це є не просто диспут,&lt;br /&gt;</w:t>
        <w:br/>
        <w:t>а міряння страшне, ігра на смерть.&lt;br /&gt;</w:t>
        <w:br/>
        <w:t>&lt;Сатана&gt; Люципер&lt;br /&gt;</w:t>
        <w:br/>
        <w:t>1 Тут позначено вставку, але що саме хотів додати автор, не-&lt;br /&gt;</w:t>
        <w:br/>
        <w:t>відомо.— Ред.&lt;br /&gt;</w:t>
        <w:br/>
        <w:t>2 Після слова "Готово" стоять дві зірочки. Що вони означають,&lt;br /&gt;</w:t>
        <w:br/>
        <w:t>невідомо,— Ред.&lt;br /&gt;</w:t>
        <w:br/>
        <w:t>Та не тягніть, кажіть уже ясніше,&lt;br /&gt;</w:t>
        <w:br/>
        <w:t>чого прийшли! —&lt;br /&gt;</w:t>
        <w:br/>
        <w:t>Тут, бач, таке: одбить&lt;br /&gt;</w:t>
        <w:br/>
        <w:t>&lt; Залізняка Максима зна[чить]&gt; Ч [орноземлю] Марка нам&lt;br /&gt;</w:t>
        <w:br/>
        <w:t>треба.&lt;br /&gt;</w:t>
        <w:br/>
        <w:t>Сковорода &lt; (підхопився) &gt; (кинувсь)&lt;br /&gt;</w:t>
        <w:br/>
        <w:t>Як це —&lt;br /&gt;</w:t>
        <w:br/>
        <w:t>так віп живий іще?&lt;br /&gt;</w:t>
        <w:br/>
        <w:t>Козак Розплата&lt;br /&gt;</w:t>
        <w:br/>
        <w:t>На Нерчинське&lt;br /&gt;</w:t>
        <w:br/>
        <w:t>його ведуть. Зупиняться сьогодні&lt;br /&gt;</w:t>
        <w:br/>
        <w:t>у цім селі &lt; якраз, у кпязя&gt; в князька, чи хто &lt;він там&gt;&lt;br /&gt;</w:t>
        <w:br/>
        <w:t>там пін,&lt;br /&gt;</w:t>
        <w:br/>
        <w:t>не знаю, й от...&lt;br /&gt;</w:t>
        <w:br/>
        <w:t>Цундра&lt;br /&gt;</w:t>
        <w:br/>
        <w:t>Ти одтягни увагу&lt;br /&gt;</w:t>
        <w:br/>
        <w:t>панів, &lt; за [говори] &gt; а ми-&lt;br /&gt;</w:t>
        <w:br/>
        <w:t>Сатана&lt;br /&gt;</w:t>
        <w:br/>
        <w:t>&lt; — од Змієвого лісу — &gt;&lt;br /&gt;</w:t>
        <w:br/>
        <w:t>отам, де Зміїв ліс —&lt;br /&gt;</w:t>
        <w:br/>
        <w:t>&lt;Л ю ц и п е р&lt;br /&gt;</w:t>
        <w:br/>
        <w:t>Ударимо і поженем на гору&gt;&lt;br /&gt;</w:t>
        <w:br/>
        <w:t>&lt; Ударимо із двох боків, і небо&gt;&lt;br /&gt;</w:t>
        <w:br/>
        <w:t>&lt;Ударимо і головешка 'д князя&lt;br /&gt;</w:t>
        <w:br/>
        <w:t>залишиться—&gt;&lt;br /&gt;</w:t>
        <w:br/>
        <w:t>Цундра*&lt;br /&gt;</w:t>
        <w:br/>
        <w:t>Ударимо&lt;br /&gt;</w:t>
        <w:br/>
        <w:t>Люцппер*&lt;br /&gt;</w:t>
        <w:br/>
        <w:t>і головешка 'д князя&lt;br /&gt;</w:t>
        <w:br/>
        <w:t>зостанеться —&lt;br /&gt;</w:t>
        <w:br/>
        <w:t>Сковорода (підхопився)&lt;br /&gt;</w:t>
        <w:br/>
        <w:t>Клянусь, що все зроблю &lt;!&gt;,&lt;br /&gt;</w:t>
        <w:br/>
        <w:t>клянусь!..*&lt;br /&gt;</w:t>
        <w:br/>
        <w:t>&lt; Залізняка Максима &gt;&lt;br /&gt;</w:t>
        <w:br/>
        <w:t>Цундра&lt;br /&gt;</w:t>
        <w:br/>
        <w:t>&lt; Клянешся ти? Так&gt; Чекай— ти поклянись на шаблі —&lt;br /&gt;</w:t>
        <w:br/>
        <w:t>&lt;Ск ов орода&gt;&lt;br /&gt;</w:t>
        <w:br/>
        <w:t>і буде в нас — прибито, як гвіздком.&lt;br /&gt;</w:t>
        <w:br/>
        <w:t>(Всі вихоплюють іа піхов шаблі. &lt;С.Вбігає Юродивий&gt;)&lt;br /&gt;</w:t>
        <w:br/>
        <w:t>&lt;Юродивий&gt; &lt;Сковорода&gt; Юродивий (вбігав)&lt;br /&gt;</w:t>
        <w:br/>
        <w:t>Кінчаєте? Чого &lt;так довго? Дніє&gt; ж так довго?&lt;br /&gt;</w:t>
        <w:br/>
        <w:t>&lt;Б[удьте]&gt;&lt;br /&gt;</w:t>
        <w:br/>
        <w:t>&lt; Скільки &gt; Днів,—&lt;br /&gt;</w:t>
        <w:br/>
        <w:t>&lt;і сторожу став трудніше &gt; &lt;і сторожу вже тяжко. 0&gt;&lt;br /&gt;</w:t>
        <w:br/>
        <w:t>&lt;і сторожу вже страшно &gt; і стерегти вже небезпечно: Я&lt;br /&gt;</w:t>
        <w:br/>
        <w:t>прибіг сказать &lt;що обер-офіцер&gt;...&lt;br /&gt;</w:t>
        <w:br/>
        <w:t>а цитьте (&lt;.всі дивля-&lt;br /&gt;</w:t>
        <w:br/>
        <w:t>гься&gt; дивиться в вікно).&lt;br /&gt;</w:t>
        <w:br/>
        <w:t>Ну звичайно,&lt;br /&gt;</w:t>
        <w:br/>
        <w:t>сюди іде. &lt;Скоріше — ряси! Так.&gt; Скоріш —у ряси! (всі&lt;br /&gt;</w:t>
        <w:br/>
        <w:t>надівають ряси) Так.&lt;br /&gt;</w:t>
        <w:br/>
        <w:t>Схиліться всі коло стола, немовби&lt;br /&gt;</w:t>
        <w:br/>
        <w:t>&lt;святе письмо — (увіходить офіцер) &gt; святе письмо — ну&lt;br /&gt;</w:t>
        <w:br/>
        <w:t>от — (увіходить офіцер, &lt;але всі&gt; ніхто на нього &lt;ніякісінь-&lt;br /&gt;</w:t>
        <w:br/>
        <w:t>кої&gt; жодної уваги)&lt;br /&gt;</w:t>
        <w:br/>
        <w:t>&lt;Офіцер&lt;br /&gt;</w:t>
        <w:br/>
        <w:t>Рекомендуюсь — я —&lt;br /&gt;</w:t>
        <w:br/>
        <w:t>Юродивий (до Сковороди)&lt;br /&gt;</w:t>
        <w:br/>
        <w:t>От&lt;br /&gt;</w:t>
        <w:br/>
        <w:t>ти нам сказав &gt;&lt;br /&gt;</w:t>
        <w:br/>
        <w:t>Офіцер (з змієподібною &lt; учти [вістю] &gt; галантністю)&lt;br /&gt;</w:t>
        <w:br/>
        <w:t>Пробачте — я —</w:t>
      </w:r>
    </w:p>
    <w:p>
      <w:r>
        <w:br/>
        <w:t>Юродивий (до Сковороди)&lt;br /&gt;</w:t>
        <w:br/>
        <w:t>Учителю, а як це розуміти,&lt;br /&gt;</w:t>
        <w:br/>
        <w:t>що бог один, а в трьох він єстествах?</w:t>
      </w:r>
    </w:p>
    <w:p>
      <w:r>
        <w:br/>
        <w:t>Цундра&lt;br /&gt;</w:t>
        <w:br/>
        <w:t>&lt;Ага! А те і що бог&gt; &lt;Або&gt; &lt;Або ж оте&gt; Або ж, що&lt;br /&gt;</w:t>
        <w:br/>
        <w:t>1 Збоку пізніше дописано: "Л ю ц и п е р", але репліки його не-&lt;br /&gt;</w:t>
        <w:br/>
        <w:t>ма.— Ред.&lt;br /&gt;</w:t>
        <w:br/>
        <w:t>чорт — 1&lt;br /&gt;</w:t>
        <w:br/>
        <w:t>Рекомендуюсь.&lt;br /&gt;</w:t>
        <w:br/>
        <w:t>Не чуете? я обер-офіцер,&lt;br /&gt;</w:t>
        <w:br/>
        <w:t>прісланний &lt;сюда&gt; в сей монастир для наблю-&lt;br /&gt;</w:t>
        <w:br/>
        <w:t>денія, а также приходо-расходние кнігі содер-&lt;br /&gt;</w:t>
        <w:br/>
        <w:t>жать.&lt;br /&gt;</w:t>
        <w:br/>
        <w:t>Сковорода&lt;br /&gt;</w:t>
        <w:br/>
        <w:t>А, дуже приємно. Так що вам потрібно? &lt;М&gt; &lt;Простіть, святі&lt;br /&gt;</w:t>
        <w:br/>
        <w:t>отці&gt;&lt;br /&gt;</w:t>
        <w:br/>
        <w:t>Обер-офіцер&lt;br /&gt;</w:t>
        <w:br/>
        <w:t>Пробачте, &lt;але ж розумієте... час эараз тривожний&gt; що я так&lt;br /&gt;</w:t>
        <w:br/>
        <w:t>рано, але я хотів — власне, я змушений був — ви розумієте?&lt;br /&gt;</w:t>
        <w:br/>
        <w:t>Сковорода&lt;br /&gt;</w:t>
        <w:br/>
        <w:t>Ні, рішуче нічого не розумію.&lt;br /&gt;</w:t>
        <w:br/>
        <w:t>Обер-офіцер&lt;br /&gt;</w:t>
        <w:br/>
        <w:t>Час тривожний переживаємо, тому і мусим приглядатись. Пробач-&lt;br /&gt;</w:t>
        <w:br/>
        <w:t>те, але мені &lt; вдалось, власне не здалось, а мені&gt; сказали, що&lt;br /&gt;</w:t>
        <w:br/>
        <w:t>у вас... гості &lt;эаходили&gt;.</w:t>
      </w:r>
    </w:p>
    <w:p>
      <w:r>
        <w:br/>
        <w:t>&lt;Сковорода&lt;br /&gt;</w:t>
        <w:br/>
        <w:t>Так. Святі отці прийшли раненько, і ми над святим письмом ось&lt;br /&gt;</w:t>
        <w:br/>
        <w:t>цілий ранок. &gt;&lt;br /&gt;</w:t>
        <w:br/>
        <w:t>Сков орода&lt;br /&gt;</w:t>
        <w:br/>
        <w:t>Гості? Власне &lt;кажучи&gt;... тобто... я...*&lt;br /&gt;</w:t>
        <w:br/>
        <w:t>Цундра*&lt;br /&gt;</w:t>
        <w:br/>
        <w:t>Так. Святі отці прийшли до старчика Григорія, і ми над святим&lt;br /&gt;</w:t>
        <w:br/>
        <w:t>письмом ось цілий ранок.</w:t>
      </w:r>
    </w:p>
    <w:p>
      <w:r>
        <w:br/>
        <w:t>Обер-офіцер&lt;br /&gt;</w:t>
        <w:br/>
        <w:t>Та ні,—гості &lt;з бунтовщиків&gt; &lt;ген з правого берега &gt; од бун-&lt;br /&gt;</w:t>
        <w:br/>
        <w:t>тарів — од коліїв — що ніби —...ну, бачите: з правого берега пере-&lt;br /&gt;</w:t>
        <w:br/>
        <w:t>бігла сюди ватага &lt; якогось&gt; Цундри, &lt;що ми його шукаємо &gt;&lt;br /&gt;</w:t>
        <w:br/>
        <w:t>і ми його висліджуєм, бо... &lt; навіщо ж нам та&gt; через нього&lt;br /&gt;</w:t>
        <w:br/>
        <w:t>&lt;з Польщею &gt; ж з Польщею не мирити...</w:t>
      </w:r>
    </w:p>
    <w:p>
      <w:r>
        <w:br/>
        <w:t>Шановний добродію! Я дуже дивуюся, що ви, &lt;бувши так добре&lt;br /&gt;</w:t>
        <w:br/>
        <w:t>вихованим, так осмілюєтесь нечемно &gt; будучи в таких чинах і в&lt;br /&gt;</w:t>
        <w:br/>
        <w:t>столиці вихованим, та так зважаєтесь мене &lt; образити (до [своїх&lt;br /&gt;</w:t>
        <w:br/>
        <w:t>товаришів]) &gt; ображати! &lt;до святих [отців}&gt; &lt;Святі отці&gt;&lt;br /&gt;</w:t>
        <w:br/>
        <w:t>Святі отці! Ви тільки подумайте: од бунтарів! га? Цундру приплів&lt;br /&gt;</w:t>
        <w:br/>
        <w:t>мені якогось!</w:t>
      </w:r>
    </w:p>
    <w:p>
      <w:r>
        <w:br/>
        <w:t>Цундра&lt;br /&gt;</w:t>
        <w:br/>
        <w:t>О господи, господи!&lt;br /&gt;</w:t>
        <w:br/>
        <w:t>С а т а н а. Це Сатана &lt;їх іскушає&gt; спокушав тих головорізів, не *&lt;br /&gt;</w:t>
        <w:br/>
        <w:t>інакше *.&lt;br /&gt;</w:t>
        <w:br/>
        <w:t>Люципер &lt;хре[стячись] &gt; Люципер проклятий &lt;од бога *&lt;br /&gt;</w:t>
        <w:br/>
        <w:t>одвертає&gt;. Це він усе*.</w:t>
      </w:r>
    </w:p>
    <w:p>
      <w:r>
        <w:br/>
        <w:t>Обер-офіцер&lt;br /&gt;</w:t>
        <w:br/>
        <w:t>О! &lt;я справді бачу, що я помилився. Простіть великодушно. Ре-&lt;br /&gt;</w:t>
        <w:br/>
        <w:t>комендуюсь, (пішов) &gt; тоді я прошу пробачення, я справді бачу,&lt;br /&gt;</w:t>
        <w:br/>
        <w:t>що я помилився. Простіть великодушно. Рекомендуюсь. (Змієпо-&lt;br /&gt;</w:t>
        <w:br/>
        <w:t>дібно вийшов.)</w:t>
      </w:r>
    </w:p>
    <w:p>
      <w:r>
        <w:br/>
        <w:t>Сковорода*&lt;br /&gt;</w:t>
        <w:br/>
        <w:t>1 як могли ви таке припустити! Ні, ні, не одмовляйтеся. А я таки *&lt;br /&gt;</w:t>
        <w:br/>
        <w:t>справді дивуюся, що ви, будучи в таких чинах...*&lt;br /&gt;</w:t>
        <w:br/>
        <w:t>(Павза. Всі дивляться в вікно. Годинник на дзвіниці &lt;.гамою вго-&lt;br /&gt;</w:t>
        <w:br/>
        <w:t>ру, гамою вниз — одміряло — п'ять&gt; по східцях гамою вгору збіг&lt;br /&gt;</w:t>
        <w:br/>
        <w:t>і, зараз же подражнившись, дзвінкими каблуками вниз вернувсь —&lt;br /&gt;</w:t>
        <w:br/>
        <w:t>одміряло — п'ять)</w:t>
      </w:r>
    </w:p>
    <w:p>
      <w:r>
        <w:br/>
        <w:t>Юродивий&lt;br /&gt;</w:t>
        <w:br/>
        <w:t>Пішов. У сад. Ліворуч. Ну, &lt; тепер же&lt;br /&gt;</w:t>
        <w:br/>
        <w:t>потиху всі&gt; виходьте —&lt;br /&gt;</w:t>
        <w:br/>
        <w:t>я проведу.</w:t>
      </w:r>
    </w:p>
    <w:p>
      <w:r>
        <w:br/>
        <w:t>Цундра&lt;br /&gt;</w:t>
        <w:br/>
        <w:t>&lt; Прощай &gt; &lt; Тримайсь, &gt; Отак, Григорію &lt;—&lt;br /&gt;</w:t>
        <w:br/>
        <w:t>зустрілись &gt; і в другий раз щоб ти &lt; зумів &gt; &lt;умів&gt;&lt;br /&gt;</w:t>
        <w:br/>
        <w:t>отак.&lt;br /&gt;</w:t>
        <w:br/>
        <w:t>&lt; Мінятись&lt;br /&gt;</w:t>
        <w:br/>
        <w:t>перед лицем ворожим &gt; Стратегом&lt;br /&gt;</w:t>
        <w:br/>
        <w:t>прославишся.&lt;br /&gt;</w:t>
        <w:br/>
        <w:t>Ну годі гомоніть.&lt;br /&gt;</w:t>
        <w:br/>
        <w:t>&lt;Бувай!&gt; &lt;Шшли!&gt; Бувай!&lt;br /&gt;</w:t>
        <w:br/>
        <w:t>Козак Розплата&lt;br /&gt;</w:t>
        <w:br/>
        <w:t>&lt;Бувай! &gt; Бувай!&lt;br /&gt;</w:t>
        <w:br/>
        <w:t>До скорого &lt; побачення &gt; —&lt;br /&gt;</w:t>
        <w:br/>
        <w:t>&lt;Цундра (на порозі)&gt;&lt;br /&gt;</w:t>
        <w:br/>
        <w:t>Так і*е забудьте&lt;!&gt;&lt;br /&gt;</w:t>
        <w:br/>
        <w:t>Що я сказав! &lt;тобі!&gt;&lt;br /&gt;</w:t>
        <w:br/>
        <w:t>добудь (уже за дверима) Добудь... (&lt; верт [віється] &gt;&lt;br /&gt;</w:t>
        <w:br/>
        <w:t>&lt;уже&gt; *&lt;br /&gt;</w:t>
        <w:br/>
        <w:t>на &lt; самому &gt; поро3*) *&lt;br /&gt;</w:t>
        <w:br/>
        <w:t>так не забудь! &lt; (уже десь далеко) &gt; *&lt;br /&gt;</w:t>
        <w:br/>
        <w:t>Вогнів *•&lt;br /&gt;</w:t>
        <w:br/>
        <w:t>(Сковорода в розчинені двері дивиться, як віддаля-&lt;br /&gt;</w:t>
        <w:br/>
        <w:t>ються &lt;постаті&gt; його найкраЩі друзі.)&lt;br /&gt;</w:t>
        <w:br/>
        <w:t>(ЦДАМЛМ, ф. 464, оп. і, Яв 1209, арк. 17—26&gt;</w:t>
      </w:r>
    </w:p>
    <w:p>
      <w:r>
        <w:br/>
        <w:t>&lt;НА ДЗ[ВІНИЦІ]&gt; У БРАМІ&lt;br /&gt;</w:t>
        <w:br/>
        <w:t>Ніч. &lt; Тривога. Дзвонять&gt; Тривога. Заграва, як регіт. Дзвонять&lt;br /&gt;</w:t>
        <w:br/>
        <w:t>десь в селі на ґвалт. &lt; Заграва, як регіт &gt;. На осяяній брамі —&lt;br /&gt;</w:t>
        <w:br/>
        <w:t>"Стіні борюкаються&gt; борюкаються тіні: чорт з рогами, &lt;патла-&lt;br /&gt;</w:t>
        <w:br/>
        <w:t>тий &gt; чернець з хрестом.—Оглянеться брамщик &lt;на ігумена&lt;br /&gt;</w:t>
        <w:br/>
        <w:t>з братією&gt;—ні, &lt;ті немовби спокійно на пожежу дивляться&gt;&lt;br /&gt;</w:t>
        <w:br/>
        <w:t>братія немовби &lt; стоять &gt; стоїть собі спокійно, на пожежу диви-&lt;br /&gt;</w:t>
        <w:br/>
        <w:t>ться. А повернешся сюди — &lt; ізнову борюкання &gt; ізнов. Тьху на&lt;br /&gt;</w:t>
        <w:br/>
        <w:t>всі сторони! Одійди, сатано, й не лоскочи душі моєї. Мене, &lt; ста-&lt;br /&gt;</w:t>
        <w:br/>
        <w:t>рого &gt; одноокого запорожця, не дури. Тьху, &lt;да ще раз у самії&lt;br /&gt;</w:t>
        <w:br/>
        <w:t>очі твої&gt; нехай тебе лизень лизне да ще раз у самії твої очі&lt;br /&gt;</w:t>
        <w:br/>
        <w:t>тьху! тьху!&lt;br /&gt;</w:t>
        <w:br/>
        <w:t>Ігумен (надходячи)&lt;br /&gt;</w:t>
        <w:br/>
        <w:t>Ізнов напивсь? На кого &lt;ж ти&gt; &lt;це&gt; ж це&lt;br /&gt;</w:t>
        <w:br/>
        <w:t>плюєшся&lt;?&gt;,&lt;br /&gt;</w:t>
        <w:br/>
        <w:t>магометан ти кривовірний? Там&lt;br /&gt;</w:t>
        <w:br/>
        <w:t>ондо біда. Там кара божа! &lt;Люди&gt; &lt;Люди,&lt;br /&gt;</w:t>
        <w:br/>
        <w:t>як ті вовки. А то&gt; Царство&lt;br /&gt;</w:t>
        <w:br/>
        <w:t>&lt;трясеться&gt; хитається! Бунтує люд! А ти&lt;br /&gt;</w:t>
        <w:br/>
        <w:t>що &lt;видумав&gt; вигадав! Гляди мені&lt;!&gt; &lt;Шануйся&gt;&lt;br /&gt;</w:t>
        <w:br/>
        <w:t>Наскочу —&lt;br /&gt;</w:t>
        <w:br/>
        <w:t>&lt; анафемі пре дам! Аж за Москву&lt;br /&gt;</w:t>
        <w:br/>
        <w:t>тебе зашлю, примушу покоритись &gt;&lt;br /&gt;</w:t>
        <w:br/>
        <w:t>анафемі предам! &lt;Аж за Москву зашлю &gt; &lt;Єпітім'ю&gt;&lt;br /&gt;</w:t>
        <w:br/>
        <w:t>в Москву зашлю! щоб знав, як покорятись&lt;br /&gt;</w:t>
        <w:br/>
        <w:t>ігумену!&lt;br /&gt;</w:t>
        <w:br/>
        <w:t>Брамщик&lt;br /&gt;</w:t>
        <w:br/>
        <w:t>&lt; Відколи кинув Січ,—&lt;br /&gt;</w:t>
        <w:br/>
        <w:t>я вам&gt; &lt;я всім корюсь. Але душа болить &gt;&lt;br /&gt;</w:t>
        <w:br/>
        <w:t>&lt; Простіть мені, простіть.&lt;br /&gt;</w:t>
        <w:br/>
        <w:t>Відколи я покинув Запоріжжя,&lt;br /&gt;</w:t>
        <w:br/>
        <w:t>я всім корюсь. Але душа болить.&lt;br /&gt;</w:t>
        <w:br/>
        <w:t>Не можу я дивитися, як панство&lt;br /&gt;</w:t>
        <w:br/>
        <w:t>знущається! &gt;</w:t>
      </w:r>
    </w:p>
    <w:p>
      <w:r>
        <w:br/>
        <w:t>Б р а мщик&lt;br /&gt;</w:t>
        <w:br/>
        <w:t>Простіть мені. &lt;Своя ж ґуральня &gt;&lt;br /&gt;</w:t>
        <w:br/>
        <w:t>&lt;Мені здалось &gt;</w:t>
      </w:r>
    </w:p>
    <w:p>
      <w:r>
        <w:br/>
        <w:t>(ЦДАМЛМ, ф. 464, оп. 1, спр. 1205, арк. 1—3)</w:t>
      </w:r>
    </w:p>
    <w:p>
      <w:r>
        <w:br/>
        <w:t>СЦЕНА [(У БРАМІ)]&lt;br /&gt;</w:t>
        <w:br/>
        <w:t>&lt;Три[вога]&gt;. Ніч. Тривога. &lt; Встане &gt; &lt;Десь за горою &gt; За-&lt;br /&gt;</w:t>
        <w:br/>
        <w:t>грава, як регіт.&lt;br /&gt;</w:t>
        <w:br/>
        <w:t>Юродивий з дзвіниці&lt;br /&gt;</w:t>
        <w:br/>
        <w:t>Абалага! Абалага! Ти &lt; знаєш-&gt; чуєш?&lt;br /&gt;</w:t>
        <w:br/>
        <w:t>&lt;цендибор&gt; &lt;Вони мовчать! &gt;&lt;br /&gt;</w:t>
        <w:br/>
        <w:t>&lt;Вони вже йдуть! У ніч просвердлю дзвін&gt;&lt;br /&gt;</w:t>
        <w:br/>
        <w:t>Ченці вже йдуть! &lt;Я в ніч просвердлить дзвін&gt;&lt;br /&gt;</w:t>
        <w:br/>
        <w:t>У ніч я всвердлю дзвін,&lt;br /&gt;</w:t>
        <w:br/>
        <w:t>як цендибор— &lt;ото ж&gt; отам заценька! Циндри ж&lt;br /&gt;</w:t>
        <w:br/>
        <w:t>&lt; від [сканують] &gt; одскакують і цьвохають &lt;оттут&gt;&lt;br /&gt;</w:t>
        <w:br/>
        <w:t>Аж кров&lt;br /&gt;</w:t>
        <w:br/>
        <w:t>там цебенить.&lt;br /&gt;</w:t>
        <w:br/>
        <w:t>Брамщик знизу&lt;br /&gt;</w:t>
        <w:br/>
        <w:t>Та перестань ти, цвентюх&lt;br /&gt;</w:t>
        <w:br/>
        <w:t>&lt;чудородний. Іди вже спать. Усі ж пішли &gt;&lt;br /&gt;</w:t>
        <w:br/>
        <w:t>не цвіріньчи! &lt;Уже&gt; &lt;Вже ж усі пішли &gt;&lt;br /&gt;</w:t>
        <w:br/>
        <w:t>&lt; розійшлись &gt; по келіях. Побачили — і годі,&lt;br /&gt;</w:t>
        <w:br/>
        <w:t>&lt;Ну що ж, горить. &gt; Чого там ще? 2&lt;br /&gt;</w:t>
        <w:br/>
        <w:t>(до ченця надійшов)&lt;br /&gt;</w:t>
        <w:br/>
        <w:t>Юродивий &lt;Так я й кажу&gt;&lt;br /&gt;</w:t>
        <w:br/>
        <w:t>&lt;Абалага! Е, ні,—&gt;&lt;br /&gt;</w:t>
        <w:br/>
        <w:t>Побачили? Е, ні —&lt;br /&gt;</w:t>
        <w:br/>
        <w:t>&lt;Ота&gt; Пожежа знов як той цвітйн. &lt;Розпурхав&gt;&lt;br /&gt;</w:t>
        <w:br/>
        <w:t>Нагронджив&lt;br /&gt;</w:t>
        <w:br/>
        <w:t>1 Зверху над текстом написано олівцем: "та перестань ти,&lt;br /&gt;</w:t>
        <w:br/>
        <w:t>Цвентюх (болтун)".— Ред.&lt;br /&gt;</w:t>
        <w:br/>
        <w:t>2 Поруч написано і викреслено: "рожевий цвітин".— Ред.&lt;br /&gt;</w:t>
        <w:br/>
        <w:t>&lt; огонь і розчищає &gt; &lt;і чистить &gt; &lt; чистить як&gt;&lt;br /&gt;</w:t>
        <w:br/>
        <w:t>огопь грудьми, грундзює грогонджур.&lt;br /&gt;</w:t>
        <w:br/>
        <w:t>&lt;і чистить&gt; і &lt;витирає&gt; джеркотить &lt;ж&gt; зажерпо.</w:t>
      </w:r>
    </w:p>
    <w:p>
      <w:r>
        <w:br/>
        <w:t>(ЦДАМЛМ, ф. 464, оп. і, ЛГа 1205, арк. 4)&lt;br /&gt;</w:t>
        <w:br/>
        <w:t>[І. У БРАМІ]&lt;br /&gt;</w:t>
        <w:br/>
        <w:t>Ніч. &lt; Тривога. Заграва &gt; Тривога. Дзвонять десь в селі на ґвалт.&lt;br /&gt;</w:t>
        <w:br/>
        <w:t>Заграва, як регіт.&lt;br /&gt;</w:t>
        <w:br/>
        <w:t>&lt;3 байдужими догадками, з заспокоюваппями розходяться ченці.&lt;br /&gt;</w:t>
        <w:br/>
        <w:t>Суєтяться тіні.&gt; На осяяній брамі борюкаються тіні: &lt;патла-&lt;br /&gt;</w:t>
        <w:br/>
        <w:t>тий] &gt; чорт з рогами, патлатий чернець з хрестом.— Оглянеться&lt;br /&gt;</w:t>
        <w:br/>
        <w:t>брамщик на &lt; групу &gt; &lt; братію, що дивиться на пожежу — що&lt;br /&gt;</w:t>
        <w:br/>
        <w:t>за кумедія?&gt; ігумена з братією, ні, ті &lt; стоять &gt; спокійно собі&lt;br /&gt;</w:t>
        <w:br/>
        <w:t>&lt;спокійно.&gt; дивляться на пожежу. Тьху! &lt;тьху!&gt; на всі сто-&lt;br /&gt;</w:t>
        <w:br/>
        <w:t>рони &lt;, щоб&gt; одійди, сатано, і не &lt;чіпляйсь більше ніколи&gt;&lt;br /&gt;</w:t>
        <w:br/>
        <w:t>чіпляйся більше, іще раз у самі очі твої: тьху! тьху!&lt;br /&gt;</w:t>
        <w:br/>
        <w:t>&lt;Ч е р н е ц ь&gt; Ігумен: Ізнов напивсь? Чого плюєшся, нече-&lt;br /&gt;</w:t>
        <w:br/>
        <w:t>стивець? &lt;Браму замкни&gt; Бога не боїшся? На епітимію пошлю!&lt;br /&gt;</w:t>
        <w:br/>
        <w:t>Анафемі предам! Браму замкни! &lt;Обійди&gt; Візьми своє калата-&lt;br /&gt;</w:t>
        <w:br/>
        <w:t>ло, &lt;і обій[ди]&gt; круг церкви обійди, чи нема чого,— &lt;бач, гос-&lt;br /&gt;</w:t>
        <w:br/>
        <w:t>подня кара за гріхи на нас, а ти напився. У! нечестивець! І бога&lt;br /&gt;</w:t>
        <w:br/>
        <w:t>не боїшся&gt; &lt;А&gt; &lt;Ходімо, братіє.&gt; Та пошукай, де це юро-&lt;br /&gt;</w:t>
        <w:br/>
        <w:t>дивий дівся. Тільки ж що був із нами. Ходімо, братіє. &lt;Брам-&lt;br /&gt;</w:t>
        <w:br/>
        <w:t>щик&gt;&lt;br /&gt;</w:t>
        <w:br/>
        <w:t>Брамщик1&lt;br /&gt;</w:t>
        <w:br/>
        <w:t>Юродивий (з дзвіниці)&lt;br /&gt;</w:t>
        <w:br/>
        <w:t>&lt;Абалага!&gt; Абалага! Ти чуєш?&lt;br /&gt;</w:t>
        <w:br/>
        <w:t>&lt; Ченці вже йдуть&gt; &lt;Пани вже йдуть &gt; &lt; війна,&lt;br /&gt;</w:t>
        <w:br/>
        <w:t>війна! &gt;&lt;br /&gt;</w:t>
        <w:br/>
        <w:t>Війна іде. У ніч я всвердлю дзвін,&lt;br /&gt;</w:t>
        <w:br/>
        <w:t>як цендибор — &lt;отам&gt; ото заценька! Циндри ж&lt;br /&gt;</w:t>
        <w:br/>
        <w:t>1 Від початку розділу до цього місця текст написано на бере-&lt;br /&gt;</w:t>
        <w:br/>
        <w:t>гах рукопису. А ще пізніше дописано таке:&lt;br /&gt;</w:t>
        <w:br/>
        <w:t>"Ченці розходяться. &lt;їх [тіні]&gt; їхні тіні на осяяній брамі —&lt;br /&gt;</w:t>
        <w:br/>
        <w:t>мов у пеклі переплигування. Брамщик здивований без краю. &lt;Чи&lt;br /&gt;</w:t>
        <w:br/>
        <w:t>це йому ввижається? &gt;". "Ченці розходяться, і від них тіні на&lt;br /&gt;</w:t>
        <w:br/>
        <w:t>осяяній ограді, немовби один другого перестрибують чорти".— Ред,&lt;br /&gt;</w:t>
        <w:br/>
        <w:t>&lt; відскакують] &gt; одскакують і цьвохають, аж кров&lt;br /&gt;</w:t>
        <w:br/>
        <w:t>там цебенить...&lt;br /&gt;</w:t>
        <w:br/>
        <w:t>Брамщик &lt;(унизу)&gt;&lt;br /&gt;</w:t>
        <w:br/>
        <w:t>Та перестань ти. цвентюх,&lt;br /&gt;</w:t>
        <w:br/>
        <w:t>не цвіріньчи! Усі вже розійшлись&lt;br /&gt;</w:t>
        <w:br/>
        <w:t>по келіях. Побачили — і годі,&lt;br /&gt;</w:t>
        <w:br/>
        <w:t>чого там ще?&lt;br /&gt;</w:t>
        <w:br/>
        <w:t>Юродивий&lt;br /&gt;</w:t>
        <w:br/>
        <w:t>Побачили? Е, ні —&lt;br /&gt;</w:t>
        <w:br/>
        <w:t>Пожежа знов, як той цвітип. Нагропджпв&lt;br /&gt;</w:t>
        <w:br/>
        <w:t>огонь грудьми — грундзює грогонджур&lt;br /&gt;</w:t>
        <w:br/>
        <w:t>і джеркотить зажерно. Джиг? Джигуха.&lt;br /&gt;</w:t>
        <w:br/>
        <w:t>&lt; А як пожар — не побоюсь, одкриюсь,&lt;br /&gt;</w:t>
        <w:br/>
        <w:t>хто підпалив &gt;&lt;br /&gt;</w:t>
        <w:br/>
        <w:t>&lt;А пан горить, а пан скутилпть&gt; А пан кричить, а пан&lt;br /&gt;</w:t>
        <w:br/>
        <w:t>кульгав. Джиг!&lt;br /&gt;</w:t>
        <w:br/>
        <w:t>&lt;Джигух—&gt; хто підпалив? А дзуськи! — догадайся.&lt;br /&gt;</w:t>
        <w:br/>
        <w:t>Брамщик (бере мітлу)&lt;br /&gt;</w:t>
        <w:br/>
        <w:t>&lt;Ти&gt; &lt;Радій, радій! Якби не&gt;&lt;br /&gt;</w:t>
        <w:br/>
        <w:t>&lt;Мели, мели&gt;&lt;br /&gt;</w:t>
        <w:br/>
        <w:t>Ось я тебе, як догадаюсь! Злазь,&lt;br /&gt;</w:t>
        <w:br/>
        <w:t>кажу тобі! &lt;Не оскверняй святині,&lt;br /&gt;</w:t>
        <w:br/>
        <w:t>ієлзевул ти чортовий &gt;&lt;br /&gt;</w:t>
        <w:br/>
        <w:t>Не тумани пузатих — *&lt;br /&gt;</w:t>
        <w:br/>
        <w:t>отих чепців*&lt;br /&gt;</w:t>
        <w:br/>
        <w:t>&lt;отців &gt; &lt; отців свягпх&gt;, нехай лежать, хропуть &lt;—&gt;&lt;br /&gt;</w:t>
        <w:br/>
        <w:t>(у браму стукають)</w:t>
      </w:r>
    </w:p>
    <w:p>
      <w:r>
        <w:br/>
        <w:t>(ЦДАМЛМ, ф. 464, оп. і, М 1205, арк. 5)&lt;br /&gt;</w:t>
        <w:br/>
        <w:t>[II. У БРАМІ]&lt;br /&gt;</w:t>
        <w:br/>
        <w:t>Ніч. Тривога. Заграва, як регіт. &lt; Дзвонять десь в селі на ґвалт. &gt;&lt;br /&gt;</w:t>
        <w:br/>
        <w:t>&lt;Голоси&gt; Ченці: Це тут десь за манастирським садом?&lt;br /&gt;</w:t>
        <w:br/>
        <w:t>На осяяній &lt; брамі &gt; ограді борюкаються тіні: чорт з рогами,&lt;br /&gt;</w:t>
        <w:br/>
        <w:t>чернець з хрестом. Оглянеться брамщик—&lt;ні, братія стоїть&gt;&lt;br /&gt;</w:t>
        <w:br/>
        <w:t>братія немовби стоїть собі на місці, тільки юродивий усе щось&lt;br /&gt;</w:t>
        <w:br/>
        <w:t>приставляє. А повернешся сюди — &lt; ізнов &gt; те ж саме. Тьху на&lt;br /&gt;</w:t>
        <w:br/>
        <w:t>всі сторони! Одійди &lt;сатано&gt; ти, сатано, й не лоскочи душі&lt;br /&gt;</w:t>
        <w:br/>
        <w:t>моєї, &lt;мене, одноокого запорожця, не маж. Тьху, нехай тебе&lt;br /&gt;</w:t>
        <w:br/>
        <w:t>лизень лизне, да іще раз у самії твої очі, тьху! тьху!&gt; &lt;хоч ви&lt;br /&gt;</w:t>
        <w:br/>
        <w:t>по [моліться] &gt; &lt;хоч ви, братіє, помоліться за мепе&gt; &lt;хоч ви,&lt;br /&gt;</w:t>
        <w:br/>
        <w:t>братіє, за мене помоліться&gt; хоч ви мене спасіть! &lt;що за&gt;&lt;br /&gt;</w:t>
        <w:br/>
        <w:t>&lt;що це за сон&gt; &lt;що це за видіння верзеться &gt; що це верзеть-&lt;br /&gt;</w:t>
        <w:br/>
        <w:t>ся [?] Ченці розходяться потроху.&lt;br /&gt;</w:t>
        <w:br/>
        <w:t>&lt;І гум е н&gt;&lt;br /&gt;</w:t>
        <w:br/>
        <w:t>Ігумен&lt;br /&gt;</w:t>
        <w:br/>
        <w:t>Ізнов напивсь? На кого ж це плюєшся,&lt;br /&gt;</w:t>
        <w:br/>
        <w:t>[• •]&lt;br /&gt;</w:t>
        <w:br/>
        <w:t>Брамщик&lt;br /&gt;</w:t>
        <w:br/>
        <w:t>Простіть мені. Лизнув&lt;br /&gt;</w:t>
        <w:br/>
        <w:t>&lt;я завпокій&gt; за увпокій. &lt;Бо кажуть &gt; Залізняка ж&lt;br /&gt;</w:t>
        <w:br/>
        <w:t>і Ґонту&lt;br /&gt;</w:t>
        <w:br/>
        <w:t>ізловлено. А як мені се чуть,&lt;br /&gt;</w:t>
        <w:br/>
        <w:t>січовику &lt; старому &gt; святому?&lt;br /&gt;</w:t>
        <w:br/>
        <w:t>&lt;І г у м е н&gt;&lt;br /&gt;</w:t>
        <w:br/>
        <w:t>&lt;Кинь дурниці.&lt;br /&gt;</w:t>
        <w:br/>
        <w:t>Січовика — нема, а є Кузьма&gt; Богохульство&lt;?&gt;!&lt;br /&gt;</w:t>
        <w:br/>
        <w:t>Січовика — нема, а є Косма,&lt;br /&gt;</w:t>
        <w:br/>
        <w:t>смиренний раб! Мовчи! Непослушенство?&lt;br /&gt;</w:t>
        <w:br/>
        <w:t>&lt;строптивий дух я живо виб'ю. &gt;&lt;br /&gt;</w:t>
        <w:br/>
        <w:t>Залізняка &lt; забудь &gt; і згадувать не смій —&lt;br /&gt;</w:t>
        <w:br/>
        <w:t>&lt;одступники Росії&gt; одступника! &lt;Смирися—&gt;&lt;br /&gt;</w:t>
        <w:br/>
        <w:t>Брамщик&lt;br /&gt;</w:t>
        <w:br/>
        <w:t>&lt; Оглухну&gt; Добре. Буду&lt;br /&gt;</w:t>
        <w:br/>
        <w:t>німий, &lt;як бог. Нап'юся &gt; &lt;як та ікона &gt; &lt;як пень той&gt;&lt;br /&gt;</w:t>
        <w:br/>
        <w:t>як бог. Смирюся&lt;br /&gt;</w:t>
        <w:br/>
        <w:t>&lt; поклони бить. Святих благать? &gt; &lt;кого благать&lt;br /&gt;</w:t>
        <w:br/>
        <w:t>і молить&gt;&lt;br /&gt;</w:t>
        <w:br/>
        <w:t>&lt; простіть мені. Дурний як&gt;</w:t>
      </w:r>
    </w:p>
    <w:p>
      <w:r>
        <w:br/>
        <w:t>(ЦДАМЛМ, ф. 464, оп. і, N 1205, арк. 6)&lt;br /&gt;</w:t>
        <w:br/>
        <w:t>[III. У БРАМІ]</w:t>
      </w:r>
    </w:p>
    <w:p>
      <w:r>
        <w:br/>
        <w:t>Ігумен&lt;br /&gt;</w:t>
        <w:br/>
        <w:t>Богохульство!&lt;br /&gt;</w:t>
        <w:br/>
        <w:t>Січовика — нема, а в Косма,&lt;br /&gt;</w:t>
        <w:br/>
        <w:t>•]&lt;br /&gt;</w:t>
        <w:br/>
        <w:t>Печорських&lt;br /&gt;</w:t>
        <w:br/>
        <w:t>святих благай, &lt;святу Є[впраксію]&gt; хай розум просвітять,&lt;br /&gt;</w:t>
        <w:br/>
        <w:t>&lt;Февронію&gt; &lt; Варвару&gt; —&lt;br /&gt;</w:t>
        <w:br/>
        <w:t>&lt;Пістімію&gt; —&lt;br /&gt;</w:t>
        <w:br/>
        <w:t>Євпраксію —&lt;br /&gt;</w:t>
        <w:br/>
        <w:t>Б р а м щи к&lt;br /&gt;</w:t>
        <w:br/>
        <w:t>&lt;Це&gt; Мо' ту, що до Маркела&lt;br /&gt;</w:t>
        <w:br/>
        <w:t>все бігає?&lt;br /&gt;</w:t>
        <w:br/>
        <w:t>Ігумен&lt;br /&gt;</w:t>
        <w:br/>
        <w:t>&lt; Мовчи, не вводь у гнів,&lt;br /&gt;</w:t>
        <w:br/>
        <w:t>кажу ж тобі (б'є патерицею)^&lt;br /&gt;</w:t>
        <w:br/>
        <w:t>Ти &lt;так&gt; знов? Так на ж тобі!&lt;br /&gt;</w:t>
        <w:br/>
        <w:t>&lt;Щоб знав, щоб знав&gt; &lt;Щоб пам'ятав &gt;&lt;br /&gt;</w:t>
        <w:br/>
        <w:t>Щоб знав, щоб знав!&lt;br /&gt;</w:t>
        <w:br/>
        <w:t>Братія&lt;br /&gt;</w:t>
        <w:br/>
        <w:t>Мовчи бо.&lt;br /&gt;</w:t>
        <w:br/>
        <w:t>Брамщик&lt;br /&gt;</w:t>
        <w:br/>
        <w:t>Добре! Буду&lt;br /&gt;</w:t>
        <w:br/>
        <w:t>німий, як бог. Як пень &lt;той&gt; той&lt;br /&gt;</w:t>
        <w:br/>
        <w:t>Юродивий&lt;br /&gt;</w:t>
        <w:br/>
        <w:t>&lt; Абалага !&gt; 'Балага!&lt;br /&gt;</w:t>
        <w:br/>
        <w:t>Братія*&lt;br /&gt;</w:t>
        <w:br/>
        <w:t>А ти чого? *&lt;br /&gt;</w:t>
        <w:br/>
        <w:t>Ігумен&lt;br /&gt;</w:t>
        <w:br/>
        <w:t>&lt;А цей чого?&gt; Відколи в Іустина&lt;br /&gt;</w:t>
        <w:br/>
        <w:t>вагостював цей філозоп— &lt;усі&gt; у нас&lt;br /&gt;</w:t>
        <w:br/>
        <w:t>в манастирі пішло розтління. Єресь&lt;br /&gt;</w:t>
        <w:br/>
        <w:t>і волховство...&lt;br /&gt;</w:t>
        <w:br/>
        <w:t>Чернець&lt;br /&gt;</w:t>
        <w:br/>
        <w:t>А все-таки: чому&lt;br /&gt;</w:t>
        <w:br/>
        <w:t>той Залізняк тобі такий противний.&lt;br /&gt;</w:t>
        <w:br/>
        <w:t>Еж він ішов за &lt;віру і нар [од] &gt; нас.&lt;br /&gt;</w:t>
        <w:br/>
        <w:t>2-й чернець&lt;br /&gt;</w:t>
        <w:br/>
        <w:t>&lt;Мелхіседек&gt; &lt;Та й справді. Ти&gt;&lt;br /&gt;</w:t>
        <w:br/>
        <w:t>Та швидше ж бо.</w:t>
      </w:r>
    </w:p>
    <w:p>
      <w:r>
        <w:br/>
        <w:t>(ЦДАМЛМ, ф. 464, оп. і, спр. 1205, арк. 7—8)</w:t>
      </w:r>
    </w:p>
    <w:p>
      <w:r>
        <w:br/>
        <w:t>[IV. У БРАМІ]</w:t>
      </w:r>
    </w:p>
    <w:p>
      <w:r>
        <w:br/>
        <w:t>&lt; єретика наслідують: той в церкву&gt;&lt;br /&gt;</w:t>
        <w:br/>
        <w:t>в манастирі &lt; пішло як Єресь&gt; пішло&lt;br /&gt;</w:t>
        <w:br/>
        <w:t>розтління.&lt;br /&gt;</w:t>
        <w:br/>
        <w:t>Єресь &lt;,&gt;&lt;br /&gt;</w:t>
        <w:br/>
        <w:t>і волховство.— Ану! Чи не пора&lt;br /&gt;</w:t>
        <w:br/>
        <w:t>згадать устав суворий? &lt; Гайдамаки&lt;br /&gt;</w:t>
        <w:br/>
        <w:t>плюндрують край.&gt; &lt;Хто там? Браму&lt;br /&gt;</w:t>
        <w:br/>
        <w:t>замкнуть ураз!&gt; &lt;Куди? Слухать! &gt; &lt;Слухать! Тихо!&gt;&lt;br /&gt;</w:t>
        <w:br/>
        <w:t>Гей! там! Браму&lt;br /&gt;</w:t>
        <w:br/>
        <w:t>замкнуть! — чи всі? — Сотворим хрест.— Ходім &lt;—&gt;&lt;br /&gt;</w:t>
        <w:br/>
        <w:t>&lt;Вже скоро світ (пішли) &gt; по келіях...&lt;br /&gt;</w:t>
        <w:br/>
        <w:t>Далеко &lt;десь дзвонять на гвалт&gt; на ґвалт десь&lt;br /&gt;</w:t>
        <w:br/>
        <w:t>дзвонять.&lt;br /&gt;</w:t>
        <w:br/>
        <w:t>&lt;Бр амщик&lt;br /&gt;</w:t>
        <w:br/>
        <w:t>Пішли? Ну й чорт із ними&gt;&lt;br /&gt;</w:t>
        <w:br/>
        <w:t>Юродивий (з дзвіниці)&lt;br /&gt;</w:t>
        <w:br/>
        <w:t>Абалага! Ти чуєш?&lt;br /&gt;</w:t>
        <w:br/>
        <w:t>&lt;тут&gt; там Залізняк! — У ніч я всвердлю дзвін,&lt;br /&gt;</w:t>
        <w:br/>
        <w:t>як цендибор...&lt;br /&gt;</w:t>
        <w:br/>
        <w:t>Ігумен&lt;br /&gt;</w:t>
        <w:br/>
        <w:t>Що? Благай&lt;?&gt; —&lt;br /&gt;</w:t>
        <w:br/>
        <w:t>Юродивий &lt;(пробігаючи)&gt;&lt;br /&gt;</w:t>
        <w:br/>
        <w:t>Абалага! Абалага!&lt;br /&gt;</w:t>
        <w:br/>
        <w:t>Ігумен&lt;br /&gt;</w:t>
        <w:br/>
        <w:t>&lt; Пречисту&lt;br /&gt;</w:t>
        <w:br/>
        <w:t>й Христа благай. Вони одні тебе&gt;&lt;br /&gt;</w:t>
        <w:br/>
        <w:t>Печерських&lt;br /&gt;</w:t>
        <w:br/>
        <w:t>святих благай.</w:t>
      </w:r>
    </w:p>
    <w:p>
      <w:r>
        <w:br/>
        <w:t>(ЦДАМЛМ, ф. 464, оп. 1, ЛГв 1205, арк. 9—10)</w:t>
      </w:r>
    </w:p>
    <w:p>
      <w:r>
        <w:br/>
        <w:t>ПІД БРАМОЮ</w:t>
      </w:r>
    </w:p>
    <w:p>
      <w:r>
        <w:br/>
        <w:t>Ніч. Тривога. Заграва, як регіт.&lt;br /&gt;</w:t>
        <w:br/>
        <w:t>На осяяній ограді борюкаються тіні: чорт з рогам [и і] чернець&lt;br /&gt;</w:t>
        <w:br/>
        <w:t>з хрестом. Оглянеться &lt;брамщик&gt; ігумен — &lt;братія стоїть&gt;&lt;br /&gt;</w:t>
        <w:br/>
        <w:t>братія немовби стої[ть] собі на місці, тільки юродивий усе щось&lt;br /&gt;</w:t>
        <w:br/>
        <w:t>приставляє. А повернешся сюди — ізнов те саме. &lt;Тьху на всі&lt;br /&gt;</w:t>
        <w:br/>
        <w:t>ст[о]рони!&gt; Свят, свят... Одійди, сатапо, й не лоскочи душі моєї...&lt;br /&gt;</w:t>
        <w:br/>
        <w:t>Чи хто гукав мене? — Голоси: &lt;Ось ще й як горить &gt; &lt;А ви-&lt;br /&gt;</w:t>
        <w:br/>
        <w:t>йдім &gt; &lt; Виходьте за браму —тут джиг дзизне &gt; &lt;Кажу:&gt; це&lt;br /&gt;</w:t>
        <w:br/>
        <w:t>знов той Цундра. &lt; Кожному видно. Гляди й сюди ще перекине-&lt;br /&gt;</w:t>
        <w:br/>
        <w:t>ться.^ І що воно за &lt;наказаніє&gt; знак: щоночі як не тут, так&lt;br /&gt;</w:t>
        <w:br/>
        <w:t>там — одно горить, одно 1. Ченці розходяться потроху.&lt;br /&gt;</w:t>
        <w:br/>
        <w:t>і спіймай&gt; Та й не вганяєшся ж за ним, та й ніяк&lt;br /&gt;</w:t>
        <w:br/>
        <w:t>&lt;його й&gt; ти ж його не притомиш.&lt;br /&gt;</w:t>
        <w:br/>
        <w:t>Ти кажеш: Залізняк?&lt;br /&gt;</w:t>
        <w:br/>
        <w:t>Та Залізняка давно й на світі &lt;нема, ви&gt; мо нема,&lt;br /&gt;</w:t>
        <w:br/>
        <w:t>&lt;що, хіба не чув?&gt; наказу цариці хіба не знаєш [?]&lt;br /&gt;</w:t>
        <w:br/>
        <w:t>&lt;Та чув.&gt; &lt;Чому ж би й не чув. Чув. Ал[е]&gt; Та&lt;br /&gt;</w:t>
        <w:br/>
        <w:t>знаю ж. А проте... Не вірю я.&lt;br /&gt;</w:t>
        <w:br/>
        <w:t>Чому не віриш?&lt;br /&gt;</w:t>
        <w:br/>
        <w:t>Бо той Залізняк не міг загинуть, не з таких він.&lt;br /&gt;</w:t>
        <w:br/>
        <w:t>&lt;3.&gt; Ану лиш цитьте —саме ігумен &lt; проходить &gt;&lt;br /&gt;</w:t>
        <w:br/>
        <w:t>&lt;іде&gt; &lt;іде&gt;, іде ігумен".— Ред.&lt;br /&gt;</w:t>
        <w:br/>
        <w:t>[• —і</w:t>
      </w:r>
    </w:p>
    <w:p>
      <w:r>
        <w:br/>
        <w:t>І8нов напивсь? На кого ж це плюєшся,&lt;br /&gt;</w:t>
        <w:br/>
        <w:t>[ • •]&lt;br /&gt;</w:t>
        <w:br/>
        <w:t>&lt;В Москву &gt; У Нерч зашлю, щоб внав як покорятись&lt;br /&gt;</w:t>
        <w:br/>
        <w:t>ігумену!&lt;br /&gt;</w:t>
        <w:br/>
        <w:t>Брамщик&lt;br /&gt;</w:t>
        <w:br/>
        <w:t>Простіть мені. Лизнув&lt;br /&gt;</w:t>
        <w:br/>
        <w:t>за упокій. Залізняка ж і Ґонту&lt;br /&gt;</w:t>
        <w:br/>
        <w:t>ізловлено&lt;. А&gt;, а як мені се чуть&lt;br /&gt;</w:t>
        <w:br/>
        <w:t>січовику &lt; святому? &gt; Джермелі?</w:t>
      </w:r>
    </w:p>
    <w:p>
      <w:r>
        <w:br/>
        <w:t>(ЦДАМЛМ, ф. 464, оп. 1, К 1206, арк. 1—3)</w:t>
      </w:r>
    </w:p>
    <w:p>
      <w:r>
        <w:br/>
        <w:t>[СУДІТЬ МЕНЕ...]&lt;br /&gt;</w:t>
        <w:br/>
        <w:t>Судіть мене, &lt;мої сучасники &gt; &lt; сучасники мої&gt; мої&lt;br /&gt;</w:t>
        <w:br/>
        <w:t>сучасники,&lt;br /&gt;</w:t>
        <w:br/>
        <w:t>судіть,&lt;br /&gt;</w:t>
        <w:br/>
        <w:t>тавруйте, ймення прикладайте,&lt;br /&gt;</w:t>
        <w:br/>
        <w:t>кажіть, що я не досить ще залізний,&lt;br /&gt;</w:t>
        <w:br/>
        <w:t>що розум &lt;ще підважую я почуттям&gt; &lt;я&gt; &lt;ще&gt; десь&lt;br /&gt;</w:t>
        <w:br/>
        <w:t>підважую&lt;br /&gt;</w:t>
        <w:br/>
        <w:t>тим почуттям&lt;br /&gt;</w:t>
        <w:br/>
        <w:t>&lt;як&gt; &lt;чи я ж&lt;br /&gt;</w:t>
        <w:br/>
        <w:t>заплутаний поміж буттям і мисленням &gt;&lt;br /&gt;</w:t>
        <w:br/>
        <w:t>або ж заплутаний поміж буттям і мисленням,&lt;br /&gt;</w:t>
        <w:br/>
        <w:t>(&lt;або ж&gt; &lt;чи десь&gt; чи то із молоддю в незлагоді,&lt;br /&gt;</w:t>
        <w:br/>
        <w:t>чи націю, як сад однофруктовий, уявляю)&lt;br /&gt;</w:t>
        <w:br/>
        <w:t>Я знаю лиш одне: &lt; залізна наша з вами путь&lt;br /&gt;</w:t>
        <w:br/>
        <w:t>і не один іще запитувать так буде.&gt;&lt;br /&gt;</w:t>
        <w:br/>
        <w:t>Коріннями в старому грунті я,—&lt;br /&gt;</w:t>
        <w:br/>
        <w:t>а перегинаюсь і звисаю&lt;br /&gt;</w:t>
        <w:br/>
        <w:t>&lt;вже зовсім над іншим, &gt; &lt;вже зовсім, вже зовсім над&lt;br /&gt;</w:t>
        <w:br/>
        <w:t>іншим, новим&gt; &lt;аж сюди, до вас&gt; аж тут ось коло&lt;br /&gt;</w:t>
        <w:br/>
        <w:t>вас&lt;br /&gt;</w:t>
        <w:br/>
        <w:t>і падають плоди з моїх гілок,&lt;br /&gt;</w:t>
        <w:br/>
        <w:t>хоч і не геть-то рясно,&lt;br /&gt;</w:t>
        <w:br/>
        <w:t>зате ж і не червиво&lt;,&gt;.&lt;br /&gt;</w:t>
        <w:br/>
        <w:t>&lt;а&gt; А завше стигло і &lt;набухло,&gt; розбухло.&lt;br /&gt;</w:t>
        <w:br/>
        <w:t>&lt;ще й [нерозб.] рум'яно пописані &gt; з одного боку.&lt;br /&gt;</w:t>
        <w:br/>
        <w:t>&lt;і ще й покрапано&gt; ще й &lt;здоровлям&gt; сміхом тим&lt;br /&gt;</w:t>
        <w:br/>
        <w:t>покраплоно.&lt;br /&gt;</w:t>
        <w:br/>
        <w:t>&lt;бачиш не в&gt; &lt;злочин&gt;&lt;br /&gt;</w:t>
        <w:br/>
        <w:t>&lt;який же ж гріх&gt; &lt;який то гріх&gt;&lt;br /&gt;</w:t>
        <w:br/>
        <w:t>&lt;коли я&gt; &lt;Де ж тут мій злочин &gt; &lt;Де той&lt;br /&gt;</w:t>
        <w:br/>
        <w:t>злочин мій&gt;&lt;br /&gt;</w:t>
        <w:br/>
        <w:t>&lt;Коли я не можу в [нерозб.] коріння&lt;br /&gt;</w:t>
        <w:br/>
        <w:t>та пересадити в грунт новий? &gt;&lt;br /&gt;</w:t>
        <w:br/>
        <w:t>&lt;пересадити&lt;br /&gt;</w:t>
        <w:br/>
        <w:t>в грунт новий? &gt;</w:t>
      </w:r>
    </w:p>
    <w:p>
      <w:r>
        <w:br/>
        <w:t>Цундра[:1 &lt;Чекай&gt;1&lt;br /&gt;</w:t>
        <w:br/>
        <w:t>Ми судимо хіба?&lt;br /&gt;</w:t>
        <w:br/>
        <w:t>Чекай.&lt;br /&gt;</w:t>
        <w:br/>
        <w:t>Невже &lt;тобі&gt; ми ймення прикладаєм?&lt;br /&gt;</w:t>
        <w:br/>
        <w:t>чи хочемо за почуття іззісти?&lt;br /&gt;</w:t>
        <w:br/>
        <w:t>&lt;й оголосить тебе&gt;&lt;br /&gt;</w:t>
        <w:br/>
        <w:t>&lt;в стані облоги бути з тобою, а чи бути [в стані&lt;br /&gt;</w:t>
        <w:br/>
        <w:t>війни] &gt;&lt;br /&gt;</w:t>
        <w:br/>
        <w:t>&lt;що аж з тобою бути в стані війни — &gt;&lt;br /&gt;</w:t>
        <w:br/>
        <w:t>з тобою &lt;які ж з тобою &gt; бути&lt;br /&gt;</w:t>
        <w:br/>
        <w:t>в стані облоги&lt;br /&gt;</w:t>
        <w:br/>
        <w:t>в стані війни —&lt;br /&gt;</w:t>
        <w:br/>
        <w:t>&lt;Ой ні, ой ні, ой ні!&gt; Ой ні.&lt;br /&gt;</w:t>
        <w:br/>
        <w:t>Коли &lt;єси&gt; поет вси —&lt;br /&gt;</w:t>
        <w:br/>
        <w:t>впливай чим хоч — і почуттями ж!&lt;br /&gt;</w:t>
        <w:br/>
        <w:t>&lt;Не чули гот[ових] &gt;&lt;br /&gt;</w:t>
        <w:br/>
        <w:t>І тут тобі знов кажемо:&lt;br /&gt;</w:t>
        <w:br/>
        <w:t>зрушити якшвидше треба.&lt;br /&gt;</w:t>
        <w:br/>
        <w:t>Зрушити треба.&lt;br /&gt;</w:t>
        <w:br/>
        <w:t>Зрушити...&lt;br /&gt;</w:t>
        <w:br/>
        <w:t>Ковтай, &lt; глитай &gt; залізо сучасності,&lt;br /&gt;</w:t>
        <w:br/>
        <w:t>&lt;глитай&gt;&lt;br /&gt;</w:t>
        <w:br/>
        <w:t>глитай, приймай всі грози прийдешнього&lt;br /&gt;</w:t>
        <w:br/>
        <w:t>&lt;і будеш сам — саме життя &gt; і будеш ти — як те&lt;br /&gt;</w:t>
        <w:br/>
        <w:t>життя,&lt;br /&gt;</w:t>
        <w:br/>
        <w:t>саме життя.&lt;br /&gt;</w:t>
        <w:br/>
        <w:t>Життя.&lt;br /&gt;</w:t>
        <w:br/>
        <w:t>(Козак Розплата &lt;ро[згортає руко-&lt;br /&gt;</w:t>
        <w:br/>
        <w:t>пис] &gt; читає з рукопису, що на столі:&lt;br /&gt;</w:t>
        <w:br/>
        <w:t>Життя само приходить&lt;br /&gt;</w:t>
        <w:br/>
        <w:t>і п'єм...)&lt;br /&gt;</w:t>
        <w:br/>
        <w:t>X р и с а н ф (злазячи від лампадки)".— Ред.&lt;br /&gt;</w:t>
        <w:br/>
        <w:t>Ми не боронимо щоб &lt;може й молодь [нерозб.] [не-&lt;br /&gt;</w:t>
        <w:br/>
        <w:t>розб.] своєї мудрості [нерозб.] посріблив &gt;&lt;br /&gt;</w:t>
        <w:br/>
        <w:t>&lt; трохи ти молодь нашу сивиною мудрості своєї&lt;br /&gt;</w:t>
        <w:br/>
        <w:t>так мудро-срібно посріблив &gt; молодь нашу си-&lt;br /&gt;</w:t>
        <w:br/>
        <w:t>виною мудрості своєї настрахав.&lt;br /&gt;</w:t>
        <w:br/>
        <w:t>Як і не в саді річ однофруктовім.&lt;br /&gt;</w:t>
        <w:br/>
        <w:t>А от (слухай):</w:t>
      </w:r>
    </w:p>
    <w:p>
      <w:r>
        <w:br/>
        <w:t>&lt; поміж буттям і мисленням&lt;br /&gt;</w:t>
        <w:br/>
        <w:t>це так&gt;&lt;br /&gt;</w:t>
        <w:br/>
        <w:t>буття&lt;br /&gt;</w:t>
        <w:br/>
        <w:t>і мислення —&lt;br /&gt;</w:t>
        <w:br/>
        <w:t>Поміж буттям і мисленням у тебе заперечення — ти&lt;br /&gt;</w:t>
        <w:br/>
        <w:t>чуєш? —&lt;br /&gt;</w:t>
        <w:br/>
        <w:t>і зрушити &lt;тут треба.&lt;br /&gt;</w:t>
        <w:br/>
        <w:t>Зрушити. :&gt; тут &lt;ще й&gt; треба.</w:t>
      </w:r>
    </w:p>
    <w:p>
      <w:r>
        <w:br/>
        <w:t>(ЦДАМЛМ, ф. 464, оп. 1, М 1211, арк. 1)</w:t>
      </w:r>
    </w:p>
    <w:p>
      <w:r>
        <w:br/>
        <w:t>СПОКУСА НА ГОРІ.&lt;br /&gt;</w:t>
        <w:br/>
        <w:t>НА ГОРІ. ДИКО. ДАЛЕКО&lt;br /&gt;</w:t>
        <w:br/>
        <w:t>&lt;На горі. Дико. Далеко. &gt;&lt;br /&gt;</w:t>
        <w:br/>
        <w:t>Сковорода &lt;(&gt; якого &lt;переслідують невидимі чорти й чорти-&lt;br /&gt;</w:t>
        <w:br/>
        <w:t>ці &gt; переслідує вітер, а з вітром щось невидиме &lt;[, в] думках &gt;&lt;br /&gt;</w:t>
        <w:br/>
        <w:t>&lt;В пориві розпачу кущі&gt; &lt;два кущі&gt; *&lt;br /&gt;</w:t>
        <w:br/>
        <w:t>Два струнких дерева ніяк не &lt;піднімуться] &gt; піддаються*&lt;br /&gt;</w:t>
        <w:br/>
        <w:t>&lt;на землю золотим листом спіралями і з листям&gt; листям*&lt;br /&gt;</w:t>
        <w:br/>
        <w:t>осипаються рясно і в листі оплески, вереск...*&lt;br /&gt;</w:t>
        <w:br/>
        <w:t>&lt;Кущі з поламаними&gt; &lt;Кущі самотні&gt;дерева чи кущі в позі*&lt;br /&gt;</w:t>
        <w:br/>
        <w:t>одчаю з переламаною рукою, з горбатим плечем. &lt;В пориві*&lt;br /&gt;</w:t>
        <w:br/>
        <w:t>розпачу на опинаються &gt; *&lt;br /&gt;</w:t>
        <w:br/>
        <w:t>Сков [о род а] Хоч тут я відпочину. Де іти?&lt;br /&gt;</w:t>
        <w:br/>
        <w:t>І як од мук сховатись? — Високості.&lt;br /&gt;</w:t>
        <w:br/>
        <w:t>[• . .]&lt;br /&gt;</w:t>
        <w:br/>
        <w:t>Дворянський дух&lt;br /&gt;</w:t>
        <w:br/>
        <w:t>над всім: обліг — і став у піраміди.&lt;br /&gt;</w:t>
        <w:br/>
        <w:t>Чого ж я, дурень, ще борюсь: то Дух&lt;br /&gt;</w:t>
        <w:br/>
        <w:t>возвишу, то Матерію! Я ж знаю&lt;br /&gt;</w:t>
        <w:br/>
        <w:t>і чую: Materia aeterna est!&lt;br /&gt;</w:t>
        <w:br/>
        <w:t>Кажу — і спотикаюся об Вічність.&lt;br /&gt;</w:t>
        <w:br/>
        <w:t>[• •]&lt;br /&gt;</w:t>
        <w:br/>
        <w:t>Ти ж все життя боровся з Сатаною —&lt;br /&gt;</w:t>
        <w:br/>
        <w:t>от я й прийшов.&lt;br /&gt;</w:t>
        <w:br/>
        <w:t>Сковор [ода] Ага, ти энов мене 1&lt;br /&gt;</w:t>
        <w:br/>
        <w:t>завзявся мучить? Ну, підходь. Створіння&lt;br /&gt;</w:t>
        <w:br/>
        <w:t>уяви хворобливої, ти — тінь&lt;br /&gt;</w:t>
        <w:br/>
        <w:t>моїх думок, не більше, все ж я бачу&lt;br /&gt;</w:t>
        <w:br/>
        <w:t>тебе &lt; реально &gt; &lt;доторкно&gt; насправді. Ось...&lt;br /&gt;</w:t>
        <w:br/>
        <w:t>Сатана (&lt;свита якого: на виступах скель&gt; &lt;численна свита&lt;br /&gt;</w:t>
        <w:br/>
        <w:t>її&gt; &lt;його насторожилась на виступах скель &gt;) Ти&lt;br /&gt;</w:t>
        <w:br/>
        <w:t>мучишся,&lt;br /&gt;</w:t>
        <w:br/>
        <w:t>[• . •]&lt;br /&gt;</w:t>
        <w:br/>
        <w:t>1 Між рядками написано три варіанти імені Сатани: "Триюд",&lt;br /&gt;</w:t>
        <w:br/>
        <w:t>"Мольфар", "Чинатар".— Ред.&lt;br /&gt;</w:t>
        <w:br/>
        <w:t>і поклонився шляхті. Лизаветі,&lt;br /&gt;</w:t>
        <w:br/>
        <w:t>цариці, а ще й любовникам її,</w:t>
      </w:r>
    </w:p>
    <w:p>
      <w:r>
        <w:br/>
        <w:t>легенько так побринька у бандуру...&lt;br /&gt;</w:t>
        <w:br/>
        <w:t>&lt;Так, так, не хочеш? &gt; Чому не хочеш? Ну надінь&lt;br /&gt;</w:t>
        <w:br/>
        <w:t>клобук,&lt;br /&gt;</w:t>
        <w:br/>
        <w:t>і зразу —чуєш? — &lt; зразу ж патріархом &gt; зразу...&lt;br /&gt;</w:t>
        <w:br/>
        <w:t>Патріархом&lt;br /&gt;</w:t>
        <w:br/>
        <w:t>тебе поставлять!..&lt;br /&gt;</w:t>
        <w:br/>
        <w:t>Сков [орода] (заміряється костуром) Згинь, собако, згинь!&lt;br /&gt;</w:t>
        <w:br/>
        <w:t>не муч мене... (&lt; кругом на скелях &gt; на скелях&lt;br /&gt;</w:t>
        <w:br/>
        <w:t>&lt;і поза кущами &gt; насторожується не-&lt;br /&gt;</w:t>
        <w:br/>
        <w:t>чисть) &lt; скрізь по скелях нечисті. &gt;)&lt;br /&gt;</w:t>
        <w:br/>
        <w:t>Сатана Та я до тебе дружньо.&lt;br /&gt;</w:t>
        <w:br/>
        <w:t>&lt; Повір. Я — український патріот&lt;br /&gt;</w:t>
        <w:br/>
        <w:t>і реставратор батьківщини &gt;&lt;br /&gt;</w:t>
        <w:br/>
        <w:t>&lt;Я — верболозний патріот &gt; &lt;нерозкайний&lt;br /&gt;</w:t>
        <w:br/>
        <w:t>патріот &gt;&lt;br /&gt;</w:t>
        <w:br/>
        <w:t>&lt;я справжній патріот &gt;&lt;br /&gt;</w:t>
        <w:br/>
        <w:t>&lt; Повір. Сьогодні я з тобою скрізь &gt;&lt;br /&gt;</w:t>
        <w:br/>
        <w:t>З тобою скрізь, тебе люблю! Клянусь,&lt;br /&gt;</w:t>
        <w:br/>
        <w:t>&lt;і ось на знак тобі цілунок. &gt;&lt;br /&gt;</w:t>
        <w:br/>
        <w:t>клянусь, коли мені не віриш. Будьмо&lt;br /&gt;</w:t>
        <w:br/>
        <w:t>з тобою в згоді. Ще раз гетьманат&lt;br /&gt;</w:t>
        <w:br/>
        <w:t>змайструємо. Прикриєм питним блиском&lt;br /&gt;</w:t>
        <w:br/>
        <w:t>свєтлєйший зад імперії.&lt;br /&gt;</w:t>
        <w:br/>
        <w:t>Сковор [ода] Сміюсь,&lt;br /&gt;</w:t>
        <w:br/>
        <w:t>о як сміюсь я над тобою! Бою&lt;br /&gt;</w:t>
        <w:br/>
        <w:t>&lt;тобі&gt; й не жди, не дам: на тебе я плюю,&lt;br /&gt;</w:t>
        <w:br/>
        <w:t>мерзеннику!&lt;br /&gt;</w:t>
        <w:br/>
        <w:t>На скелях наст [орожуються] нечисті.&lt;br /&gt;</w:t>
        <w:br/>
        <w:t>Сатана Ага. Тоді я тихо&lt;br /&gt;</w:t>
        <w:br/>
        <w:t>в'їдатись буду. От. &lt;Скажи: ти чув&gt; Скажи. Ти&lt;br /&gt;</w:t>
        <w:br/>
        <w:t>чув&lt;br /&gt;</w:t>
        <w:br/>
        <w:t>що-небудь про Марію? &lt;Ну—&gt;&lt;br /&gt;</w:t>
        <w:br/>
        <w:t>&lt;Чорти&gt; Нечисті Ну —&lt;br /&gt;</w:t>
        <w:br/>
        <w:t>Сковор [ода] Марію?&lt;br /&gt;</w:t>
        <w:br/>
        <w:t>Сатана Та ти ж кохав її чи ні? — Село.&lt;br /&gt;</w:t>
        <w:br/>
        <w:t>[• . •]&lt;br /&gt;</w:t>
        <w:br/>
        <w:t>Чогось так голова шумить, і серце&lt;br /&gt;</w:t>
        <w:br/>
        <w:t>на прив'язі, як океан... Давно,&lt;br /&gt;</w:t>
        <w:br/>
        <w:t>о як давно це все було. Крепачка,&lt;br /&gt;</w:t>
        <w:br/>
        <w:t>що я за неї заступився. Де?&lt;br /&gt;</w:t>
        <w:br/>
        <w:t>В яких краях мені її шукати,&lt;br /&gt;</w:t>
        <w:br/>
        <w:t>в яких віках? Коли сказав — найди,&lt;br /&gt;</w:t>
        <w:br/>
        <w:t>найди мені її, мою Мадонну!&lt;br /&gt;</w:t>
        <w:br/>
        <w:t>Сатана Так от. Дивись. &lt; Торговий &gt; Грядущий капітал.&lt;br /&gt;</w:t>
        <w:br/>
        <w:t>Дворянство, цей новий диктатор. Розкіш.&lt;br /&gt;</w:t>
        <w:br/>
        <w:t>Дітей, жінок міняють на собак,—&lt;br /&gt;</w:t>
        <w:br/>
        <w:t>&lt;Чорти&gt; і що для них ота твоя Марія?&lt;br /&gt;</w:t>
        <w:br/>
        <w:t>(На скелях пухне сміх: то нечисть, хватаючись ва животи, безмов-&lt;br /&gt;</w:t>
        <w:br/>
        <w:t>но корчиться і опадає. Вітер дерева хитає.)&lt;br /&gt;</w:t>
        <w:br/>
        <w:t>Так от. Дивись. Квітують &lt;на крові &gt;&lt;br /&gt;</w:t>
        <w:br/>
        <w:t>[. ... .]&lt;br /&gt;</w:t>
        <w:br/>
        <w:t>так стало скрізь. Шукай тепер свою&lt;br /&gt;</w:t>
        <w:br/>
        <w:t>Мадонну.&lt;br /&gt;</w:t>
        <w:br/>
        <w:t>(&lt;Нечисть сміється: од реготу скелі пухнуть.&gt; *&lt;br /&gt;</w:t>
        <w:br/>
        <w:t>&lt;іпухне сміх на скелях: то нечисть, хватаючись за*&lt;br /&gt;</w:t>
        <w:br/>
        <w:t>животи, то корчиться, то опадає&gt; на скелях пухне *&lt;br /&gt;</w:t>
        <w:br/>
        <w:t>сміх: то нечисть, хватаючись за животи, безмовно *&lt;br /&gt;</w:t>
        <w:br/>
        <w:t>корчиться і опадає.)&lt;br /&gt;</w:t>
        <w:br/>
        <w:t>Сковор [ода] Годі! Не блягузкай! Демос&lt;br /&gt;</w:t>
        <w:br/>
        <w:t>не раз ще встане. Грізно прогримить&lt;br /&gt;</w:t>
        <w:br/>
        <w:t>і заговорить.&lt;br /&gt;</w:t>
        <w:br/>
        <w:t>Сатана Що, Богдан Хмельницький?&lt;br /&gt;</w:t>
        <w:br/>
        <w:t>&lt; вітер дерево хитає &gt;&lt;br /&gt;</w:t>
        <w:br/>
        <w:t>&lt;С к о в о р [о д а] &gt; ох, смішно як!..&lt;br /&gt;</w:t>
        <w:br/>
        <w:t>Сковор [ода] Доволі, онімій!&lt;br /&gt;</w:t>
        <w:br/>
        <w:t>Що кров дурна — я сам це знаю. Хочу ж,&lt;br /&gt;</w:t>
        <w:br/>
        <w:t>щоб кров була розумна. Проорю&lt;br /&gt;</w:t>
        <w:br/>
        <w:t>і виорю всю ниву! Я підвищу&lt;br /&gt;</w:t>
        <w:br/>
        <w:t>духовну дисципліну, поведу&lt;br /&gt;</w:t>
        <w:br/>
        <w:t>верхівлями!..&lt;br /&gt;</w:t>
        <w:br/>
        <w:t>&lt;С(на скелях сміх пухне&gt; &lt;(на скелях пухне сміх)&gt; *&lt;br /&gt;</w:t>
        <w:br/>
        <w:t>Сатана "Познай себе ^амого"?&lt;br /&gt;</w:t>
        <w:br/>
        <w:t>Ох смішно як!.. Ти ж просто сам біжиш&lt;br /&gt;</w:t>
        <w:br/>
        <w:t>[. . . .]&lt;br /&gt;</w:t>
        <w:br/>
        <w:t>Загарбать все, а демоса в лещети,&lt;br /&gt;</w:t>
        <w:br/>
        <w:t>^ 9&lt;br /&gt;</w:t>
        <w:br/>
        <w:t>бо: YV(o#l аеаитоу. Так от, Сократ&lt;br /&gt;</w:t>
        <w:br/>
        <w:t>селянський, от коли мені піймався.&lt;br /&gt;</w:t>
        <w:br/>
        <w:t>Признайся: адже я тебе зборов?&lt;br /&gt;</w:t>
        <w:br/>
        <w:t>&lt;Сковор [о да] &gt; &lt;Чорти&gt; Нечисті&lt;br /&gt;</w:t>
        <w:br/>
        <w:t>&lt;Коли зборов? &gt; Зборов! зборов!&lt;br /&gt;</w:t>
        <w:br/>
        <w:t>Сатана Ти ж зараз усумнився,&lt;br /&gt;</w:t>
        <w:br/>
        <w:t>а це для мене все.&lt;br /&gt;</w:t>
        <w:br/>
        <w:t>С к о в о р [о д а] Ти справжній Чорт&lt;br /&gt;</w:t>
        <w:br/>
        <w:t>і перебріхувать ласкавий. Горе&lt;br /&gt;</w:t>
        <w:br/>
        <w:t>тому, хто усумниться в правоті&lt;br /&gt;</w:t>
        <w:br/>
        <w:t>самого бога. Бог у нас — це Розум.&lt;br /&gt;</w:t>
        <w:br/>
        <w:t>І розум скаже нам: якій добі&lt;br /&gt;</w:t>
        <w:br/>
        <w:t>яка потрібна форма.— &lt; Просвіщенство&lt;br /&gt;</w:t>
        <w:br/>
        <w:t>чи воля всім. Піду верхівлями&gt;&lt;br /&gt;</w:t>
        <w:br/>
        <w:t>&lt; Просвіщенство&lt;br /&gt;</w:t>
        <w:br/>
        <w:t>і я в ньому закутий Прометей&lt;br /&gt;</w:t>
        <w:br/>
        <w:t>Бувай здоров! (іде) &gt;&lt;br /&gt;</w:t>
        <w:br/>
        <w:t>Тиранія&lt;br /&gt;</w:t>
        <w:br/>
        <w:t>чи воля всім. Піду верхівлями...&lt;br /&gt;</w:t>
        <w:br/>
        <w:t>Бувай здоров. &lt;хоче йти&gt;&lt;br /&gt;</w:t>
        <w:br/>
        <w:t>Сатана Хіба? Ну а Марія?&lt;br /&gt;</w:t>
        <w:br/>
        <w:t>&lt; самотнього &gt; мене самотнього...&lt;br /&gt;</w:t>
        <w:br/>
        <w:t>&lt;Сатана Сковорода!* &gt;&lt;br /&gt;</w:t>
        <w:br/>
        <w:t>&lt;С(на скелях пухне сміх, то нечисть, хв[атаючись] за ж[ивоти],&lt;br /&gt;</w:t>
        <w:br/>
        <w:t>без[мовно] корч[иться] і опад[ае)&gt;&lt;br /&gt;</w:t>
        <w:br/>
        <w:t>Сатана Ох, смішно, смішно як —&lt;br /&gt;</w:t>
        <w:br/>
        <w:t>"Самотнього".&lt;br /&gt;</w:t>
        <w:br/>
        <w:t>Сковор [ода] &lt;Прийди. Торкнись ласкавим своїм зором,&lt;br /&gt;</w:t>
        <w:br/>
        <w:t>впади у серце зерном &gt; Впади зерном у серце&lt;br /&gt;</w:t>
        <w:br/>
        <w:t>&lt; впади зерном у серце &gt; прокинься, як зерно&lt;br /&gt;</w:t>
        <w:br/>
        <w:t>Сатана Сковорода!&lt;br /&gt;</w:t>
        <w:br/>
        <w:t>Появляється Марія.&lt;br /&gt;</w:t>
        <w:br/>
        <w:t>&lt; Сковорода над [звичайно вражений]. &gt;&lt;br /&gt;</w:t>
        <w:br/>
        <w:t>Сковорода падає ниць. Сатанинський регіт.&lt;br /&gt;</w:t>
        <w:br/>
        <w:t>Голос Сковорода!&lt;br /&gt;</w:t>
        <w:br/>
        <w:t>Сковор [ода] &lt; (встає). &gt; Чи це мені приснило сь?&lt;br /&gt;</w:t>
        <w:br/>
        <w:t>Маріє-сестро, чистая моя,&lt;br /&gt;</w:t>
        <w:br/>
        <w:t>Маріє дивная... А де ж мучитель?&lt;br /&gt;</w:t>
        <w:br/>
        <w:t>Нікого. У&lt;br /&gt;</w:t>
        <w:br/>
        <w:t>Снить Європа.&lt;br /&gt;</w:t>
        <w:br/>
        <w:t>Лиш Вольтер&lt;br /&gt;</w:t>
        <w:br/>
        <w:t>Сміється серед тиші.&lt;br /&gt;</w:t>
        <w:br/>
        <w:t>&lt;Сков [о род а] &gt; &lt; Сковорода несвідомо подає &gt; &lt; простяг &gt;&lt;br /&gt;</w:t>
        <w:br/>
        <w:t>&lt; простягає руки&gt; Сковорода одірватися не може. Несвідомо ру-&lt;br /&gt;</w:t>
        <w:br/>
        <w:t>ки простягає — тут йому чорти приносять &lt;в&gt; пригоршпі вогню,&lt;br /&gt;</w:t>
        <w:br/>
        <w:t>&lt;сам Сатана рукопис р[ве]&gt; і палять рукопис.&lt;br /&gt;</w:t>
        <w:br/>
        <w:t>1 Замість цього рядка автор мав намір вставити один з пізніше&lt;br /&gt;</w:t>
        <w:br/>
        <w:t>дописаних "Хіба ж не бачу к а н і т а л" або: "та й сам я бачу: ка-&lt;br /&gt;</w:t>
        <w:br/>
        <w:t>пітал] ".— Ред.</w:t>
      </w:r>
    </w:p>
    <w:p>
      <w:r>
        <w:br/>
        <w:t>(ЦДАМЛМ, ф. 464, оп. 1, М 1259, арк. 1—7)</w:t>
      </w:r>
    </w:p>
    <w:p>
      <w:r>
        <w:br/>
        <w:t>[ДРУГЕ ВИДІННЯ СКОВОРОДИ.&lt;br /&gt;</w:t>
        <w:br/>
        <w:t>НА ГОРІ. ДИКО. ДАЛЕКО.]</w:t>
      </w:r>
    </w:p>
    <w:p>
      <w:r>
        <w:br/>
        <w:t>Появляється Марія.&lt;br /&gt;</w:t>
        <w:br/>
        <w:t>&lt;А навколо рик, вереск, виття неподобне — немов буран схопивсь&lt;br /&gt;</w:t>
        <w:br/>
        <w:t>в природі. Тьма.&gt; &lt; Навколо рик, а вколо вереск &gt; Танці, вереск,&lt;br /&gt;</w:t>
        <w:br/>
        <w:t>рик — мов огненний буран схопивсь в природі. Тихо. Тьма.&lt;br /&gt;</w:t>
        <w:br/>
        <w:t>Сковоро[да] &lt;Я буду скрізь тебе обороняти&gt;&lt;br /&gt;</w:t>
        <w:br/>
        <w:t>Марія Шукав мене? &lt;Візьми:&gt; прийшла. &lt;Я появилась&gt;&lt;br /&gt;</w:t>
        <w:br/>
        <w:t>Не подивуєш,&lt;br /&gt;</w:t>
        <w:br/>
        <w:t>що я в такім лахмітті? Цілий день&lt;br /&gt;</w:t>
        <w:br/>
        <w:t>па фабриці, &lt; [нерозб.] &gt; а вдома &lt; сестри &gt;&lt;br /&gt;</w:t>
        <w:br/>
        <w:t>ж сестри, голод,&lt;br /&gt;</w:t>
        <w:br/>
        <w:t>а вдома смерть. Я принесла тобі&lt;br /&gt;</w:t>
        <w:br/>
        <w:t>твої писання, &lt;що найшла їх вчора &gt; &lt;А найшла&lt;br /&gt;</w:t>
        <w:br/>
        <w:t>їх раптом &gt;&lt;br /&gt;</w:t>
        <w:br/>
        <w:t>&lt;що найшла в подвір'ї&lt;br /&gt;</w:t>
        <w:br/>
        <w:t>коло помийниці &gt; їх найшла в подвір'ї&lt;br /&gt;</w:t>
        <w:br/>
        <w:t>на панськім смітнику...&lt;br /&gt;</w:t>
        <w:br/>
        <w:t>&lt;С ко вор о [да] &gt;&lt;br /&gt;</w:t>
        <w:br/>
        <w:t>&lt;Утопія!&lt;br /&gt;</w:t>
        <w:br/>
        <w:t>Моя Утопія "Нова людина" !&gt;&lt;br /&gt;</w:t>
        <w:br/>
        <w:t>Сков [о род а] Утопія!&lt;br /&gt;</w:t>
        <w:br/>
        <w:t>Моя утопія "Нова людина"!&lt;br /&gt;</w:t>
        <w:br/>
        <w:t>&lt;0 стид, о страм! на панськім смітнику...&gt;&lt;br /&gt;</w:t>
        <w:br/>
        <w:t>О стид, о страм!&lt;br /&gt;</w:t>
        <w:br/>
        <w:t>Сатана (регоче) на панськім смітнику...&lt;br /&gt;</w:t>
        <w:br/>
        <w:t>&lt;Навколо танці, вереск, крик —мов огнен-&lt;br /&gt;</w:t>
        <w:br/>
        <w:t>ний буран схопивсь в природі. Тихо. Тьма.&gt;&lt;br /&gt;</w:t>
        <w:br/>
        <w:t>Марія Шукав мене? — &lt;Шукай. Бо йду я знову&gt; &lt;Я скрізь&lt;br /&gt;</w:t>
        <w:br/>
        <w:t>і всюди&lt;br /&gt;</w:t>
        <w:br/>
        <w:t>в роботі й горі&gt; Прийшла. &lt;Але я тільки &gt;&lt;br /&gt;</w:t>
        <w:br/>
        <w:t>&lt;та йду я знову &gt;&lt;br /&gt;</w:t>
        <w:br/>
        <w:t>Але я мушу&lt;br /&gt;</w:t>
        <w:br/>
        <w:t>&lt;СГІІШИТЬІ&gt;&lt;br /&gt;</w:t>
        <w:br/>
        <w:t>вже йти. На правім березі Дпіпра&lt;br /&gt;</w:t>
        <w:br/>
        <w:t>&lt;вже бродять гайдамаки. Буде&lt;br /&gt;</w:t>
        <w:br/>
        <w:t>твоїм панам &gt;&lt;br /&gt;</w:t>
        <w:br/>
        <w:t>&lt;як муж&gt; &lt; зараз же&gt;&lt;br /&gt;</w:t>
        <w:br/>
        <w:t>ножами страшно дзвонять гайдамаки. Ринусь&lt;br /&gt;</w:t>
        <w:br/>
        <w:t>&lt;туди, до ннх!&gt; туди! Хай будуть прокляті пани,&lt;br /&gt;</w:t>
        <w:br/>
        <w:t>що ти до них так соколово! Слово&lt;br /&gt;</w:t>
        <w:br/>
        <w:t>твоє хіба вони беруть? &lt;їм смерть&lt;br /&gt;</w:t>
        <w:br/>
        <w:t>твоя потрібна &gt; &lt;[перозб.]&gt; &lt; Панну&lt;br /&gt;</w:t>
        <w:br/>
        <w:t>пам'ятаєш? &gt;&lt;br /&gt;</w:t>
        <w:br/>
        <w:t>&lt;Ще стрінемось &gt; Чи ртуть&lt;br /&gt;</w:t>
        <w:br/>
        <w:t>твоєї мудрості? Не те. Мужицька&lt;br /&gt;</w:t>
        <w:br/>
        <w:t>потрібна смерть. (Зникає.)&lt;br /&gt;</w:t>
        <w:br/>
        <w:t>Сатана (регоче) На панськім смітнику...&lt;br /&gt;</w:t>
        <w:br/>
        <w:t>С к о в о р [о д а] Та перестань хоч ти!&lt;br /&gt;</w:t>
        <w:br/>
        <w:t>С а т а н [а] Не перестану,&lt;br /&gt;</w:t>
        <w:br/>
        <w:t>&lt;спали&gt; о ні! Спали свою Утопію —&lt;br /&gt;</w:t>
        <w:br/>
        <w:t>я дам тобі: та не мужичку — панну&lt;br /&gt;</w:t>
        <w:br/>
        <w:t>я дам тобі — ось глянь.&lt;br /&gt;</w:t>
        <w:br/>
        <w:t>&lt; (Появляється Панна &gt; (Появляється Панна —без жодної одежі&lt;br /&gt;</w:t>
        <w:br/>
        <w:t>[нерозб.] &lt;Шум&gt; Танці, вереск.&lt;br /&gt;</w:t>
        <w:br/>
        <w:t>Тихо. Тьма.&lt;br /&gt;</w:t>
        <w:br/>
        <w:t>Сатана1&lt;br /&gt;</w:t>
        <w:br/>
        <w:t>1 Текст від "Появляється Марія" до "Сатана" пізніше пе-&lt;br /&gt;</w:t>
        <w:br/>
        <w:t>рекреслений автором.— Ред.</w:t>
      </w:r>
    </w:p>
    <w:p>
      <w:r>
        <w:br/>
        <w:t>(ЦДАМЛМ, ф. 464, оп. 1, М 1259, арк. 8)&lt;br /&gt;</w:t>
        <w:br/>
        <w:t>[І. ДРУГИЙ МОНОЛОГ СКОВОРОДИ]</w:t>
      </w:r>
    </w:p>
    <w:p>
      <w:r>
        <w:br/>
        <w:t>Келія. Свічка догоряє. До стіни на лаві чернець спить. Сковоро-&lt;br /&gt;</w:t>
        <w:br/>
        <w:t>да, одірвавшись од рукопису, уголос думає: "...Ага, так ось що&lt;br /&gt;</w:t>
        <w:br/>
        <w:t>зараз найбільше нас цікавить — це явище горіпня?" — і так, не-&lt;br /&gt;</w:t>
        <w:br/>
        <w:t>мовби з ким сперечаючись, говорить:&lt;br /&gt;</w:t>
        <w:br/>
        <w:t>Огонь. Та вже ж. Це він один. Як прапор&lt;br /&gt;</w:t>
        <w:br/>
        <w:t>піднесення! Огонь. Це він, як мисль.&lt;br /&gt;</w:t>
        <w:br/>
        <w:t>Як ті ножі! Скажи: — О г о н ь.— ...чи можна&lt;br /&gt;</w:t>
        <w:br/>
        <w:t>не гоготать, коли доба, доба&lt;br /&gt;</w:t>
        <w:br/>
        <w:t>гогоче! Ось. На схилі канчуквіку.&lt;br /&gt;</w:t>
        <w:br/>
        <w:t>У витівках цвілого рококо.&lt;br /&gt;</w:t>
        <w:br/>
        <w:t>&lt;С Псалтирними зітханнями розпертий.&lt;br /&gt;</w:t>
        <w:br/>
        <w:t>Дрімає пан&gt;&lt;br /&gt;</w:t>
        <w:br/>
        <w:t>Гуманними зітханнями розпертий.&lt;br /&gt;</w:t>
        <w:br/>
        <w:t>Уїдливо дрімає пан. І так&lt; —&gt;:&lt;br /&gt;</w:t>
        <w:br/>
        <w:t>Сюди махне рукою — &lt;поле, пива&gt; &lt; скирти сіна&gt; жито&lt;br /&gt;</w:t>
        <w:br/>
        <w:t>стигне,&lt;br /&gt;</w:t>
        <w:br/>
        <w:t>аж стогне. &lt;Й так: туди махне —&lt;br /&gt;</w:t>
        <w:br/>
        <w:t>церкви гудуть &gt;, бо... приказано ж — росте&lt;br /&gt;</w:t>
        <w:br/>
        <w:t>як прокляте! — Туди махпе &lt;рукою&gt; — зажерно&lt;br /&gt;</w:t>
        <w:br/>
        <w:t>церкви гудуть, кадила брязкають&lt;br /&gt;</w:t>
        <w:br/>
        <w:t>по всій землі! &lt;Бог Саваот із неба&gt; Сам бог із неба —&lt;br /&gt;</w:t>
        <w:br/>
        <w:t>ручку&lt;br /&gt;</w:t>
        <w:br/>
        <w:t>пухнатеньку: ну як дрімається?&lt;br /&gt;</w:t>
        <w:br/>
        <w:t>&lt; Авжеж, хе-хе, нуда, начухувать &gt;&lt;br /&gt;</w:t>
        <w:br/>
        <w:t>&lt;Й по [бачивши] &gt; і бачачи, що той мовчить, &lt; узявся&lt;br /&gt;</w:t>
        <w:br/>
        <w:t>начухувать ногою &gt; &lt;ану ж&gt; &lt; береться &gt; об ногу&lt;br /&gt;</w:t>
        <w:br/>
        <w:t>начухує він ногу. Благодать!&lt;br /&gt;</w:t>
        <w:br/>
        <w:t>Та й херувим, та й серафим! Мадонна&lt;br /&gt;</w:t>
        <w:br/>
        <w:t>й собі чогось &lt;припреться: всі&gt; приперлась: Ну да&lt;br /&gt;</w:t>
        <w:br/>
        <w:t>як&lt;?&gt;?&lt;br /&gt;</w:t>
        <w:br/>
        <w:t>&lt; дрімається? Розкоші? Як ото&gt;&lt;br /&gt;</w:t>
        <w:br/>
        <w:t>А пан &lt;—да&gt;: та що ж... &lt;Живем&gt; &lt;Мовчить на&lt;br /&gt;</w:t>
        <w:br/>
        <w:t>капітали &gt;</w:t>
      </w:r>
    </w:p>
    <w:p>
      <w:r>
        <w:br/>
        <w:t>&lt;Прибутки капітали&gt; Закурим? Капітали&lt;br /&gt;</w:t>
        <w:br/>
        <w:t>куди дівать &lt; —&gt; не знаю, &lt;хе&gt; х-хе? Тут бог&lt;br /&gt;</w:t>
        <w:br/>
        <w:t>й собі теж: ххе? Мадонно, &lt;чуєш&gt; ххе, ти чуєш?&lt;br /&gt;</w:t>
        <w:br/>
        <w:t>&lt;це власництво і бог гне: дай на церкву&gt;&lt;br /&gt;</w:t>
        <w:br/>
        <w:t>на власництві державу &lt;став&gt; струнь, то й нам&lt;br /&gt;</w:t>
        <w:br/>
        <w:t>не боязко на небі, "небі! небі!"&lt;br /&gt;</w:t>
        <w:br/>
        <w:t>передражнив &lt; архангел &gt; архістратиг. Опдо</w:t>
      </w:r>
    </w:p>
    <w:p>
      <w:r>
        <w:br/>
        <w:t>(ЦДАМЛМ, ф. 464, оп. 1, М 1244, арк. 1)</w:t>
      </w:r>
    </w:p>
    <w:p>
      <w:r>
        <w:br/>
        <w:t>[II. ДРУГИЙ МОНОЛОГ СКОВОРОДИ]</w:t>
      </w:r>
    </w:p>
    <w:p>
      <w:r>
        <w:br/>
        <w:t>Отак 1&lt;br /&gt;</w:t>
        <w:br/>
        <w:t>у рай пішла від рококо до бога&lt;br /&gt;</w:t>
        <w:br/>
        <w:t>душа його. Амінь же, братіє!&lt;br /&gt;</w:t>
        <w:br/>
        <w:t>&lt;Хіба&gt; Чи мо' й собі сльозу? &lt;А що ж&gt; Такий&lt;br /&gt;</w:t>
        <w:br/>
        <w:t>&lt;добрячий&gt;&lt;br /&gt;</w:t>
        <w:br/>
        <w:t>&lt;же добрий &gt; бо ловкий&lt;br /&gt;</w:t>
        <w:br/>
        <w:t>та &lt; ловкий &gt; добрий пан загув, &lt; — &gt; ну й як &lt;же&gt;&lt;br /&gt;</w:t>
        <w:br/>
        <w:t>нам без,—&lt;br /&gt;</w:t>
        <w:br/>
        <w:t>&lt; ну й як же без,— та й як нам жить без папа?&gt;&lt;br /&gt;</w:t>
        <w:br/>
        <w:t>&lt;та як нам без&gt; Ой, як нам без,— та як пам жить без&lt;br /&gt;</w:t>
        <w:br/>
        <w:t>папа!&lt;br /&gt;</w:t>
        <w:br/>
        <w:t>&lt; Такий &gt; &lt;Таке м'яке, таке легке, пухке&lt;br /&gt;</w:t>
        <w:br/>
        <w:t>життя було&gt;&lt;br /&gt;</w:t>
        <w:br/>
        <w:t>&lt;Таке ясне, таке святе &gt;&lt;br /&gt;</w:t>
        <w:br/>
        <w:t>1 Зверху автор написав: "У другій половині XVIII ст., а ще точ-&lt;br /&gt;</w:t>
        <w:br/>
        <w:t>ніше — під час повстання коліїв — які були заводи на б [увшій]&lt;br /&gt;</w:t>
        <w:br/>
        <w:t>Донеччині [?]", а пижче: "Отак у рай пішла душа буржуазії" —&lt;br /&gt;</w:t>
        <w:br/>
        <w:t>один з варіантів заголовка, під яким "Другий монолог Сковороди"&lt;br /&gt;</w:t>
        <w:br/>
        <w:t>Друкувався у пресі.— Ред.&lt;br /&gt;</w:t>
        <w:br/>
        <w:t>Та хто ж нас бу'— &lt;та&gt; ой хто ж пас бу' — та хто ж&lt;br /&gt;</w:t>
        <w:br/>
        <w:t>нас &lt;буде бить&gt; бити бу'—! Дерун, дерій, дерюга&lt;!&gt;&lt;br /&gt;</w:t>
        <w:br/>
        <w:t>&lt;ще й брехунець! Джигун і дзиндзик! Вмер?&gt; &lt;Вмер?&gt;&lt;br /&gt;</w:t>
        <w:br/>
        <w:t>&lt;Умер? — лежи ж і не вставай&gt;&lt;br /&gt;</w:t>
        <w:br/>
        <w:t>&lt;Лежи ж&gt; &lt;спи&gt;&lt;br /&gt;</w:t>
        <w:br/>
        <w:t>&lt;Коли по&gt; &lt;Дерилко&lt;br /&gt;</w:t>
        <w:br/>
        <w:t>преставився, земля йому пером,&lt;br /&gt;</w:t>
        <w:br/>
        <w:t>а пам'ятка кілочком &gt;&lt;br /&gt;</w:t>
        <w:br/>
        <w:t>впокоївся. Земля ж йому &lt; кілком &gt; пером,&lt;br /&gt;</w:t>
        <w:br/>
        <w:t>обскубаним. Не перестанемо&lt;br /&gt;</w:t>
        <w:br/>
        <w:t>скубти його й по смерти! Любий, тлієш?&lt;br /&gt;</w:t>
        <w:br/>
        <w:t>Здирав єси &lt;чесно&gt; &lt;усердно&gt;&lt;br /&gt;</w:t>
        <w:br/>
        <w:t>собако? Капітал?</w:t>
      </w:r>
    </w:p>
    <w:p>
      <w:r>
        <w:br/>
        <w:t>(ЦДАМЛМ, ф. 464, оп. 1, Кя 1244, арк. 2 зв.)</w:t>
      </w:r>
    </w:p>
    <w:p>
      <w:r>
        <w:br/>
        <w:t>[III. ДРУГИЙ МОНОЛОГ СКОВОРОДИ]&lt;br /&gt;</w:t>
        <w:br/>
        <w:t>Огонь. Та вже ж. Це він один. Як прапор&lt;br /&gt;</w:t>
        <w:br/>
        <w:t>піднесення. О г о н ь. Цс він, як мисль.&lt;br /&gt;</w:t>
        <w:br/>
        <w:t>Як ті ножії Скажи&lt;:&gt; — (Огонь) &lt;—&gt;: чи можна&lt;br /&gt;</w:t>
        <w:br/>
        <w:t>не гоготать &lt;коли доба, доба&lt;br /&gt;</w:t>
        <w:br/>
        <w:t>гогоче !&gt; коли я сам, я сам&lt;br /&gt;</w:t>
        <w:br/>
        <w:t>підвівся!&lt;br /&gt;</w:t>
        <w:br/>
        <w:t>Ось. На схилі &lt;канчуквіку&gt; канчук-віку&lt;br /&gt;</w:t>
        <w:br/>
        <w:t>•і&lt;br /&gt;</w:t>
        <w:br/>
        <w:t>тут скрикнула мадонна й підсмикнулась&lt;br /&gt;</w:t>
        <w:br/>
        <w:t>так високо, &lt;що литки аж...&gt; аж литки бач... І враз&lt;br /&gt;</w:t>
        <w:br/>
        <w:t>.]&lt;br /&gt;</w:t>
        <w:br/>
        <w:t>Коли сам цар &lt;од&gt; із переляку репнув,&lt;br /&gt;</w:t>
        <w:br/>
        <w:t>то що вже &lt;цим. Одначе: репане&gt; &lt;їм!&gt; цим! Одначе —&lt;br /&gt;</w:t>
        <w:br/>
        <w:t>репнуте&lt;br /&gt;</w:t>
        <w:br/>
        <w:t>стягло хвости — і підповзло. Вкусило —&lt;br /&gt;</w:t>
        <w:br/>
        <w:t>й одскочило &lt; ізнов &gt; назад. Плазуючи,&lt;br /&gt;</w:t>
        <w:br/>
        <w:t>вибризкувало яд вонючий. Тихо&lt;br /&gt;</w:t>
        <w:br/>
        <w:t>яхидою захихотіло... &lt;Цоп!&gt; &lt;Ц-цоп!&gt; Цоп! —&lt;br /&gt;</w:t>
        <w:br/>
        <w:t>&lt;по голові його тут [нерозб.]. Скрутилась&lt;br /&gt;</w:t>
        <w:br/>
        <w:t>у самий хре [ст] &gt;&lt;br /&gt;</w:t>
        <w:br/>
        <w:t>&lt;по голові його бідняк. Скрутилась &gt;&lt;br /&gt;</w:t>
        <w:br/>
        <w:t>&lt;по голові його бідняк — скрутилось&lt;br /&gt;</w:t>
        <w:br/>
        <w:t>як на вогні, перевернулось. &gt;&lt;br /&gt;</w:t>
        <w:br/>
        <w:t>по голові його бідняк. Скрутилось&lt;br /&gt;</w:t>
        <w:br/>
        <w:t>ковбаскою, &lt;що зручно підчепить&lt;br /&gt;</w:t>
        <w:br/>
        <w:t>і на вогонь шпурнути. &gt;&lt;br /&gt;</w:t>
        <w:br/>
        <w:t>яку &lt;він&gt; той підчепив&lt;br /&gt;</w:t>
        <w:br/>
        <w:t>і на вогонь шпурнув. Перекрутилось&lt;br /&gt;</w:t>
        <w:br/>
        <w:t>&lt;нещаснеє, аж вигнулось. Отак&lt;br /&gt;</w:t>
        <w:br/>
        <w:t>у рай пішла до бога&gt;&lt;br /&gt;</w:t>
        <w:br/>
        <w:t>нещаснеє, аж вигнулось.&lt;br /&gt;</w:t>
        <w:br/>
        <w:t>Отак&lt;br /&gt;</w:t>
        <w:br/>
        <w:t>у рай пішла від рококо до бога&lt;br /&gt;</w:t>
        <w:br/>
        <w:t>душа його. &lt; [нерозб.] &gt; Ой леле! Братіс!&lt;br /&gt;</w:t>
        <w:br/>
        <w:t>&lt; Заплачемо і ми — нехай царствує — &gt;&lt;br /&gt;</w:t>
        <w:br/>
        <w:t>&lt; огонь, як мисль, тут вихопивсь &gt;&lt;br /&gt;</w:t>
        <w:br/>
        <w:t>&lt;Коли нас гнав&lt;br /&gt;</w:t>
        <w:br/>
        <w:t>гноїв нас у житті &gt;&lt;br /&gt;</w:t>
        <w:br/>
        <w:t>&lt;Коли нас гнав з життя &gt;&lt;br /&gt;</w:t>
        <w:br/>
        <w:t>&lt;й на небі ще, а ми — і без царів &gt;&lt;br /&gt;</w:t>
        <w:br/>
        <w:t>&lt;Заплакати і нам? А що ж. Ну й гавкай,&lt;br /&gt;</w:t>
        <w:br/>
        <w:t>добрячий пап та й ловкий пан&gt;&lt;br /&gt;</w:t>
        <w:br/>
        <w:t>Хіба й собі сльозу? Амінь же. А що ж. &lt;3а віщо&gt; &lt;Ну&lt;br /&gt;</w:t>
        <w:br/>
        <w:t>чпм&lt;br /&gt;</w:t>
        <w:br/>
        <w:t>же&gt; &lt;Ну й чим же&gt;&lt;br /&gt;</w:t>
        <w:br/>
        <w:t>Той пан та був &lt;ото&gt; недобрим? Спав? Гуляв?&lt;br /&gt;</w:t>
        <w:br/>
        <w:t>...Огонь, як мисль, тут вихопивсь. Повставши,&lt;br /&gt;</w:t>
        <w:br/>
        <w:t>[• • .]&lt;br /&gt;</w:t>
        <w:br/>
        <w:t>Огонь. &lt;Печаль&gt; Буран. Тяжіння.&lt;br /&gt;</w:t>
        <w:br/>
        <w:t>Рух. Свідомість.&lt;br /&gt;</w:t>
        <w:br/>
        <w:t>Матерія. І засміявсь-сміявсь,&lt;br /&gt;</w:t>
        <w:br/>
        <w:t>що переміг.&lt;br /&gt;</w:t>
        <w:br/>
        <w:t>(ЦДАМЛМ, ф. 464, оп. 1, № 1244, арк. 2—3)</w:t>
      </w:r>
    </w:p>
    <w:p>
      <w:r>
        <w:br/>
        <w:t>[IV. ДРУГИЙ МОНОЛОГ СКОВОРОДИ]&lt;br /&gt;</w:t>
        <w:br/>
        <w:t>1 Зверху автор дописав: "Натура".— Ред.&lt;br /&gt;</w:t>
        <w:br/>
        <w:t>Натура — є римське слово, по-нашому ж природа, або ж єство. Цим&lt;br /&gt;</w:t>
        <w:br/>
        <w:t>словом визначається все па все, що тільки родиться у всій світа&lt;br /&gt;</w:t>
        <w:br/>
        <w:t>цього машині... Вона 1 зветься натурою тому, що все, &lt;що&gt; яке&lt;br /&gt;</w:t>
        <w:br/>
        <w:t>&lt;на світ&gt; назовні виходить &lt;чи&gt; або ж народжується від&lt;br /&gt;</w:t>
        <w:br/>
        <w:t>таємних необмежених надр її, як од загальної матері черева, тим-&lt;br /&gt;</w:t>
        <w:br/>
        <w:t>часовий свій має початок. А поскільки ця мати, рождаючи, ні від&lt;br /&gt;</w:t>
        <w:br/>
        <w:t>кого не приймає, але ж сама собою рождає, для того &lt;й нази-&lt;br /&gt;</w:t>
        <w:br/>
        <w:t>вається] &gt; &lt; зветься &gt; взивається і батьком &lt;і матір'ю &gt; і по-&lt;br /&gt;</w:t>
        <w:br/>
        <w:t>чатком &lt;ні початком&gt;, який &lt;і&gt; кінця не має, який &lt;під&gt;&lt;br /&gt;</w:t>
        <w:br/>
        <w:t>від місця чи часу не залежить... Не можна про пеї &lt; сказати&gt;&lt;br /&gt;</w:t>
        <w:br/>
        <w:t>спитати: коли вопа почалась? — Вона завжди є, була й буде. Або ж:&lt;br /&gt;</w:t>
        <w:br/>
        <w:t>до якого місця &lt; досягає? &gt; поширюється? — Bona завжди є&lt;br /&gt;</w:t>
        <w:br/>
        <w:t>скрізь. &lt; Натура &gt; Бо натура</w:t>
      </w:r>
    </w:p>
    <w:p>
      <w:r>
        <w:br/>
        <w:t>&lt;ОТАК У РЛЙ ПІШЛА БУРЖУАЗІЯ&lt;br /&gt;</w:t>
        <w:br/>
        <w:t>(Уривок із поеми) &gt;&lt;br /&gt;</w:t>
        <w:br/>
        <w:t>ДРУГИЙ МОНОЛОГ СКОВОРОДИ&lt;br /&gt;</w:t>
        <w:br/>
        <w:t>Огонь. Та вже ж. Це він один. Як прапор&lt;br /&gt;</w:t>
        <w:br/>
        <w:t>піднесення! Огонь. Це він, як мисль.&lt;br /&gt;</w:t>
        <w:br/>
        <w:t>Як ті ножі (Огонь): чи можна&lt;br /&gt;</w:t>
        <w:br/>
        <w:t>не гоготать, коли доба, доба&lt;br /&gt;</w:t>
        <w:br/>
        <w:t>гогоче!&lt;br /&gt;</w:t>
        <w:br/>
        <w:t>стягло хвости і підповзло. Плазуючи,&lt;br /&gt;</w:t>
        <w:br/>
        <w:t>вибризкувало яд вопючий. Тихо&lt;br /&gt;</w:t>
        <w:br/>
        <w:t>яхидою захихотіло... Цоп! —</w:t>
      </w:r>
    </w:p>
    <w:p>
      <w:r>
        <w:br/>
        <w:t>(ЦДАМЛМ, ф. 464, оп. 1, М 1245, арк. 1—4)</w:t>
      </w:r>
    </w:p>
    <w:p>
      <w:r>
        <w:br/>
        <w:t>[І.] &lt;КІНЕЦЬ ФЕОДАЛА&gt;&lt;br /&gt;</w:t>
        <w:br/>
        <w:t>Бунтівники духа, ватажки герої — &lt;вічно вони в змаганнях! &gt;&lt;br /&gt;</w:t>
        <w:br/>
        <w:t>звідки вони беруться? &lt; Озера крові&gt; &lt;клинці, межовані не-&lt;br /&gt;</w:t>
        <w:br/>
        <w:t>навистю &gt; Стоять стоянами озера крові в історії,—чому їх не за-&lt;br /&gt;</w:t>
        <w:br/>
        <w:t>сипать? Чом замість &lt; [нерозб.] &gt; гасну [ти] повстанням — по-&lt;br /&gt;</w:t>
        <w:br/>
        <w:t>встання [ми] перекликають [ся] &lt;в віках &gt; віки? &lt; [нерозб.] &gt;&lt;br /&gt;</w:t>
        <w:br/>
        <w:t>&lt;Роб[іт]иики ось нюрнберзькі &gt; &lt;ось&gt; &lt;тут&gt; &lt;ось&gt;&lt;br /&gt;</w:t>
        <w:br/>
        <w:t>&lt;а там папак&gt; &lt; Моздок на сході &gt; &lt;Тут&gt; Ось нідерландців&lt;br /&gt;</w:t>
        <w:br/>
        <w:t>кривава рада, а там &lt; і в Англії й па В [країні] &gt; уже і в Англії&lt;br /&gt;</w:t>
        <w:br/>
        <w:t>й на Україні! &lt;Слава!—кричить, бунтує бунтарський дух.&gt;&lt;br /&gt;</w:t>
        <w:br/>
        <w:t>&lt;Слава! — і скрізь, де папство, бунтує бунтарський дух&gt; &lt;Сла-&lt;br /&gt;</w:t>
        <w:br/>
        <w:t>ва! — і скрізь, де рабство, там огонь. Кидається, перекидається, до&lt;br /&gt;</w:t>
        <w:br/>
        <w:t>протесту будить, будить!.. І все ж ніколи не збудить отак!&gt;&lt;br /&gt;</w:t>
        <w:br/>
        <w:t>&lt;Пани ж мої і ті [нерозб.] там десь по закутках. &gt; &lt;Буди:&gt;&lt;br /&gt;</w:t>
        <w:br/>
        <w:t>&lt;0 дух бунтуючий, буди й&gt; &lt;І тут же&gt; &lt;І тільки наш&gt;&lt;br /&gt;</w:t>
        <w:br/>
        <w:t>&lt;Чого ж так мало в нас збудилось? О що б було, якбп&gt;&lt;br /&gt;</w:t>
        <w:br/>
        <w:t>&lt;Я чую&gt; Кидайте &lt;буденне діло, кидайте і й[діть]&gt; своє!&lt;br /&gt;</w:t>
        <w:br/>
        <w:t>Ідіть за спільне діло! &lt;всі&gt; всі —чи чуєте? —усі! &lt;так 18-ий&lt;br /&gt;</w:t>
        <w:br/>
        <w:t>кривавий вік&gt;&lt;br /&gt;</w:t>
        <w:br/>
        <w:t>Лежать собі по українах недолуги-патріоти і &lt;лежать, на ко-&lt;br /&gt;</w:t>
        <w:br/>
        <w:t>ми [ни] позадирали ноги&gt; свистять малоросійської геть через&lt;br /&gt;</w:t>
        <w:br/>
        <w:t>увесь XVIII вік, лежать, на коми [ни] позадирали ноги1.&lt;br /&gt;</w:t>
        <w:br/>
        <w:t>Україна. Панські покої. Покручені сходи на другий поверх.&lt;br /&gt;</w:t>
        <w:br/>
        <w:t>День. Вбігає Кожум'яка.&lt;br /&gt;</w:t>
        <w:br/>
        <w:t>Огенія (увіходить)&lt;br /&gt;</w:t>
        <w:br/>
        <w:t>Вертаються! Вже чути там музики,&lt;br /&gt;</w:t>
        <w:br/>
        <w:t>і дикий свист, і п'яні вигуки&lt;br /&gt;</w:t>
        <w:br/>
        <w:t>1 Збоку автором дописано: "Альбігойці&lt;br /&gt;</w:t>
        <w:br/>
        <w:t>Гусити&lt;br /&gt;</w:t>
        <w:br/>
        <w:t>Жакерія&lt;br /&gt;</w:t>
        <w:br/>
        <w:t>(Жак Боном)&lt;br /&gt;</w:t>
        <w:br/>
        <w:t>(Паризькі) молотобойці".— Ред.&lt;br /&gt;</w:t>
        <w:br/>
        <w:t>панів. Чи все ж я поробила? Швидше</w:t>
      </w:r>
    </w:p>
    <w:p>
      <w:r>
        <w:br/>
        <w:t>струшу з стола, покої просвіжу 1&lt;br /&gt;</w:t>
        <w:br/>
        <w:t>&lt;а ти біжи&gt; &lt;побіжи&gt;&lt;br /&gt;</w:t>
        <w:br/>
        <w:t>та покладу свічки і добровоні&lt;br /&gt;</w:t>
        <w:br/>
        <w:t>&lt;папохваті. Це ж&gt; напохваті. (Виходить.) Це ж знов&lt;br /&gt;</w:t>
        <w:br/>
        <w:t>кричатиме&lt;br /&gt;</w:t>
        <w:br/>
        <w:t>•]&lt;br /&gt;</w:t>
        <w:br/>
        <w:t>Богиня... хха? &lt; зажерливо ж набрякла&lt;br /&gt;</w:t>
        <w:br/>
        <w:t>від ладану, од блювотин, од гри, &gt;&lt;br /&gt;</w:t>
        <w:br/>
        <w:t>&lt;як&gt; мов тая гниль набрякла —&lt;br /&gt;</w:t>
        <w:br/>
        <w:t>від ладану, од блювотини, гри,&lt;br /&gt;</w:t>
        <w:br/>
        <w:t>•]&lt;br /&gt;</w:t>
        <w:br/>
        <w:t>поборників свободи чула крик?&lt;br /&gt;</w:t>
        <w:br/>
        <w:t>&lt;С(розчиняє вікна)&gt; (Коло вікна.)&lt;br /&gt;</w:t>
        <w:br/>
        <w:t>&lt;Та он&gt; Аж ген вони — в лісах, ярах... геть чисто&lt;br /&gt;</w:t>
        <w:br/>
        <w:t>. • •]&lt;br /&gt;</w:t>
        <w:br/>
        <w:t>з голотою впадеш. &lt;.(оглядавХ.(оглядув кімнату)&gt;&lt;br /&gt;</w:t>
        <w:br/>
        <w:t>&lt;Ну от, здається,&lt;br /&gt;</w:t>
        <w:br/>
        <w:t>і все тепер, (гукав вгору) Хрисапф! готово там&lt;br /&gt;</w:t>
        <w:br/>
        <w:t>чи ні? (вбігав дівчина) Невже ізнов заснув патлатий!&lt;br /&gt;</w:t>
        <w:br/>
        <w:t>От прокляте опудало... Хрисанф! &gt;&lt;br /&gt;</w:t>
        <w:br/>
        <w:t>ану пійду його збужу &lt;( кричить )&gt; (Іде по сходах.)&lt;br /&gt;</w:t>
        <w:br/>
        <w:t>Люципер (прочиняючи двері)&lt;br /&gt;</w:t>
        <w:br/>
        <w:t>Ти тут сама, Огеніє?&lt;br /&gt;</w:t>
        <w:br/>
        <w:t>•]&lt;br /&gt;</w:t>
        <w:br/>
        <w:t>підсушує, да й той покласти нігде —&lt;br /&gt;</w:t>
        <w:br/>
        <w:t>Огенія &lt;(грізпо)&gt;&lt;br /&gt;</w:t>
        <w:br/>
        <w:t>&lt; Люципере, чи хочеш ти, щоб нас&lt;br /&gt;</w:t>
        <w:br/>
        <w:t>помітили? Та й звідки ця веселість? &gt; 2&lt;br /&gt;</w:t>
        <w:br/>
        <w:t>Кажи: яка тривога?&lt;br /&gt;</w:t>
        <w:br/>
        <w:t>Чого прийшов?&lt;br /&gt;</w:t>
        <w:br/>
        <w:t>Люципер&lt;br /&gt;</w:t>
        <w:br/>
        <w:t>Між гайдамаками&lt;br /&gt;</w:t>
        <w:br/>
        <w:t>немирпо.&lt;br /&gt;</w:t>
        <w:br/>
        <w:t>Збоку дописано олівцем: "А де ж..." — Ред.&lt;br /&gt;</w:t>
        <w:br/>
        <w:t>На берегах рукопису олівцем дописано:&lt;br /&gt;</w:t>
        <w:br/>
        <w:t>"Та ні, он там (показує нагору)&lt;br /&gt;</w:t>
        <w:br/>
        <w:t>Л ю ц [и п е р]&lt;br /&gt;</w:t>
        <w:br/>
        <w:t>Отой патлатий? Дак що,&lt;br /&gt;</w:t>
        <w:br/>
        <w:t>В одежі селянина хто&lt;br /&gt;</w:t>
        <w:br/>
        <w:t>у мені вгадає отамана?" — Ред.&lt;br /&gt;</w:t>
        <w:br/>
        <w:t>(ЦДАМЛМ, ф. 464, оп. 1, М 1189, арк. 4—6)&lt;br /&gt;</w:t>
        <w:br/>
        <w:t>Ой, не жартуй, бо ж зараз прийдуть...&lt;br /&gt;</w:t>
        <w:br/>
        <w:t>Люципер (до вікна)&lt;br /&gt;</w:t>
        <w:br/>
        <w:t>Гук&lt;br /&gt;</w:t>
        <w:br/>
        <w:t>навперегук &lt;гуде&gt; іде! Ти не турбуйся:&lt;br /&gt;</w:t>
        <w:br/>
        <w:t>дворяночка твоя ще тільки хвіст&lt;br /&gt;</w:t>
        <w:br/>
        <w:t>підсушує, да й той покласти пігде.&lt;br /&gt;</w:t>
        <w:br/>
        <w:t>(Наспівує.) А-а, гойда,&lt;br /&gt;</w:t>
        <w:br/>
        <w:t>чужа мати пойда,&lt;br /&gt;</w:t>
        <w:br/>
        <w:t>а нашая пані&lt;br /&gt;</w:t>
        <w:br/>
        <w:t>ходить у жупані.&lt;br /&gt;</w:t>
        <w:br/>
        <w:t>Огенія (грізно)&lt;br /&gt;</w:t>
        <w:br/>
        <w:t>Люципере, чи хочеш ти, щоб нас&lt;br /&gt;</w:t>
        <w:br/>
        <w:t>помітили? Та й звідки ця веселість?&lt;br /&gt;</w:t>
        <w:br/>
        <w:t>Обачен будь — еж голову твою 1&lt;br /&gt;</w:t>
        <w:br/>
        <w:t>оцінено ти знаєш в скільки?&lt;br /&gt;</w:t>
        <w:br/>
        <w:t>Люципор &lt;.(весело)&gt; (лапаючи свою голову)&lt;br /&gt;</w:t>
        <w:br/>
        <w:t>Скільки?&lt;br /&gt;</w:t>
        <w:br/>
        <w:t>Хрисанф (зіходячи вниз)&lt;br /&gt;</w:t>
        <w:br/>
        <w:t>...а головне, що скільки воїнства&lt;br /&gt;</w:t>
        <w:br/>
        <w:t>небесного там вийшло! Скільки &lt;дзиндзи&gt; власті&lt;br /&gt;</w:t>
        <w:br/>
        <w:t>на райдугах радіти почало. (До Огенії.)&lt;br /&gt;</w:t>
        <w:br/>
        <w:t>&lt;А ловко я придумав: дзиндза! Темний&lt;br /&gt;</w:t>
        <w:br/>
        <w:t>затурканий народ подумає,&lt;br /&gt;</w:t>
        <w:br/>
        <w:t>що це святе, церковне щось, слов'янське.&lt;br /&gt;</w:t>
        <w:br/>
        <w:t>Хай думає, а я тим часом скік! —&lt;br /&gt;</w:t>
        <w:br/>
        <w:t>на шлях святого вискочу й прославлюсь. &gt;&lt;br /&gt;</w:t>
        <w:br/>
        <w:t>А ще ж як я по-грецькому почну — &lt; (по [бачивши] &gt;&lt;br /&gt;</w:t>
        <w:br/>
        <w:t>&lt;убачивши Огепію) &gt;&lt;br /&gt;</w:t>
        <w:br/>
        <w:t>1 На берегах рукопису дописано олівцем: "твою ж бо голо-&lt;br /&gt;</w:t>
        <w:br/>
        <w:t>воньку".— Ред.&lt;br /&gt;</w:t>
        <w:br/>
        <w:t>Ну що, пора? Пора, отроковіце,&lt;br /&gt;</w:t>
        <w:br/>
        <w:t>&lt;я вже давно приготувавсь (Люцип[еру].) А ти&gt;&lt;br /&gt;</w:t>
        <w:br/>
        <w:t>&lt;я теж давно приготувавсь (До Люцип[ера]) А ти&gt;&lt;br /&gt;</w:t>
        <w:br/>
        <w:t>Я трохи був заснув (позіхав) О господи!.,&lt;br /&gt;</w:t>
        <w:br/>
        <w:t>обідранцю, чого це тут — стрічати&lt;br /&gt;</w:t>
        <w:br/>
        <w:t>та й поступлю &lt;в любовники&gt; &lt;я в ченчики&gt;&lt;br /&gt;</w:t>
        <w:br/>
        <w:t>&lt; нахлібники &gt;&lt;br /&gt;</w:t>
        <w:br/>
        <w:t>в ласкавчики до папі.&lt;br /&gt;</w:t>
        <w:br/>
        <w:t>Хрисанф&lt;br /&gt;</w:t>
        <w:br/>
        <w:t>&lt;Негіднику!&gt; Ну-ну! мужво! а прикуси язик...&lt;br /&gt;</w:t>
        <w:br/>
        <w:t>Розляпався. (Знімає з стіни ікону.)&lt;br /&gt;</w:t>
        <w:br/>
        <w:t>Огенія&lt;br /&gt;</w:t>
        <w:br/>
        <w:t>Та це він &lt;так бо. Хворий&gt;&lt;br /&gt;</w:t>
        <w:br/>
        <w:t>&lt;в жарти.&lt;br /&gt;</w:t>
        <w:br/>
        <w:t>Хворий &gt; так. Бо хворий&lt;br /&gt;</w:t>
        <w:br/>
        <w:t>на голову.&lt;br /&gt;</w:t>
        <w:br/>
        <w:t>Хрисанф&lt;br /&gt;</w:t>
        <w:br/>
        <w:t>Хіба що так. Піду ж.&lt;br /&gt;</w:t>
        <w:br/>
        <w:t>Огсніє, &lt; свічки ж&gt; подай бо свічку, чуєш?&lt;br /&gt;</w:t>
        <w:br/>
        <w:t>(До Люц[ипера].)&lt;br /&gt;</w:t>
        <w:br/>
        <w:t>[&amp;#9632; &amp;#9632;]&lt;br /&gt;</w:t>
        <w:br/>
        <w:t>X р и с а и ф&lt;br /&gt;</w:t>
        <w:br/>
        <w:t>&lt;Ага.&gt; А ти ж як думав. &lt;Ось хай лишень вступить до поко-&lt;br /&gt;</w:t>
        <w:br/>
        <w:t>їв— я ще пе так ученістю розточуся &gt; &lt; Нехай пані вступлять&lt;br /&gt;</w:t>
        <w:br/>
        <w:t>до покоїв — я ще не так ученістю розточуся. Про Едем. Про рай&lt;br /&gt;</w:t>
        <w:br/>
        <w:t>сладості. Та ось, наприклад, про сад. Про рап.&gt; Ось пожду ще&lt;br /&gt;</w:t>
        <w:br/>
        <w:t>й не таким я розточуся. І насаді господь бог рай во Едемє на&lt;br /&gt;</w:t>
        <w:br/>
        <w:t>востоцех і введе тамо человека єгоже созда. Це &lt;про рай&gt; &lt;про&lt;br /&gt;</w:t>
        <w:br/>
        <w:t>той самий &gt; рай сладості, парадіос тіс тріфіс — по-грецькому.&lt;br /&gt;</w:t>
        <w:br/>
        <w:t>Люципер&lt;br /&gt;</w:t>
        <w:br/>
        <w:t>Авжеж. &lt;Бо коли пан поїхав до Німеччини, то отут тобі й рай&lt;br /&gt;</w:t>
        <w:br/>
        <w:t>сладості, коло пані. Ну що ж&gt; Казочка про те, як пан поїхав до&lt;br /&gt;</w:t>
        <w:br/>
        <w:t>Німеччини, а пані &lt;тут&gt; без [нього] рай сладості з ченцями&lt;br /&gt;</w:t>
        <w:br/>
        <w:t>завела? чув, чув. (Співає.)&lt;br /&gt;</w:t>
        <w:br/>
        <w:t>І —]&lt;br /&gt;</w:t>
        <w:br/>
        <w:t>(ЦДАМЛМ, ф. 464, оп. 1, № 1189, арк. 7—8)</w:t>
      </w:r>
    </w:p>
    <w:p>
      <w:r>
        <w:br/>
        <w:t>ховаються: то хитра омела,&lt;br /&gt;</w:t>
        <w:br/>
        <w:t>то галли, цвіль, то гнізда. Ну, так отже:&lt;br /&gt;</w:t>
        <w:br/>
        <w:t>коли вже ти перевернув, почнем&lt;br /&gt;</w:t>
        <w:br/>
        <w:t>з твого кінця. Не дозволяй, щоб гнізда&lt;br /&gt;</w:t>
        <w:br/>
        <w:t>заводили твої поплічники;&lt;br /&gt;</w:t>
        <w:br/>
        <w:t>не дозволяй, щоб дармоїди хитро&lt;br /&gt;</w:t>
        <w:br/>
        <w:t>ховалися в твоєму війську. &lt; Завше &gt;&lt;br /&gt;</w:t>
        <w:br/>
        <w:t>&lt;ти&gt; &lt;переглядай усіх&gt; &lt;Стискуй&lt;br /&gt;</w:t>
        <w:br/>
        <w:t>як у руці відповідальність&lt;br /&gt;</w:t>
        <w:br/>
        <w:t>для кождого&gt; Скуй&lt;br /&gt;</w:t>
        <w:br/>
        <w:t>для кождого стерно, і хай цей кождий&lt;br /&gt;</w:t>
        <w:br/>
        <w:t>&lt; по-чесному веслує&gt; за себе сам правує, прагне, йде.&lt;br /&gt;</w:t>
        <w:br/>
        <w:t>Оце ж і є провірка.&lt;br /&gt;</w:t>
        <w:br/>
        <w:t>Л юц [и п с р]&lt;br /&gt;</w:t>
        <w:br/>
        <w:t>Щось цікаве&lt;br /&gt;</w:t>
        <w:br/>
        <w:t>(ЦДАМЛМ, ф. 464, оп. 1, М 1189, арк. 14—15)</w:t>
      </w:r>
    </w:p>
    <w:p>
      <w:r>
        <w:br/>
        <w:t>О г е п і я&lt;br /&gt;</w:t>
        <w:br/>
        <w:t>Звідки ти&lt;br /&gt;</w:t>
        <w:br/>
        <w:t>докладно так про все цс знаєш?&lt;br /&gt;</w:t>
        <w:br/>
        <w:t>Люципер&lt;br /&gt;</w:t>
        <w:br/>
        <w:t>З лісу&lt;br /&gt;</w:t>
        <w:br/>
        <w:t>виходячи, я був зустрінутий&lt;br /&gt;</w:t>
        <w:br/>
        <w:t>і реготом і &lt; криком &gt; свистом. Я спинився.&lt;br /&gt;</w:t>
        <w:br/>
        <w:t>&lt;Та крик і свист &gt;&lt;br /&gt;</w:t>
        <w:br/>
        <w:t>&lt;—Ну що, сходив до вітру? — Й знову свист&lt;br /&gt;</w:t>
        <w:br/>
        <w:t>Ну йди вже, йди&gt;&lt;br /&gt;</w:t>
        <w:br/>
        <w:t>— Ну що, сходив до вітру? — Оглянувсь:&lt;br /&gt;</w:t>
        <w:br/>
        <w:t>не видно ж бо &lt;кого вони питають&gt; нікого.—Хлопці!&lt;br /&gt;</w:t>
        <w:br/>
        <w:t>гляньте!&lt;br /&gt;</w:t>
        <w:br/>
        <w:t>наш Сатана ще й оглядається,&lt;br /&gt;</w:t>
        <w:br/>
        <w:t>немовби він не &lt;той&gt; той...— &lt;і я&gt; &lt;і знову регіт&gt;&lt;br /&gt;</w:t>
        <w:br/>
        <w:t>&lt;і знов хтось регіт &gt; і знову регіт&lt;br /&gt;</w:t>
        <w:br/>
        <w:t>&lt;і знову свист &gt;&lt;br /&gt;</w:t>
        <w:br/>
        <w:t>&lt;там&gt; обрушив хтось &lt; [на] нас такий,&lt;br /&gt;</w:t>
        <w:br/>
        <w:t>аж гайдуки &gt; взялись аж гайдуки&lt;br /&gt;</w:t>
        <w:br/>
        <w:t>&lt; качатися &gt; &lt; попадали &gt; &lt; качалися попадали &gt;&lt;br /&gt;</w:t>
        <w:br/>
        <w:t>качатися, попадавши, як свині —&lt;br /&gt;</w:t>
        <w:br/>
        <w:t>&lt; трусилися &gt; трясучкою і тряскали по заду&lt;br /&gt;</w:t>
        <w:br/>
        <w:t>&lt;сами себе,&gt; &lt;а хтось один і по-собачому &gt;&lt;br /&gt;</w:t>
        <w:br/>
        <w:t>сами себе, ніяк 1 віддихатись&lt;br /&gt;</w:t>
        <w:br/>
        <w:t>не в силі: га? а він ще й приставляє —&lt;br /&gt;</w:t>
        <w:br/>
        <w:t>от Сатана дек Сатана! —і &lt;знов&gt; дрож&lt;br /&gt;</w:t>
        <w:br/>
        <w:t>Зверху написано "та &lt;аж&gt;".— Ред.&lt;br /&gt;</w:t>
        <w:br/>
        <w:t>їх корчила &lt;, бо вже і вже ригали &gt; &lt; ревли,&lt;br /&gt;</w:t>
        <w:br/>
        <w:t>заслинив [шись] &gt;&lt;br /&gt;</w:t>
        <w:br/>
        <w:t>...й од реготу до реву&lt;br /&gt;</w:t>
        <w:br/>
        <w:t>їх кидало. &lt;да товсто &gt; &lt;да й знов&gt; і так по кілька раз&lt;br /&gt;</w:t>
        <w:br/>
        <w:t>"Ой боже мій!" — стогнали "боже!" — звали&lt;br /&gt;</w:t>
        <w:br/>
        <w:t>і &lt;лиш один старень[кий] &gt; хтось один тоненько хихотів&lt;br /&gt;</w:t>
        <w:br/>
        <w:t>і кожен раз &lt; ікаючи —все &gt; &lt;він гикаючи &gt; під гикавку&lt;br /&gt;</w:t>
        <w:br/>
        <w:t>все нижче&lt;br /&gt;</w:t>
        <w:br/>
        <w:t>&lt;він голосом&gt; він голосом спускався, нижче... ік! —&lt;br /&gt;</w:t>
        <w:br/>
        <w:t>&lt;і от уже зів ['яв] &gt; &lt; зів'яв і цей&gt;&lt;br /&gt;</w:t>
        <w:br/>
        <w:t>і от зів'яв і цей.— Ну що &lt;помучив&gt; мо годі?&lt;br /&gt;</w:t>
        <w:br/>
        <w:t>&lt;ой вимучив ти нас, проклятий &gt;&lt;br /&gt;</w:t>
        <w:br/>
        <w:t>Ну й вимучив проклятий Сатана,&lt;br /&gt;</w:t>
        <w:br/>
        <w:t>бери ж свого невільника і гайда! —&lt;br /&gt;</w:t>
        <w:br/>
        <w:t>&lt;щоб так [нерозб.] уміть&lt;br /&gt;</w:t>
        <w:br/>
        <w:t>це дак штукар! Та ну його вже, ху!&gt;&lt;br /&gt;</w:t>
        <w:br/>
        <w:t>Під'їхала й карета, що була&lt;br /&gt;</w:t>
        <w:br/>
        <w:t>у затінку під лісом, трохи далі,&lt;br /&gt;</w:t>
        <w:br/>
        <w:t>рукою пухлою махнула пані —&lt;br /&gt;</w:t>
        <w:br/>
        <w:t>&lt;рушили&gt; всі рушили... &lt;у путь усі. А я&gt; Тоді я&lt;br /&gt;</w:t>
        <w:br/>
        <w:t>зрозумів:&lt;br /&gt;</w:t>
        <w:br/>
        <w:t>•і&lt;br /&gt;</w:t>
        <w:br/>
        <w:t>&lt;ну що ж&gt; коли ж йому й тікать, як не тепер!&lt;br /&gt;</w:t>
        <w:br/>
        <w:t>&lt;І от я взяв м[отузку] &gt;&lt;br /&gt;</w:t>
        <w:br/>
        <w:t>&lt; Стенув я&gt;&lt;br /&gt;</w:t>
        <w:br/>
        <w:t>&lt;і взяв&gt;&lt;br /&gt;</w:t>
        <w:br/>
        <w:t>Та йди вже, йди! Візьми ж верьовку в руки!&lt;br /&gt;</w:t>
        <w:br/>
        <w:t>І я сіпнув — &lt;за мною слухняно &gt; &lt;за мною&lt;br /&gt;</w:t>
        <w:br/>
        <w:t>зв'яза [ний] &gt;&lt;br /&gt;</w:t>
        <w:br/>
        <w:t>&lt; прив'язаний &gt; &lt; переступаючий &gt;&lt;br /&gt;</w:t>
        <w:br/>
        <w:t>за мною потягнувсь&lt;br /&gt;</w:t>
        <w:br/>
        <w:t>обв'язаний, з запнутими очима&lt;br /&gt;</w:t>
        <w:br/>
        <w:t>&lt; полонений &gt; чорнісінький пречорпий бранець. Знаєш&lt;br /&gt;</w:t>
        <w:br/>
        <w:t>поміщика &lt;Гогоберідзе&gt; Херехсвлідзе?</w:t>
      </w:r>
    </w:p>
    <w:p>
      <w:r>
        <w:br/>
        <w:t>&lt;що не гусар &gt; &lt;що&gt; &lt;як&gt; де не гусар, то й князь...&lt;br /&gt;</w:t>
        <w:br/>
        <w:t>&lt;Тепер із пас&gt;&lt;br /&gt;</w:t>
        <w:br/>
        <w:t>&lt;Ну-ну&gt;&lt;br /&gt;</w:t>
        <w:br/>
        <w:t>Люципер&lt;br /&gt;</w:t>
        <w:br/>
        <w:t>...Так оцього</w:t>
      </w:r>
    </w:p>
    <w:p>
      <w:r>
        <w:br/>
        <w:t>(ЦДАМЛМ, ф. 464, оп. 1, М 1189, арк. 16—18)&lt;br /&gt;</w:t>
        <w:br/>
        <w:t>[II. КІНЕЦЬ ФЕОДАЛА]</w:t>
      </w:r>
    </w:p>
    <w:p>
      <w:r>
        <w:br/>
        <w:t>&lt;Дударі&gt; &lt;крепаки&gt;&lt;br /&gt;</w:t>
        <w:br/>
        <w:t>Примусиш?&lt;br /&gt;</w:t>
        <w:br/>
        <w:t>Владичице, ми вже пе можемо:&lt;br /&gt;</w:t>
        <w:br/>
        <w:t>ми ж &lt;десять &gt; двадцять верст везли тебе в кареті,&lt;br /&gt;</w:t>
        <w:br/>
        <w:t>співаючи весь час Похрипли ми!2&lt;br /&gt;</w:t>
        <w:br/>
        <w:t>Голодні ми — не грайся!&lt;br /&gt;</w:t>
        <w:br/>
        <w:t>[• •]&lt;br /&gt;</w:t>
        <w:br/>
        <w:t>&lt;Дударі&gt; Дудар&lt;br /&gt;</w:t>
        <w:br/>
        <w:t>Голодні ми &lt;усі&gt;, трудні,&lt;br /&gt;</w:t>
        <w:br/>
        <w:t>хоч не дратуй ти пас &lt;бо знаєш? — &gt;!.. бо знаєш? —&lt;br /&gt;</w:t>
        <w:br/>
        <w:t>Пані&lt;br /&gt;</w:t>
        <w:br/>
        <w:t>&lt; Голодні? &gt; Стидно,&lt;br /&gt;</w:t>
        <w:br/>
        <w:t>ахеяни! Невже ви славою&lt;br /&gt;</w:t>
        <w:br/>
        <w:t>не напились, не наситились? Трою&lt;br /&gt;</w:t>
        <w:br/>
        <w:t>бебехнувши, ми ж повернулися&lt;br /&gt;</w:t>
        <w:br/>
        <w:t>з трофеями... (Раптом.) Огеніє! а де ж це&lt;br /&gt;</w:t>
        <w:br/>
        <w:t>полонений &lt; грузин? &gt; юнак? Кому його&lt;br /&gt;</w:t>
        <w:br/>
        <w:t>&lt; вести було доручено? Шукайте ж!&gt;&lt;br /&gt;</w:t>
        <w:br/>
        <w:t>в дворі було доручено? &lt;С(До гайдуків.)&gt; (До всіх.)&lt;br /&gt;</w:t>
        <w:br/>
        <w:t>Шукайте!&lt;br /&gt;</w:t>
        <w:br/>
        <w:t>Щоб зараз він мені тут був! &lt; (один виходить)&lt;br /&gt;</w:t>
        <w:br/>
        <w:t>Огенія&lt;br /&gt;</w:t>
        <w:br/>
        <w:t>Грузин? &gt;&lt;br /&gt;</w:t>
        <w:br/>
        <w:t>&lt; (гайдук виходить) &gt; &lt; (гайдук&lt;br /&gt;</w:t>
        <w:br/>
        <w:t>вибігає) &gt;&lt;br /&gt;</w:t>
        <w:br/>
        <w:t>1 На цьому місці позначено вставку, а на берегах рукопису&lt;br /&gt;</w:t>
        <w:br/>
        <w:t>дописано:&lt;br /&gt;</w:t>
        <w:br/>
        <w:t>"Дударі&lt;br /&gt;</w:t>
        <w:br/>
        <w:t>а &lt;це&gt; нас в дуду&lt;br /&gt;</w:t>
        <w:br/>
        <w:t>&lt;іграти нам ось&gt; &lt;дудукати ти&gt; тирликати ще загадала.&lt;br /&gt;</w:t>
        <w:br/>
        <w:t>Грай, дударику, &lt; палай &gt;&lt;br /&gt;</w:t>
        <w:br/>
        <w:t>бо ти ж дурний. Дудукай —&lt;br /&gt;</w:t>
        <w:br/>
        <w:t>&lt;а ми, пани&gt; нехай пани плюють".— Ред.&lt;br /&gt;</w:t>
        <w:br/>
        <w:t>2 Тут позначено вставку, але ні на берегах, ні на звороті&lt;br /&gt;</w:t>
        <w:br/>
        <w:t>аркуша нового тексту нема.— Ред.&lt;br /&gt;</w:t>
        <w:br/>
        <w:t>&lt; (гайдук вискакує)&lt;br /&gt;</w:t>
        <w:br/>
        <w:t>І0ипк?&gt;&lt;br /&gt;</w:t>
        <w:br/>
        <w:t>Вина! (їй наливають у келих)&lt;br /&gt;</w:t>
        <w:br/>
        <w:t>Огенія&lt;br /&gt;</w:t>
        <w:br/>
        <w:t>&lt; Грузин? &gt; (приносить вина)&lt;br /&gt;</w:t>
        <w:br/>
        <w:t>Пресвітлая, предобродійна пані,&lt;br /&gt;</w:t>
        <w:br/>
        <w:t>о&lt;br /&gt;</w:t>
        <w:br/>
        <w:t>не вивчила, тому й не знаю, як 1&lt;br /&gt;</w:t>
        <w:br/>
        <w:t>по п'єсі тут відповідати &lt; співати далі&gt;&lt;br /&gt;</w:t>
        <w:br/>
        <w:t>Пані&lt;br /&gt;</w:t>
        <w:br/>
        <w:t>П'єсі?&lt;br /&gt;</w:t>
        <w:br/>
        <w:t>•]&lt;br /&gt;</w:t>
        <w:br/>
        <w:t>па хитрощі? дурити будеш? "Ролю..." &lt;(кричнть)&gt;&lt;br /&gt;</w:t>
        <w:br/>
        <w:t>(кричить)&lt;br /&gt;</w:t>
        <w:br/>
        <w:t>&lt;(замахується канчуком)&gt; (б'є&lt;br /&gt;</w:t>
        <w:br/>
        <w:t>&lt;р о з м а х у є т ь с я, але попадає&gt;&lt;br /&gt;</w:t>
        <w:br/>
        <w:t>&lt;р о з м а х у є т ь с я, але не до [лад-&lt;br /&gt;</w:t>
        <w:br/>
        <w:t>но] &gt; зненацька попадає в Фі-&lt;br /&gt;</w:t>
        <w:br/>
        <w:t>геля, що підвернувся)&lt;br /&gt;</w:t>
        <w:br/>
        <w:t>Полонений! мій бранець! брань! трофей&lt;br /&gt;</w:t>
        <w:br/>
        <w:t>подівся де,— чи ти оглухла?&lt;br /&gt;</w:t>
        <w:br/>
        <w:t>О г е п і я&lt;br /&gt;</w:t>
        <w:br/>
        <w:t>&lt; Бранець... &gt; Боже...&lt;br /&gt;</w:t>
        <w:br/>
        <w:t>трофей! трофей! ой боже мій... Біжу,&lt;br /&gt;</w:t>
        <w:br/>
        <w:t>пресвітлая, хоча я вперше чую&lt;br /&gt;</w:t>
        <w:br/>
        <w:t>про наш трофей (&lt;.спішно виходить)&gt; &lt;Вина!&gt;&lt;br /&gt;</w:t>
        <w:br/>
        <w:t>(виходить)&lt;br /&gt;</w:t>
        <w:br/>
        <w:t>Пані &lt;.(кричить)&gt; &lt;.(одкинувши канчук)&gt;&lt;br /&gt;</w:t>
        <w:br/>
        <w:t>&lt;(своє щось думаючи&gt; &lt;С(отупівши)&gt;&lt;br /&gt;</w:t>
        <w:br/>
        <w:t>&lt;.(пробує знову сідати на трон)&gt;&lt;br /&gt;</w:t>
        <w:br/>
        <w:t>&lt;(вертаючись до "трона")&gt; &lt;С.силкуєть-&lt;br /&gt;</w:t>
        <w:br/>
        <w:t>ся злізти на "тропа")&gt; &lt;С(умощуючиСо&lt;br /&gt;</w:t>
        <w:br/>
        <w:t>на [троні] &gt; &lt;(умощубться на своєму&lt;br /&gt;</w:t>
        <w:br/>
        <w:t>["троні"] &gt; Вина! 2&lt;br /&gt;</w:t>
        <w:br/>
        <w:t>&lt;Та грайте ж, дударі!&gt; Заграйте, дударі!3&lt;br /&gt;</w:t>
        <w:br/>
        <w:t>(дударі грають) 4&lt;br /&gt;</w:t>
        <w:br/>
        <w:t>Збоку олівцем дописано: "впадання в тон".— Ред.&lt;br /&gt;</w:t>
        <w:br/>
        <w:t>Збоку дописано: "оддихуе".— Ред.&lt;br /&gt;</w:t>
        <w:br/>
        <w:t>Збоку дописано червоним олівцем:&lt;br /&gt;</w:t>
        <w:br/>
        <w:t>"Ну, грайте ж, дударі.&lt;br /&gt;</w:t>
        <w:br/>
        <w:t>Заграйте ж, дударі".— Ред.&lt;br /&gt;</w:t>
        <w:br/>
        <w:t>Збоку дописано: "раптом кричить:&lt;br /&gt;</w:t>
        <w:br/>
        <w:t>Та годі ж бо, замовкніть!" —Ред.&lt;br /&gt;</w:t>
        <w:br/>
        <w:t>&lt;Та&gt; Ну, годі ж бо... замовкпіть&lt;!&gt; ґ&lt;і/сі&gt; &lt;всі&gt;&lt;br /&gt;</w:t>
        <w:br/>
        <w:t>дударі аамовкають)&lt;br /&gt;</w:t>
        <w:br/>
        <w:t>Іліада!&lt;br /&gt;</w:t>
        <w:br/>
        <w:t>(Заточується, її підводять знову)&lt;br /&gt;</w:t>
        <w:br/>
        <w:t>Вахтанг (вискакує)&lt;br /&gt;</w:t>
        <w:br/>
        <w:t>Ага? ага? Убиймо гада! Як?&lt;br /&gt;</w:t>
        <w:br/>
        <w:t>А ось отак — (наміряється)&lt;br /&gt;</w:t>
        <w:br/>
        <w:t>Гайдук&lt;br /&gt;</w:t>
        <w:br/>
        <w:t>Нуну! — бо так і цопну.&lt;br /&gt;</w:t>
        <w:br/>
        <w:t>Вахтанг &lt;(виривається)^&lt;br /&gt;</w:t>
        <w:br/>
        <w:t>Пусти! &lt;виривається&gt; &lt;( виривається) &gt;&lt;br /&gt;</w:t>
        <w:br/>
        <w:t>Пані&lt;br /&gt;</w:t>
        <w:br/>
        <w:t>Ти хто?&lt;br /&gt;</w:t>
        <w:br/>
        <w:t>•]&lt;br /&gt;</w:t>
        <w:br/>
        <w:t>Це той, що пас на правім березі1&lt;br /&gt;</w:t>
        <w:br/>
        <w:t>Дніпра —&lt;br /&gt;</w:t>
        <w:br/>
        <w:t>Вахтанг (скугилить)&lt;br /&gt;</w:t>
        <w:br/>
        <w:t>— ау! а Умань! —&lt;br /&gt;</w:t>
        <w:br/>
        <w:t>Пані&lt;br /&gt;</w:t>
        <w:br/>
        <w:t>Пане Фігель</w:t>
      </w:r>
    </w:p>
    <w:p>
      <w:r>
        <w:br/>
        <w:t>&lt;одскаіЛують і цьвохають, аж кров&lt;br /&gt;</w:t>
        <w:br/>
        <w:t>там цебенить... &gt;&lt;br /&gt;</w:t>
        <w:br/>
        <w:t>Огенія (увіходить)&lt;br /&gt;</w:t>
        <w:br/>
        <w:t>Предобродійна пані,&lt;br /&gt;</w:t>
        <w:br/>
        <w:t>пресвітлая, а вислухай, що я&lt;br /&gt;</w:t>
        <w:br/>
        <w:t>скажу тобі, безсмертпа.&lt;br /&gt;</w:t>
        <w:br/>
        <w:t>Пані&lt;br /&gt;</w:t>
        <w:br/>
        <w:t>Ну?&lt;br /&gt;</w:t>
        <w:br/>
        <w:t>&lt;Огенія&gt; &lt;Вахтанг&gt; &lt;(до всіх)&gt;&lt;br /&gt;</w:t>
        <w:br/>
        <w:t>&lt;Замовкніть!&gt; &lt;Ви чули&gt; &lt;Увага!&lt;br /&gt;</w:t>
        <w:br/>
        <w:t>1 Збоку дописано: "Ой, смішно ж як".— Ред.&lt;br /&gt;</w:t>
        <w:br/>
        <w:t>Увага І &gt;&lt;br /&gt;</w:t>
        <w:br/>
        <w:t>Огенія&lt;br /&gt;</w:t>
        <w:br/>
        <w:t>&lt;,( театрально):^ Коли ми пригнали волів, &lt;що їх&gt; яких зви-&lt;br /&gt;</w:t>
        <w:br/>
        <w:t>чайно пасемо в &lt;лісі од&gt; лісі &lt;, що&gt; од протоки, що відділяв&lt;br /&gt;</w:t>
        <w:br/>
        <w:t>Сімплегади, там один із наших пастухів побачив двох юнаків.&lt;br /&gt;</w:t>
        <w:br/>
        <w:t>Пані &lt;П а н і&gt;&lt;br /&gt;</w:t>
        <w:br/>
        <w:t>Ти що ж це, знову прикидаєшся? &lt; А коли ні — то швидше ж&lt;br /&gt;</w:t>
        <w:br/>
        <w:t>і[ди] й приведи тоді&gt; Знаєш, проклята, чим можпа мене взяти!&lt;br /&gt;</w:t>
        <w:br/>
        <w:t>Ненавиджу я дійсність! &lt;Я в житті&gt; В житті я граю, а граючи&lt;br /&gt;</w:t>
        <w:br/>
        <w:t>не хочу прокидатись. &lt;Я вірю в казку, яку&gt; Тумани фантазії&lt;br /&gt;</w:t>
        <w:br/>
        <w:t>&lt; [нерозб.] &gt; Як вони мене сп'яняють. Ну, що ж, іди... Ну що ж,&lt;br /&gt;</w:t>
        <w:br/>
        <w:t>швидше йди і приведи мені тих чужоземців. В а х т а н г. Хоч так,&lt;br /&gt;</w:t>
        <w:br/>
        <w:t>куме, сядь, хоч так сядь, а все сядь.&lt;br /&gt;</w:t>
        <w:br/>
        <w:t>Огенія (вертаючись од дверей)&lt;br /&gt;</w:t>
        <w:br/>
        <w:t>&lt;Хор. Цю ж мить, о женщино.&gt; &lt;В цій хвилі приведу,&lt;br /&gt;</w:t>
        <w:br/>
        <w:t>(скоренько від дверей вертається &gt; &lt; вертаючись, говорить) &gt;&lt;br /&gt;</w:t>
        <w:br/>
        <w:t>Пастух &lt; відходе &gt; виходить, але тим часом хор промовляє &lt; туж-&lt;br /&gt;</w:t>
        <w:br/>
        <w:t>ливо (театрально)&gt; &lt;.(декламув)&gt; (декламуючи) Темні, темні&lt;br /&gt;</w:t>
        <w:br/>
        <w:t>морськії скелі, що з'єдпуєте води двох морів, скелі, через які&lt;br /&gt;</w:t>
        <w:br/>
        <w:t>пливла колись із Аргоса в негостинні води замучена оводнем Іо.&lt;br /&gt;</w:t>
        <w:br/>
        <w:t>Пані&lt;br /&gt;</w:t>
        <w:br/>
        <w:t>Ну да! Вона &lt;Евріпіда мені тут грає&gt; &lt;меле&gt; з Евріпіда мені&lt;br /&gt;</w:t>
        <w:br/>
        <w:t>тут грає Цфігенію] в Т[авріді]. До речі, пане Фігель, &lt; пригадує-&lt;br /&gt;</w:t>
        <w:br/>
        <w:t>те "Іфігенію в Тавріді", яку я ставила в сво[єму]&gt; &lt; власному&lt;br /&gt;</w:t>
        <w:br/>
        <w:t>театрі? Ах, це ж прекрасно! як!&gt; ви ніколи не бачили, як я сама&lt;br /&gt;</w:t>
        <w:br/>
        <w:t>виступаю в своєму театрі? &lt;"Іф[ігенія] в Т[авріді]" Ах, як це&lt;br /&gt;</w:t>
        <w:br/>
        <w:t>у мене виходить. &gt; &lt;А жаль, це ж так прекрасно &gt;&lt;br /&gt;</w:t>
        <w:br/>
        <w:t>&lt;Як же, як&gt; прекрасно! як! 1&lt;br /&gt;</w:t>
        <w:br/>
        <w:t>Фігель (танцюючи)&lt;br /&gt;</w:t>
        <w:br/>
        <w:t>&lt; Іфігенії! &gt; І ой дід бабу. &lt;Із&gt; Тавріди? А хто &lt;ж&gt;&lt;br /&gt;</w:t>
        <w:br/>
        <w:t>вони? —&lt;br /&gt;</w:t>
        <w:br/>
        <w:t>[Папі]&lt;br /&gt;</w:t>
        <w:br/>
        <w:t>Та що ви й досі там дудукаете?&lt;br /&gt;</w:t>
        <w:br/>
        <w:t>В а х т а н г&lt;br /&gt;</w:t>
        <w:br/>
        <w:t>1 Тут автор позначив вставку і вказав: "н[а] т[ому] б [оці]".&lt;br /&gt;</w:t>
        <w:br/>
        <w:t>Текст, що йде далі (репліка Фігеля), написаний на звороті арку-&lt;br /&gt;</w:t>
        <w:br/>
        <w:t>ша.— Ред.&lt;br /&gt;</w:t>
        <w:br/>
        <w:t>Всяка птичка своїм носиком живе.&lt;br /&gt;</w:t>
        <w:br/>
        <w:t>Та замовчи &gt; &lt;Чи ти замовкнеш? &gt; &lt; Замовкнеш ти?&gt;&lt;br /&gt;</w:t>
        <w:br/>
        <w:t>Пані1 (до всіх) Гудіте, а я буду &lt; речитативом &gt; як па орган-&lt;br /&gt;</w:t>
        <w:br/>
        <w:t>ному пунті &lt;(декламує) Хто вони?&gt;&lt;br /&gt;</w:t>
        <w:br/>
        <w:t>(Усі гудуть)&lt;br /&gt;</w:t>
        <w:br/>
        <w:t>Пані (декламує)&lt;br /&gt;</w:t>
        <w:br/>
        <w:t>&lt;Хто вопи...&gt; &lt;.(Впадає в театральний тон)&gt; (Впадаючи в&lt;br /&gt;</w:t>
        <w:br/>
        <w:t>псевдокласичний тон) Хто вони? можливо ті, що залишили бага-&lt;br /&gt;</w:t>
        <w:br/>
        <w:t>тий на воду, порослий очеретом Еврот? (встає)&lt;br /&gt;</w:t>
        <w:br/>
        <w:t>&lt;Огенія&gt; &lt;Пані&gt; Огенія&lt;br /&gt;</w:t>
        <w:br/>
        <w:t>&lt;Пані&gt; &lt;Огепія&gt;&lt;br /&gt;</w:t>
        <w:br/>
        <w:t>Чи не приплили вони на своєму кораблі, розсікаючи морські хвилі&lt;br /&gt;</w:t>
        <w:br/>
        <w:t>&lt;д[війним] &gt; подвійним рядом соснових весел... (до &lt; козачка &gt;&lt;br /&gt;</w:t>
        <w:br/>
        <w:t>гайдука) &lt;Ану далі.&gt; Ану як там далі. &lt;Ну, як там&gt; далі?&lt;br /&gt;</w:t>
        <w:br/>
        <w:t>&lt;Огепія&gt; &lt;Фігель&gt; Папі&lt;br /&gt;</w:t>
        <w:br/>
        <w:t>&lt;Фігель&gt; &lt;Козачок&gt;&lt;br /&gt;</w:t>
        <w:br/>
        <w:t>Як удалось їм пройти &lt; поміж &gt; &lt; попід буряними берегами &gt;&lt;br /&gt;</w:t>
        <w:br/>
        <w:t>побіля буряних берегів царства Фінея, попід морським берегом,&lt;br /&gt;</w:t>
        <w:br/>
        <w:t>що не має гавані, &lt;переплити&gt; переплисти &lt;грайне піною &gt;&lt;br /&gt;</w:t>
        <w:br/>
        <w:t>&lt;пгумливе&gt; кипуче море, де водять танки п'ятдесят дів Нереїд?..&lt;br /&gt;</w:t>
        <w:br/>
        <w:t>&lt;ух! аж піт мені вискочив... так одним духом прочитав.&gt;&lt;br /&gt;</w:t>
        <w:br/>
        <w:t>&lt;Пані&gt; Пані&lt;br /&gt;</w:t>
        <w:br/>
        <w:t>&lt;Пані&gt;&lt;br /&gt;</w:t>
        <w:br/>
        <w:t>&lt;Е, ні, це ще нічого, послухайте ось далі, яка краса... &gt; О якби&lt;br /&gt;</w:t>
        <w:br/>
        <w:t>згідно з &lt; нашим &gt; бажанням нашої владарки та &lt;знов&gt; при-&lt;br /&gt;</w:t>
        <w:br/>
        <w:t>вело сюди випадком любу дочку Леди, &lt; Олену &gt; Єлену, на путі&lt;br /&gt;</w:t>
        <w:br/>
        <w:t>її з-під Трої...&lt;br /&gt;</w:t>
        <w:br/>
        <w:t>&lt;Ф іг е л ь&gt; Ко з а ч ок &lt;Фігель&gt;&lt;br /&gt;</w:t>
        <w:br/>
        <w:t>...щоб наша владарка окропила їй голову жертвенною водою —&lt;br /&gt;</w:t>
        <w:br/>
        <w:t>Пані &lt;Пані&gt;&lt;br /&gt;</w:t>
        <w:br/>
        <w:t>1 Тут автор позначив вставку. Текст, що йде далі (до слів&lt;br /&gt;</w:t>
        <w:br/>
        <w:t>"&lt;Хто вони...&gt;"), написаний на звороті аркуша.— Ред.&lt;br /&gt;</w:t>
        <w:br/>
        <w:t>...щоб вона умерла з перерізаним горлом, од її руки понесла за-&lt;br /&gt;</w:t>
        <w:br/>
        <w:t>служену кару —&lt;br /&gt;</w:t>
        <w:br/>
        <w:t>&lt;Огеііія&gt; &lt;Огенія&gt; &lt;Пані&gt; Огеиія&lt;br /&gt;</w:t>
        <w:br/>
        <w:t>О як радісно забилося б наше серце, коли б ви нам сказали, що із&lt;br /&gt;</w:t>
        <w:br/>
        <w:t>Греччипи приїхав моряк зняти з нас кайдани печального &lt; раб-&lt;br /&gt;</w:t>
        <w:br/>
        <w:t>ства— та ось ідуть&gt; рабства &lt;Огенія&gt; Пані&lt;br /&gt;</w:t>
        <w:br/>
        <w:t>та ось і він іде,— тихше! замовкніть!&lt;br /&gt;</w:t>
        <w:br/>
        <w:t>Гайдук (увіходить)&lt;br /&gt;</w:t>
        <w:br/>
        <w:t>В той час як ми &lt; верталися, зібрав&lt;br /&gt;</w:t>
        <w:br/>
        <w:t>грузинський князь Херехевлідзс сили&lt;br /&gt;</w:t>
        <w:br/>
        <w:t>і кинувся наздоганяти нас:&lt;br /&gt;</w:t>
        <w:br/>
        <w:t>і всі вози, всі фури — &gt;&lt;br /&gt;</w:t>
        <w:br/>
        <w:t>тут гралися, зайшов&lt;br /&gt;</w:t>
        <w:br/>
        <w:t>ізбоку князь Херехевлідзе —&lt;br /&gt;</w:t>
        <w:br/>
        <w:t>Папі&lt;br /&gt;</w:t>
        <w:br/>
        <w:t>Що?!&lt;br /&gt;</w:t>
        <w:br/>
        <w:t>&lt;Ну, швидше ж бо чекаю &gt; Та не тягни, кажи.&lt;br /&gt;</w:t>
        <w:br/>
        <w:t>Гайдук&lt;br /&gt;</w:t>
        <w:br/>
        <w:t>І всі підводи&lt;br /&gt;</w:t>
        <w:br/>
        <w:t>з &lt;усим&gt; отим добром, що ми нагарбали,&lt;br /&gt;</w:t>
        <w:br/>
        <w:t>одбпв...&lt;br /&gt;</w:t>
        <w:br/>
        <w:t>Ф і г е л ь&lt;br /&gt;</w:t>
        <w:br/>
        <w:t>Одбив&lt;?&gt;!</w:t>
      </w:r>
    </w:p>
    <w:p>
      <w:r>
        <w:br/>
        <w:t>&lt;а до мого вам зась&gt;&lt;br /&gt;</w:t>
        <w:br/>
        <w:t>&lt;Фігель (кричить)&gt;&lt;br /&gt;</w:t>
        <w:br/>
        <w:t>Не подарую!&lt;br /&gt;</w:t>
        <w:br/>
        <w:t>&lt;Мені —моє! Чи мо ти думаєш&lt;br /&gt;</w:t>
        <w:br/>
        <w:t>я п'яний? &gt; &lt;Ні! — &gt;&lt;br /&gt;</w:t>
        <w:br/>
        <w:t>Гайдуки&lt;br /&gt;</w:t>
        <w:br/>
        <w:t>&lt;Га!&gt; а наше ж як,— пропало?&lt;br /&gt;</w:t>
        <w:br/>
        <w:t>&lt;Еж пані нам пообіцяла,&lt;br /&gt;</w:t>
        <w:br/>
        <w:t>що будуть нам і гроші &gt;&lt;br /&gt;</w:t>
        <w:br/>
        <w:t>Чого ж ми йшли? еж ми наймалися&lt;br /&gt;</w:t>
        <w:br/>
        <w:t>&lt;за гроші &gt;&lt;br /&gt;</w:t>
        <w:br/>
        <w:t>1 Слова "Ну швидше ж бо" спершу викреслені, потім зпову&lt;br /&gt;</w:t>
        <w:br/>
        <w:t>автором відновлені.— Ред.&lt;br /&gt;</w:t>
        <w:br/>
        <w:t>що будуть нам і жупани і гроші —</w:t>
      </w:r>
    </w:p>
    <w:p>
      <w:r>
        <w:br/>
        <w:t>Лну мовчать! Та як ви смієте!&lt;br /&gt;</w:t>
        <w:br/>
        <w:t>Та я &lt;тут вас&gt; вас тут усіх!&lt;br /&gt;</w:t>
        <w:br/>
        <w:t>Ф [і г е л ь]&lt;br /&gt;</w:t>
        <w:br/>
        <w:t>Усіх! Лну&lt;br /&gt;</w:t>
        <w:br/>
        <w:t>співати!&lt;br /&gt;</w:t>
        <w:br/>
        <w:t>Папі&lt;br /&gt;</w:t>
        <w:br/>
        <w:t>Так!&lt;br /&gt;</w:t>
        <w:br/>
        <w:t>Огенія&lt;br /&gt;</w:t>
        <w:br/>
        <w:t>А в п'ятницю усім&lt;br /&gt;</w:t>
        <w:br/>
        <w:t>наздибочках ходити.&lt;br /&gt;</w:t>
        <w:br/>
        <w:t>Пані&lt;br /&gt;</w:t>
        <w:br/>
        <w:t>Так!&lt;br /&gt;</w:t>
        <w:br/>
        <w:t>Огенія&lt;br /&gt;</w:t>
        <w:br/>
        <w:t>В &lt;неді[лю]&gt; суботу ж...&lt;br /&gt;</w:t>
        <w:br/>
        <w:t>Пані&lt;br /&gt;</w:t>
        <w:br/>
        <w:t>Ну так, ну так, &lt;вл&lt;е годі&gt; вже ж годі!&lt;br /&gt;</w:t>
        <w:br/>
        <w:t>Ой! (хижо оглядається)&lt;br /&gt;</w:t>
        <w:br/>
        <w:t>Пожежа?&lt;br /&gt;</w:t>
        <w:br/>
        <w:t>&lt;аж гуготить&gt; &lt;о[гонь]&gt; &lt; (Махає на Вахт[анга)&gt;&lt;br /&gt;</w:t>
        <w:br/>
        <w:t>&lt;чи&gt; Це знов горить? (закриває рукою очі)&lt;br /&gt;</w:t>
        <w:br/>
        <w:t>Щоб не було його.&lt;br /&gt;</w:t>
        <w:br/>
        <w:t>(гайдуки &lt;.починають ловити&gt; Вахт[анга]) 1&lt;br /&gt;</w:t>
        <w:br/>
        <w:t>&lt;.Фігель на поміч із к[анапи злазить]&gt; &lt;Фігель і&lt;br /&gt;</w:t>
        <w:br/>
        <w:t>собі приходить [на поміч] &gt; &lt;.Фігель злазить з канапи й&lt;br /&gt;</w:t>
        <w:br/>
        <w:t>собі гавкає на Вахт[анга] &gt;&lt;br /&gt;</w:t>
        <w:br/>
        <w:t>Вахтанг&lt;br /&gt;</w:t>
        <w:br/>
        <w:t>Пожежа знов, як той цвітпп. Нагронджив&lt;br /&gt;</w:t>
        <w:br/>
        <w:t>а дзуськи, догадайся.&lt;br /&gt;</w:t>
        <w:br/>
        <w:t>1 На берегах дописано: "&lt;Ф[ігель] і собі злазить з канапи,&lt;br /&gt;</w:t>
        <w:br/>
        <w:t>іавкав з&gt;".— Ред.&lt;br /&gt;</w:t>
        <w:br/>
        <w:t>(Нарешті його виганяють. &lt;(Галасу&gt; галас утихає,&lt;br /&gt;</w:t>
        <w:br/>
        <w:t>тільки Фігель усе ще стоїть перед дверима й гавкав&lt;br /&gt;</w:t>
        <w:br/>
        <w:t>&lt;.услід Вахтангу&gt; услід).&lt;br /&gt;</w:t>
        <w:br/>
        <w:t>&lt;Вже&gt; &lt;0й&gt; &lt;Ну годі ж бо&gt; Ой цюцінько.&lt;br /&gt;</w:t>
        <w:br/>
        <w:t>Старайся ж бо!&lt;br /&gt;</w:t>
        <w:br/>
        <w:t>(&lt;до ска&gt; &lt;.дударя&gt;)&lt;br /&gt;</w:t>
        <w:br/>
        <w:t>(до всіх) &lt;Сі до гайдуків&gt; Ну гавкайте!&lt;br /&gt;</w:t>
        <w:br/>
        <w:t>вина &lt;старайсь&gt;</w:t>
      </w:r>
    </w:p>
    <w:p>
      <w:r>
        <w:br/>
        <w:t>(ЦДАМЛМ, ф. 464, оп. 1, № ІІ89, арк. 27—36)&lt;br /&gt;</w:t>
        <w:br/>
        <w:t>[III. КІНЕЦЬ ФЕОДАЛА]</w:t>
      </w:r>
    </w:p>
    <w:p>
      <w:r>
        <w:br/>
        <w:t>&lt;Пані&gt; Вахта [н] г панами закусим&lt;br /&gt;</w:t>
        <w:br/>
        <w:t>Пані Це ж ви по Укр[аїні] пожежу&lt;br /&gt;</w:t>
        <w:br/>
        <w:t>В а х т [а н г] пагронджив&lt;br /&gt;</w:t>
        <w:br/>
        <w:t>(виганяють)&lt;br /&gt;</w:t>
        <w:br/>
        <w:t>Пані Ахеяне, ну що ж&lt;br /&gt;</w:t>
        <w:br/>
        <w:t>&lt;в очах стоїть &gt; &lt; пожежа &gt;&lt;br /&gt;</w:t>
        <w:br/>
        <w:t>&lt;весь час мені в о[чах]&gt; &lt;Ой! (хижо оглядається)^&lt;br /&gt;</w:t>
        <w:br/>
        <w:t>&lt;схопилася&gt;&lt;br /&gt;</w:t>
        <w:br/>
        <w:t>Прогнати.&lt;br /&gt;</w:t>
        <w:br/>
        <w:t>Щоб не було його. (Гайдуки починають &lt;бігати&gt; ганятись&lt;br /&gt;</w:t>
        <w:br/>
        <w:t>за Вахт[ангом])</w:t>
      </w:r>
    </w:p>
    <w:p>
      <w:r>
        <w:br/>
        <w:t>(ЦДАМЛМ, ф. 464, оп. 1, М ІІ89, арк. 35—36)&lt;br /&gt;</w:t>
        <w:br/>
        <w:t>[IV. КІНЕЦЬ ФЕОДАЛА]</w:t>
      </w:r>
    </w:p>
    <w:p>
      <w:r>
        <w:br/>
        <w:t>Клянусь, що це мені&lt;br /&gt;</w:t>
        <w:br/>
        <w:t>причулось. Як! усе добро? &lt;Мерзенний!&gt; всі фурн?&lt;br /&gt;</w:t>
        <w:br/>
        <w:t>Мерзотнику! ти надто вже язик &lt;права&gt;&lt;br /&gt;</w:t>
        <w:br/>
        <w:t>розперезав. Ану посмій іще раз&lt;br /&gt;</w:t>
        <w:br/>
        <w:t>&lt;ану посмій...&gt; &lt;сказати&gt; промовити, о боже! &lt;все&gt;&lt;br /&gt;</w:t>
        <w:br/>
        <w:t>то ж срібло&lt;br /&gt;</w:t>
        <w:br/>
        <w:t>на перших двох возах &lt;було&gt;; тканини&lt;br /&gt;</w:t>
        <w:br/>
        <w:t>на третьому, &lt;—&gt; єдваби —&lt;br /&gt;</w:t>
        <w:br/>
        <w:t>Ф і г е л ь&lt;br /&gt;</w:t>
        <w:br/>
        <w:t>І &lt;моя ж&lt;br /&gt;</w:t>
        <w:br/>
        <w:t>загинула там частка—&gt; &lt;мої ж&gt; моїх&lt;br /&gt;</w:t>
        <w:br/>
        <w:t>загинуло два вози!&lt;br /&gt;</w:t>
        <w:br/>
        <w:t>Пані&lt;br /&gt;</w:t>
        <w:br/>
        <w:t>Пане Фігель,&lt;br /&gt;</w:t>
        <w:br/>
        <w:t>із милості як живете — живіть&lt;br /&gt;</w:t>
        <w:br/>
        <w:t>&lt;Те, що моє,—не може бути в[аше],&lt;br /&gt;</w:t>
        <w:br/>
        <w:t>а на ч[уже] моє не зазіхайте &gt;&lt;br /&gt;</w:t>
        <w:br/>
        <w:t>а до мого вам зась.&lt;br /&gt;</w:t>
        <w:br/>
        <w:t>Фігель&lt;br /&gt;</w:t>
        <w:br/>
        <w:t>&lt;Та що ж це я?&gt; &lt;Убила!&lt;br /&gt;</w:t>
        <w:br/>
        <w:t>Душно... &gt;&lt;br /&gt;</w:t>
        <w:br/>
        <w:t>Не подарую!&lt;br /&gt;</w:t>
        <w:br/>
        <w:t>&lt;води&gt; &lt; впаду &gt; моє &lt; Це ж як — забрала &gt;&lt;br /&gt;</w:t>
        <w:br/>
        <w:t>&lt;Це ж скрив-&lt;br /&gt;</w:t>
        <w:br/>
        <w:t>дила] &gt; &lt; Давай мені моє&gt;&lt;br /&gt;</w:t>
        <w:br/>
        <w:t>&lt;С(його підтримують)^&lt;br /&gt;</w:t>
        <w:br/>
        <w:t>Мені — моє! Чи мо' ти думаєш&lt;br /&gt;</w:t>
        <w:br/>
        <w:t>Я п'яний? — Ні!&lt;br /&gt;</w:t>
        <w:br/>
        <w:t>Вахтанг&lt;br /&gt;</w:t>
        <w:br/>
        <w:t>Бугай реве, ведмідь реве,&lt;br /&gt;</w:t>
        <w:br/>
        <w:t>а хто кого дере — сам чорт-диявол&lt;br /&gt;</w:t>
        <w:br/>
        <w:t>не розбере.</w:t>
      </w:r>
    </w:p>
    <w:p>
      <w:r>
        <w:br/>
        <w:t>(ЦДАМЛМ, ф. 464, оп. 1, № 1189, арк. 37 зв.)</w:t>
      </w:r>
    </w:p>
    <w:p>
      <w:r>
        <w:br/>
        <w:t>СЦЕНА "ПАНІ Й ОГЕНІЯ"</w:t>
      </w:r>
    </w:p>
    <w:p>
      <w:r>
        <w:br/>
        <w:t>ДУДар&lt;br /&gt;</w:t>
        <w:br/>
        <w:t>Голодні ми &lt;усі&gt;, трудні —&lt;br /&gt;</w:t>
        <w:br/>
        <w:t>хоч не дратуй ти нас, бо знаєш? —&lt;br /&gt;</w:t>
        <w:br/>
        <w:t>не всі ми тут &lt;безвольні &gt; дворові крепаки,&lt;br /&gt;</w:t>
        <w:br/>
        <w:t>&lt;що&gt; ось я, ось цей, он ті два: &lt;кожум'яки — &gt;&lt;br /&gt;</w:t>
        <w:br/>
        <w:t>&lt;білоруси&gt;&lt;br /&gt;</w:t>
        <w:br/>
        <w:t>ми вольнії, фабричпо-заводські, &lt; —&gt;&lt;br /&gt;</w:t>
        <w:br/>
        <w:t>то що ж ти нам — накажеш?&lt;br /&gt;</w:t>
        <w:br/>
        <w:t>&lt;Гайдуки ( замаху ютъе я )у~*&lt;br /&gt;</w:t>
        <w:br/>
        <w:t>&lt;Гайдук (замахується)&gt;&lt;br /&gt;</w:t>
        <w:br/>
        <w:t>Гайдуки (замахуються)&lt;br /&gt;</w:t>
        <w:br/>
        <w:t>Тихо!&lt;br /&gt;</w:t>
        <w:br/>
        <w:t>Пані&lt;br /&gt;</w:t>
        <w:br/>
        <w:t>Стидно,</w:t>
      </w:r>
    </w:p>
    <w:p>
      <w:r>
        <w:br/>
        <w:t>(ЦДАМЛМ, ф. 464, оп. 1, Яв 1190, арк. 1—2)</w:t>
      </w:r>
    </w:p>
    <w:p>
      <w:r>
        <w:br/>
        <w:t>[V. КІНЕЦЬ ФЕОДАЛА]</w:t>
      </w:r>
    </w:p>
    <w:p>
      <w:r>
        <w:br/>
        <w:t>X р [и с а н ф]&lt;br /&gt;</w:t>
        <w:br/>
        <w:t>Негіднику! а прикуси язик —&lt;br /&gt;</w:t>
        <w:br/>
        <w:t>&lt; Розляпався... &gt; Огеніє! пускаєш&lt;br /&gt;</w:t>
        <w:br/>
        <w:t>усякий зброд сюди? Гляди &lt;ж...&gt; ж!&lt;br /&gt;</w:t>
        <w:br/>
        <w:t>О г е н [ і я]&lt;br /&gt;</w:t>
        <w:br/>
        <w:t>Та то&lt;br /&gt;</w:t>
        <w:br/>
        <w:t>такий собі десь чоловічок: хворий&lt;br /&gt;</w:t>
        <w:br/>
        <w:t>на голову.&lt;br /&gt;</w:t>
        <w:br/>
        <w:t>X р и с [а н ф]&lt;br /&gt;</w:t>
        <w:br/>
        <w:t>Хіба що так. &lt; Подай &gt; Достань&lt;br /&gt;</w:t>
        <w:br/>
        <w:t>огарочок, а я зніму ікону.&lt;br /&gt;</w:t>
        <w:br/>
        <w:t>&lt;(злазить)&gt;&lt;br /&gt;</w:t>
        <w:br/>
        <w:t>(підставив табуретку)&lt;br /&gt;</w:t>
        <w:br/>
        <w:t>О всепєтая маті&lt;br /&gt;</w:t>
        <w:br/>
        <w:t>Рожденал весх святих&lt;br /&gt;</w:t>
        <w:br/>
        <w:t>Святєйшеє слово.&lt;br /&gt;</w:t>
        <w:br/>
        <w:t>Люципер (співає)&lt;br /&gt;</w:t>
        <w:br/>
        <w:t>&lt;Тож як Сірка годують &gt;&lt;br /&gt;</w:t>
        <w:br/>
        <w:t>А-а гойда&lt;br /&gt;</w:t>
        <w:br/>
        <w:t>чужа мати пойда&lt;br /&gt;</w:t>
        <w:br/>
        <w:t>а нашая пані&lt;br /&gt;</w:t>
        <w:br/>
        <w:t>ходить у жупані&lt;br /&gt;</w:t>
        <w:br/>
        <w:t>X р и с а н ф&lt;br /&gt;</w:t>
        <w:br/>
        <w:t>&lt;Та він здурів я бачу&gt; &lt;чи що?&gt;&lt;br /&gt;</w:t>
        <w:br/>
        <w:t>Огеніє, подай бо свічку, чуєш? (До Люц[ипера])&lt;br /&gt;</w:t>
        <w:br/>
        <w:t>Смиренним будь. Та власті покоряйсь.&lt;br /&gt;</w:t>
        <w:br/>
        <w:t>Священнее писаніє ж бо каже:</w:t>
      </w:r>
    </w:p>
    <w:p>
      <w:r>
        <w:br/>
        <w:t>(ЦДАМЛМ, ф. 464, оп. 1, № 1190, арк. 74)</w:t>
      </w:r>
    </w:p>
    <w:p>
      <w:r>
        <w:br/>
        <w:t>[VI. КІНЕЦЬ ФЕОДАЛА]</w:t>
      </w:r>
    </w:p>
    <w:p>
      <w:r>
        <w:br/>
        <w:t>&lt;...о горе, горе, горе&lt;br /&gt;</w:t>
        <w:br/>
        <w:t>полонений юнак&gt;&lt;br /&gt;</w:t>
        <w:br/>
        <w:t>&lt;...о горе, горе, скрикнув&lt;br /&gt;</w:t>
        <w:br/>
        <w:t>полонений юнак&gt;&lt;br /&gt;</w:t>
        <w:br/>
        <w:t>&lt;Чи десь аж із-за моря&lt;br /&gt;</w:t>
        <w:br/>
        <w:t>прийшов сюди до нас&gt;&lt;br /&gt;</w:t>
        <w:br/>
        <w:t>&lt;А був же він русявий &gt;&lt;br /&gt;</w:t>
        <w:br/>
        <w:t>Огенія &lt;(співає)&gt;&lt;br /&gt;</w:t>
        <w:br/>
        <w:t>Ой звечора &lt;ж&gt; учора&lt;br /&gt;</w:t>
        <w:br/>
        <w:t>&lt; прийшов же він до нас. Ой звечора,&lt;br /&gt;</w:t>
        <w:br/>
        <w:t>як пасла я&gt; &lt; спитала я&gt; &lt; помила &gt;&lt;br /&gt;</w:t>
        <w:br/>
        <w:t>прийшов же той юнак &lt; Спитала я,&lt;br /&gt;</w:t>
        <w:br/>
        <w:t>ти звідки? чий? &lt; Обняв мене&gt; &lt; Посіли &gt;&lt;br /&gt;</w:t>
        <w:br/>
        <w:t>&lt;Та й сів же він&lt;br /&gt;</w:t>
        <w:br/>
        <w:t>натомлен[ий] &gt; &lt;натомлений&gt; &lt;Узяв мене&lt;br /&gt;</w:t>
        <w:br/>
        <w:t>на руки він та й каже&gt;&lt;br /&gt;</w:t>
        <w:br/>
        <w:t>Ой звечора&lt;br /&gt;</w:t>
        <w:br/>
        <w:t>учора я — &lt;тремтіла, як тополя&gt;&lt;br /&gt;</w:t>
        <w:br/>
        <w:t>&lt;мов&gt; люлюсеньки та люлі! —&lt;br /&gt;</w:t>
        <w:br/>
        <w:t>незчулася &lt;ж я&gt; ой люлі! — незчулася&lt;br /&gt;</w:t>
        <w:br/>
        <w:t>люлю!&lt;br /&gt;</w:t>
        <w:br/>
        <w:t>Пані (&lt;.простягас&gt; простягаючи руку по канчук)&lt;br /&gt;</w:t>
        <w:br/>
        <w:t>Ага. А далі ж як?&lt;br /&gt;</w:t>
        <w:br/>
        <w:t>Ти що, сказилася [?]&lt;br /&gt;</w:t>
        <w:br/>
        <w:t>Огенія&lt;br /&gt;</w:t>
        <w:br/>
        <w:t>&lt;Та годі&gt; &lt;А він же&lt;br /&gt;</w:t>
        <w:br/>
        <w:t>і каже їй:&gt; &lt;Під&gt; Вже й зорі &lt;ж&gt;&lt;br /&gt;</w:t>
        <w:br/>
        <w:t>прокрапали — а ми собі удвох.&lt;br /&gt;</w:t>
        <w:br/>
        <w:t>а ми собі — &lt;ой люлі! — а ми&gt; люлю... Зазорювали —&lt;br /&gt;</w:t>
        <w:br/>
        <w:t>люлюсеньки до світу — ой, люлю!&lt;br /&gt;</w:t>
        <w:br/>
        <w:t>Пані &lt;.(встає)&gt; &lt;підводиться&gt; (зловісно підкрадаючись)&lt;br /&gt;</w:t>
        <w:br/>
        <w:t>А далі ж як? &lt;(до гайдука) Подай&gt;&lt;br /&gt;</w:t>
        <w:br/>
        <w:t>&lt;Ось дай лише я встану —&lt;br /&gt;</w:t>
        <w:br/>
        <w:t>я покажу тобі люлю. Гайдук,&lt;br /&gt;</w:t>
        <w:br/>
        <w:t>подать канчук! (силкується встати) &gt;&lt;br /&gt;</w:t>
        <w:br/>
        <w:t>її підводять</w:t>
      </w:r>
    </w:p>
    <w:p>
      <w:r>
        <w:br/>
        <w:t>(ЦДАМЛМ, ф. 464, оп. 1, № і і 90, арк. 81)</w:t>
      </w:r>
    </w:p>
    <w:p>
      <w:r>
        <w:br/>
        <w:t>[VII. КІНЕЦЬ ФЕОДАЛА]</w:t>
      </w:r>
    </w:p>
    <w:p>
      <w:r>
        <w:br/>
        <w:t>&lt;Пані (схопилася)&lt;br /&gt;</w:t>
        <w:br/>
        <w:t>Це той, що нас на правім березі&lt;br /&gt;</w:t>
        <w:br/>
        <w:t>Дніпра —&lt;br /&gt;</w:t>
        <w:br/>
        <w:t>Вахтанг [нерозб.]&lt;br /&gt;</w:t>
        <w:br/>
        <w:t>Ау! а Умань! &gt;&lt;br /&gt;</w:t>
        <w:br/>
        <w:t>&lt;аж кров та[м цебенить] &gt;&lt;br /&gt;</w:t>
        <w:br/>
        <w:t>Вахтанг&lt;br /&gt;</w:t>
        <w:br/>
        <w:t>А Умань!&lt;br /&gt;</w:t>
        <w:br/>
        <w:t>аж кров&lt;br /&gt;</w:t>
        <w:br/>
        <w:t>там цебенить&lt;br /&gt;</w:t>
        <w:br/>
        <w:t>Дударі&lt;br /&gt;</w:t>
        <w:br/>
        <w:t>Чули? Умань&lt;br /&gt;</w:t>
        <w:br/>
        <w:t>уже взяли, а ми тут боїмось&lt;br /&gt;</w:t>
        <w:br/>
        <w:t>і кашлянуть... &lt;(скупчуються)&gt; обурюються&lt;br /&gt;</w:t>
        <w:br/>
        <w:t>Гайдук&lt;br /&gt;</w:t>
        <w:br/>
        <w:t>&lt;А одійди&gt; Ану лиш там — замовкніть!&lt;br /&gt;</w:t>
        <w:br/>
        <w:t>ДУДарі&lt;br /&gt;</w:t>
        <w:br/>
        <w:t>Чого кричиш? Бо й справді: що це ми&lt;br /&gt;</w:t>
        <w:br/>
        <w:t>невільники, чи &lt;що&gt; як? Віддай нам, пані,&lt;br /&gt;</w:t>
        <w:br/>
        <w:t>умовлене —</w:t>
      </w:r>
    </w:p>
    <w:p>
      <w:r>
        <w:br/>
        <w:t>&lt;Ей гайдуки! Вам&gt; Умовлепе? Платню вам?&lt;br /&gt;</w:t>
        <w:br/>
        <w:t>&lt;Ось зараз задовольню я вас&gt; а ось вони дадуть (гайдуки&lt;br /&gt;</w:t>
        <w:br/>
        <w:t>кидаються на дударів)&lt;br /&gt;</w:t>
        <w:br/>
        <w:t>Огенія (увіходить)&lt;br /&gt;</w:t>
        <w:br/>
        <w:t>&lt; Пресвітла пані&gt; Ой ясна&lt;br /&gt;</w:t>
        <w:br/>
        <w:t>&lt;Гайдук (убігае)&gt;&lt;br /&gt;</w:t>
        <w:br/>
        <w:t>&lt;Пані! Ой пані! Ой&gt; &lt;Ой боже ж мій! ой що ж це&lt;br /&gt;</w:t>
        <w:br/>
        <w:t>сталося!&gt;&lt;br /&gt;</w:t>
        <w:br/>
        <w:t>&lt;Пані&lt;br /&gt;</w:t>
        <w:br/>
        <w:t>Ну що там ще? — &gt; &lt;кажи&gt;&lt;br /&gt;</w:t>
        <w:br/>
        <w:t>&lt;Гайдук (убік)&gt;&lt;br /&gt;</w:t>
        <w:br/>
        <w:t>Огенія (вертаючись із передпокою)&lt;br /&gt;</w:t>
        <w:br/>
        <w:t>&lt;чудний якийсь &gt; Це він.&lt;br /&gt;</w:t>
        <w:br/>
        <w:t>&lt;Страшний ось там&gt; &lt; Страшний прийшов &gt; &lt;чудний&lt;br /&gt;</w:t>
        <w:br/>
        <w:t>якийсь &gt;&lt;br /&gt;</w:t>
        <w:br/>
        <w:t>до тебе вістовець,&lt;br /&gt;</w:t>
        <w:br/>
        <w:t>&lt; прийшов, чи ти дозволиш упустити &gt;&lt;br /&gt;</w:t>
        <w:br/>
        <w:t>пресвітлая, чи ти дозволиш, папі? —&lt;br /&gt;</w:t>
        <w:br/>
        <w:t>прийшов —&lt;br /&gt;</w:t>
        <w:br/>
        <w:t>Пані&lt;br /&gt;</w:t>
        <w:br/>
        <w:t>із Греччини? моряк? Пусти, пусти,&lt;br /&gt;</w:t>
        <w:br/>
        <w:t>нехай скоріш увійде (увіходить &lt;обідранець&gt; Люципер)&lt;br /&gt;</w:t>
        <w:br/>
        <w:t>Привітання&lt;br /&gt;</w:t>
        <w:br/>
        <w:t>&lt;прекрасному! Ну підійди ж сюди, (до всіх)&lt;br /&gt;</w:t>
        <w:br/>
        <w:t>У давнину я знаю&gt;&lt;br /&gt;</w:t>
        <w:br/>
        <w:t>безсмертному! Ну підійди ж сюди, (до всіх)&lt;br /&gt;</w:t>
        <w:br/>
        <w:t>Схилітеся! Колись являлись &lt;чесно&gt; боги&lt;br /&gt;</w:t>
        <w:br/>
        <w:t>ув образі обдертих чабанів&lt;br /&gt;</w:t>
        <w:br/>
        <w:t>&lt;у давнину &gt; &lt;у давнину вдягалися герої&lt;br /&gt;</w:t>
        <w:br/>
        <w:t>по-простому — тому й не вірю я !,&lt;br /&gt;</w:t>
        <w:br/>
        <w:t>щоб ти не був прекрасний &gt;&lt;br /&gt;</w:t>
        <w:br/>
        <w:t>Чому ж, скажіть, не може бути богом&lt;br /&gt;</w:t>
        <w:br/>
        <w:t>(ЦДАМЛМ, ф. 464, оп. 1, Я" 1190, арк. 80)&lt;br /&gt;</w:t>
        <w:br/>
        <w:t>&lt;оцей чабан обдертий&gt; цей мандрівець &lt;обдертий [?] &gt;</w:t>
      </w:r>
    </w:p>
    <w:p>
      <w:r>
        <w:br/>
        <w:t>[&amp;#205;. У ЯРУ]</w:t>
      </w:r>
    </w:p>
    <w:p>
      <w:r>
        <w:br/>
        <w:t>Масон&lt;br /&gt;</w:t>
        <w:br/>
        <w:t>Ну ось ми й тут. Спочинем? Прошу. Пані&lt;br /&gt;</w:t>
        <w:br/>
        <w:t>і панночка — у центрі? — S'il vous pla&amp;#238;t! 1&lt;br /&gt;</w:t>
        <w:br/>
        <w:t>А пан Дибуль (та присвітіть же, слуги,&lt;br /&gt;</w:t>
        <w:br/>
        <w:t>просить чи що?). Дибуль, найстарший наш,&lt;br /&gt;</w:t>
        <w:br/>
        <w:t>возляже тут у кріслі. Фігель — поруч?&lt;br /&gt;</w:t>
        <w:br/>
        <w:t>1 Між цим та наступним рядками автор позначив дві вставки.&lt;br /&gt;</w:t>
        <w:br/>
        <w:t>На берегах рукопису є два тексти, позначені відповідними знаками:&lt;br /&gt;</w:t>
        <w:br/>
        <w:t>"Рената: &lt;ну чекай, як у мене вийде балет&gt; &lt;Як мій вийде&lt;br /&gt;</w:t>
        <w:br/>
        <w:t>[балет] &gt; Чекай, мо' тут вийде мій балет. &lt;Страшенно трудне&lt;br /&gt;</w:t>
        <w:br/>
        <w:t>па.&gt; Спочатку оте чуднее па. Зроблю &lt;оце па і слова візьму у&lt;br /&gt;</w:t>
        <w:br/>
        <w:t>отого філософа &gt;. Maman, підспівай мені у отого філософа..."&lt;br /&gt;</w:t>
        <w:br/>
        <w:t>"Рената: Чекай, &lt;оцеє па зовсім у мене не виходить. &gt; дея-&lt;br /&gt;</w:t>
        <w:br/>
        <w:t>кі па зовсім у мене &lt;не О не виходять? &lt; А як же ж &gt; Ану ще&lt;br /&gt;</w:t>
        <w:br/>
        <w:t>&lt;потанцюєм&gt; раз. Maman, підспівуй мені із отого філософа".—&lt;br /&gt;</w:t>
        <w:br/>
        <w:t>Ред.&lt;br /&gt;</w:t>
        <w:br/>
        <w:t>Ну s'il vous pla&amp;#238;t!&lt;br /&gt;</w:t>
        <w:br/>
        <w:t>В темряву: готово? Фігель хоче сказати щось &lt; (ххі?) &gt; &lt; [смі-&lt;br /&gt;</w:t>
        <w:br/>
        <w:t>ється] &gt; Ага-га-га! &lt; (сміється) &gt; — Та добре вже, добре! —&lt;br /&gt;</w:t>
        <w:br/>
        <w:t>&lt;всі&gt; усі на нього &lt;рукою. Слуги&gt; рукою (припадок сміху).&lt;br /&gt;</w:t>
        <w:br/>
        <w:t>Слуги підносять солодощі. &lt;Жест.&gt; Чи то місяць &lt; зійшов? —&lt;br /&gt;</w:t>
        <w:br/>
        <w:t>На скелі&gt; зійшов? Голоси: гляньте! на скелі Амура і Псіхеї ліх-&lt;br /&gt;</w:t>
        <w:br/>
        <w:t>тар засвітився &lt; Правда, прекрасно? &gt; і звідти голос: "готово".&lt;br /&gt;</w:t>
        <w:br/>
        <w:t>Правда, прекрасно? Голос у темноті: готово!</w:t>
      </w:r>
    </w:p>
    <w:p>
      <w:r>
        <w:br/>
        <w:t>Дибуль (деренчить)&lt;br /&gt;</w:t>
        <w:br/>
        <w:t>Ох, як же я втомивсь!&lt;br /&gt;</w:t>
        <w:br/>
        <w:t>Цей парк такий глухий і так до грота&lt;br /&gt;</w:t>
        <w:br/>
        <w:t>нерівно йти, що я —&lt;br /&gt;</w:t>
        <w:br/>
        <w:t>&lt;...от&gt; Пригадуєте? (жест)... знов мені ці комарі,&lt;br /&gt;</w:t>
        <w:br/>
        <w:t>ах ти ж боже мій! (Жує.)&lt;br /&gt;</w:t>
        <w:br/>
        <w:t>Пані&lt;br /&gt;</w:t>
        <w:br/>
        <w:t>Стидайся, фе!&lt;br /&gt;</w:t>
        <w:br/>
        <w:t>Тут &lt;романтизм &gt; &lt;таїна &gt; глибочінь, тут містика.&lt;br /&gt;</w:t>
        <w:br/>
        <w:t>Ренато,&lt;br /&gt;</w:t>
        <w:br/>
        <w:t>хіба не так?&lt;br /&gt;</w:t>
        <w:br/>
        <w:t>&lt; (попереджаюче) тільки моральності, насамперед&lt;br /&gt;</w:t>
        <w:br/>
        <w:t>моральності! &gt;&lt;br /&gt;</w:t>
        <w:br/>
        <w:t>P е п а т а&lt;br /&gt;</w:t>
        <w:br/>
        <w:t>Maman, я вся тремчу:&lt;br /&gt;</w:t>
        <w:br/>
        <w:t>це ж паче сон!&lt;br /&gt;</w:t>
        <w:br/>
        <w:t>Масон&lt;br /&gt;</w:t>
        <w:br/>
        <w:t>Подобалось?&lt;br /&gt;</w:t>
        <w:br/>
        <w:t>Рената&lt;br /&gt;</w:t>
        <w:br/>
        <w:t>Чудово!&lt;br /&gt;</w:t>
        <w:br/>
        <w:t>&lt;Ці ліхтарі, ця ніч...&gt; Ці ліхтарі! ця ніч!..&lt;br /&gt;</w:t>
        <w:br/>
        <w:t>Подібне я переживала тільки раз. Пригадуєш,&lt;br /&gt;</w:t>
        <w:br/>
        <w:t>maman: я вартувала (вночі!), а ти —у флігель —&lt;br /&gt;</w:t>
        <w:br/>
        <w:t>до мого навчителя &lt; (вночі) &gt; Д п б у л ь: Що? що?&lt;br /&gt;</w:t>
        <w:br/>
        <w:t>Пані (заглушаючи її слова): Ренато!&lt;br /&gt;</w:t>
        <w:br/>
        <w:t>Пані&lt;br /&gt;</w:t>
        <w:br/>
        <w:t>Ренатопько,&lt;br /&gt;</w:t>
        <w:br/>
        <w:t>&lt;а шум води, а лоскіт серця,&gt; а шум води! а лоскіт&lt;br /&gt;</w:t>
        <w:br/>
        <w:t>серця! — небо,&lt;br /&gt;</w:t>
        <w:br/>
        <w:t>як гобелен! А тіні, ті...&lt;br /&gt;</w:t>
        <w:br/>
        <w:t>(тихо) Ти збожеволіла, я бачу! Моральності, насамперед&lt;br /&gt;</w:t>
        <w:br/>
        <w:t>моральності!&lt;br /&gt;</w:t>
        <w:br/>
        <w:t>M a cou (до Ренати)&lt;br /&gt;</w:t>
        <w:br/>
        <w:t>І вам&lt;br /&gt;</w:t>
        <w:br/>
        <w:t>подобалось? О s'il vous pla&amp;#238;t — я радий —&lt;br /&gt;</w:t>
        <w:br/>
        <w:t>ну s'il vous pla&amp;#238;t!&lt;br /&gt;</w:t>
        <w:br/>
        <w:t>&lt;С(наспівує):&lt;br /&gt;</w:t>
        <w:br/>
        <w:t>Казало сонце&lt;br /&gt;</w:t>
        <w:br/>
        <w:t>я тільки сонце &gt;&lt;br /&gt;</w:t>
        <w:br/>
        <w:t>&lt; дивись на сонце&lt;br /&gt;</w:t>
        <w:br/>
        <w:t>мільярди в землю&lt;br /&gt;</w:t>
        <w:br/>
        <w:t>від пього струн &gt;&lt;br /&gt;</w:t>
        <w:br/>
        <w:t>В темноту: готово? *&lt;br /&gt;</w:t>
        <w:br/>
        <w:t>Другий ліхтар &lt;десь засвітився &gt; на скелі Дафніса і Хлої за-&lt;br /&gt;</w:t>
        <w:br/>
        <w:t>світився. Фігель хоче сказати щось (ххі?) — та добре вже, добре!.,&lt;br /&gt;</w:t>
        <w:br/>
        <w:t>усі на нього рукою. &lt;Безгучпий хіхот. Жест.&gt;&lt;br /&gt;</w:t>
        <w:br/>
        <w:t>Рената&lt;br /&gt;</w:t>
        <w:br/>
        <w:t>Казало сонце&lt;br /&gt;</w:t>
        <w:br/>
        <w:t>дивись на сопце&lt;br /&gt;</w:t>
        <w:br/>
        <w:t>мільярди в землю&lt;br /&gt;</w:t>
        <w:br/>
        <w:t>від нього струн&lt;br /&gt;</w:t>
        <w:br/>
        <w:t>Тут саме на екрані &lt; світу десь&gt; всесвіту пролітають птиці.&lt;br /&gt;</w:t>
        <w:br/>
        <w:t>&lt;Куди й пощо&gt; Куди — невідомо. Усміхнені птиці.&lt;br /&gt;</w:t>
        <w:br/>
        <w:t>Дибуль (прислухаючись)&lt;br /&gt;</w:t>
        <w:br/>
        <w:t>Що містика — це так.&lt;br /&gt;</w:t>
        <w:br/>
        <w:t>А все-таки... (оглядует[ься])&lt;br /&gt;</w:t>
        <w:br/>
        <w:t>Жінки (з триво[гою])&lt;br /&gt;</w:t>
        <w:br/>
        <w:t>Ну що?&lt;br /&gt;</w:t>
        <w:br/>
        <w:t>Дибуль&lt;br /&gt;</w:t>
        <w:br/>
        <w:t>Та якось страшно&lt;br /&gt;</w:t>
        <w:br/>
        <w:t>в цім закутку. Нащо відходити&lt;br /&gt;</w:t>
        <w:br/>
        <w:t>далеко так від дому? Можна ж грати&lt;br /&gt;</w:t>
        <w:br/>
        <w:t>містерію і в хаті.&lt;br /&gt;</w:t>
        <w:br/>
        <w:t>Пані (сплескує руками)&lt;br /&gt;</w:t>
        <w:br/>
        <w:t>Лелечко,&lt;br /&gt;</w:t>
        <w:br/>
        <w:t>він боягуз!&lt;br /&gt;</w:t>
        <w:br/>
        <w:t>А &lt;сама... гомін? Слуга зірвався і побіг&gt; сама&lt;br /&gt;</w:t>
        <w:br/>
        <w:t>(прислухаючись)... гомін? Наказуюче звеліла рукою&lt;br /&gt;</w:t>
        <w:br/>
        <w:t>слузі — слуга зірвався і побіг.&lt;br /&gt;</w:t>
        <w:br/>
        <w:t>Дибуль&lt;br /&gt;</w:t>
        <w:br/>
        <w:t>Не боягуз, а тільки...&lt;br /&gt;</w:t>
        <w:br/>
        <w:t>&lt;тут — &gt; раптом за сценою — постріл!&lt;br /&gt;</w:t>
        <w:br/>
        <w:t>Я так і знав! Нехай нас Залізняк&lt;br /&gt;</w:t>
        <w:br/>
        <w:t>поріже тут — цього ще нехватало?&lt;br /&gt;</w:t>
        <w:br/>
        <w:t>Рев*.&lt;br /&gt;</w:t>
        <w:br/>
        <w:t>Масон рукою г н і в н о — д р у г и й слуга зірвався і&lt;br /&gt;</w:t>
        <w:br/>
        <w:t>побіг.&lt;br /&gt;</w:t>
        <w:br/>
        <w:t>Рената&lt;br /&gt;</w:t>
        <w:br/>
        <w:t>Maman, я вся тремчу! Невже...&lt;br /&gt;</w:t>
        <w:br/>
        <w:t>(До Фіг еля) Скажіть&lt;br /&gt;</w:t>
        <w:br/>
        <w:t>хоч ви йому, що це неправда!&lt;br /&gt;</w:t>
        <w:br/>
        <w:t>Фігель (псевдокласично)&lt;br /&gt;</w:t>
        <w:br/>
        <w:t>П'правда.&lt;br /&gt;</w:t>
        <w:br/>
        <w:t>Я вччора (ххі?), я вччора сам й'ого&lt;br /&gt;</w:t>
        <w:br/>
        <w:t>як п'полоснув — так г'голова й с'скотилась...&lt;br /&gt;</w:t>
        <w:br/>
        <w:t>&lt;.(смівться)&gt; Ага-га-га! — &lt;.сміється&gt; (Припадок&lt;br /&gt;</w:t>
        <w:br/>
        <w:t>сміху.)&lt;br /&gt;</w:t>
        <w:br/>
        <w:t>Масон&lt;br /&gt;</w:t>
        <w:br/>
        <w:t>От бачите? а ви переполох&lt;br /&gt;</w:t>
        <w:br/>
        <w:t>ударили. Не бійтесь. Гайдамака&lt;br /&gt;</w:t>
        <w:br/>
        <w:t>давно в тюрмі, в Печерській &lt;лаврі. Тут?&gt; лаврі.&lt;br /&gt;</w:t>
        <w:br/>
        <w:t>Пані обиджено розводить руками, що тут, мовляв, немирно *.&lt;br /&gt;</w:t>
        <w:br/>
        <w:t>Тут?&lt;br /&gt;</w:t>
        <w:br/>
        <w:t>Тут варта скрізь, тут нічого боятись.&lt;br /&gt;</w:t>
        <w:br/>
        <w:t>Щоправда &lt; [нерозб.] &gt; цього розбишаку Залізняка перево-&lt;br /&gt;</w:t>
        <w:br/>
        <w:t>дять у Нарим. &lt; [нерозб.] &gt; на годину генерала Кречетні-&lt;br /&gt;</w:t>
        <w:br/>
        <w:t>кова, який цю операцію проводить. Ми його зустрінемо як&lt;br /&gt;</w:t>
        <w:br/>
        <w:t>переможця. Бучно. Гучно. Хіба ж не задля цього містерію&lt;br /&gt;</w:t>
        <w:br/>
        <w:t>готуємо?&lt;br /&gt;</w:t>
        <w:br/>
        <w:t>Всі здивовані. &lt;Всі захоплені &gt; Захоплені. Порожнеча .&lt;br /&gt;</w:t>
        <w:br/>
        <w:t>Всі ліхтарі позасвічувано. Оркестр на місці. Балет я позга-&lt;br /&gt;</w:t>
        <w:br/>
        <w:t>няв — до прийому гостей усе готово .&lt;br /&gt;</w:t>
        <w:br/>
        <w:t>Слуга&lt;br /&gt;</w:t>
        <w:br/>
        <w:t>Прибули:&lt;br /&gt;</w:t>
        <w:br/>
        <w:t>із Києва (Масон: ну бачите?) Кизячко&lt;br /&gt;</w:t>
        <w:br/>
        <w:t>з родиною і обер-офіцер&lt;br /&gt;</w:t>
        <w:br/>
        <w:t>з Китаєва!&lt;br /&gt;</w:t>
        <w:br/>
        <w:t>Масон&lt;br /&gt;</w:t>
        <w:br/>
        <w:t>Проси. (Іде назустріч.)&lt;br /&gt;</w:t>
        <w:br/>
        <w:t>А! дуже радий,&lt;br /&gt;</w:t>
        <w:br/>
        <w:t>[• •]&lt;br /&gt;</w:t>
        <w:br/>
        <w:t>а уявіть — ми навіть незнайомі.&lt;br /&gt;</w:t>
        <w:br/>
        <w:t>Кизячко&lt;br /&gt;</w:t>
        <w:br/>
        <w:t>Та якось так все... Я —&lt;br /&gt;</w:t>
        <w:br/>
        <w:t>Обер-офіцер (з презирством)&lt;br /&gt;</w:t>
        <w:br/>
        <w:t>&lt;Дда! да!&gt; Дда, да.&lt;br /&gt;</w:t>
        <w:br/>
        <w:t>Масон&lt;br /&gt;</w:t>
        <w:br/>
        <w:t>Ходім,&lt;br /&gt;</w:t>
        <w:br/>
        <w:t>представлю вас. Шановний пан Кизячко.&lt;br /&gt;</w:t>
        <w:br/>
        <w:t>Кизячко&lt;br /&gt;</w:t>
        <w:br/>
        <w:t>Ну що ви, що! — тепер я: Кі-зя-чков.&lt;br /&gt;</w:t>
        <w:br/>
        <w:t>Хіба ви й досі про це не чули? Так я вам &lt;розповім. Цс&lt;br /&gt;</w:t>
        <w:br/>
        <w:t>дуже&gt; розповім. (Торжественно обводить всіх поглядом.)&lt;br /&gt;</w:t>
        <w:br/>
        <w:t>Це дуже цікава й визначна історія. Дід мій, коли ви, може,&lt;br /&gt;</w:t>
        <w:br/>
        <w:t>знаєте &lt;Пані Кизячко. А як же! Дід його, коли, може,&lt;br /&gt;</w:t>
        <w:br/>
        <w:t>знаєте — &gt;&lt;br /&gt;</w:t>
        <w:br/>
        <w:t>Ракета &lt; раптом &gt; злітав над парком. &lt; Огнисто-тріско &gt; *&lt;br /&gt;</w:t>
        <w:br/>
        <w:t>Гіллясто-тріско розсипається *.&lt;br /&gt;</w:t>
        <w:br/>
        <w:t>Масон &lt;(продовжув)&gt; (безнадійно махнувши рукою, продов-&lt;br /&gt;</w:t>
        <w:br/>
        <w:t>жує)&lt;br /&gt;</w:t>
        <w:br/>
        <w:t>&lt; Столичний гість — &gt;&lt;br /&gt;</w:t>
        <w:br/>
        <w:t>&lt;Всі&gt; жінки (в захопленні) *&lt;br /&gt;</w:t>
        <w:br/>
        <w:t>&lt;Та&gt; &lt;Прекрасно як!&gt; Чудесно ж які *&lt;br /&gt;</w:t>
        <w:br/>
        <w:t>Обер-офіцер &lt;(сам представляється)^ (з презирством)&lt;br /&gt;</w:t>
        <w:br/>
        <w:t>&lt;А? дда:—&gt; &lt;Да! Да!&gt; Ччюдесс'...&lt;br /&gt;</w:t>
        <w:br/>
        <w:t>(Представляється.)&lt;br /&gt;</w:t>
        <w:br/>
        <w:t>Обер-офіцер, присланий в манастир для наблюдєнія,&lt;br /&gt;</w:t>
        <w:br/>
        <w:t>а также приходо-расходные книги содержать. &lt;Дда&gt;&lt;br /&gt;</w:t>
        <w:br/>
        <w:t>Фігель, приста [ви] вши руку до вуха, намагається *&lt;br /&gt;</w:t>
        <w:br/>
        <w:t>хоч щось собі зрозуміти. Фігель: І поміж іншим *&lt;br /&gt;</w:t>
        <w:br/>
        <w:t>також спостерігати за Сковород [ою]. За Сковородою? *&lt;br /&gt;</w:t>
        <w:br/>
        <w:t>радий, &lt;що зрозумів&gt; що нарешті зрозумів*.&lt;br /&gt;</w:t>
        <w:br/>
        <w:t>Фігель&lt;br /&gt;</w:t>
        <w:br/>
        <w:t>Ага-га-га!&lt;br /&gt;</w:t>
        <w:br/>
        <w:t>&lt;А я: ф'фельдмаршал!&lt;br /&gt;</w:t>
        <w:br/>
        <w:t>Беззгучний хіхот.&gt;&lt;br /&gt;</w:t>
        <w:br/>
        <w:t>(І пішов собі й пішов у псевдокласичній позі.) *&lt;br /&gt;</w:t>
        <w:br/>
        <w:t>Масон (продовжує представляти)&lt;br /&gt;</w:t>
        <w:br/>
        <w:t>...шановний пан Дибуль, найстарший наш&lt;br /&gt;</w:t>
        <w:br/>
        <w:t>з-поміж &lt; дворян (ще бив Мазепу й Карла&lt;br /&gt;</w:t>
        <w:br/>
        <w:t>з царем Петром) &gt; дворян&lt;br /&gt;</w:t>
        <w:br/>
        <w:t>Дибуль &lt;.(продеренчав)&gt; (деренчить) *&lt;br /&gt;</w:t>
        <w:br/>
        <w:t>ще бив Мазепу й Карла&lt;br /&gt;</w:t>
        <w:br/>
        <w:t>з царем Петром.&lt;br /&gt;</w:t>
        <w:br/>
        <w:t>[Масон]&lt;br /&gt;</w:t>
        <w:br/>
        <w:t>Та що ж ми —&lt;br /&gt;</w:t>
        <w:br/>
        <w:t>(Запрошує сідати.) Дворянства &lt;ц[віт] Слуги&gt; ц[віт]&lt;br /&gt;</w:t>
        <w:br/>
        <w:t>&lt;.Жест.&gt;Велично &lt;.(&gt;рукою повеліває&lt;)"&gt; слуги підносять&lt;br /&gt;</w:t>
        <w:br/>
        <w:t>солодощі. &lt;іФігель і&gt; Фігель по своїй з[вичці] і [ще й] іще раз&lt;br /&gt;</w:t>
        <w:br/>
        <w:t>представляється.&lt;br /&gt;</w:t>
        <w:br/>
        <w:t>Дибуль: &lt; Пригадуєте? Дворянство &gt; Пригадуєте? (Жест.)&lt;br /&gt;</w:t>
        <w:br/>
        <w:t>(Чит[ає]:) Дворянство, як каже Наказ, єсть наріцаніє в честі, раз-&lt;br /&gt;</w:t>
        <w:br/>
        <w:t>лічающеє от прочіх тех &lt;коїм&gt; кої оним украшени. Ну до чого ж&lt;br /&gt;</w:t>
        <w:br/>
        <w:t>гарно сказано — ах ти ж боже мій! (Жує.)&lt;br /&gt;</w:t>
        <w:br/>
        <w:t>&lt;М а с о н: Казала травка&lt;br /&gt;</w:t>
        <w:br/>
        <w:t>я тільки травка &gt;&lt;br /&gt;</w:t>
        <w:br/>
        <w:t>&lt;Всі здивовані. Всі захоплені. А вза[галі] нудьга*.&lt;br /&gt;</w:t>
        <w:br/>
        <w:t>А взагалі господар&gt; Всі присутні здивовані. Всі*&lt;br /&gt;</w:t>
        <w:br/>
        <w:t>&lt;просто ж&gt; захоплені. Нудьга нудьгу обманює*.&lt;br /&gt;</w:t>
        <w:br/>
        <w:t>Слуга&lt;br /&gt;</w:t>
        <w:br/>
        <w:t>Там селя'...&lt;br /&gt;</w:t>
        <w:br/>
        <w:t>Масон &lt;.(не чуе)&gt; (лоскітливо зосереджений па гостях)&lt;br /&gt;</w:t>
        <w:br/>
        <w:t>Чудесно: всі.&lt;br /&gt;</w:t>
        <w:br/>
        <w:t>Слуга&lt;br /&gt;</w:t>
        <w:br/>
        <w:t>Селяпе там!...&lt;br /&gt;</w:t>
        <w:br/>
        <w:t>Масон (не чує)&lt;br /&gt;</w:t>
        <w:br/>
        <w:t>Чудесно!&lt;br /&gt;</w:t>
        <w:br/>
        <w:t>Нарешті ми зійшлись (та присвітіть,&lt;br /&gt;</w:t>
        <w:br/>
        <w:t>кому кажу!) (I —^обернувшись (це&gt;обернувшись до слуги&lt;br /&gt;</w:t>
        <w:br/>
        <w:t>(це знов там гомін?) пристиджуюче-гнівно голосом протягує.)&lt;br /&gt;</w:t>
        <w:br/>
        <w:t>&lt;Ну s'il vous' pla&amp;#238;t! &gt; Ну s'il vous pla&amp;#238;t!&lt;br /&gt;</w:t>
        <w:br/>
        <w:t>Слуга (тоном виправдування)&lt;br /&gt;</w:t>
        <w:br/>
        <w:t>Селяне&lt;br /&gt;</w:t>
        <w:br/>
        <w:t>хвилюються!&lt;br /&gt;</w:t>
        <w:br/>
        <w:t>Дибуль (схопив[ся])&lt;br /&gt;</w:t>
        <w:br/>
        <w:t>Які селяне? Де?&lt;br /&gt;</w:t>
        <w:br/>
        <w:t>Рената&lt;br /&gt;</w:t>
        <w:br/>
        <w:t>Стрілятимуть?</w:t>
      </w:r>
    </w:p>
    <w:p>
      <w:r>
        <w:br/>
        <w:t>M а с о н&lt;br /&gt;</w:t>
        <w:br/>
        <w:t>Та заспокойтесь. Люди&lt;br /&gt;</w:t>
        <w:br/>
        <w:t>містерію прийшли заграть. На те&lt;br /&gt;</w:t>
        <w:br/>
        <w:t>й покликав їх.&lt;br /&gt;</w:t>
        <w:br/>
        <w:t>Пані (захоплено)&lt;br /&gt;</w:t>
        <w:br/>
        <w:t>То це щось грандіозне?&lt;br /&gt;</w:t>
        <w:br/>
        <w:t>Ця ніч, цей шум, пейзани...&lt;br /&gt;</w:t>
        <w:br/>
        <w:t>Обер-офіцер &lt;(на о)&gt; (говорить на о)&lt;br /&gt;</w:t>
        <w:br/>
        <w:t>Ддо! до! до!&lt;br /&gt;</w:t>
        <w:br/>
        <w:t>Як ще я йшов сюди — вони гарчали&lt;br /&gt;</w:t>
        <w:br/>
        <w:t>і кидались. Та я в їх вистрелив&lt;br /&gt;</w:t>
        <w:br/>
        <w:t>і одного, здається, ранив. &lt;.(Хихоче)&gt; (розглядає пістол[я]&lt;br /&gt;</w:t>
        <w:br/>
        <w:t>й самозадовол[ено] хихоче. &lt;.Фігель жест&gt;)</w:t>
      </w:r>
    </w:p>
    <w:p>
      <w:r>
        <w:br/>
        <w:t>Дибуль &lt;(радіспо)&gt; (полегшено)&lt;br /&gt;</w:t>
        <w:br/>
        <w:t>Боже!&lt;br /&gt;</w:t>
        <w:br/>
        <w:t>&lt;Виходить,&gt; Тож зараз ви стріляли?&lt;br /&gt;</w:t>
        <w:br/>
        <w:t>Пані&lt;br /&gt;</w:t>
        <w:br/>
        <w:t>Й кров пішла? —&lt;br /&gt;</w:t>
        <w:br/>
        <w:t>Містерія вже почалась. (Відкидається на спинку крісла&lt;br /&gt;</w:t>
        <w:br/>
        <w:t>•^закриває блаженно^ й блаженно закриває очі)&lt;br /&gt;</w:t>
        <w:br/>
        <w:t>Говорить так, немовби по довгих молитвах нарешті-таки вона ді-&lt;br /&gt;</w:t>
        <w:br/>
        <w:t>стала милість неба. Міс-те-рія (повторює з &lt;самостражданням)&lt;br /&gt;</w:t>
        <w:br/>
        <w:t>Об [ер]-офіцер роэглядае пістоля й задоволено хихоче. Фігель —&lt;br /&gt;</w:t>
        <w:br/>
        <w:t>жест.&gt; самостражданням). Всі буцімто здивованії.&lt;br /&gt;</w:t>
        <w:br/>
        <w:t>Рената&lt;br /&gt;</w:t>
        <w:br/>
        <w:t>&lt;В нім кожна квітка&lt;br /&gt;</w:t>
        <w:br/>
        <w:t>і кожна скеля&lt;br /&gt;</w:t>
        <w:br/>
        <w:t>і кожна рана&lt;br /&gt;</w:t>
        <w:br/>
        <w:t>і кожна смерть &gt;&lt;br /&gt;</w:t>
        <w:br/>
        <w:t>Казала травка&lt;br /&gt;</w:t>
        <w:br/>
        <w:t>я тільки травка&lt;br /&gt;</w:t>
        <w:br/>
        <w:t>О що зро[блю я&lt;br /&gt;</w:t>
        <w:br/>
        <w:t>коли все кров]&lt;br /&gt;</w:t>
        <w:br/>
        <w:t>А гляньте, яка то заграва &lt; [нерозб.] &gt;&lt;br /&gt;</w:t>
        <w:br/>
        <w:t>Масон (запалюючи сигару)&lt;br /&gt;</w:t>
        <w:br/>
        <w:t>&lt;Тут&gt; Десь тут саме на &lt;екрапі пролітають&gt;&lt;br /&gt;</w:t>
        <w:br/>
        <w:t>екрані всесвіту пролітають усміхнені птиці. Ку-&lt;br /&gt;</w:t>
        <w:br/>
        <w:t>ди— хто їх знає. Усміхнені птиці. &lt;Цього дворяне,&lt;br /&gt;</w:t>
        <w:br/>
        <w:t>звичайно, побачити не годні &gt;&lt;br /&gt;</w:t>
        <w:br/>
        <w:t>Погідна ніч, і настрій є,—то що ж, почнем?&lt;br /&gt;</w:t>
        <w:br/>
        <w:t>Рукою мов перевернутим веслом в повітрі— слуги вино наливають.&lt;br /&gt;</w:t>
        <w:br/>
        <w:t>Слуги спускають полотнища. Тепер уже під стелею &lt; ліхтар —&lt;br /&gt;</w:t>
        <w:br/>
        <w:t>правда &gt; ліхтар —тут, там —правда, прекрасно? Рукою мов м'яч&lt;br /&gt;</w:t>
        <w:br/>
        <w:t>сердито кинув — слуги геть собі виходять.&lt;br /&gt;</w:t>
        <w:br/>
        <w:t>Рената&lt;br /&gt;</w:t>
        <w:br/>
        <w:t>&lt;Одно одвеснить&lt;br /&gt;</w:t>
        <w:br/>
        <w:t>друге веслує&lt;br /&gt;</w:t>
        <w:br/>
        <w:t>а все як в морі&lt;br /&gt;</w:t>
        <w:br/>
        <w:t>прибій бій&gt;&lt;br /&gt;</w:t>
        <w:br/>
        <w:t>Казало сонце&lt;br /&gt;</w:t>
        <w:br/>
        <w:t>Улюблені мої преславні гості!&lt;br /&gt;</w:t>
        <w:br/>
        <w:t>[• і&lt;br /&gt;</w:t>
        <w:br/>
        <w:t>не думали, що єсть потреба и нам&lt;br /&gt;</w:t>
        <w:br/>
        <w:t>&lt; проснутися &gt; збиратися. Зломити гайдамацтво —&lt;br /&gt;</w:t>
        <w:br/>
        <w:t>це ще не все. Панове! Єсть таке,&lt;br /&gt;</w:t>
        <w:br/>
        <w:t>про що кричать потрібно. І — що дивно! —&lt;br /&gt;</w:t>
        <w:br/>
        <w:t>оте страшне — &lt;у нас під боком, тут.&gt; у нас. Під боком.&lt;br /&gt;</w:t>
        <w:br/>
        <w:t>Тут. (Всі переглядаються.)&lt;br /&gt;</w:t>
        <w:br/>
        <w:t>[. . .]&lt;br /&gt;</w:t>
        <w:br/>
        <w:t>єретика і вольно думця!..&lt;br /&gt;</w:t>
        <w:br/>
        <w:t>&lt;Голоси&gt; К и з я ч к о&lt;br /&gt;</w:t>
        <w:br/>
        <w:t>Дивно.&lt;br /&gt;</w:t>
        <w:br/>
        <w:t>Сковороду? Невже б то...&lt;br /&gt;</w:t>
        <w:br/>
        <w:t>Пані К и з я ч к о: Невже б то Сковороду...&lt;br /&gt;</w:t>
        <w:br/>
        <w:t>Репата: Maman, &lt;це&gt; Сковорода —це мій колишній той на-&lt;br /&gt;</w:t>
        <w:br/>
        <w:t>вчитель, що ти його на кухпю &lt; завше &gt; &lt; обідать &gt; завше од-&lt;br /&gt;</w:t>
        <w:br/>
        <w:t>силала?&lt;br /&gt;</w:t>
        <w:br/>
        <w:t>Пані &lt; (до масона) &gt; (підводячись). Нарешті! нарешті ми його&lt;br /&gt;</w:t>
        <w:br/>
        <w:t>піймали! Нну, буде ж він знать тепер.&lt;br /&gt;</w:t>
        <w:br/>
        <w:t>Рената (до пані Киз [ячко]). Maman ходила раз до нього уночі,&lt;br /&gt;</w:t>
        <w:br/>
        <w:t>та він&lt;br /&gt;</w:t>
        <w:br/>
        <w:t>Пані: Ренато! Ти збожеволіла, я бачу! Моральності, насамперед&lt;br /&gt;</w:t>
        <w:br/>
        <w:t>моральності!&lt;br /&gt;</w:t>
        <w:br/>
        <w:t>&lt;Обер-офіцер (до Дибуля). Погляньте!&gt; Пані й Дибуль&lt;br /&gt;</w:t>
        <w:br/>
        <w:t>&lt;(до об [ер-] офіцера) &gt; (поміж себе). Він ще сумнівається. Зразу&lt;br /&gt;</w:t>
        <w:br/>
        <w:t>видно: малоросійський дворянип.&lt;br /&gt;</w:t>
        <w:br/>
        <w:t>О б [е р] — о ф [і ц е р] (насмішк [увато]). Еж дід його &lt;по суті&gt;&lt;br /&gt;</w:t>
        <w:br/>
        <w:t>&lt;сказати&gt;, дід його, коли, може, знаєте (обоє сміються).&lt;br /&gt;</w:t>
        <w:br/>
        <w:t>Масон: Ну-ну, панове, хоч тут ви покиньте ворожнечу. Дворяне&lt;br /&gt;</w:t>
        <w:br/>
        <w:t>повинні бути вмісті — інакше...&lt;br /&gt;</w:t>
        <w:br/>
        <w:t>Обоє кихкикають: коли, може, знаєте...</w:t>
      </w:r>
    </w:p>
    <w:p>
      <w:r>
        <w:br/>
        <w:t>Рената: Maman, Сковорода — це той колишній мій навчитель,&lt;br /&gt;</w:t>
        <w:br/>
        <w:t>що ти його на кухпю завше одсилала (до пані Кизячко) &lt;Ви&gt;&lt;br /&gt;</w:t>
        <w:br/>
        <w:t>А все-таки maman була в нього закохана, та він...&lt;br /&gt;</w:t>
        <w:br/>
        <w:t>Пані &lt;.(підводиться)"^ (підкреслено а натяком). Тут дехто су-&lt;br /&gt;</w:t>
        <w:br/>
        <w:t>мнівається. А я скажу: &lt; нарешті він попався! Слава богу!&gt;&lt;br /&gt;</w:t>
        <w:br/>
        <w:t>Рената &lt;(пер вбивав)&gt; Maman, Сковорода —— це той колишній&lt;br /&gt;</w:t>
        <w:br/>
        <w:t>мій навчитель, що ти його на кухню одсилала?&lt;br /&gt;</w:t>
        <w:br/>
        <w:t>Пані: ...Нарешті він попався — слава богу!&lt;br /&gt;</w:t>
        <w:br/>
        <w:t>Обер-офіцер (на а)&lt;br /&gt;</w:t>
        <w:br/>
        <w:t>Дда! да! да!&lt;br /&gt;</w:t>
        <w:br/>
        <w:t>Філософа цього нам треба ззісти.&lt;br /&gt;</w:t>
        <w:br/>
        <w:t>Дибуль &lt;Пригадуєте? Стаття Петра Первого&gt; А ну да, ззісти.&lt;br /&gt;</w:t>
        <w:br/>
        <w:t>Пригадуєте? (Жест.) &lt;Ну,&gt; які &lt;ще&gt; про це можуть бути су-&lt;br /&gt;</w:t>
        <w:br/>
        <w:t>перечки? Стаття Петра Первого: "...о ворах, мыслящих на госуда-&lt;br /&gt;</w:t>
        <w:br/>
        <w:t>рево здоровье и хотящих Московским государством завладеть и&lt;br /&gt;</w:t>
        <w:br/>
        <w:t>государем быти". Ну, до чого ж гарно сказано — ах ти ж боже мій!&lt;br /&gt;</w:t>
        <w:br/>
        <w:t>Кизячко &lt;С(все ще вагаючись)&gt; &lt;(не уяспяючи)&gt; &lt;.(ніяк&lt;br /&gt;</w:t>
        <w:br/>
        <w:t>ще не потрапить в настрій)&gt; &lt;.(намацуючи &lt; [настрій] &gt;&lt;br /&gt;</w:t>
        <w:br/>
        <w:t>&lt;С(угадуючи настрій)&gt;&lt;br /&gt;</w:t>
        <w:br/>
        <w:t>Жартуєте, чи це...&lt;br /&gt;</w:t>
        <w:br/>
        <w:t>Сковорода? Невже Сковорода? Ні, &lt;не можу&gt; цього пе можу&lt;br /&gt;</w:t>
        <w:br/>
        <w:t>припустити. &lt;.(Одгадуе наст[ріії.)&gt; (Дивиться на всіх, бажаю-&lt;br /&gt;</w:t>
        <w:br/>
        <w:t>чи вловити настрій. Раптом вибухав сміхом) хха! люблю такі&lt;br /&gt;</w:t>
        <w:br/>
        <w:t>&lt;моменти! Дід мій&gt; момепти. (Торжественно обводить всіх по-&lt;br /&gt;</w:t>
        <w:br/>
        <w:t>глядом.) Дід мій, коли ви, може, знаєте —&lt;br /&gt;</w:t>
        <w:br/>
        <w:t>Масон &lt;.(тон догани)&gt; &lt;.(тон любовної догани)&gt; &lt;С(тон&lt;br /&gt;</w:t>
        <w:br/>
        <w:t>милої догани) &gt; (тоном незаперечливості).&lt;br /&gt;</w:t>
        <w:br/>
        <w:t>Ну s'il vous pla&amp;#238;t:&lt;br /&gt;</w:t>
        <w:br/>
        <w:t>хіба клубок повстань з його думками&lt;br /&gt;</w:t>
        <w:br/>
        <w:t>[• і&lt;br /&gt;</w:t>
        <w:br/>
        <w:t>так знизити домудрувався &lt;!&gt; Так!&lt;br /&gt;</w:t>
        <w:br/>
        <w:t>Отмщеніє, отмщепіе.&lt;br /&gt;</w:t>
        <w:br/>
        <w:t>&lt;Пані&gt; Кизячко (&lt;.розд[умливо]&gt; (з жіночою цікавістю)&lt;br /&gt;</w:t>
        <w:br/>
        <w:t>Ну й що ж ви&lt;br /&gt;</w:t>
        <w:br/>
        <w:t>з ним хочете зробить?&lt;br /&gt;</w:t>
        <w:br/>
        <w:t>M а с о п&lt;br /&gt;</w:t>
        <w:br/>
        <w:t>А що ж зробить,—&lt;br /&gt;</w:t>
        <w:br/>
        <w:t>скажіте в и.— Та прошу! — коли людина&lt;br /&gt;</w:t>
        <w:br/>
        <w:t>йому &lt;ніщо&gt; пусте. Мораль? — сміється віп&lt;br /&gt;</w:t>
        <w:br/>
        <w:t>із нашої моралі! (Десь &lt;мужичу&gt; &lt;простацьку&gt;&lt;br /&gt;</w:t>
        <w:br/>
        <w:t>мужичу,&lt;br /&gt;</w:t>
        <w:br/>
        <w:t>видно, найшов). Ні академія,&lt;br /&gt;</w:t>
        <w:br/>
        <w:t>ні світський чин, &lt; духовний сан,&gt; ні військо,&lt;br /&gt;</w:t>
        <w:br/>
        <w:t>торгівля, честь, ні царський двір — ніщо,&lt;br /&gt;</w:t>
        <w:br/>
        <w:t>о&lt;br /&gt;</w:t>
        <w:br/>
        <w:t>що хоче світ перевернуть, а з світом&lt;br /&gt;</w:t>
        <w:br/>
        <w:t>і нас усіх! Так що ж ми: будем ждать&lt;br /&gt;</w:t>
        <w:br/>
        <w:t>. . . .]&lt;br /&gt;</w:t>
        <w:br/>
        <w:t>своїх на цім на &lt; хитромудрім &gt; &lt; безкінечнім &gt; &lt;пів&gt;&lt;br /&gt;</w:t>
        <w:br/>
        <w:t>герці?&lt;br /&gt;</w:t>
        <w:br/>
        <w:t>і&lt;br /&gt;</w:t>
        <w:br/>
        <w:t>...Земля. Раби. Вино. І містика —&lt;br /&gt;</w:t>
        <w:br/>
        <w:t>оце все те, чим живемо. Існуєм .</w:t>
      </w:r>
    </w:p>
    <w:p>
      <w:r>
        <w:br/>
        <w:t>(ЦДАМЛМ, ф. 464, оп. 1, № 1255, арк. і—9)</w:t>
      </w:r>
    </w:p>
    <w:p>
      <w:r>
        <w:br/>
        <w:t>[II. У ЯРУ]</w:t>
      </w:r>
    </w:p>
    <w:p>
      <w:r>
        <w:br/>
        <w:t>Пані&lt;br /&gt;</w:t>
        <w:br/>
        <w:t>Невже! Не може бути!&lt;br /&gt;</w:t>
        <w:br/>
        <w:t>Загальне обурення: убить її! — &lt;Г-га&gt; Гга...&lt;br /&gt;</w:t>
        <w:br/>
        <w:t>Фігель&lt;br /&gt;</w:t>
        <w:br/>
        <w:t>&lt;Хх'убить її!&gt; Ага-га-га!&lt;br /&gt;</w:t>
        <w:br/>
        <w:t>Кизячко&lt;br /&gt;</w:t>
        <w:br/>
        <w:t>Цікаво: Лейпціг? Ну —&lt;br /&gt;</w:t>
        <w:br/>
        <w:t>&lt;Пані Кизячко: Ах, як цікаво: Лейпціг і&gt;&lt;br /&gt;</w:t>
        <w:br/>
        <w:t>Масон (читав)&lt;br /&gt;</w:t>
        <w:br/>
        <w:t>Десятомудрий і двадцятилітній мій друже! "Слово" твоє одержав.&lt;br /&gt;</w:t>
        <w:br/>
        <w:t>Не "Слово" — це адамантове &lt;остріє&gt; вістря, що поражає1 тих,&lt;br /&gt;</w:t>
        <w:br/>
        <w:t>хто ще стоїть за рабство. Тут "Слово" приписують мені. Пани і&lt;br /&gt;</w:t>
        <w:br/>
        <w:t>власті &lt; ходять &gt; стежать за мною і як на звіра полюють. Та я&lt;br /&gt;</w:t>
        <w:br/>
        <w:t>на це &lt; сміюсь.— Дивуюсь &gt; сміюсь.—Хай. Дивуюсь я, що ти&lt;br /&gt;</w:t>
        <w:br/>
        <w:t>так виріс. Пригадую Петербург, де я зустрів тебе ще зовсім&lt;br /&gt;</w:t>
        <w:br/>
        <w:t>&lt;, зовсім &gt; юнака. &lt;Тебе і Козодавлєва. Подумать тільки. &gt;&lt;br /&gt;</w:t>
        <w:br/>
        <w:t>Тобі вже зараз двадцять &lt;літ!&gt;! А наче ще ж недавно &lt;ми&lt;br /&gt;</w:t>
        <w:br/>
        <w:t>розкривали Декарта і Спінозу, ми вглиблялися з тобою [у Все-&lt;br /&gt;</w:t>
        <w:br/>
        <w:t>світ] &gt; разом &lt;ми над&gt; [з] Декартом і Спінозою ми &lt;дивились&lt;br /&gt;</w:t>
        <w:br/>
        <w:t>у&gt; обіймали Всесвіт; &lt; (&gt; Просторінь і Рух; Безкінечне би-&lt;br /&gt;</w:t>
        <w:br/>
        <w:t>тіє&lt;)&gt; &lt;Матерію.&gt; А наче ще ж &lt;недавно обурювались ра-&lt;br /&gt;</w:t>
        <w:br/>
        <w:t>зом &gt; недавно проти приватної власності обурювалися &lt;ми&gt;&lt;br /&gt;</w:t>
        <w:br/>
        <w:t>разом з Мореллі і Маблі. Ось вона &lt;та&gt; приватна власність! Ось!&lt;br /&gt;</w:t>
        <w:br/>
        <w:t>Дворяне тут немов посатаніли. Понавішували замки &lt;на труд, на&lt;br /&gt;</w:t>
        <w:br/>
        <w:t>самі права &gt; на труд, на волю, на самі права людини. &lt;Наші&lt;br /&gt;</w:t>
        <w:br/>
        <w:t>українські дворяне &gt; А Катерина книги пише &lt;з гетьманами&lt;br /&gt;</w:t>
        <w:br/>
        <w:t>любомудрствуе&gt; та на бенкетах &lt;при чарці черевичками) з ма-&lt;br /&gt;</w:t>
        <w:br/>
        <w:t>лоросійськими дворянами любомудрствує. Над царським двором&lt;br /&gt;</w:t>
        <w:br/>
        <w:t>од любомудрія аж курява стоїть! Чи долетіли до вас каміння&lt;br /&gt;</w:t>
        <w:br/>
        <w:t>гайдамаччини? Ой якби долетіли! &lt;якби хоч долетіли. Тим часом&lt;br /&gt;</w:t>
        <w:br/>
        <w:t>боремось [нерозб.] &gt; Я &lt; борюсь, скільки зможу &gt; борюсь, бо-&lt;br /&gt;</w:t>
        <w:br/>
        <w:t>рюсь, скільки можу. І буду боротись. І буду! Яків Йозеф Франк&lt;br /&gt;</w:t>
        <w:br/>
        <w:t>прислав мені &lt; недавно "Листок" &gt; недавно із Ченстохова "Листок&lt;br /&gt;</w:t>
        <w:br/>
        <w:t>нової віри едомітської". Головна його у вас, у Німеч-&lt;br /&gt;</w:t>
        <w:br/>
        <w:t>чині. Довідайся про нього більш і напиши. Вітай свого друга&lt;br /&gt;</w:t>
        <w:br/>
        <w:t>Вольфганга Гете. &lt;Дуже радий, що йому подобались мої бай-&lt;br /&gt;</w:t>
        <w:br/>
        <w:t>ки^ Йому подобались мої байки? О, що ті байки, та ще в пере-&lt;br /&gt;</w:t>
        <w:br/>
        <w:t>кладі! Вирізьблюю зараз "Марка Препростого", головною особою&lt;br /&gt;</w:t>
        <w:br/>
        <w:t>якого буде... але</w:t>
      </w:r>
    </w:p>
    <w:p>
      <w:r>
        <w:br/>
        <w:t>(ЦДАМЛМ, ф. 464, оп. 1, № 1255, арк. 11)&lt;br /&gt;</w:t>
        <w:br/>
        <w:t>[III. У ЯРУ]</w:t>
      </w:r>
    </w:p>
    <w:p>
      <w:r>
        <w:br/>
        <w:t>Огенія — (не всі тут, певно, знають) —&lt;br /&gt;</w:t>
        <w:br/>
        <w:t>ну як сказать,— та от: ну знаєте? —&lt;br /&gt;</w:t>
        <w:br/>
        <w:t>утікачі: вона і брат . &lt;3 [грязюки] &gt; &lt;Із [грязі] &gt;&lt;br /&gt;</w:t>
        <w:br/>
        <w:t>В кімнати&lt;br /&gt;</w:t>
        <w:br/>
        <w:t>я взяв її. Спочатку так: мовчить,&lt;br /&gt;</w:t>
        <w:br/>
        <w:t>&lt;і дивить [ся] &gt; і криється. Чи квітка, чи голубка,&lt;br /&gt;</w:t>
        <w:br/>
        <w:t>&lt;чи може чорт&gt;&lt;br /&gt;</w:t>
        <w:br/>
        <w:t>&lt;А потім враз&gt;&lt;br /&gt;</w:t>
        <w:br/>
        <w:t>Така дурна. Веселоброва. Враз —&lt;br /&gt;</w:t>
        <w:br/>
        <w:t>&lt;я бачу: ні —&gt;&lt;br /&gt;</w:t>
        <w:br/>
        <w:t>(неграмотна ж?) — &lt;Листи &gt; Книжки мої читає&lt;br /&gt;</w:t>
        <w:br/>
        <w:t>&lt;Листи! Листи й прожекти! &gt; книжки, журнал, прожекти.&lt;br /&gt;</w:t>
        <w:br/>
        <w:t>Я — мовчу.&lt;br /&gt;</w:t>
        <w:br/>
        <w:t>Аж раз (ха-ха?) ну знаєте&lt;?&gt; — у ліжку —&lt;br /&gt;</w:t>
        <w:br/>
        <w:t>&lt; (гарнесенька ж!) &gt; &lt; (самотній я) &gt; (живу ж я сам!)&lt;br /&gt;</w:t>
        <w:br/>
        <w:t>Дивлюсь: якраз отут&lt;br /&gt;</w:t>
        <w:br/>
        <w:t>зашито &lt;лист (Люблю! тулю! стискаю!) &gt; щось. &lt;Тулю!&lt;br /&gt;</w:t>
        <w:br/>
        <w:t>люблю! стискаю! &gt; Люблю! тулю! стискаю!—&lt;br /&gt;</w:t>
        <w:br/>
        <w:t>Втомив її. Заснула... &lt;ну? Розпоров&lt;br /&gt;</w:t>
        <w:br/>
        <w:t>злегенька я одежу &gt; Роз-по-ров&lt;br /&gt;</w:t>
        <w:br/>
        <w:t>одежу я: хм! лист. Адреса — Лейпціг —&lt;br /&gt;</w:t>
        <w:br/>
        <w:t>Радищеву. Рука Сковороди —&lt;br /&gt;</w:t>
        <w:br/>
        <w:t>Чекайте... ось— &lt;Ага, постій&gt; — (виймає листа.&lt;br /&gt;</w:t>
        <w:br/>
        <w:t>-^.Загальне обурення. Рух&gt;)&lt;br /&gt;</w:t>
        <w:br/>
        <w:t>&lt;Дибуль (оторопів)&gt; П а п і&lt;br /&gt;</w:t>
        <w:br/>
        <w:t>&lt;Та що!&gt; Невже! Не може бути!&lt;br /&gt;</w:t>
        <w:br/>
        <w:t>&lt;П а н і&gt; Фігель&lt;br /&gt;</w:t>
        <w:br/>
        <w:t>&lt;Якийсь там хам, мужик! &gt;&lt;br /&gt;</w:t>
        <w:br/>
        <w:t>&lt;Х! Убить її!&gt;&lt;br /&gt;</w:t>
        <w:br/>
        <w:t>&lt;Хх-у'&gt; &lt;Хх&gt; Хх'убить її!&lt;br /&gt;</w:t>
        <w:br/>
        <w:t>&lt;Цікаво! — що ж там,—ну?&gt; &lt;там, ну&gt; Ці-ка-во:&lt;br /&gt;</w:t>
        <w:br/>
        <w:t>Лейпціг? Ну .</w:t>
      </w:r>
    </w:p>
    <w:p>
      <w:r>
        <w:br/>
        <w:t>Масон (читає)&lt;br /&gt;</w:t>
        <w:br/>
        <w:t>Люб'язний і &lt; безстрашний юначе, мій учню молодий, пре&lt;br /&gt;</w:t>
        <w:br/>
        <w:t>друже! Сміливість з тобою!&gt; &lt;иевідомий юначе&gt; моло-&lt;br /&gt;</w:t>
        <w:br/>
        <w:t>дий мій друже! Хай буде радість, безрозсудність з тобою! Хай&lt;br /&gt;</w:t>
        <w:br/>
        <w:t>буде сміливість! &lt;Слово твоє — не слово,— це [нерозб.] &gt; "Слово"&lt;br /&gt;</w:t>
        <w:br/>
        <w:t>твоє одержав. Не слово —це адамантове остріє, &lt;що їм би треба&lt;br /&gt;</w:t>
        <w:br/>
        <w:t>поражати всіх, хто обстоює рабство &gt; &lt;що скрізь тут безстрашно&lt;br /&gt;</w:t>
        <w:br/>
        <w:t>поражає всіх, хто обстоює рабство&gt; що поражає &lt;тих, хто тут&gt;&lt;br /&gt;</w:t>
        <w:br/>
        <w:t>всіх, хто ще стоїть за рабство. Тут— &lt;це твоє "Слово" припису-&lt;br /&gt;</w:t>
        <w:br/>
        <w:t>ють мені і ходять&gt; "Слово" приписують мені, папи і власті хо-&lt;br /&gt;</w:t>
        <w:br/>
        <w:t>дять скрізь за мною і, як на звіра, полюють. Та я на це сміюсь.&lt;br /&gt;</w:t>
        <w:br/>
        <w:t>Сміюсь, мій молодий, мій радісний друже. Смійся й ти! Нехай&lt;br /&gt;</w:t>
        <w:br/>
        <w:t>сміється світ увесь! &lt;Еж прокидається земля! — Чорна. Чорна&lt;br /&gt;</w:t>
        <w:br/>
        <w:t>у білих. Р[одилось]&gt; &lt; В [родилось] &gt; &lt;Пл[ем'я]&gt; &lt; Плем'я&lt;br /&gt;</w:t>
        <w:br/>
        <w:t>нове народилось! Еж прокидається людина! Вона ще у крові,&lt;br /&gt;</w:t>
        <w:br/>
        <w:t>у крику й у скорбі. А треба, щоб вона була в добрі, братерстві,&lt;br /&gt;</w:t>
        <w:br/>
        <w:t>ласці. Вона ще у лещатах, а треба, щоб [стала] свобідна, як сам&lt;br /&gt;</w:t>
        <w:br/>
        <w:t>дух, напружпа, як матерія. Я нетерпляче жду&gt; Чи долетіли до&lt;br /&gt;</w:t>
        <w:br/>
        <w:t>вас &lt; громи &gt; каміння гайдамаччини? От якби &lt;й туди&gt; доле-&lt;br /&gt;</w:t>
        <w:br/>
        <w:t>тіли! &lt;Я — не витримав. Не витримав і сам пішов&gt; &lt;Я — не&lt;br /&gt;</w:t>
        <w:br/>
        <w:t>витримаю. Не витримаю і сам пійду, здається, разом з ними. Хоч&lt;br /&gt;</w:t>
        <w:br/>
        <w:t>у спокійний час я зовсім іншими шляхами йду. Пійду та й інших&lt;br /&gt;</w:t>
        <w:br/>
        <w:t>поведу, бо я тут не самотній. Тут зі мною ще&gt; моя давня учени-&lt;br /&gt;</w:t>
        <w:br/>
        <w:t>ця, що зараз вона, як у тюрмі, в кріпацтві &lt;у пана. Твій друг&lt;br /&gt;</w:t>
        <w:br/>
        <w:t>Міларайба, якому вже до тебе не вертатись. Прикований ланцю-&lt;br /&gt;</w:t>
        <w:br/>
        <w:t>гами до стіни &gt; у пана. Та ще твій друг Аміран, якому вже до&lt;br /&gt;</w:t>
        <w:br/>
        <w:t>тебе в Лейпціг не вертатись. Його прислала з Петербурга тайна&lt;br /&gt;</w:t>
        <w:br/>
        <w:t>канцелярія і, немов біснуватого (хоч він зовсім при пам'яті і при&lt;br /&gt;</w:t>
        <w:br/>
        <w:t>умі), прикувала його на ланцюг. Та ми рвемось! Сміємось! &lt;Не-&lt;br /&gt;</w:t>
        <w:br/>
        <w:t>[хай] &gt; Смійся й ти! Нехай сміється світ увесь!&lt;br /&gt;</w:t>
        <w:br/>
        <w:t>&lt;Твій друг&gt; &lt;Твій старший друг Варсава&gt;&lt;br /&gt;</w:t>
        <w:br/>
        <w:t>Вітай од мене юнака Гете. Скажи йому *&lt;br /&gt;</w:t>
        <w:br/>
        <w:t>&lt; При [шли] &gt; Дякую тобі за "Суспільну нерівність" Русо. При-&lt;br /&gt;</w:t>
        <w:br/>
        <w:t>шли мені ще Лессінга "Гамбурзьку] драматургію", я чув, що&lt;br /&gt;</w:t>
        <w:br/>
        <w:t>(Назустріч а трибуни руки.): Православні клобуки! І ка-&lt;br /&gt;</w:t>
        <w:br/>
        <w:t>толицьке духівництво? —&lt;br /&gt;</w:t>
        <w:br/>
        <w:t>Начотчики: Чекайте, з якої мови слово &lt;клобук&gt;&lt;br /&gt;</w:t>
        <w:br/>
        <w:t>клобук?&lt;br /&gt;</w:t>
        <w:br/>
        <w:t>Вельможний: А там ще хто? Я бачу, на мій заклик стали&lt;br /&gt;</w:t>
        <w:br/>
        <w:t>єдиним строєм не лише з Європи, а й мусульмане і буд-&lt;br /&gt;</w:t>
        <w:br/>
        <w:t>дисти! Зійду ж до однодумців і я. Щасливий я без краю!&lt;br /&gt;</w:t>
        <w:br/>
        <w:t>...Гама, заглитнувшпсь на клавесині, закашлюється, і кручений&lt;br /&gt;</w:t>
        <w:br/>
        <w:t>підкидистий сміх аж сюди на люде вибігає.&lt;br /&gt;</w:t>
        <w:br/>
        <w:t>Панна: І нехай тепер кашляє, і нехай. Папа, ти знаєш, він&lt;br /&gt;</w:t>
        <w:br/>
        <w:t>мене замучив, я вже більш не можу. Ну ти й сам поду-&lt;br /&gt;</w:t>
        <w:br/>
        <w:t>май — "Что есть мусикйя? Мусикйя кая есть, пением&lt;br /&gt;</w:t>
        <w:br/>
        <w:t>или игранием серца человеческая возбуждает ко веселию,&lt;br /&gt;</w:t>
        <w:br/>
        <w:t>или сокрушению и плачю, и &lt;каки&gt; паки есть муси-&lt;br /&gt;</w:t>
        <w:br/>
        <w:t>кйя, кая пением своим или игранием, вверх или вниз&lt;br /&gt;</w:t>
        <w:br/>
        <w:t>меру показует". Навіщо це мені, скажи, будь ласка.&lt;br /&gt;</w:t>
        <w:br/>
        <w:t>Вельможний: Дитино моя, ти ж бачиш — у мене гості.&lt;br /&gt;</w:t>
        <w:br/>
        <w:t>Пані (з вікна): Цвірінь&lt;?&gt; цвірінь? Та не говоріть ви хоч&lt;br /&gt;</w:t>
        <w:br/>
        <w:t>цією мовою ідіотською! Будь ласка, по-французькому&lt;br /&gt;</w:t>
        <w:br/>
        <w:t>(ось і навчитель зараз вийде), по-французькому. Цві-&lt;br /&gt;</w:t>
        <w:br/>
        <w:t>рінь?&lt;br /&gt;</w:t>
        <w:br/>
        <w:t>Побекали трохи по-французькому, помекекекали, а потім —&lt;br /&gt;</w:t>
        <w:br/>
        <w:t>Вельможний: І ви, шановний навчителю, вже б краще бу-&lt;br /&gt;</w:t>
        <w:br/>
        <w:t>ли мене не гнівили. Ви ж бачите, що я зараз...&lt;br /&gt;</w:t>
        <w:br/>
        <w:t>...А гості все підходять. Гу-гу та гу-гу. Та все з напузяними&lt;br /&gt;</w:t>
        <w:br/>
        <w:t>хрестами, та нагородами. Між них у лахимдрасах своїх євреї та&lt;br /&gt;</w:t>
        <w:br/>
        <w:t>мусульмане, як сороки.&lt;br /&gt;</w:t>
        <w:br/>
        <w:t>Панна: &lt;Але ж я природу люблю. А ви мені науку.&gt;&lt;br /&gt;</w:t>
        <w:br/>
        <w:t>&lt;Maman! Ні, ти подумай! Я природу люблю, а вони ме-&lt;br /&gt;</w:t>
        <w:br/>
        <w:t>ні заг[адують] науку. &gt; Я люблю природу, а вони мені&lt;br /&gt;</w:t>
        <w:br/>
        <w:t>науку загадують. Це насильство! Ах природо, о Жан-&lt;br /&gt;</w:t>
        <w:br/>
        <w:t>Жак Руссо, о мої славні пастушки й пастушки, що&lt;br /&gt;</w:t>
        <w:br/>
        <w:t>&lt; зараз &gt; десь в Аркадії щасливій звеселяєтесь, о Даф-&lt;br /&gt;</w:t>
        <w:br/>
        <w:t>ніє і Хлоя...&lt;br /&gt;</w:t>
        <w:br/>
        <w:t>Пані: &lt;Цвірк? цвірк?&gt; Цвірк-цварк? І, будь ласка, до при-&lt;br /&gt;</w:t>
        <w:br/>
        <w:t>роди звертайся класичною мовою, цвірк! І, будь ласка.&lt;br /&gt;</w:t>
        <w:br/>
        <w:t>Гакало: &lt;Ага, а ви ж думали як! Параграф сто двадця-&lt;br /&gt;</w:t>
        <w:br/>
        <w:t>та) тий "Пра(гга)вил дворянського виховання..." Так і&lt;br /&gt;</w:t>
        <w:br/>
        <w:t>об'являє... &gt; Ага, a ви ж думали як! Ось так і тут сказа-&lt;br /&gt;</w:t>
        <w:br/>
        <w:t>но (розкриває книги). Параграф сто двадцятий "Правил&lt;br /&gt;</w:t>
        <w:br/>
        <w:t>дворянського виховання...."&lt;br /&gt;</w:t>
        <w:br/>
        <w:t>Гикало: ...згідно з гішчими гісторичними &lt;й таке гішче —&lt;br /&gt;</w:t>
        <w:br/>
        <w:t>ось слу(ггу) хайте: дво [ряііе] &gt; — дво (гго)ряне по (по-&lt;br /&gt;</w:t>
        <w:br/>
        <w:t>винні&lt;br /&gt;</w:t>
        <w:br/>
        <w:t>Сіокало: &lt;...і^/олюватися, з собачками зьоматися&gt; &lt;...чи&lt;br /&gt;</w:t>
        <w:br/>
        <w:t>зголюватися, чи з собачками ^ьоматися&gt; ...і зголювати-&lt;br /&gt;</w:t>
        <w:br/>
        <w:t>ся, і з собачками ^ьоматися, з такими слюзавими собач-&lt;br /&gt;</w:t>
        <w:br/>
        <w:t>ками сльозавими,— &lt;і навіть &gt; &lt;чи отак і навіть &gt;&lt;br /&gt;</w:t>
        <w:br/>
        <w:t>і навіть сюсяти повинні ходити по-фран^юзькому —&lt;br /&gt;</w:t>
        <w:br/>
        <w:t>Панна: Фі донк! Папа, скажи їм...&lt;br /&gt;</w:t>
        <w:br/>
        <w:t>Вельможний: Одну хвилиночку, я зараз! —&lt;br /&gt;</w:t>
        <w:br/>
        <w:t>Він весь час роздвоюється: то до гостей простягне руку, то тут&lt;br /&gt;</w:t>
        <w:br/>
        <w:t>комусь кивне, підтакне головою. &lt; Слуга до нього щось'&gt; А гос-&lt;br /&gt;</w:t>
        <w:br/>
        <w:t>ті гу-гу, галу-балу. Сявкають, белебенять. Дух од них такий, аж&lt;br /&gt;</w:t>
        <w:br/>
        <w:t>папна носиком...&lt;br /&gt;</w:t>
        <w:br/>
        <w:t>Навчитель: Панна бажає до парку? — о будь ласка! Але&lt;br /&gt;</w:t>
        <w:br/>
        <w:t>благаю: закінчімо лекцію. Что єсть мусікія? (Отто к-х-а-&lt;br /&gt;</w:t>
        <w:br/>
        <w:t>шель!) Мусікія, як каже підручник Миколи Дплецького&lt;br /&gt;</w:t>
        <w:br/>
        <w:t>(отже ж, і кхашель проклятий!) &lt;...&gt;&lt;br /&gt;</w:t>
        <w:br/>
        <w:t>Панн а: Та знаю, знаю! Мусікія єсть і т. д. і т. д. Ну от&lt;br /&gt;</w:t>
        <w:br/>
        <w:t>і закінчили лекцію. Adieu, ви вже мені більш не потріб-&lt;br /&gt;</w:t>
        <w:br/>
        <w:t>ні, мій любий навчителю. Я &lt;б[уду]&gt; хочу танцювати&lt;br /&gt;</w:t>
        <w:br/>
        <w:t>(Казала травка) 1&lt;br /&gt;</w:t>
        <w:br/>
        <w:t>Вельможний. А вони все йдуть та й ідуть. І кінця-краю&lt;br /&gt;</w:t>
        <w:br/>
        <w:t>нема. Ну ж бо, преподобнії, швидше! Чуйтеся, як дома!&lt;br /&gt;</w:t>
        <w:br/>
        <w:t>Та преподобнії давно вже, як дома. Ідоли бухикають в кулак.&lt;br /&gt;</w:t>
        <w:br/>
        <w:t>До них і Гикало пристало, й Гакало. А по чім берете за відпущен-&lt;br /&gt;</w:t>
        <w:br/>
        <w:t>ня гріхів? А що ви скажете про тройчність бога? Та невже! &lt; Во-&lt;br /&gt;</w:t>
        <w:br/>
        <w:t>но й правда: аби тільки паляниці, а тройчність...&gt; Воно й справді:&lt;br /&gt;</w:t>
        <w:br/>
        <w:t>аби сало та паляниця, а тройчність... пхе. Обернулися — стихло.&lt;br /&gt;</w:t>
        <w:br/>
        <w:t>Лише сміхотня поспіль сміхунцями так і заскакала скаклями, так&lt;br /&gt;</w:t>
        <w:br/>
        <w:t>і заскакала...&lt;br /&gt;</w:t>
        <w:br/>
        <w:t>Декламатор: &lt;.( убігаючи) Що, багато запізнився?&gt; Що,&lt;br /&gt;</w:t>
        <w:br/>
        <w:t>набагато я запізнився? Прошу пробачення у панни? Але ж... У ва-&lt;br /&gt;</w:t>
        <w:br/>
        <w:t>шому подвір'ї колясок-колясок! Із Англії, Індії, Єгипту&lt;!&gt;...&lt;br /&gt;</w:t>
        <w:br/>
        <w:t>І що дивно (я дослідив): &lt;коляски ріжні, а коломазь, що нею&lt;br /&gt;</w:t>
        <w:br/>
        <w:t>підмазують колеса, однакова. І така, знаєте, гидезна та вонюча,&lt;br /&gt;</w:t>
        <w:br/>
        <w:t>а от же капітал на їй виїжджає. Бажаєте понюхать? Ну тоді як&lt;br /&gt;</w:t>
        <w:br/>
        <w:t>так, то тоді лекцію починаємо. Будь ласка, станьте в позу. Повто-&lt;br /&gt;</w:t>
        <w:br/>
        <w:t>рюйте за мною (та тільки руку не так. Ага, ага, тепер краще):&lt;br /&gt;</w:t>
        <w:br/>
        <w:t>Рєчь...&lt;br /&gt;</w:t>
        <w:br/>
        <w:t>Панна: Папа, ну скажи їм&gt; &lt;пу скажи, аби мене не му-&lt;br /&gt;</w:t>
        <w:br/>
        <w:t>чили^</w:t>
      </w:r>
    </w:p>
    <w:p>
      <w:r>
        <w:br/>
        <w:t>Ці речення дописані автором пізніше.— Ред.&lt;br /&gt;</w:t>
        <w:br/>
        <w:t>[Декламатор: ...І що дивно (я дослідив):] колеса ріжні,&lt;br /&gt;</w:t>
        <w:br/>
        <w:t>а коломазь, що на ній капітал виїжджає, однакова. Бажаєте по-&lt;br /&gt;</w:t>
        <w:br/>
        <w:t>нюхать? А так, так. Декламація нелегко дається. Отже: Речь&lt;br /&gt;</w:t>
        <w:br/>
        <w:t>оптимиста, произнесенная над фаршированным&lt;br /&gt;</w:t>
        <w:br/>
        <w:t>зайцем по церковнославянски,—ну?&lt;br /&gt;</w:t>
        <w:br/>
        <w:t>Панна: Речь... &lt;фарширов[анным] &gt; фарширо... Та ти зов-&lt;br /&gt;</w:t>
        <w:br/>
        <w:t>сім мене не слухаєш, папа!., ви більш мені вже не по-&lt;br /&gt;</w:t>
        <w:br/>
        <w:t>трібні, мій любий павчителю. &lt; Adieu! Я хочу танцю-&lt;br /&gt;</w:t>
        <w:br/>
        <w:t>вать, adieu!&gt; adieu! (танцює).&lt;br /&gt;</w:t>
        <w:br/>
        <w:t>&lt; Казала травка&lt;br /&gt;</w:t>
        <w:br/>
        <w:t>я тільки травка&lt;br /&gt;</w:t>
        <w:br/>
        <w:t>а що зроблю я&lt;br /&gt;</w:t>
        <w:br/>
        <w:t>коли все кров&lt;br /&gt;</w:t>
        <w:br/>
        <w:t>Казало сонце&lt;br /&gt;</w:t>
        <w:br/>
        <w:t>дивись на сонце&lt;br /&gt;</w:t>
        <w:br/>
        <w:t>мільярди в землю&lt;br /&gt;</w:t>
        <w:br/>
        <w:t>від нього струн&lt;br /&gt;</w:t>
        <w:br/>
        <w:t>В нім кож [на квітка...]&lt;br /&gt;</w:t>
        <w:br/>
        <w:t>Папа, який тобі більше пірует подобається: великий на&lt;br /&gt;</w:t>
        <w:br/>
        <w:t>другій позиції чи пірует з аттітюдою або ж арабеском?&lt;br /&gt;</w:t>
        <w:br/>
        <w:t>Вельможний: &gt;&lt;br /&gt;</w:t>
        <w:br/>
        <w:t>&lt;Ніколи мене не бачить і не чув. Ну от, уперся в своїх&lt;br /&gt;</w:t>
        <w:br/>
        <w:t>гостей і нічого не бачить і не чув.&gt;&lt;br /&gt;</w:t>
        <w:br/>
        <w:t>&lt; Казало [сонце&lt;br /&gt;</w:t>
        <w:br/>
        <w:t>дивись на сонце&lt;br /&gt;</w:t>
        <w:br/>
        <w:t>мільярди в землю&lt;br /&gt;</w:t>
        <w:br/>
        <w:t>від нього струн]&lt;br /&gt;</w:t>
        <w:br/>
        <w:t>В нім кожна скеля&lt;br /&gt;</w:t>
        <w:br/>
        <w:t>&gt;&lt;br /&gt;</w:t>
        <w:br/>
        <w:t>Подобається? Це я сама звіршувала.&lt;br /&gt;</w:t>
        <w:br/>
        <w:t>(ЦДАМЛМ, ф. 464, on. 1, Яв 1213, арк. 1—6)</w:t>
      </w:r>
    </w:p>
    <w:p>
      <w:r>
        <w:br/>
        <w:t>[II.] ДИСПУТ&lt;br /&gt;</w:t>
        <w:br/>
        <w:t>[. . .]&lt;br /&gt;</w:t>
        <w:br/>
        <w:t>&lt;Другип подорожній: А ще ж&lt;br /&gt;</w:t>
        <w:br/>
        <w:t>недавно&gt; Другий подорожній на&lt;br /&gt;</w:t>
        <w:br/>
        <w:t>пагорку: &lt;Тиша яка&gt; Як перед грозою.&lt;br /&gt;</w:t>
        <w:br/>
        <w:t>Тиша яка. А ще ж недавно — ліс, хліб та&lt;br /&gt;</w:t>
        <w:br/>
        <w:t>м'ясо Бугом сплявляли до Вісли, а там&lt;br /&gt;</w:t>
        <w:br/>
        <w:t>у саме Гданське, а зараз... Глянь: чи не&lt;br /&gt;</w:t>
        <w:br/>
        <w:t>&lt; ідуть чумаки з Криму (Давно вж[е&lt;br /&gt;</w:t>
        <w:br/>
        <w:t>ні])&gt; йдуть чумаки з Криму (Ой ні); чи&lt;br /&gt;</w:t>
        <w:br/>
        <w:t>не біжать купці черев Умань (Давно вже&lt;br /&gt;</w:t>
        <w:br/>
        <w:t>ні).&lt;br /&gt;</w:t>
        <w:br/>
        <w:t>Високий: Умань?&lt;br /&gt;</w:t>
        <w:br/>
        <w:t>В просторонях всесвіту набровилась тінь.&lt;br /&gt;</w:t>
        <w:br/>
        <w:t>Власне, то не тінь — нагніток думок: невже ж не&lt;br /&gt;</w:t>
        <w:br/>
        <w:t>&lt;втече козацький ватажок&gt; &lt;з'явиться голоти&lt;br /&gt;</w:t>
        <w:br/>
        <w:t>в а т а ж о к &gt; втече голоти ватажок?&lt;br /&gt;</w:t>
        <w:br/>
        <w:t>&lt; І &gt; знову так наче кіннота над головами пролетіла *.&lt;br /&gt;</w:t>
        <w:br/>
        <w:t>(—і грають бризк' і грають бризк' і грають &lt;бриз-&lt;br /&gt;</w:t>
        <w:br/>
        <w:t>ки] &gt; бризки грають —)&lt;br /&gt;</w:t>
        <w:br/>
        <w:t>— Послухайте, він знов там щось говорить.&lt;br /&gt;</w:t>
        <w:br/>
        <w:t>Вельможний: Та приглушіть свій голос. Шановне панст-&lt;br /&gt;</w:t>
        <w:br/>
        <w:t>во,— ви помиляєтесь. Духовні отці,— ви безрозсудні. На&lt;br /&gt;</w:t>
        <w:br/>
        <w:t>жаль, ми одчепитися не можемо. На села хай іде? Та&lt;br /&gt;</w:t>
        <w:br/>
        <w:t>як таке &lt; сказати &gt; &lt; говорити &gt; казати можна? &lt;Ви&lt;br /&gt;</w:t>
        <w:br/>
        <w:t>краще &gt; &lt;Ой, краще не смітіться. &gt; Там рештки Гон-4&lt;br /&gt;</w:t>
        <w:br/>
        <w:t>ти, Бондаренка, там розбишацький дух Швачки, а ви&lt;br /&gt;</w:t>
        <w:br/>
        <w:t>його на села. Що в цім мудрого?&lt;br /&gt;</w:t>
        <w:br/>
        <w:t>А дайте сюди Мореллі.&lt;br /&gt;</w:t>
        <w:br/>
        <w:t>Прокля' цара' тира'&lt;br /&gt;</w:t>
        <w:br/>
        <w:t>От що він на селах заспіває (читаю те, що на берегах&lt;br /&gt;</w:t>
        <w:br/>
        <w:t>написано&lt;)&gt;. Себто вірш оцього-6 &lt; нашого...)&gt;&lt;br /&gt;</w:t>
        <w:br/>
        <w:t>&lt;нашого... Хм?) &gt; нашого...)&lt;br /&gt;</w:t>
        <w:br/>
        <w:t>Розгаснем плиском пожар&lt;br /&gt;</w:t>
        <w:br/>
        <w:t>і вгробим чар ваш в чадний мар&lt;br /&gt;</w:t>
        <w:br/>
        <w:t>і аж тоді ви всвітаете,&lt;br /&gt;</w:t>
        <w:br/>
        <w:t>та вже вам не свіне&lt;br /&gt;</w:t>
        <w:br/>
        <w:t>&lt;Хм?&gt;&lt;br /&gt;</w:t>
        <w:br/>
        <w:t>Наш хід як тигр нестримний гон&lt;br /&gt;</w:t>
        <w:br/>
        <w:t>Землі то тон демократі&lt;br /&gt;</w:t>
        <w:br/>
        <w:t>а вй що ви кого ви лю&lt;br /&gt;</w:t>
        <w:br/>
        <w:t>і землю длю і люд давлю&lt;br /&gt;</w:t>
        <w:br/>
        <w:t>прокля' цара' тира'&lt;br /&gt;</w:t>
        <w:br/>
        <w:t>Подобалось? Ось і приписка: "А Катерина ще пе&lt;br /&gt;</w:t>
        <w:br/>
        <w:t>здохла?" Тобто на царицю таке. (Рух. Сичання. Гусячий метал&lt;br /&gt;</w:t>
        <w:br/>
        <w:t>тривоги.)&lt;br /&gt;</w:t>
        <w:br/>
        <w:t>На пагорку Високий: А Цундра ж&lt;br /&gt;</w:t>
        <w:br/>
        <w:t>&lt;що каже&gt; звідки наступатиме?&lt;br /&gt;</w:t>
        <w:br/>
        <w:t>Подорожні: Цс... ось зійдемо трохи&lt;br /&gt;</w:t>
        <w:br/>
        <w:t>вбік, поговоримо. &lt;.(Зіходять.*&gt; &lt;Це&lt;br /&gt;</w:t>
        <w:br/>
        <w:t>не&gt; вопи, а сама ненависть. Оглянулась.&lt;br /&gt;</w:t>
        <w:br/>
        <w:t>&lt; Високий саме спускається з Подорож-ці ми з пагорка. Щось їм у далині иоказус.&lt;br /&gt;</w:t>
        <w:br/>
        <w:t>О, вже їх не видно. &gt; &lt; Високого й По-&lt;br /&gt;</w:t>
        <w:br/>
        <w:t>дорожніх не видно. Чи сіли та сидять, а чи&lt;br /&gt;</w:t>
        <w:br/>
        <w:t>що.&gt; &lt; Оглядаються: ненависть. &gt; Ну&lt;br /&gt;</w:t>
        <w:br/>
        <w:t>от х.&lt;br /&gt;</w:t>
        <w:br/>
        <w:t>Що мудрого також і в тім, що ви нам з ядом пропо-&lt;br /&gt;</w:t>
        <w:br/>
        <w:t>нуєте? Я розумію, що ми колись в Європі (не ми,&lt;br /&gt;</w:t>
        <w:br/>
        <w:t>а найсвятіший папа) безвірникові й матеріалісту Лю-&lt;br /&gt;</w:t>
        <w:br/>
        <w:t>чіліо Ваніні вирвали язик. Я розумію, що ми колись&lt;br /&gt;</w:t>
        <w:br/>
        <w:t>в Москві (не ми, а православне, католицьке та люте-&lt;br /&gt;</w:t>
        <w:br/>
        <w:t>ранське духівництво, що на той час братерськи об'єд-&lt;br /&gt;</w:t>
        <w:br/>
        <w:t>налось з єзуїтами) єретиків Квіріна Кульмана та&lt;br /&gt;</w:t>
        <w:br/>
        <w:t>Кіндрата Нордермана, забивши їх у бочку, &lt; живи-&lt;br /&gt;</w:t>
        <w:br/>
        <w:t>ми &gt; живими підпалили. Так. Можливо, що і вза-&lt;br /&gt;</w:t>
        <w:br/>
        <w:t>галі нам би треба було брати приклад із святої інкві-&lt;br /&gt;</w:t>
        <w:br/>
        <w:t>зиції, яка від 1481-го року й по сьогодні ласкаво&lt;br /&gt;</w:t>
        <w:br/>
        <w:t>вилагодила на той світ щось біля трьохсот тисяч не-&lt;br /&gt;</w:t>
        <w:br/>
        <w:t>покірливих: постинала, покостоправила, подушила.&lt;br /&gt;</w:t>
        <w:br/>
        <w:t>Відновити інквізицію? Я згоден. Тільки ж... хіба їх всіх&lt;br /&gt;</w:t>
        <w:br/>
        <w:t>подушиш? Та й інших &lt;же&gt; методів зараз потрібно.&lt;br /&gt;</w:t>
        <w:br/>
        <w:t>Ну от хоча б і з цим. Переманить його до себе&lt;br /&gt;</w:t>
        <w:br/>
        <w:t>треба, а не вбить.&lt;br /&gt;</w:t>
        <w:br/>
        <w:t>Оглянулись. На пагорку &lt;уже Високого*&lt;br /&gt;</w:t>
        <w:br/>
        <w:t>там не видно. &gt; ні Високого, ні Подо-&lt;br /&gt;</w:t>
        <w:br/>
        <w:t>рожнього] не видно*.&lt;br /&gt;</w:t>
        <w:br/>
        <w:t>Жакерію забули? Стеньку Разіна? Мозирських повстан-&lt;br /&gt;</w:t>
        <w:br/>
        <w:t>ців білоруських? &lt;Чи ви гадаєте, що з упійманням&lt;br /&gt;</w:t>
        <w:br/>
        <w:t>головного розбишаки (ім'я його ми ж закляли не про-&lt;br /&gt;</w:t>
        <w:br/>
        <w:t>мовляти вголос), колії зовсім затихли? Чиї ж тоді оце&lt;br /&gt;</w:t>
        <w:br/>
        <w:t>ватаги за Зміев[им лісом?] &gt; Еж колії ще не затихли.&lt;br /&gt;</w:t>
        <w:br/>
        <w:t>&lt; Можливо, що вістовець говорить правду &gt; &lt; Мож-&lt;br /&gt;</w:t>
        <w:br/>
        <w:t>ливо, що вістовець не дурить: справді, мало тих ватаг&lt;br /&gt;</w:t>
        <w:br/>
        <w:t>зараз бродить? &gt; &lt;Мало тих ватаг зараз бродить? &gt;&lt;br /&gt;</w:t>
        <w:br/>
        <w:t>&lt;Я умисне &gt; Та я умисне, панове, не розганяю їх&lt;br /&gt;</w:t>
        <w:br/>
        <w:t>з гармати: нехай вже чесоне іззаду полковник Гур'єв, що&lt;br /&gt;</w:t>
        <w:br/>
        <w:t>&lt;в заслання на Нерчинське&gt; в заслання оце на Нер-&lt;br /&gt;</w:t>
        <w:br/>
        <w:t>чинське спроваджує, ви ж знаєте кого. Що там таке?&lt;br /&gt;</w:t>
        <w:br/>
        <w:t>1 Текст від "А дайте сюди Мореллі" до "Ну от" пізніше автором&lt;br /&gt;</w:t>
        <w:br/>
        <w:t>перекреслений.— Ред.&lt;br /&gt;</w:t>
        <w:br/>
        <w:t>Простерли руку філософи й собі: справді, що там за гризня і&lt;br /&gt;</w:t>
        <w:br/>
        <w:t>звідки тут собаки. Слуги з кілками біжать, посхоплювались дрі-&lt;br /&gt;</w:t>
        <w:br/>
        <w:t>мотні вчені. &lt;Та це&gt; Га? Та цс ж воші самі, духовні отці. 1 як&lt;br /&gt;</w:t>
        <w:br/>
        <w:t>не стидної Невже з першого разу так уже й не помприли? А чого ж&lt;br /&gt;</w:t>
        <w:br/>
        <w:t>цей дурноляп каже, що дух святий виходить не лише від отця,&lt;br /&gt;</w:t>
        <w:br/>
        <w:t>але й від сина (Инхгие). Адже ж східна церква і церква західна&lt;br /&gt;</w:t>
        <w:br/>
        <w:t>повинні б були якось помиритись. &lt; Помиритись? Був оріхте-&lt;br /&gt;</w:t>
        <w:br/>
        <w:t>пер свистун. &gt; &lt;По-ми-ри-тись!&gt; Був колись оріх — тепер сви-&lt;br /&gt;</w:t>
        <w:br/>
        <w:t>стун. Богослов та не однослов. Помовч, язичку, кашки дам. Не&lt;br /&gt;</w:t>
        <w:br/>
        <w:t>смійся, барило, само кухвою станеш.&lt;br /&gt;</w:t>
        <w:br/>
        <w:t>Вельможний: Невже вам не соромно, га? Перед лицем&lt;br /&gt;</w:t>
        <w:br/>
        <w:t>постійної небезпеки нам ще більше треба було б об'єд-&lt;br /&gt;</w:t>
        <w:br/>
        <w:t>натись.&lt;br /&gt;</w:t>
        <w:br/>
        <w:t>А чого ж він про непорочне зачатіе &lt;Дівп&gt; діви Марії&lt;br /&gt;</w:t>
        <w:br/>
        <w:t>каже... (шепоче на вухо).&lt;br /&gt;</w:t>
        <w:br/>
        <w:t>&lt; Позеленів, почервонів Вельможний, почервоніли &gt; Та&lt;br /&gt;</w:t>
        <w:br/>
        <w:t>невже!—пе то зрадів, не то обурився Вельможний, за-&lt;br /&gt;</w:t>
        <w:br/>
        <w:t>шарілись від сорому колони, вікна й по-ріжному по*ІеР"&lt;br /&gt;</w:t>
        <w:br/>
        <w:t>воніла слизь. Тільки у пузанів-попів почали жииоти&lt;br /&gt;</w:t>
        <w:br/>
        <w:t>од сміху танцювати *.&lt;br /&gt;</w:t>
        <w:br/>
        <w:t>А ти у безгрішність папи не віриш. А ти у мощі. Хто, я? Та&lt;br /&gt;</w:t>
        <w:br/>
        <w:t>чого ти дриґотиш, як зимою хорт, п'яничко ти нещасна, &lt;&gt;ік я&lt;br /&gt;</w:t>
        <w:br/>
        <w:t>тобі&gt; забув, як я тобі всю бороду поскуб ще й бив разнообразно,&lt;br /&gt;</w:t>
        <w:br/>
        <w:t>ото жінок моїх на сповіді не тисни. Майстер майстеру не укаж-&lt;br /&gt;</w:t>
        <w:br/>
        <w:t>чик. Какаріку на твою голову.&lt;br /&gt;</w:t>
        <w:br/>
        <w:t>Вельможний: Та ну вас &lt;к чорту&gt; &lt;к дияволУ&gt;і&lt;br /&gt;</w:t>
        <w:br/>
        <w:t>врешті, заспокойтесь. Ми тут сваримось, а він тим часом&lt;br /&gt;</w:t>
        <w:br/>
        <w:t>голоту гуртує коло себе. Ххе? — найшов &lt;собі куМпа-&lt;br /&gt;</w:t>
        <w:br/>
        <w:t>нію&gt; кумпанію співочу. (Озвірені морди осмикуються&lt;br /&gt;</w:t>
        <w:br/>
        <w:t>в людські, зализують покусані місця.)&lt;br /&gt;</w:t>
        <w:br/>
        <w:t>&lt;Флейта:&gt; &lt;Флейта (здалеку кобзи):&gt; &lt;ФлеЙт&amp;&lt;br /&gt;</w:t>
        <w:br/>
        <w:t>(а потім і ліри):&gt;&lt;br /&gt;</w:t>
        <w:br/>
        <w:t>Подорожні: Коли царі й дворяне&lt;br /&gt;</w:t>
        <w:br/>
        <w:t>то хто ж із пас не гол&lt;br /&gt;</w:t>
        <w:br/>
        <w:t>татайлера татайлера&lt;br /&gt;</w:t>
        <w:br/>
        <w:t>ну хто ж із пас не гол&lt;br /&gt;</w:t>
        <w:br/>
        <w:t>1 Абзац від "&lt; Позеленів, почервонів Вельможний..." допибано&lt;br /&gt;</w:t>
        <w:br/>
        <w:t>пізніше. Збоку внизу сторінки до цього абзаца дописано: "О ;1 и н&lt;br /&gt;</w:t>
        <w:br/>
        <w:t>із п у б л і к и: Ну ясно, що це лише містифікуюча манера вйсл0"&lt;br /&gt;</w:t>
        <w:br/>
        <w:t>ву, а насправді автор тут і т. д., і т. д." — Ред.</w:t>
      </w:r>
    </w:p>
    <w:p>
      <w:r>
        <w:br/>
        <w:t>(ЦДАМЛМ. ф. 464, оп. і, N 1215, арк. 15—18)&lt;br /&gt;</w:t>
        <w:br/>
        <w:t>[III. ДИСПУТ]&lt;br /&gt;</w:t>
        <w:br/>
        <w:t>[&amp;#9632; • —і&lt;br /&gt;</w:t>
        <w:br/>
        <w:t>Руки, що примирились: А, ну коли так, то звичайно...&lt;br /&gt;</w:t>
        <w:br/>
        <w:t>Що ж, пограємось у киці-баби...&lt;br /&gt;</w:t>
        <w:br/>
        <w:t>(у горлі сміх)&lt;br /&gt;</w:t>
        <w:br/>
        <w:t>Руки-чистьохи: Та бо' а ним. Нам аби щоб... ми його&lt;br /&gt;</w:t>
        <w:br/>
        <w:t>тільки покицяємо так трошки —нехай пожмуриться.&lt;br /&gt;</w:t>
        <w:br/>
        <w:t>(у горлі сміх)&lt;br /&gt;</w:t>
        <w:br/>
        <w:t>Руки зажерливі: Наторжествуємось, хха! Назнущаємось.&lt;br /&gt;</w:t>
        <w:br/>
        <w:t>В тісних руках його подержим. Аякже! Знищити при-&lt;br /&gt;</w:t>
        <w:br/>
        <w:t>ватну власність? Ах ти ж босоногий безвірнику, &lt;ти&gt;&lt;br /&gt;</w:t>
        <w:br/>
        <w:t>цундро, голь ти нещадима! &lt;А з чого ж ми будемо&lt;br /&gt;</w:t>
        <w:br/>
        <w:t>жити, якщо не з власності. А хто ж нас буде нагорода-&lt;br /&gt;</w:t>
        <w:br/>
        <w:t>ми, милостями та ґудзиками обтикати, як не царі, як не&lt;br /&gt;</w:t>
        <w:br/>
        <w:t>вельможі&gt; &lt;А з чого ж ми будемо жити? А хто ж&lt;br /&gt;</w:t>
        <w:br/>
        <w:t>нас буде ґудзиками обтикати, як не царі та вельможі? &gt;&lt;br /&gt;</w:t>
        <w:br/>
        <w:t>&lt;Ф л е й т а:&gt;&lt;br /&gt;</w:t>
        <w:br/>
        <w:t>&lt;Флейта (несподівано десь тут над ву[хом])&gt;&lt;br /&gt;</w:t>
        <w:br/>
        <w:t>&lt; Несподівано флейта немовби далі, але ні, ось тут&lt;br /&gt;</w:t>
        <w:br/>
        <w:t>десь над самим вухом &gt; І знову флейта й ліри немов-&lt;br /&gt;</w:t>
        <w:br/>
        <w:t>би трохи далі, але ні, ось тут десь над самим вухом,&lt;br /&gt;</w:t>
        <w:br/>
        <w:t>хоча Високого ніде не видко. &lt;І то вже не флейта,&lt;br /&gt;</w:t>
        <w:br/>
        <w:t>а цілий орган: від стін&gt; Може, з переляку так зда-&lt;br /&gt;</w:t>
        <w:br/>
        <w:t>ється, але то вже не флейта, а цілий орган: колони,&lt;br /&gt;</w:t>
        <w:br/>
        <w:t>стіни, дерева &lt; грають &gt; несуть той громоспів, що&lt;br /&gt;</w:t>
        <w:br/>
        <w:t>впоперек його &lt;про[різує]&gt; часами прорізує&lt;br /&gt;</w:t>
        <w:br/>
        <w:t>&lt;марш кінноти, марш кінноти, що да[леніє]&gt; кін-&lt;br /&gt;</w:t>
        <w:br/>
        <w:t>ноти марш, марш кінноти, кінноти марш, що наближа-&lt;br /&gt;</w:t>
        <w:br/>
        <w:t>ється *.&lt;br /&gt;</w:t>
        <w:br/>
        <w:t>І од царів і од вельмож&lt;br /&gt;</w:t>
        <w:br/>
        <w:t>зоставсь якийсь огидний дрож&lt;br /&gt;</w:t>
        <w:br/>
        <w:t>зостались невигойні плями&lt;br /&gt;</w:t>
        <w:br/>
        <w:t>і тільки попіл над полями&lt;br /&gt;</w:t>
        <w:br/>
        <w:t>О вічний бунту грізний мій&lt;br /&gt;</w:t>
        <w:br/>
        <w:t>який твій дивний круговій&lt;br /&gt;</w:t>
        <w:br/>
        <w:t>Вриваєшся ти в сонний &lt; покій &gt; спокій&lt;br /&gt;</w:t>
        <w:br/>
        <w:t>як заперечення епохи&lt;br /&gt;</w:t>
        <w:br/>
        <w:t>Зчеркнувши з пам'яті всю муть&lt;br /&gt;</w:t>
        <w:br/>
        <w:t>ти підіймаєш каламуть&lt;br /&gt;</w:t>
        <w:br/>
        <w:t>несеш ту муть і східно й спадно&lt;br /&gt;</w:t>
        <w:br/>
        <w:t>аж поки брязнеш її владно&lt;br /&gt;</w:t>
        <w:br/>
        <w:t>Ти вже не бунт Ми не раби&lt;br /&gt;</w:t>
        <w:br/>
        <w:t>Ти &lt;план&gt; план страшної боротьби&lt;br /&gt;</w:t>
        <w:br/>
        <w:t>&lt;Ти ділиш світ на два Руками &gt;&lt;br /&gt;</w:t>
        <w:br/>
        <w:t>Ти ділиш світ&lt;br /&gt;</w:t>
        <w:br/>
        <w:t>На два&lt;br /&gt;</w:t>
        <w:br/>
        <w:t>Руками&lt;br /&gt;</w:t>
        <w:br/>
        <w:t>і ми як прапор над віками&lt;br /&gt;</w:t>
        <w:br/>
        <w:t>Од нерозкутого труда&lt;br /&gt;</w:t>
        <w:br/>
        <w:t>така земля ще &lt;в "них" рудая&gt; "в них*&lt;br /&gt;</w:t>
        <w:br/>
        <w:t>РУДа&lt;br /&gt;</w:t>
        <w:br/>
        <w:t>&lt; Ростем хоча кругом окопи &gt;&lt;br /&gt;</w:t>
        <w:br/>
        <w:t>Ростем&lt;br /&gt;</w:t>
        <w:br/>
        <w:t>Хоча кругом окопи&lt;br /&gt;</w:t>
        <w:br/>
        <w:t>під лютим поглядом Європи&lt;br /&gt;</w:t>
        <w:br/>
        <w:t>Рости ж рости як пишний сад&lt;br /&gt;</w:t>
        <w:br/>
        <w:t>на дві журби на п'ять досад&lt;br /&gt;</w:t>
        <w:br/>
        <w:t>Нехай старе смішком ще трусить&lt;br /&gt;</w:t>
        <w:br/>
        <w:t>Однак Що мав жити&lt;br /&gt;</w:t>
        <w:br/>
        <w:t>Мусить&lt;br /&gt;</w:t>
        <w:br/>
        <w:t>Рости ж рости &lt;як пишний сад&lt;br /&gt;</w:t>
        <w:br/>
        <w:t>на дві журби на п'ять досад&gt; 1&lt;br /&gt;</w:t>
        <w:br/>
        <w:t>&lt;Вельможний: А дійсно, це треба припинити. Треба&lt;br /&gt;</w:t>
        <w:br/>
        <w:t>швидше диспут починати. (Всі надимаються від злості.)&lt;br /&gt;</w:t>
        <w:br/>
        <w:t>Гляньте: полковника пе видно? &gt;&lt;br /&gt;</w:t>
        <w:br/>
        <w:t>(Вельможний&lt;br /&gt;</w:t>
        <w:br/>
        <w:t>хмуриться.)&lt;br /&gt;</w:t>
        <w:br/>
        <w:t>Пастор. А дійсно, це треба швидше припинити, бо що це&lt;br /&gt;</w:t>
        <w:br/>
        <w:t>таке!&lt;br /&gt;</w:t>
        <w:br/>
        <w:t>Всі: Треба диспут починати. Ось що! (Вони вже й говорить&lt;br /&gt;</w:t>
        <w:br/>
        <w:t>не можуть — лише надимаються від влості.)&lt;br /&gt;</w:t>
        <w:br/>
        <w:t>1 Вірш ("І од царів і од вельмож...") пізніше було викресле-&lt;br /&gt;</w:t>
        <w:br/>
        <w:t>но.— Ред.&lt;br /&gt;</w:t>
        <w:br/>
        <w:t>Вельможний &lt;.(мовить, тільки хмуриться)&gt;: Гляньте —&lt;br /&gt;</w:t>
        <w:br/>
        <w:t>полковника пе видно? Таким чином, диспут оголошую&lt;br /&gt;</w:t>
        <w:br/>
        <w:t>розпочатим. Сурміть у сурми! Усі ті докази й контр-&lt;br /&gt;</w:t>
        <w:br/>
        <w:t>олінії, що не задовольнили нас учора, переглядаємо ще&lt;br /&gt;</w:t>
        <w:br/>
        <w:t>раз сьогодні. Балет на місці? Жонгльори. Акробати. (Всінадимаються від злості.) Та ще ж для ріжних справок&lt;br /&gt;</w:t>
        <w:br/>
        <w:t>не забудьте нам покласти —&lt;br /&gt;</w:t>
        <w:br/>
        <w:t>&lt;У ч е н и й: Уже.&gt; Учений: &lt;Так. Поклали...&gt; Покладе-&lt;br /&gt;</w:t>
        <w:br/>
        <w:t>но "Благотворительность царской фами-&lt;br /&gt;</w:t>
        <w:br/>
        <w:t>лии &lt;вРоссии&gt;,4 тома".&lt;br /&gt;</w:t>
        <w:br/>
        <w:t>Начотчик: &lt;Так. Поклали...&gt; &lt;Покладено&gt; "Танце-&lt;br /&gt;</w:t>
        <w:br/>
        <w:t>вальный словарь, содержащий в себе&lt;br /&gt;</w:t>
        <w:br/>
        <w:t>историю, правила и основания танце-&lt;br /&gt;</w:t>
        <w:br/>
        <w:t>вального искусства с критическими раз-&lt;br /&gt;</w:t>
        <w:br/>
        <w:t>мышлениями и любопытными анекдота-&lt;br /&gt;</w:t>
        <w:br/>
        <w:t>ми, относящимися к древним и новым&lt;br /&gt;</w:t>
        <w:br/>
        <w:t>танца м".&lt;br /&gt;</w:t>
        <w:br/>
        <w:t>Богослов: "Анатомія і фізіологія коней" — основателя вете-&lt;br /&gt;</w:t>
        <w:br/>
        <w:t>ринарної школи, члена Паризької й Берлінської Акаде-&lt;br /&gt;</w:t>
        <w:br/>
        <w:t>мій наук Клод Буржела і його &lt;його прикровенна за-&lt;br /&gt;</w:t>
        <w:br/>
        <w:t>лежність від творів &gt; [близькість] з творами Блаженно-&lt;br /&gt;</w:t>
        <w:br/>
        <w:t>го Августина&lt;br /&gt;</w:t>
        <w:br/>
        <w:t>[• .і&lt;br /&gt;</w:t>
        <w:br/>
        <w:t>(ЦДАМЛМ, ф. 464, оп. 1, М 1220, арк. 25—27)</w:t>
      </w:r>
    </w:p>
    <w:p>
      <w:r>
        <w:br/>
        <w:t>[IV. ДИСПУТ]&lt;br /&gt;</w:t>
        <w:br/>
        <w:t>[. . . .]&lt;br /&gt;</w:t>
        <w:br/>
        <w:t>Бабо, ось оцей-о чоловік каже, що щастя, потрібпеє для&lt;br /&gt;</w:t>
        <w:br/>
        <w:t>всіх, &lt;і що його досягти не важко &gt; досягти не тяжко.&lt;br /&gt;</w:t>
        <w:br/>
        <w:t>Баба: &lt;щастя&gt; Е! щастя, як трясця,—кого хоче —того на-&lt;br /&gt;</w:t>
        <w:br/>
        <w:t>паде.&lt;br /&gt;</w:t>
        <w:br/>
        <w:t>&lt;Ф ілософи&gt; Всі: Ти чуєш — народна мудрість &lt;, о-о&gt;!&lt;br /&gt;</w:t>
        <w:br/>
        <w:t>Філософи: О-о! (атараксія)&lt;br /&gt;</w:t>
        <w:br/>
        <w:t>Жовч: Бабо, а оцей-о чоловік каже, що біла кістка пішла від&lt;br /&gt;</w:t>
        <w:br/>
        <w:t>чорної, &lt;тобто&gt; або: що мужики можуть порівнятись&lt;br /&gt;</w:t>
        <w:br/>
        <w:t>з панами і що вони будуть колись робить не на пана,&lt;br /&gt;</w:t>
        <w:br/>
        <w:t>а для громади якусь годину, а то все гулятимуть.&lt;br /&gt;</w:t>
        <w:br/>
        <w:t>Баба: І, паночку! Не стане риба раком. Суржик? — создав бог&lt;br /&gt;</w:t>
        <w:br/>
        <w:t>да й ніс висякав. А щодо гульні,— еж! &lt;погуляв&gt;&lt;br /&gt;</w:t>
        <w:br/>
        <w:t>гульня як собаці на вірьовці.&lt;br /&gt;</w:t>
        <w:br/>
        <w:t>Всі: Народна мудрість! Прекрасно! &lt;Це нас Щще раз&gt; Це ж&lt;br /&gt;</w:t>
        <w:br/>
        <w:t>нас іще зайвий раз підтримує в нашій тє^0рії...&lt;br /&gt;</w:t>
        <w:br/>
        <w:t>Філософи: О-о! (атараксія)&lt;br /&gt;</w:t>
        <w:br/>
        <w:t>Жовч: Ну що ж ти ще &lt;умієш&gt; &lt;нам ска)%еш&gt; нам&gt; ба-&lt;br /&gt;</w:t>
        <w:br/>
        <w:t>бо, скажеш[?] &lt;Бешиху замовлять У4іієш? Ану...&gt;&lt;br /&gt;</w:t>
        <w:br/>
        <w:t>У цього ось чоловіка умственна беши.ха Замовлять&lt;br /&gt;</w:t>
        <w:br/>
        <w:t>умієш?&lt;br /&gt;</w:t>
        <w:br/>
        <w:t>Баба (молитвенно приступила до діла):1 Ти бе^шихо бешище,&lt;br /&gt;</w:t>
        <w:br/>
        <w:t>ти нежить нежитище, ти подумаиа, ти пс^гаданаі ти по_&lt;br /&gt;</w:t>
        <w:br/>
        <w:t>слана, прислана, спрацьовапа, стурбована, ти хлоп'яча, ти&lt;br /&gt;</w:t>
        <w:br/>
        <w:t>дівчача, турецька, німецька, лядська, пран*цуЗЬК8и д буду&lt;br /&gt;</w:t>
        <w:br/>
        <w:t>тебе визивать, вишіптувать, буду вимовля^ь: тут тобі Не&lt;br /&gt;</w:t>
        <w:br/>
        <w:t>стоять, жовтої кості не ломить і щирого ^гвого серця не&lt;br /&gt;</w:t>
        <w:br/>
        <w:t>нудить; із твоїх очей, із твоїх плечей, із твоїх жил, із&lt;br /&gt;</w:t>
        <w:br/>
        <w:t>твоїх пажилів, із твоїх пальців, із твоїз^ суставців, із&lt;br /&gt;</w:t>
        <w:br/>
        <w:t>твоїх семидесяти суставів раба божого нарожденного&lt;br /&gt;</w:t>
        <w:br/>
        <w:t>(а як же його на ім'я&lt;?&gt;,— га! ну добр^ це я пома-&lt;br /&gt;</w:t>
        <w:br/>
        <w:t>гаю, господь помага, своїм духом надиха (дмухав тричі&lt;br /&gt;</w:t>
        <w:br/>
        <w:t>навхрест і тричі плює). Поможи мені, матг% божа, другим&lt;br /&gt;</w:t>
        <w:br/>
        <w:t>разом, іншим часом, іншої години, іншої часини сю бе-&lt;br /&gt;</w:t>
        <w:br/>
        <w:t>шиху шептать і господа бога на поміч проз^ать І ВСІ СВЯТІ&lt;br /&gt;</w:t>
        <w:br/>
        <w:t>лікарі до помочі ззивать.&lt;br /&gt;</w:t>
        <w:br/>
        <w:t>Балет *.&lt;br /&gt;</w:t>
        <w:br/>
        <w:t>Сковорода —&lt;br /&gt;</w:t>
        <w:br/>
        <w:t>усміхається —</w:t>
      </w:r>
    </w:p>
    <w:p>
      <w:r>
        <w:br/>
        <w:t>(ЦДАМЛМ, ф. 464, оп. і, № 1221, арк. 11)</w:t>
      </w:r>
    </w:p>
    <w:p>
      <w:r>
        <w:br/>
        <w:t>[V. ДИСПУТ]&lt;br /&gt;</w:t>
        <w:br/>
        <w:t>1 Цю ремарку дописапо пізніше.— Ред.</w:t>
      </w:r>
    </w:p>
    <w:p>
      <w:r>
        <w:br/>
        <w:t>І все-таки ти нам нічого не сказав. &lt;Не сказав &gt; ДнІ Пр0 тройч-&lt;br /&gt;</w:t>
        <w:br/>
        <w:t>ність, що ми &lt;це питання &gt; питаппя цеє ставили г0бі ще вчора,&lt;br /&gt;</w:t>
        <w:br/>
        <w:t>ані про &lt;Мудрість-Софію, про&gt; Логос, &lt;Любов^ Любов, Со-&lt;br /&gt;</w:t>
        <w:br/>
        <w:t>фію-Мудрість. Гайдамаччину &lt;на&gt; ув'язуєш у Філософію, доз-&lt;br /&gt;</w:t>
        <w:br/>
        <w:t>воль, по якому ж це праву? Ти нам скажи про Ві^не про Бога,&lt;br /&gt;</w:t>
        <w:br/>
        <w:t>про Абсолют. (До богословів.) &lt;Про огопь&gt; ви Розумієте? —&lt;br /&gt;</w:t>
        <w:br/>
        <w:t>(Гай зелений дурними бородами, як перед вітром, заходив.&lt;br /&gt;</w:t>
        <w:br/>
        <w:t>&lt;Яхидний сміх, перешіптування^.)&lt;br /&gt;</w:t>
        <w:br/>
        <w:t>нам про Огонь, &lt;нам про Огонь&gt; про Огонь нам поясни!&lt;br /&gt;</w:t>
        <w:br/>
        <w:t>Сковорода: Огонь?</w:t>
      </w:r>
    </w:p>
    <w:p>
      <w:r>
        <w:br/>
        <w:t>(ЦДАМЛМ, ф. 464, оп. 1, спр. 1231, арк. 5)&lt;br /&gt;</w:t>
        <w:br/>
        <w:t>[VI. ДИСПУТ]</w:t>
      </w:r>
    </w:p>
    <w:p>
      <w:r>
        <w:br/>
        <w:t>&lt;Скептик&gt; Метафізик (держачи пальцем цитату).&lt;br /&gt;</w:t>
        <w:br/>
        <w:t>Учителю! От у Геракліта сказано: Огонь-Логосом, що керує всім&lt;br /&gt;</w:t>
        <w:br/>
        <w:t>світом, через повітря перетворюється у воду, тобто у море. Ну,&lt;br /&gt;</w:t>
        <w:br/>
        <w:t>добре. А звідки ж самий огонь узявся? Чи не повертаємось ми зно-&lt;br /&gt;</w:t>
        <w:br/>
        <w:t>ву до того ж таки: суть &lt; речей годі&gt; речей, як каже метафізика,&lt;br /&gt;</w:t>
        <w:br/>
        <w:t>годі пізнати.&lt;br /&gt;</w:t>
        <w:br/>
        <w:t>Піп на знак згоди тоскно хитає головою. Богослови в кло-&lt;br /&gt;</w:t>
        <w:br/>
        <w:t>буках—як той гай зелений, бородами закивали: &lt;поясни&lt;br /&gt;</w:t>
        <w:br/>
        <w:t>нам&gt; поясни ти нам, будь ласка: Огонь.&lt;br /&gt;</w:t>
        <w:br/>
        <w:t>Сковорода &lt;сперся на руку, як на колону тую&gt;&lt;br /&gt;</w:t>
        <w:br/>
        <w:t>&lt;як на колону всесвіту. Заглибився. Мовчить. &gt; мовчить.&lt;br /&gt;</w:t>
        <w:br/>
        <w:t>Богослов (простягаючи на руках, як млинці, розкриту&lt;br /&gt;</w:t>
        <w:br/>
        <w:t>книжку на книжці). Блаженний Августин говорить: всяке битіє&lt;br /&gt;</w:t>
        <w:br/>
        <w:t>єсть благо.— &lt;Чого ж ти тоді повстаєш, бунтуєш! &gt; &lt; Себто &gt;&lt;br /&gt;</w:t>
        <w:br/>
        <w:t>Властителі від бога мають землю, &lt;а народ має руки — робити.&lt;br /&gt;</w:t>
        <w:br/>
        <w:t>Ну що ж тебе смущає?&gt; а народ &lt;на них має [робити] &gt; має&lt;br /&gt;</w:t>
        <w:br/>
        <w:t>руки, щоб па них робити. Хіба не так? &lt;От і все. Далі.&gt; Блажен-&lt;br /&gt;</w:t>
        <w:br/>
        <w:t>ний Августин говорить: самопізнання — це є шлях до богопізнан-&lt;br /&gt;</w:t>
        <w:br/>
        <w:t>ня. &lt;Тп от сказав: познай себе самого. Навіщо ж ти, говорячи&lt;br /&gt;</w:t>
        <w:br/>
        <w:t>"позпай себе самого", учиш люд&gt; &lt; Себто. Твоє "позпай себе са-&lt;br /&gt;</w:t>
        <w:br/>
        <w:t>мого" повинно б було приводити до бога? А ти, як бачимо, не&lt;br /&gt;</w:t>
        <w:br/>
        <w:t>любиш бога. Хіба не так?&gt; &lt;Що це означає? &gt; &lt;Чому ж ти&lt;br /&gt;</w:t>
        <w:br/>
        <w:t>твоє самопізнання зв'язуєш не з богом, а з мирським&gt; Скажи:&lt;br /&gt;</w:t>
        <w:br/>
        <w:t>твоє самопізнання з чим ти зв'язуєш: з богом? &lt;з мирським &gt; чи&lt;br /&gt;</w:t>
        <w:br/>
        <w:t>з суспільністю? з протестом? з сатаною?</w:t>
      </w:r>
    </w:p>
    <w:p>
      <w:r>
        <w:br/>
        <w:t>Сковорода мовчить &lt;опершись на колони світу&gt;.&lt;br /&gt;</w:t>
        <w:br/>
        <w:t>Тоді зашелестіли бороди. Руки &lt; За [ходили] &gt; обурено&lt;br /&gt;</w:t>
        <w:br/>
        <w:t>над головами заходили. Жили на скронях нап'ялися —&lt;br /&gt;</w:t>
        <w:br/>
        <w:t>очі —крик! Та що він з нас сміється чи не чує?! Поясни&lt;br /&gt;</w:t>
        <w:br/>
        <w:t>ти нам, будь ласка: Огонь! Ти чуєш? — Огонь!&lt;br /&gt;</w:t>
        <w:br/>
        <w:t>Сковорода: Огонь? (&lt;Якийсь м[ент]&gt; І, одірвавшись від&lt;br /&gt;</w:t>
        <w:br/>
        <w:t>павзи, якийсь мепт примружено прислухається, а потім знову в&lt;br /&gt;</w:t>
        <w:br/>
        <w:t>долину думки западає). Говори[ть мов з глибини віків].</w:t>
      </w:r>
    </w:p>
    <w:p>
      <w:r>
        <w:br/>
        <w:t>(ЦДАМЛМ, ф. 464, оп. 1, М 1231, арк. 8)</w:t>
      </w:r>
    </w:p>
    <w:p>
      <w:r>
        <w:br/>
        <w:t>[ВИДІННЯ ЦУНДРИ. У ЛЕЙПЦІГУ]</w:t>
      </w:r>
    </w:p>
    <w:p>
      <w:r>
        <w:br/>
        <w:t>&lt; Проходят [ь] &gt; надходять.&lt;br /&gt;</w:t>
        <w:br/>
        <w:t>&lt;Коло одного із столиків зупиняють [ся] &gt; два молодих студенти:&lt;br /&gt;</w:t>
        <w:br/>
        <w:t>князь Трубецькой і Радищев.&lt;br /&gt;</w:t>
        <w:br/>
        <w:t>Кн. Трубецькой&lt;br /&gt;</w:t>
        <w:br/>
        <w:t>...та ні, скажи: ти щось таїш від мене,—&lt;br /&gt;</w:t>
        <w:br/>
        <w:t>чи ждеш чогось, а чи підглядуєш?&lt;br /&gt;</w:t>
        <w:br/>
        <w:t>Ну, не хитри ж, признайсь: лихий? не радий?&lt;br /&gt;</w:t>
        <w:br/>
        <w:t>не хочеш ти, щоб я з тобою був?&lt;br /&gt;</w:t>
        <w:br/>
        <w:t>Радищев &lt;(стежачи, як танцюють)&gt; &lt;(дивлячись, як тан-&lt;br /&gt;</w:t>
        <w:br/>
        <w:t>цюють)&gt; (стежачи, як танцюють)&lt;br /&gt;</w:t>
        <w:br/>
        <w:t>&lt;Захоплення яке!&gt; А широчінь! а розмах!&lt;br /&gt;</w:t>
        <w:br/>
        <w:t>&lt; хвилиночку — я тільки так — сюдою&lt;br /&gt;</w:t>
        <w:br/>
        <w:t>пройдуся раз, а потім &gt; ...От де шкварять,&lt;br /&gt;</w:t>
        <w:br/>
        <w:t>погляпь&lt;!&gt; — а ми... ані сміятися&lt;br /&gt;</w:t>
        <w:br/>
        <w:t>не вміємо &lt;ані робити&gt;, ні бунтувати (&lt;Раптом&gt;&lt;br /&gt;</w:t>
        <w:br/>
        <w:t>нахмурившись.) Дивно,&lt;br /&gt;</w:t>
        <w:br/>
        <w:t>&lt;його&gt; що їх&lt;br /&gt;</w:t>
        <w:br/>
        <w:t>Кн. Трубецькой&lt;br /&gt;</w:t>
        <w:br/>
        <w:t>Так і є:&lt;br /&gt;</w:t>
        <w:br/>
        <w:t>вгадав. Ага, так он чого поспішно&lt;br /&gt;</w:t>
        <w:br/>
        <w:t>сюди ти біг... Гляди, щоб &lt;тут бува&gt; цей ваш бунт...&lt;br /&gt;</w:t>
        <w:br/>
        <w:t>(&lt;спіітав*&gt; "сЗакашлювться сміхом&gt;)&lt;br /&gt;</w:t>
        <w:br/>
        <w:t>Радищев&lt;br /&gt;</w:t>
        <w:br/>
        <w:t>Та біг же, біг. (Отямившись.) Що ти сказав? Не радий?&lt;br /&gt;</w:t>
        <w:br/>
        <w:t>О, навпаки, я дуже радий,— бунт? —&lt;br /&gt;</w:t>
        <w:br/>
        <w:t>ну й вигадавЯ й сам, брат, натомився</w:t>
      </w:r>
    </w:p>
    <w:p>
      <w:r>
        <w:br/>
        <w:t>і далі йти — нікуди не піду.&lt;br /&gt;</w:t>
        <w:br/>
        <w:t>Заграв кларнет — і знову каруселі&lt;br /&gt;</w:t>
        <w:br/>
        <w:t>кружка. Танцюй: кларнет то тут, то там,&lt;br /&gt;</w:t>
        <w:br/>
        <w:t>кларнет то там... &lt;(у натовпі танцюють) &gt;&lt;br /&gt;</w:t>
        <w:br/>
        <w:t>Кн. Трубецькой (гидливо)&lt;br /&gt;</w:t>
        <w:br/>
        <w:t>Ненавиджу я радість.&lt;br /&gt;</w:t>
        <w:br/>
        <w:t>У відповідь — немовби лопотіння крил перед театром. У патовпі&lt;br /&gt;</w:t>
        <w:br/>
        <w:t>танцюють.&lt;br /&gt;</w:t>
        <w:br/>
        <w:t>І крамар (із ятки)&lt;br /&gt;</w:t>
        <w:br/>
        <w:t>і • о&lt;br /&gt;</w:t>
        <w:br/>
        <w:t>учитися — страшні болючі роки!&lt;br /&gt;</w:t>
        <w:br/>
        <w:t>(до винника, &lt;Сщо розпалився^&lt;br /&gt;</w:t>
        <w:br/>
        <w:t>&lt;Сщо в доброті своїй розпалився&gt;)&lt;br /&gt;</w:t>
        <w:br/>
        <w:t>Нам пити, пить — і більш пічо —&lt;br /&gt;</w:t>
        <w:br/>
        <w:t>(сипло &lt;закашлявшись^ закашлюється)*&lt;br /&gt;</w:t>
        <w:br/>
        <w:t>...і от —&lt;br /&gt;</w:t>
        <w:br/>
        <w:t>О ні, сидіть не можу я... Радищев!&lt;br /&gt;</w:t>
        <w:br/>
        <w:t>[• і&lt;br /&gt;</w:t>
        <w:br/>
        <w:t>Група селян (проходить)&lt;br /&gt;</w:t>
        <w:br/>
        <w:t>— І ти це правду кажеш?&lt;br /&gt;</w:t>
        <w:br/>
        <w:t>— &lt;Є&gt; &lt;Ну вже що е&gt; Та б такий закон: заборонити двірце-&lt;br /&gt;</w:t>
        <w:br/>
        <w:t>вим орендарям вимагати від крепаків дворової служби.&lt;br /&gt;</w:t>
        <w:br/>
        <w:t>— &lt;Ну а&gt; А коли примушують?</w:t>
      </w:r>
    </w:p>
    <w:p>
      <w:r>
        <w:br/>
        <w:t>Оце тобі й закон — зрозумів?&lt;br /&gt;</w:t>
        <w:br/>
        <w:t>&lt;проходять&gt;" &lt;Сзмішуються з натовпом&gt;&lt;br /&gt;</w:t>
        <w:br/>
        <w:t>Ра дищев&lt;br /&gt;</w:t>
        <w:br/>
        <w:t>Еге! Та ти, я бачу, засмутивсь.&lt;br /&gt;</w:t>
        <w:br/>
        <w:t>Ні пить не п'єш, ні слова не говориш.&lt;br /&gt;</w:t>
        <w:br/>
        <w:t>Ну чим же я тебе повеселю?&lt;br /&gt;</w:t>
        <w:br/>
        <w:t>&lt; Чекай &gt; &lt;А стій&gt; Чекай... Ось там —немовби Цундра&lt;br /&gt;</w:t>
        <w:br/>
        <w:t>й Гете&lt;br /&gt;</w:t>
        <w:br/>
        <w:t>ідуть сюди.&lt;br /&gt;</w:t>
        <w:br/>
        <w:t>і— • о&lt;br /&gt;</w:t>
        <w:br/>
        <w:t>1 Зверху дописано як варіант: "(до всіх)".— Ред.&lt;br /&gt;</w:t>
        <w:br/>
        <w:t>споконвіків лиш: діло (Вітається .) А вгадайте,&lt;br /&gt;</w:t>
        <w:br/>
        <w:t>що я приніс вам, друзі?&lt;br /&gt;</w:t>
        <w:br/>
        <w:t>Браво, Гете,&lt;br /&gt;</w:t>
        <w:br/>
        <w:t>трощи богів і біблії дурмані&lt;br /&gt;</w:t>
        <w:br/>
        <w:t>Кн. Трубецькой (грізно підходячи)&lt;br /&gt;</w:t>
        <w:br/>
        <w:t>Раз біблію — виходить, що і панство?&lt;br /&gt;</w:t>
        <w:br/>
        <w:t>Радищев&lt;br /&gt;</w:t>
        <w:br/>
        <w:t>Ну перестань! Так &lt;вип'єм, друзі?&gt; Ген!&lt;br /&gt;</w:t>
        <w:br/>
        <w:t>[• •]&lt;br /&gt;</w:t>
        <w:br/>
        <w:t>пішли —&lt;br /&gt;</w:t>
        <w:br/>
        <w:t>Гете&lt;br /&gt;</w:t>
        <w:br/>
        <w:t>&lt;Ну, а яке&gt; &lt;А як цей&gt; &lt;А цей до чого?&gt;&lt;br /&gt;</w:t>
        <w:br/>
        <w:t>А цей&lt;br /&gt;</w:t>
        <w:br/>
        <w:t>&lt;Р а д ищ е в&lt;br /&gt;</w:t>
        <w:br/>
        <w:t>Як прийде час — розтрощим... &gt;&lt;br /&gt;</w:t>
        <w:br/>
        <w:t>Цундра *&lt;br /&gt;</w:t>
        <w:br/>
        <w:t>...розтрощимо,— не бійся.*&lt;br /&gt;</w:t>
        <w:br/>
        <w:t>&lt;Радищев&gt;&lt;br /&gt;</w:t>
        <w:br/>
        <w:t>Чого тут князь? Його ж я не просив&lt;br /&gt;</w:t>
        <w:br/>
        <w:t>сюди...&lt;br /&gt;</w:t>
        <w:br/>
        <w:t>Гете (хитас соловою)&lt;br /&gt;</w:t>
        <w:br/>
        <w:t>Боюсь — про наш гурток гофмейстер&lt;br /&gt;</w:t>
        <w:br/>
        <w:t>довідався... &lt; [нерозб.] &gt;&lt;br /&gt;</w:t>
        <w:br/>
        <w:t>Кн. Трубецькой&lt;br /&gt;</w:t>
        <w:br/>
        <w:t>&lt;Розтрощим панство&gt;&lt;br /&gt;</w:t>
        <w:br/>
        <w:t>Розтрощимо панів —&lt;br /&gt;</w:t>
        <w:br/>
        <w:t>я ці слова тобі згадаю! Добре ж&lt;br /&gt;</w:t>
        <w:br/>
        <w:t>віддячу я — ще потанцюєш!..&lt;br /&gt;</w:t>
        <w:br/>
        <w:t>[• і&lt;br /&gt;</w:t>
        <w:br/>
        <w:t>III крамар&lt;br /&gt;</w:t>
        <w:br/>
        <w:t>Мед! мед! польський мед, українське зерно! Із Росії бобри, соболі,&lt;br /&gt;</w:t>
        <w:br/>
        <w:t>лисиці! Хто не вспіє накупиться — побіжить із нами заодно, та не&lt;br /&gt;</w:t>
        <w:br/>
        <w:t>двічі й не тричі: за п'ять тижнів на ярмарок у Бердичів! (І кра-&lt;br /&gt;</w:t>
        <w:br/>
        <w:t>м [ар]: Сап'яни з Туреччини, сап'яни) — на Іллінський ярмарок у&lt;br /&gt;</w:t>
        <w:br/>
        <w:t>Ромни! (II кр [а мар]: Пояркові брилі, брилі пояркові!) —або аж&lt;br /&gt;</w:t>
        <w:br/>
        <w:t>на Хрещенський ярмарок у Харкові. Та поспішайте ж бо!&lt;br /&gt;</w:t>
        <w:br/>
        <w:t>А князь чого ж не п'є &lt; ? &gt;,— не до вподоби?&lt;br /&gt;</w:t>
        <w:br/>
        <w:t>Гете &lt;С(припрошуючи)&gt;&lt;br /&gt;</w:t>
        <w:br/>
        <w:t>Червоного&lt; !...— &gt; ...червоність — кошеніль&lt;br /&gt;</w:t>
        <w:br/>
        <w:t>найкращу нам дає (чого ти, князю —&lt;br /&gt;</w:t>
        <w:br/>
        <w:t>Ви можете дожить —але (&lt;сувора&gt; павза)&lt;br /&gt;</w:t>
        <w:br/>
        <w:t>прощаю&lt;br /&gt;</w:t>
        <w:br/>
        <w:t>в останній раз!&lt;br /&gt;</w:t>
        <w:br/>
        <w:t>Радищев&lt;br /&gt;</w:t>
        <w:br/>
        <w:t>Ви можете іти —&lt;br /&gt;</w:t>
        <w:br/>
        <w:t>&lt;але цю ж мить&gt; але... (спалахнувши) цю ж мить—&lt;br /&gt;</w:t>
        <w:br/>
        <w:t>ви чуєте? — негайно!&lt;br /&gt;</w:t>
        <w:br/>
        <w:t>[неща]сний я: тепер вже проганяють.&lt;br /&gt;</w:t>
        <w:br/>
        <w:t>[Ну, щ]о ж. Іду. Зникаю. Покорись,&lt;br /&gt;</w:t>
        <w:br/>
        <w:t>[гоф] мейстере,— нехай кричать, бунтують,&lt;br /&gt;</w:t>
        <w:br/>
        <w:t>[а] ти собі... мовчи. Іду.&lt;br /&gt;</w:t>
        <w:br/>
        <w:t>Гофмейстер&lt;br /&gt;</w:t>
        <w:br/>
        <w:t>Я не скажу ні слова! Замість церкви&lt;br /&gt;</w:t>
        <w:br/>
        <w:t>. проганяють&lt;br /&gt;</w:t>
        <w:br/>
        <w:t>гофмейстера? — ну що ж, іду</w:t>
      </w:r>
    </w:p>
    <w:p>
      <w:r>
        <w:br/>
        <w:t>(ЦДАМЛМ, ф. 464, оп. 1, М 1210, арк. 5, 6, 8—13)</w:t>
      </w:r>
    </w:p>
    <w:p>
      <w:r>
        <w:br/>
        <w:t>[І. СКОВОРОДА І БІСНУВАТИЙ]</w:t>
      </w:r>
    </w:p>
    <w:p>
      <w:r>
        <w:br/>
        <w:t>А разом з ним&lt;br /&gt;</w:t>
        <w:br/>
        <w:t>впускаємо до серця й бога&lt;br /&gt;</w:t>
        <w:br/>
        <w:t>що геть розлився у природі весь.&lt;br /&gt;</w:t>
        <w:br/>
        <w:t>Бога?&lt;br /&gt;</w:t>
        <w:br/>
        <w:t>І Сковорода, перо відклавши, встане,&lt;br /&gt;</w:t>
        <w:br/>
        <w:t>почне по келії ходити швидко&lt;br /&gt;</w:t>
        <w:br/>
        <w:t>і сам з собою сперечатись.&lt;br /&gt;</w:t>
        <w:br/>
        <w:t>Якщо ми визнаємо бога,—&lt;br /&gt;</w:t>
        <w:br/>
        <w:t>тим самим визнаємо, що світ конечний?&lt;br /&gt;</w:t>
        <w:br/>
        <w:t>тобто:&lt;br /&gt;</w:t>
        <w:br/>
        <w:t>що світ &lt;був створений &gt; було створено колись?&lt;br /&gt;</w:t>
        <w:br/>
        <w:t>А тим часом&lt;br /&gt;</w:t>
        <w:br/>
        <w:t>це ж не так!&lt;br /&gt;</w:t>
        <w:br/>
        <w:t>Бо початок і кінець —&lt;br /&gt;</w:t>
        <w:br/>
        <w:t>в єдиній точці сходяться.&lt;br /&gt;</w:t>
        <w:br/>
        <w:t>Бо від зерна колос —&lt;br /&gt;</w:t>
        <w:br/>
        <w:t>в зерно ж і повертається.&lt;br /&gt;</w:t>
        <w:br/>
        <w:t>І там, де світ нібито закінчується,&lt;br /&gt;</w:t>
        <w:br/>
        <w:t>там він тільки наново народжується.&lt;br /&gt;</w:t>
        <w:br/>
        <w:t>Тепер —&lt;br /&gt;</w:t>
        <w:br/>
        <w:t>далі.&lt;br /&gt;</w:t>
        <w:br/>
        <w:t>Якщо ми &lt; визнаємо &gt; визнаємо бога,&lt;br /&gt;</w:t>
        <w:br/>
        <w:t>то буде тоді дух у нас ізверху, а не матерія?&lt;br /&gt;</w:t>
        <w:br/>
        <w:t>Але ж матерія якраз і є та сила,&lt;br /&gt;</w:t>
        <w:br/>
        <w:t>без якої і самий дух не може існувати.&lt;br /&gt;</w:t>
        <w:br/>
        <w:t>Справді.&lt;br /&gt;</w:t>
        <w:br/>
        <w:t>Відчування, свідомість, розум —&lt;br /&gt;</w:t>
        <w:br/>
        <w:t>звідки ж вони узятись можуть,&lt;br /&gt;</w:t>
        <w:br/>
        <w:t>[. .]&lt;br /&gt;</w:t>
        <w:br/>
        <w:t>1 На зворотному боці аркуша інший варіант початку уривка:&lt;br /&gt;</w:t>
        <w:br/>
        <w:t>"А разом з пим&lt;br /&gt;</w:t>
        <w:br/>
        <w:t>до серця ми впускаєм бога".— Ред.&lt;br /&gt;</w:t>
        <w:br/>
        <w:t>(ЦДАМЛМ, ф. 464, оп. 1, М 1194, арк. 7)</w:t>
      </w:r>
    </w:p>
    <w:p>
      <w:r>
        <w:br/>
        <w:t>[II. СКОВОРОДА І БІСНУВАТИЙ]&lt;br /&gt;</w:t>
        <w:br/>
        <w:t>&lt; Проклюнь чудодійную снлу&gt;&lt;br /&gt;</w:t>
        <w:br/>
        <w:t>&lt; Проклюну всесвіт я і силу&gt;&lt;br /&gt;</w:t>
        <w:br/>
        <w:t>&lt;і муст, і нектар, і любов.&lt;br /&gt;</w:t>
        <w:br/>
        <w:t>Я більш нічого не благаю, &gt;&lt;br /&gt;</w:t>
        <w:br/>
        <w:t>Проклюну &lt; всесвіт я&gt; істину і вип'ю&lt;br /&gt;</w:t>
        <w:br/>
        <w:t>&lt;І силу я&gt; А силу вип'ю і любов&lt;br /&gt;</w:t>
        <w:br/>
        <w:t>нечувапу!&lt;br /&gt;</w:t>
        <w:br/>
        <w:t>І Сковороді&lt;br /&gt;</w:t>
        <w:br/>
        <w:t>такий муст у серце ввійде,&lt;br /&gt;</w:t>
        <w:br/>
        <w:t>що він од радості і бігає &lt;і кличе &gt;,&lt;br /&gt;</w:t>
        <w:br/>
        <w:t>і кожне дерево вітає,&lt;br /&gt;</w:t>
        <w:br/>
        <w:t>метелику й комашці &lt; кидає &gt; вішає&lt;br /&gt;</w:t>
        <w:br/>
        <w:t>крапчастії слова.&lt;br /&gt;</w:t>
        <w:br/>
        <w:t>Неспокійні руки роботи попросять.&lt;br /&gt;</w:t>
        <w:br/>
        <w:t>Гембля свого під напиналом знайшовши,&lt;br /&gt;</w:t>
        <w:br/>
        <w:t>він ясенові дошки струже і гембелює.&lt;br /&gt;</w:t>
        <w:br/>
        <w:t>А дошки ж шиті аж шуті —&lt;br /&gt;</w:t>
        <w:br/>
        <w:t>а по них узори шиті —&lt;br /&gt;</w:t>
        <w:br/>
        <w:t>узори все шши —&lt;br /&gt;</w:t>
        <w:br/>
        <w:t>тісняться стружки &lt;, щоб прошиті— &gt;&lt;br /&gt;</w:t>
        <w:br/>
        <w:t>шаруші —&lt;br /&gt;</w:t>
        <w:br/>
        <w:t>тікають кручені — &lt; прошиті — &gt; шар'ші —</w:t>
      </w:r>
    </w:p>
    <w:p>
      <w:r>
        <w:br/>
        <w:t>(ЦДАМЛМ, ф. 464, оп. 1, № 1194, арк. 11)&lt;br /&gt;</w:t>
        <w:br/>
        <w:t>[III. СКОВОРОДА І БІСНУВАТИЙ]</w:t>
      </w:r>
    </w:p>
    <w:p>
      <w:r>
        <w:br/>
        <w:t>тікають &lt;кручеиі — шар'ші — в кружки&gt;&lt;br /&gt;</w:t>
        <w:br/>
        <w:t>скручені &lt;під пгум&gt; в кружки*&lt;br /&gt;</w:t>
        <w:br/>
        <w:t>&lt;ш-шум...&gt; шуті, шиті, шум*.&lt;br /&gt;</w:t>
        <w:br/>
        <w:t>Нахопиться тут Біснуватий,&lt;br /&gt;</w:t>
        <w:br/>
        <w:t>що так розумно завше дивиться.&lt;br /&gt;</w:t>
        <w:br/>
        <w:t>&lt;Він,&lt;br /&gt;</w:t>
        <w:br/>
        <w:t>оброслу голову па шиї повернувши, &gt;&lt;br /&gt;</w:t>
        <w:br/>
        <w:t>(За ним слідом — солдат з цеберком) *.&lt;br /&gt;</w:t>
        <w:br/>
        <w:t>Біснуватий, *&lt;br /&gt;</w:t>
        <w:br/>
        <w:t>оброслу голову па шиї &lt;мов жорно &gt; повернувши,&lt;br /&gt;</w:t>
        <w:br/>
        <w:t>у стугні груди б'є рукою&lt;br /&gt;</w:t>
        <w:br/>
        <w:t>&lt; працюєш? &gt; *&lt;br /&gt;</w:t>
        <w:br/>
        <w:t>&lt;і страшно пророкує &gt;,&lt;br /&gt;</w:t>
        <w:br/>
        <w:t>в свої уривчасті слова&lt;br /&gt;</w:t>
        <w:br/>
        <w:t>&lt;докидаючи слова &gt; мішаючи чужі, французькі:&lt;br /&gt;</w:t>
        <w:br/>
        <w:t>Наш хід, як тигр,— нестримний гон.&lt;br /&gt;</w:t>
        <w:br/>
        <w:t>Землі то топ, демократі]&lt;br /&gt;</w:t>
        <w:br/>
        <w:t>&lt;&amp;#199;a ira! &amp;#199;a ira!&gt; Са іра! Са іра! *&lt;br /&gt;</w:t>
        <w:br/>
        <w:t>А ви? що ви? кого ви лю?&lt;br /&gt;</w:t>
        <w:br/>
        <w:t>І землю длю, і люд давлю —&lt;br /&gt;</w:t>
        <w:br/>
        <w:t>прокля' дара'! тира'!&lt;br /&gt;</w:t>
        <w:br/>
        <w:t>І раптом засміється:&lt;br /&gt;</w:t>
        <w:br/>
        <w:t>а Катерина ще пе здохла?&lt;br /&gt;</w:t>
        <w:br/>
        <w:t>А врешті:&lt;br /&gt;</w:t>
        <w:br/>
        <w:t>царям-тиранам &lt;ще не так&gt;&lt;br /&gt;</w:t>
        <w:br/>
        <w:t>хіба ж що можуть зробити &lt; прокляття? &gt; самі мої&lt;br /&gt;</w:t>
        <w:br/>
        <w:t>прокляття?&lt;br /&gt;</w:t>
        <w:br/>
        <w:t>по голові їх треба гуртом, по голові?&lt;br /&gt;</w:t>
        <w:br/>
        <w:t>— Ну йди ж, (іди!) — солдат на нього крикне&lt;br /&gt;</w:t>
        <w:br/>
        <w:t>й дзвінке цебро опустить у криницю...&lt;br /&gt;</w:t>
        <w:br/>
        <w:t>Біснуват [ий] : *&lt;br /&gt;</w:t>
        <w:br/>
        <w:t>Та йду! лечу!&lt;br /&gt;</w:t>
        <w:br/>
        <w:t>А все ж... царі&lt; —&gt;...&lt;br /&gt;</w:t>
        <w:br/>
        <w:t>сказать?&lt;br /&gt;</w:t>
        <w:br/>
        <w:t>(до Сковороди) *&lt;br /&gt;</w:t>
        <w:br/>
        <w:t>Я б перший &lt;тих царів&gt; їх*&lt;br /&gt;</w:t>
        <w:br/>
        <w:t>зарі — *&lt;br /&gt;</w:t>
        <w:br/>
        <w:t>зарі — *&lt;br /&gt;</w:t>
        <w:br/>
        <w:t>Заворушитись &lt; трошки наро[ду]&gt; народу &lt; трошки &gt; *&lt;br /&gt;</w:t>
        <w:br/>
        <w:t>тільки *&lt;br /&gt;</w:t>
        <w:br/>
        <w:t>дайте — *&lt;br /&gt;</w:t>
        <w:br/>
        <w:t>Ух!*&lt;br /&gt;</w:t>
        <w:br/>
        <w:t>Зарізав би царів! *&lt;br /&gt;</w:t>
        <w:br/>
        <w:t>І голову оброслу на шиї, мов жорна, повернувши,&lt;br /&gt;</w:t>
        <w:br/>
        <w:t>він довго дивиться назад,&lt;br /&gt;</w:t>
        <w:br/>
        <w:t>а сам іде і спотикається, й плюється;&lt;br /&gt;</w:t>
        <w:br/>
        <w:t>&lt;бо онде&gt;&lt;br /&gt;</w:t>
        <w:br/>
        <w:t>знову&lt;br /&gt;</w:t>
        <w:br/>
        <w:t>&lt;за ним назирці &gt; назирці за ним&lt;br /&gt;</w:t>
        <w:br/>
        <w:t>&lt;іздалеку&gt; &lt; здалеку&gt; стежить іздалеку єхидний обер-офіцер.&lt;br /&gt;</w:t>
        <w:br/>
        <w:t>&lt;Ух!*&lt;br /&gt;</w:t>
        <w:br/>
        <w:t>так би його чим-небудь *&lt;br /&gt;</w:t>
        <w:br/>
        <w:t>і ширнув!..&gt; *&lt;br /&gt;</w:t>
        <w:br/>
        <w:t>&lt;Ну й де це він&gt; &lt;офіцера &gt; 5 ним в жятті стрічався&lt;br /&gt;</w:t>
        <w:br/>
        <w:t>&lt;разом&gt;?&gt;&lt;br /&gt;</w:t>
        <w:br/>
        <w:t>...Тим часом &lt; щербатий &gt; дзвін із-за тополь:&lt;br /&gt;</w:t>
        <w:br/>
        <w:t>&lt; загарчить, загугніє&gt; &lt; щербатий дзвін загарчить, вагугніо"&lt;br /&gt;</w:t>
        <w:br/>
        <w:t>&lt;вагарчить, щербато загугніє&gt; &lt; пісно з[агуде]&gt; убого-пісно&lt;br /&gt;</w:t>
        <w:br/>
        <w:t>загуде,&lt;br /&gt;</w:t>
        <w:br/>
        <w:t>і бога грізного устав&lt;br /&gt;</w:t>
        <w:br/>
        <w:t>[• •]&lt;br /&gt;</w:t>
        <w:br/>
        <w:t>(ЦДАМЛМ, ф. 464, оп. 1, М 1194, арк. 8)</w:t>
      </w:r>
    </w:p>
    <w:p>
      <w:r>
        <w:br/>
        <w:t>[IV. СКОВОРОДА І БІСНУВАТИЙ]&lt;br /&gt;</w:t>
        <w:br/>
        <w:t>Біснуватий: &lt;До&gt; До отця Іустина гостювати прийшов?&lt;br /&gt;</w:t>
        <w:br/>
        <w:t>Все з флейтою ходиш? тікаєш від людей? *&lt;br /&gt;</w:t>
        <w:br/>
        <w:t>Знаю, знаю, чув.&lt;br /&gt;</w:t>
        <w:br/>
        <w:t>А все ж таки твій пантеїзм який... як риба без підливи...&lt;br /&gt;</w:t>
        <w:br/>
        <w:t>Сковорода: Це що, іронія?&lt;br /&gt;</w:t>
        <w:br/>
        <w:t>Б існувати [й]: А ти не ображайсь, бо &lt;ще ж&gt; ти ж не &lt; просто&lt;br /&gt;</w:t>
        <w:br/>
        <w:t>собі є&gt; &lt;який собі отець Іустин&gt; який там собі скромний на-&lt;br /&gt;</w:t>
        <w:br/>
        <w:t>борщик лаврської друкарні &lt;, а&gt; отець Іустин, а ти Сковоро-&lt;br /&gt;</w:t>
        <w:br/>
        <w:t>да,—ти розумієш? — Сковорода! &lt;Твоя філос[офія]&gt; Еж ти си-&lt;br /&gt;</w:t>
        <w:br/>
        <w:t>лою думки своєї повинен розкорчовувати темні душі людей, а за-&lt;br /&gt;</w:t>
        <w:br/>
        <w:t>мість того &lt;ти&gt; що ти робиш? в твоїй філософії не розкорчовано&lt;br /&gt;</w:t>
        <w:br/>
        <w:t>&lt;і до [сі] &gt;, як в лісі.&lt;br /&gt;</w:t>
        <w:br/>
        <w:t>&lt; Витяг солдат із колодязя води, перехиливши, пити став&gt; *&lt;br /&gt;</w:t>
        <w:br/>
        <w:t>Солдат витягне води з криниці й, поставивши &lt;цеберком&gt; на*&lt;br /&gt;</w:t>
        <w:br/>
        <w:t>цямрину, перехиливши, пити стане.*&lt;br /&gt;</w:t>
        <w:br/>
        <w:t>[Біснуватий:] Бо треба з найпростішими людьми іти, з тією голо-&lt;br /&gt;</w:t>
        <w:br/>
        <w:t>тою, чи як звуть її, з цундрою. &lt; Зрозумів? &gt; Що це ж про них&lt;br /&gt;</w:t>
        <w:br/>
        <w:t>Вольтер сказав: Як! Ну, прощай.&lt;br /&gt;</w:t>
        <w:br/>
        <w:t>Сковорода &lt;ще довго як вкопаний із&gt; із гемблем&lt;br /&gt;</w:t>
        <w:br/>
        <w:t>в руці&lt;br /&gt;</w:t>
        <w:br/>
        <w:t>як вкопаний стоїть&lt;br /&gt;</w:t>
        <w:br/>
        <w:t>і дивиться услід і думає:&lt;br /&gt;</w:t>
        <w:br/>
        <w:t>&lt;який же це&gt; Біснуватий?&lt;br /&gt;</w:t>
        <w:br/>
        <w:t>&lt;коли&gt; він і по-французьки вміє, і по-грецьки?&lt;br /&gt;</w:t>
        <w:br/>
        <w:t>Вольтера знає як свого.*&lt;br /&gt;</w:t>
        <w:br/>
        <w:t>Щось тут не так (упустив гембля на землю).&lt;br /&gt;</w:t>
        <w:br/>
        <w:t>Щось &lt;тут&gt; не так.&lt;br /&gt;</w:t>
        <w:br/>
        <w:t>[V. СКОВОРОДА І БІСНУВАТИЙ]&lt;br /&gt;</w:t>
        <w:br/>
        <w:t>ALLEGRO GIOCOSO&lt;br /&gt;</w:t>
        <w:br/>
        <w:t>...Три місяці пробігло,&lt;br /&gt;</w:t>
        <w:br/>
        <w:t>мов кораблі веселі в морі —&lt;br /&gt;</w:t>
        <w:br/>
        <w:t>всіма цвітами процвітані,&lt;br /&gt;</w:t>
        <w:br/>
        <w:t>добрим скарбом переповнені.&lt;br /&gt;</w:t>
        <w:br/>
        <w:t>Три місяці пустинь Китаївська і в ній Сковорода&lt;br /&gt;</w:t>
        <w:br/>
        <w:t>немов пливли —&lt;br /&gt;</w:t>
        <w:br/>
        <w:t>номіж садами рожаїстими,&lt;br /&gt;</w:t>
        <w:br/>
        <w:t>серед кринишпого узлісся,&lt;br /&gt;</w:t>
        <w:br/>
        <w:t>на полі повному, де хвиля хвилю ллє і зупинятися не хоче...&lt;br /&gt;</w:t>
        <w:br/>
        <w:t>Уранці,&lt;br /&gt;</w:t>
        <w:br/>
        <w:t>ще тільки небо почне наливаться&lt;br /&gt;</w:t>
        <w:br/>
        <w:t>і вітер зелений одчалить в далечінь,—&lt;br /&gt;</w:t>
        <w:br/>
        <w:t>уже Сковорода&lt;br /&gt;</w:t>
        <w:br/>
        <w:t>встає з досвітньої роздуми&lt;br /&gt;</w:t>
        <w:br/>
        <w:t>і в сад іде.&lt;br /&gt;</w:t>
        <w:br/>
        <w:t>Там птиці ранок опадуть,&lt;br /&gt;</w:t>
        <w:br/>
        <w:t>клюють-клюють не доклюються&lt;br /&gt;</w:t>
        <w:br/>
        <w:t>і &lt; солодко співають &gt; &lt; літають &gt; клюкано колінять, сон&lt;br /&gt;</w:t>
        <w:br/>
        <w:t>розказують.&lt;br /&gt;</w:t>
        <w:br/>
        <w:t>А сонце &lt; скрізь у всі кінці &gt; &lt;мов Евклідова спіраль &gt;&lt;br /&gt;</w:t>
        <w:br/>
        <w:t>мов Архімедова спіраль&lt;br /&gt;</w:t>
        <w:br/>
        <w:t>&lt;мов над главою Моісея&gt; &lt; теорему велетенську&gt; &lt;мов&lt;br /&gt;</w:t>
        <w:br/>
        <w:t>велетенську теорему &gt;&lt;br /&gt;</w:t>
        <w:br/>
        <w:t>&lt;немов у межах теореми &gt; &lt;як у рисунку теореми &gt;&lt;br /&gt;</w:t>
        <w:br/>
        <w:t>&lt;як у будові теореми&gt; &lt;як у велетенській тео-&lt;br /&gt;</w:t>
        <w:br/>
        <w:t>ремі &gt; &lt; немов у п'яній теоремі &gt; *&lt;br /&gt;</w:t>
        <w:br/>
        <w:t>послало сяючії роги,—&gt; &lt; проклало в небо триуголи&lt;br /&gt;</w:t>
        <w:br/>
        <w:t>списа &gt; &lt; прямії лінії &gt; &lt; проклало лінії прямії &gt;&lt;br /&gt;</w:t>
        <w:br/>
        <w:t>&lt;і дзвонить, і гуде&gt;&lt;br /&gt;</w:t>
        <w:br/>
        <w:t>&lt;і&gt; &lt;й&gt; І &lt;світом землю наповняє&lt;br /&gt;</w:t>
        <w:br/>
        <w:t>щедро-щедротно &gt;</w:t>
      </w:r>
    </w:p>
    <w:p>
      <w:r>
        <w:br/>
        <w:t>&lt;І рухом рясно землю наповняє &gt; &lt; буйно землю&lt;br /&gt;</w:t>
        <w:br/>
        <w:t>паповняє&gt;&lt;br /&gt;</w:t>
        <w:br/>
        <w:t>&lt;І рухом пронизуючи, землю наповняє&gt; &lt;безперервпо&lt;br /&gt;</w:t>
        <w:br/>
        <w:t>землю&lt;br /&gt;</w:t>
        <w:br/>
        <w:t>наповняє &gt; &lt;І відрухами землю наповняє &gt;&lt;br /&gt;</w:t>
        <w:br/>
        <w:t>&lt;центуряно-дзонко&gt; &lt;в напругім повітрі &gt;&lt;br /&gt;</w:t>
        <w:br/>
        <w:t>&lt; землю наповняє&lt;br /&gt;</w:t>
        <w:br/>
        <w:t>напругим збігом часточок &gt; &lt; вселенням збігом&lt;br /&gt;</w:t>
        <w:br/>
        <w:t>часточок &gt;&amp;#9632;&lt;br /&gt;</w:t>
        <w:br/>
        <w:t>&lt; невидимим збігом-бураном часточок &gt; &lt;сплстіпням-&lt;br /&gt;</w:t>
        <w:br/>
        <w:t>збігом часточок &gt;&lt;br /&gt;</w:t>
        <w:br/>
        <w:t>&lt; землю наповняє&lt;br /&gt;</w:t>
        <w:br/>
        <w:t>в буран як пендиббр&gt;&lt;br /&gt;</w:t>
        <w:br/>
        <w:t>Сковорода&lt;br /&gt;</w:t>
        <w:br/>
        <w:t>на землю упаде,&lt;br /&gt;</w:t>
        <w:br/>
        <w:t>&lt;цілує &gt; &lt; торкає &gt; квіти, трави гладить,&lt;br /&gt;</w:t>
        <w:br/>
        <w:t>росою очі, немов незрячі, протирає —&lt;br /&gt;</w:t>
        <w:br/>
        <w:t>природо, як ти всього мене наповнила&lt;br /&gt;</w:t>
        <w:br/>
        <w:t>&lt; щедро-щедротно! &gt; &lt; дзонтуряно-дзонко! &gt;&lt;br /&gt;</w:t>
        <w:br/>
        <w:t>&lt; вселенням збігом часточок &gt; &lt; напругим сплетінням&lt;br /&gt;</w:t>
        <w:br/>
        <w:t>часточок &gt;&lt;br /&gt;</w:t>
        <w:br/>
        <w:t>&lt; бураном часточок &gt; &lt;буран-збігом часточок &gt;&lt;br /&gt;</w:t>
        <w:br/>
        <w:t>&lt;аж туман-димно !&gt;&lt;br /&gt;</w:t>
        <w:br/>
        <w:t>&lt; Навій душі моїй спокій &gt; &lt; Пролий душі моїй нектар &gt;&lt;br /&gt;</w:t>
        <w:br/>
        <w:t>&lt; Пролий&gt;&lt;br /&gt;</w:t>
        <w:br/>
        <w:t>душі моїй силу&lt;br /&gt;</w:t>
        <w:br/>
        <w:t>&lt;і мир, і злагоду, й любов &gt; і муст, напругу і &lt;силу&gt;&lt;br /&gt;</w:t>
        <w:br/>
        <w:t>нектар.&lt;br /&gt;</w:t>
        <w:br/>
        <w:t>&lt;Я більш нічого не бажаю,&lt;br /&gt;</w:t>
        <w:br/>
        <w:t>о всеблаженна. &gt;&lt;br /&gt;</w:t>
        <w:br/>
        <w:t>Нехай я мудрістю твоєю &lt; затужавію &gt;&lt;br /&gt;</w:t>
        <w:br/>
        <w:t>&lt; економно-мудра &gt; &lt;трьохкутно-мудра&gt; &lt; Матеріє&lt;br /&gt;</w:t>
        <w:br/>
        <w:t>премудра &gt;&lt;br /&gt;</w:t>
        <w:br/>
        <w:t>руто моя, Матеріє.&lt;br /&gt;</w:t>
        <w:br/>
        <w:t>&lt;І всеблаженна &gt; &lt;і мудра &gt; &lt;і Матерія мудра &gt; зразу&lt;br /&gt;</w:t>
        <w:br/>
        <w:t>десь почує,&lt;br /&gt;</w:t>
        <w:br/>
        <w:t>і Сковороді&lt;br /&gt;</w:t>
        <w:br/>
        <w:t>такий &lt;мир&gt; муст у серце &lt; ввійде &gt; вступить ,&lt;br /&gt;</w:t>
        <w:br/>
        <w:t>&lt;що він од радості &gt; що він од квітоння і бігав, і плаче,&lt;br /&gt;</w:t>
        <w:br/>
        <w:t>і кожне дерево вітав,&lt;br /&gt;</w:t>
        <w:br/>
        <w:t>&lt; метелику й комашці дякув&lt;br /&gt;</w:t>
        <w:br/>
        <w:t>за все, за все!&gt;&lt;br /&gt;</w:t>
        <w:br/>
        <w:t>&lt; метелика й комашку дякув&lt;br /&gt;</w:t>
        <w:br/>
        <w:t>зацентуряно-дзонко і зонтурно&gt;&lt;br /&gt;</w:t>
        <w:br/>
        <w:t>метелику й комашці &lt; дякує &gt;&lt;br /&gt;</w:t>
        <w:br/>
        <w:t>[..... .]&lt;br /&gt;</w:t>
        <w:br/>
        <w:t>Неспокійні руки роботи попросять.&lt;br /&gt;</w:t>
        <w:br/>
        <w:t>Гембля свого під напиналом знайшовши,&lt;br /&gt;</w:t>
        <w:br/>
        <w:t>він ясенові дошки струже і гембелює.&lt;br /&gt;</w:t>
        <w:br/>
        <w:t>А дошки ж лисі, аж шуті —&lt;br /&gt;</w:t>
        <w:br/>
        <w:t>а по них узори шиті —&lt;br /&gt;</w:t>
        <w:br/>
        <w:t>узори все шши! —&lt;br /&gt;</w:t>
        <w:br/>
        <w:t>тісняться стружки &lt;з шурхотінням &gt; — шаруші! —&lt;br /&gt;</w:t>
        <w:br/>
        <w:t>&lt;за кільцем кільце шаруші! —&gt; &lt;тісняться круче-&lt;br /&gt;</w:t>
        <w:br/>
        <w:t>ні— шар'ші!—&gt; &lt;А кільця кручені —&lt;br /&gt;</w:t>
        <w:br/>
        <w:t>шар'ші! —&gt;&lt;br /&gt;</w:t>
        <w:br/>
        <w:t>тікають кручені — шар'-ші!&lt;br /&gt;</w:t>
        <w:br/>
        <w:t>Нахопиться тут Біснуватий,&lt;br /&gt;</w:t>
        <w:br/>
        <w:t>що так розумно завше дивиться.&lt;br /&gt;</w:t>
        <w:br/>
        <w:t>Він,&lt;br /&gt;</w:t>
        <w:br/>
        <w:t>оброслу голову на шиї повернувши,&lt;br /&gt;</w:t>
        <w:br/>
        <w:t>у стугні груди б'в рукою&lt;br /&gt;</w:t>
        <w:br/>
        <w:t>і страшно пророкує:&lt;br /&gt;</w:t>
        <w:br/>
        <w:t>Наш хід, як тигр,— нестримний гоп.&lt;br /&gt;</w:t>
        <w:br/>
        <w:t>Землі то тон демократі!&lt;br /&gt;</w:t>
        <w:br/>
        <w:t>А ви? що ви? кого ви лю?&lt;br /&gt;</w:t>
        <w:br/>
        <w:t>і землю длю, і люд давлю —&lt;br /&gt;</w:t>
        <w:br/>
        <w:t>прокля'! цара'! тира'!&lt;br /&gt;</w:t>
        <w:br/>
        <w:t>І раптом засміється:&lt;br /&gt;</w:t>
        <w:br/>
        <w:t>а Катерина ще не здохла?&lt;br /&gt;</w:t>
        <w:br/>
        <w:t>— Ну йді ж, іді! — солдат па нього крикне&lt;br /&gt;</w:t>
        <w:br/>
        <w:t>й дзвінке цебро опустить у криницю...</w:t>
      </w:r>
    </w:p>
    <w:p>
      <w:r>
        <w:br/>
        <w:t>&lt;— Та йду ж, іду,&lt;br /&gt;</w:t>
        <w:br/>
        <w:t>а тільки й ти —&lt;br /&gt;</w:t>
        <w:br/>
        <w:t>чому стоїш,&lt;br /&gt;</w:t>
        <w:br/>
        <w:t>як той святий? &gt;&lt;br /&gt;</w:t>
        <w:br/>
        <w:t>Та йду! лечу!&lt;br /&gt;</w:t>
        <w:br/>
        <w:t>А все ж царі —&lt;br /&gt;</w:t>
        <w:br/>
        <w:t>сказать?..&lt;br /&gt;</w:t>
        <w:br/>
        <w:t>— Я б перший їх&lt;br /&gt;</w:t>
        <w:br/>
        <w:t>зарі &lt;!&gt; —&lt;br /&gt;</w:t>
        <w:br/>
        <w:t>&lt;Я перший &gt;&lt;br /&gt;</w:t>
        <w:br/>
        <w:t>за-а —&lt;br /&gt;</w:t>
        <w:br/>
        <w:t>Ух!&lt;br /&gt;</w:t>
        <w:br/>
        <w:t>ну-ну, мовчу,&lt;br /&gt;</w:t>
        <w:br/>
        <w:t>&lt; мовчу, &gt; іду.&lt;br /&gt;</w:t>
        <w:br/>
        <w:t>І голову оброслу&lt;br /&gt;</w:t>
        <w:br/>
        <w:t>&lt; ізнов &gt; &lt;мов жорна &gt; &lt;він&gt; &lt; поверне &gt;&lt;br /&gt;</w:t>
        <w:br/>
        <w:t>на шиї, мов жорна, поверне,&lt;br /&gt;</w:t>
        <w:br/>
        <w:t>він довго дивиться назад,&lt;br /&gt;</w:t>
        <w:br/>
        <w:t>а сам іде&lt;br /&gt;</w:t>
        <w:br/>
        <w:t>і спотикається&lt;br /&gt;</w:t>
        <w:br/>
        <w:t>об &lt; вітер &gt; &lt; загороду &gt; камінь.&lt;br /&gt;</w:t>
        <w:br/>
        <w:t>Бо онде він побачив:&lt;br /&gt;</w:t>
        <w:br/>
        <w:t>&lt;із&gt; як із-за тополі назирці за ними офіцер.&lt;br /&gt;</w:t>
        <w:br/>
        <w:t>І де цього він офіцера бачив?&lt;br /&gt;</w:t>
        <w:br/>
        <w:t>Тим часом дзвін із-за тополь&lt;br /&gt;</w:t>
        <w:br/>
        <w:t>покличе пустинь на обідню.&lt;br /&gt;</w:t>
        <w:br/>
        <w:t>І бога грізного устав&lt;br /&gt;</w:t>
        <w:br/>
        <w:t>ідуть вичитувать ченці похмурі —&lt;br /&gt;</w:t>
        <w:br/>
        <w:t>один по бдному,&lt;br /&gt;</w:t>
        <w:br/>
        <w:t>попід оградою,&lt;br /&gt;</w:t>
        <w:br/>
        <w:t>мовчки...&lt;br /&gt;</w:t>
        <w:br/>
        <w:t>І спиниться Сковорода&lt;br /&gt;</w:t>
        <w:br/>
        <w:t>(не може не спинитись!),&lt;br /&gt;</w:t>
        <w:br/>
        <w:t>він бачить як вони уже аж перед самим &lt; храмом&gt;&lt;br /&gt;</w:t>
        <w:br/>
        <w:t>оглядуються й поміж себе &lt; жорстоко осуждають&gt;&lt;br /&gt;</w:t>
        <w:br/>
        <w:t>&lt;яхидно цирклюють&gt; &lt;яхидно шиплять &gt;&lt;br /&gt;</w:t>
        <w:br/>
        <w:t>що гість отця Іустина,&lt;br /&gt;</w:t>
        <w:br/>
        <w:t>як і Біснуватий той,&lt;br /&gt;</w:t>
        <w:br/>
        <w:t>до храму невхожий.&lt;br /&gt;</w:t>
        <w:br/>
        <w:t>І &lt; тісно &gt; смішно стане на душі.&lt;br /&gt;</w:t>
        <w:br/>
        <w:t>Замість гармоііії &lt; підуть зітхання&gt; іронія &lt;схопиться&gt;&lt;br /&gt;</w:t>
        <w:br/>
        <w:t>уколе&lt;br /&gt;</w:t>
        <w:br/>
        <w:t>і думи &lt; тяжкі &gt; сильні поженуть&lt;br /&gt;</w:t>
        <w:br/>
        <w:t>у поле, на край світа...&lt;br /&gt;</w:t>
        <w:br/>
        <w:t>Іронія! &lt;з самого себе!&gt; не тільки з них —&lt;br /&gt;</w:t>
        <w:br/>
        <w:t>з самого себе!&lt;br /&gt;</w:t>
        <w:br/>
        <w:t>&lt;Еж він допіру тут просив: Природо,&lt;br /&gt;</w:t>
        <w:br/>
        <w:t>пролий душі моїй муст, і нектар, і любов.&lt;br /&gt;</w:t>
        <w:br/>
        <w:t>Так, немов п[рирода — нянька!] &gt;&lt;br /&gt;</w:t>
        <w:br/>
        <w:t>&lt;Бо отже &lt;сам&gt; він нед[авно] &lt;тут&gt; &lt; допіру тут&gt;&lt;br /&gt;</w:t>
        <w:br/>
        <w:t>&lt; просив приро[ду]&gt;&lt;br /&gt;</w:t>
        <w:br/>
        <w:t>— Природо! — це ж він допіру тут благав:&lt;br /&gt;</w:t>
        <w:br/>
        <w:t>пролий душі моїй &lt;муст і нектар&gt; силу! —&lt;br /&gt;</w:t>
        <w:br/>
        <w:t>&lt; немовби природа —це нянька паша&gt;&lt;br /&gt;</w:t>
        <w:br/>
        <w:t>&lt;так наче природа —це слуга наша&gt;&lt;br /&gt;</w:t>
        <w:br/>
        <w:t>так наче ми самі &lt; безсилі, як ті черви &gt; &lt;булп як тії &gt;&lt;br /&gt;</w:t>
        <w:br/>
        <w:t>мов черви.&lt;br /&gt;</w:t>
        <w:br/>
        <w:t>А хіба ж&lt;br /&gt;</w:t>
        <w:br/>
        <w:t>[. . •]&lt;br /&gt;</w:t>
        <w:br/>
        <w:t>Природо! — це ж він допіру тут співав:&lt;br /&gt;</w:t>
        <w:br/>
        <w:t>прийми мою подяку &lt;эа все! 8а все!&gt;&lt;br /&gt;</w:t>
        <w:br/>
        <w:t>Так, неначе б природа &lt;була&gt; тая &lt;була&gt; — бог,&lt;br /&gt;</w:t>
        <w:br/>
        <w:t>&lt;або&gt; всеєдність.</w:t>
      </w:r>
    </w:p>
    <w:p>
      <w:r>
        <w:br/>
        <w:t>(ЦДАМЛМ, ф. 464, оп. 1, Яв 1194, арк. 12—15)</w:t>
      </w:r>
    </w:p>
    <w:p>
      <w:r>
        <w:br/>
        <w:t>[VI. СКОВОРОДА І БІСНУВАТИЙ]</w:t>
      </w:r>
    </w:p>
    <w:p>
      <w:r>
        <w:br/>
        <w:t>&lt;І в світовую просторінь проміння гонить&lt;br /&gt;</w:t>
        <w:br/>
        <w:t>і знову обертав гостряками внутрь,&lt;br /&gt;</w:t>
        <w:br/>
        <w:t>а звідти &gt;&lt;br /&gt;</w:t>
        <w:br/>
        <w:t>&lt; Світовую прбсторінь клинками коле&gt; &lt;пише, дзвонить,&lt;br /&gt;</w:t>
        <w:br/>
        <w:t>креше,&lt;br /&gt;</w:t>
        <w:br/>
        <w:t>і знову, обернувши гостряками внутрь,&lt;br /&gt;</w:t>
        <w:br/>
        <w:t>і знову,&lt;br /&gt;</w:t>
        <w:br/>
        <w:t>клинками го [нить] &gt;&lt;br /&gt;</w:t>
        <w:br/>
        <w:t>Світовую прбсторінь, шугнувши сяйвом,&lt;br /&gt;</w:t>
        <w:br/>
        <w:t>клинками пише, дзвонить, креше, коле,&lt;br /&gt;</w:t>
        <w:br/>
        <w:t>а кругом до цілі звідти&lt;br /&gt;</w:t>
        <w:br/>
        <w:t>гостряками обернувшись —&lt;br /&gt;</w:t>
        <w:br/>
        <w:t>безвісті клинки</w:t>
      </w:r>
    </w:p>
    <w:p>
      <w:r>
        <w:br/>
        <w:t>І в світовую просторінь шумним шугає,&lt;br /&gt;</w:t>
        <w:br/>
        <w:t>&lt;а з світової простороні — в сонце&gt;&lt;br /&gt;</w:t>
        <w:br/>
        <w:t>а звідти десь впиваються у сонце,&lt;br /&gt;</w:t>
        <w:br/>
        <w:t>&lt;кругом у саме сонце—&gt;&lt;br /&gt;</w:t>
        <w:br/>
        <w:t>&lt;у сонце, в сонце &gt; гостряками в сонце —&lt;br /&gt;</w:t>
        <w:br/>
        <w:t>немов із безвісті клинки.</w:t>
      </w:r>
    </w:p>
    <w:p>
      <w:r>
        <w:br/>
        <w:t>* * *&lt;br /&gt;</w:t>
        <w:br/>
        <w:t>І &lt;в світовую просторінь&gt; &lt;, мов тая теорема,&lt;br /&gt;</w:t>
        <w:br/>
        <w:t>виходить сліпучий Шум&gt;&lt;br /&gt;</w:t>
        <w:br/>
        <w:t>&lt;І в світовую просторінь світає&gt; &lt;розкидає&gt; &lt;креше&gt;&lt;br /&gt;</w:t>
        <w:br/>
        <w:t>І світовую просторінь сліпучий коле&lt;br /&gt;</w:t>
        <w:br/>
        <w:t>Шум,&lt;br /&gt;</w:t>
        <w:br/>
        <w:t>&lt; сліпучий &gt; шум &lt; вертається у серце, &gt;&lt;br /&gt;</w:t>
        <w:br/>
        <w:t>сліпучий шум той вклиняється у серце,&lt;br /&gt;</w:t>
        <w:br/>
        <w:t>гостряками в саме сонце —&lt;br /&gt;</w:t>
        <w:br/>
        <w:t>немов із безвісті клинки...</w:t>
      </w:r>
    </w:p>
    <w:p>
      <w:r>
        <w:br/>
        <w:t>І &lt;в&gt; світовую просторінь &lt;сліпуче креше&gt; сліпучим&lt;br /&gt;</w:t>
        <w:br/>
        <w:t>коле&lt;br /&gt;</w:t>
        <w:br/>
        <w:t>&lt;шум&gt; &lt; сліпуче &gt; сліпучого перевертаються кінці,&lt;br /&gt;</w:t>
        <w:br/>
        <w:t>&lt; врізаються у серце &gt; і прямо в саме серце&lt;br /&gt;</w:t>
        <w:br/>
        <w:t>&lt;гостряками &lt;впиваються&gt; врізаються у &lt;саме&gt;&lt;br /&gt;</w:t>
        <w:br/>
        <w:t>сонце —&lt;br /&gt;</w:t>
        <w:br/>
        <w:t>немов із безвісті клинки... &gt;&lt;br /&gt;</w:t>
        <w:br/>
        <w:t>гостряками &lt;раз за ра[зом]&gt; &lt;граються&gt;&lt;br /&gt;</w:t>
        <w:br/>
        <w:t>&lt; вгризаються &gt;&lt;br /&gt;</w:t>
        <w:br/>
        <w:t>&lt;в саме&gt; грузне сонце,&lt;br /&gt;</w:t>
        <w:br/>
        <w:t>1 Пізніше цей уривок було перекреслено.— Ред.&lt;br /&gt;</w:t>
        <w:br/>
        <w:t>немов із безвісті клипок&lt;br /&gt;</w:t>
        <w:br/>
        <w:t>І в світовую просторінь шумним шугає,&lt;br /&gt;</w:t>
        <w:br/>
        <w:t>&lt;та звідти десь впиваються у сонце, &gt;&lt;br /&gt;</w:t>
        <w:br/>
        <w:t>а звідти &lt;немов назад &gt; у серце &lt;мов&gt; шум&lt;br /&gt;</w:t>
        <w:br/>
        <w:t>&lt;—назад&gt; вертається&lt;br /&gt;</w:t>
        <w:br/>
        <w:t>гостряками у саме сонце —&lt;br /&gt;</w:t>
        <w:br/>
        <w:t>немов із безвісті клинки...&lt;br /&gt;</w:t>
        <w:br/>
        <w:t>Сковорода&lt;br /&gt;</w:t>
        <w:br/>
        <w:t>на землю упаде,&lt;br /&gt;</w:t>
        <w:br/>
        <w:t>цілує квіти, трави гладить,&lt;br /&gt;</w:t>
        <w:br/>
        <w:t>росою очі, немов незрячі, протирає —&lt;br /&gt;</w:t>
        <w:br/>
        <w:t>природо, як ти всього мене кругом торкаєш,—&lt;br /&gt;</w:t>
        <w:br/>
        <w:t>&lt; немов &gt; із безвісті клинки К</w:t>
      </w:r>
    </w:p>
    <w:p>
      <w:r>
        <w:br/>
        <w:t>(ЦДАМЛМ, ф. 464, оп. 1, № 1194, арк. 16—18)</w:t>
      </w:r>
    </w:p>
    <w:p>
      <w:r>
        <w:br/>
        <w:t>[VII. СКОВОРОДА І БІСНУВАТИЙ]</w:t>
      </w:r>
    </w:p>
    <w:p>
      <w:r>
        <w:br/>
        <w:t>лахміттям,&lt;br /&gt;</w:t>
        <w:br/>
        <w:t>як тогою,&lt;br /&gt;</w:t>
        <w:br/>
        <w:t>покритий,&lt;br /&gt;</w:t>
        <w:br/>
        <w:t>у жовтих, як іволга &lt;офіцерських&gt; &lt;воєпнпх&gt;, у військових&lt;br /&gt;</w:t>
        <w:br/>
        <w:t>штанях,&lt;br /&gt;</w:t>
        <w:br/>
        <w:t>Він,&lt;br /&gt;</w:t>
        <w:br/>
        <w:t>оброслу голову на шиї повернувши&lt;br /&gt;</w:t>
        <w:br/>
        <w:t>і бачачи, що десь солдата ще не видно,&lt;br /&gt;</w:t>
        <w:br/>
        <w:t>у стугні груди б'є рукою&lt;br /&gt;</w:t>
        <w:br/>
        <w:t>і страшно пророкує:&lt;br /&gt;</w:t>
        <w:br/>
        <w:t>Наш хід, як тигр&lt;br /&gt;</w:t>
        <w:br/>
        <w:t>[• . .]&lt;br /&gt;</w:t>
        <w:br/>
        <w:t>Сковорода &lt; (одсунувши гембля) &gt;&lt;br /&gt;</w:t>
        <w:br/>
        <w:t>&lt; (обираючи &gt; долонею шорсткі стружки з гембля&lt;br /&gt;</w:t>
        <w:br/>
        <w:t>1 Пізніше автор цей уривок перекреслив.— Ред.&lt;br /&gt;</w:t>
        <w:br/>
        <w:t>&lt;обітер[ши:] &gt;&lt;br /&gt;</w:t>
        <w:br/>
        <w:t>Са іра! &lt;Са іра&gt; Тобто: все вперед! &lt;та все вперед!&gt; все&lt;br /&gt;</w:t>
        <w:br/>
        <w:t>вперед! А звідки ти умієш по-фрапцузьки?&lt;br /&gt;</w:t>
        <w:br/>
        <w:t>&lt;Біспуватпй: Ха! А що — хіба тобі це дивно?&gt;&lt;br /&gt;</w:t>
        <w:br/>
        <w:t>[Біснуватий] розпахнувши вперше своє &lt;старе&gt; манаття,&lt;br /&gt;</w:t>
        <w:br/>
        <w:t>&lt; причому &gt; під яким жовті, як іволга, старі штани за [латані]&lt;br /&gt;</w:t>
        <w:br/>
        <w:t>військовії &gt;&lt;br /&gt;</w:t>
        <w:br/>
        <w:t>Біснуватий: По-франц[узьки]? Я знаю і по-грецькн. Ось. Будь&lt;br /&gt;</w:t>
        <w:br/>
        <w:t>ласка. Пан — це означає по-грецьки все, атеос — бог. Значить&lt;br /&gt;</w:t>
        <w:br/>
        <w:t>&lt;бог це&gt; усе, або ж усе —цс... це бог. Скучно тобі, я бачу,&lt;br /&gt;</w:t>
        <w:br/>
        <w:t>з твоїм на український лад переробленим пантеїзмом. Ти вже б&lt;br /&gt;</w:t>
        <w:br/>
        <w:t>краще співав: прокля цара тира&lt;br /&gt;</w:t>
        <w:br/>
        <w:t>&lt;То[ркнеться] &gt; по [тягнеться] Біснуватий &lt;раптом&gt; мовчки&lt;br /&gt;</w:t>
        <w:br/>
        <w:t>руками до гембля:&lt;br /&gt;</w:t>
        <w:br/>
        <w:t>шуті, шиті, шум&lt;br /&gt;</w:t>
        <w:br/>
        <w:t>шуті, шиті, шум&lt;br /&gt;</w:t>
        <w:br/>
        <w:t>І раптом запитає:&lt;br /&gt;</w:t>
        <w:br/>
        <w:t>А Катери [на ще не здохла?]&lt;br /&gt;</w:t>
        <w:br/>
        <w:t>Ну йди ж, іди! — солдат на нього іще раз крикне.&lt;br /&gt;</w:t>
        <w:br/>
        <w:t>Кінчилася ж проходка — чуєш? —&lt;br /&gt;</w:t>
        <w:br/>
        <w:t>і сам попереду — з цеберком повним поспішає.</w:t>
      </w:r>
    </w:p>
    <w:p>
      <w:r>
        <w:br/>
        <w:t>(ЦДАМЛМ, ф. 464, оп. 1, № 1194, арк. 19)</w:t>
      </w:r>
    </w:p>
    <w:p>
      <w:r>
        <w:br/>
        <w:t>[VIII. СКОВОРОДА І БІСНУВАТИЙ]</w:t>
      </w:r>
    </w:p>
    <w:p>
      <w:r>
        <w:br/>
        <w:t>&lt;Миз1;ипі&gt; &lt;Мустум&gt; Мивиїт — говорить він &lt;до се-&lt;br /&gt;</w:t>
        <w:br/>
        <w:t>бе &gt;,—назву &lt;я свій&gt; свій трактат &lt; пісню &gt; про&lt;br /&gt;</w:t>
        <w:br/>
        <w:t>&lt; творчу природу &gt; натуру людини &lt; [пісню писану]&lt;br /&gt;</w:t>
        <w:br/>
        <w:t>по-латинськи&gt;,&lt;br /&gt;</w:t>
        <w:br/>
        <w:t>&lt;що по-латинськи означає —&lt;br /&gt;</w:t>
        <w:br/>
        <w:t>пісню про творчу непаситність людини,&lt;br /&gt;</w:t>
        <w:br/>
        <w:t>яка природу &lt;всю&gt; хоче випить, &lt;усю&gt;&lt;br /&gt;</w:t>
        <w:br/>
        <w:t>і п'є, і п'є, і п'є,&lt;br /&gt;</w:t>
        <w:br/>
        <w:t>а з нею&gt;&lt;br /&gt;</w:t>
        <w:br/>
        <w:t>Мустум означає —&lt;br /&gt;</w:t>
        <w:br/>
        <w:t>молоде вино.&lt;br /&gt;</w:t>
        <w:br/>
        <w:t>Прпрода ж,&lt;br /&gt;</w:t>
        <w:br/>
        <w:t>світ увесь —&lt;br /&gt;</w:t>
        <w:br/>
        <w:t>мов видавлений сік із винограду,&lt;br /&gt;</w:t>
        <w:br/>
        <w:t>і ми його п'ємо,&lt;br /&gt;</w:t>
        <w:br/>
        <w:t>п'ємо...&lt;br /&gt;</w:t>
        <w:br/>
        <w:t>А разом з ним&lt;br /&gt;</w:t>
        <w:br/>
        <w:t>впускаємо в себе &lt;і ми&gt; &lt;й&gt; бога,&lt;br /&gt;</w:t>
        <w:br/>
        <w:t>що геть розлився у природі &lt;весь&gt; скрізь:&lt;br /&gt;</w:t>
        <w:br/>
        <w:t>&lt;по всіх &lt; кінцях &gt; усюдах і кіпцях &gt;&lt;br /&gt;</w:t>
        <w:br/>
        <w:t>&lt;Бога?&gt; Бога?&lt;br /&gt;</w:t>
        <w:br/>
        <w:t>&lt;і Сковорода, перо&gt; &lt; вмочивши у чорнило,&lt;br /&gt;</w:t>
        <w:br/>
        <w:t>зупиняється, відкидається па спинку крісла,&lt;br /&gt;</w:t>
        <w:br/>
        <w:t>кудись туди поперед себе дивиться &gt;&lt;br /&gt;</w:t>
        <w:br/>
        <w:t>і Сковорода, перо &lt;поклавши&gt; відклавши, встане,&lt;br /&gt;</w:t>
        <w:br/>
        <w:t>&lt;і починає сперечатись:&lt;br /&gt;</w:t>
        <w:br/>
        <w:t>Так як же&gt;&lt;br /&gt;</w:t>
        <w:br/>
        <w:t>і почне ходити по келії, ходити збурено, сам з собою&lt;br /&gt;</w:t>
        <w:br/>
        <w:t>сперечатись:&lt;br /&gt;</w:t>
        <w:br/>
        <w:t>Якщо ми визнаємо бога,&lt;br /&gt;</w:t>
        <w:br/>
        <w:t>&lt;то цим самим&gt; тим самим визнаєм, що світ &lt;був&lt;br /&gt;</w:t>
        <w:br/>
        <w:t>створений колись &gt; конечний,&lt;br /&gt;</w:t>
        <w:br/>
        <w:t>тобто: що він був створений колись.&lt;br /&gt;</w:t>
        <w:br/>
        <w:t>А тим часом це ж не так,&lt;br /&gt;</w:t>
        <w:br/>
        <w:t>зовсім &lt;не так&gt; &lt; правду &gt; &lt; неподібне &gt;, філософе&lt;br /&gt;</w:t>
        <w:br/>
        <w:t>мій любий,&lt;br /&gt;</w:t>
        <w:br/>
        <w:t>це не так!&lt;br /&gt;</w:t>
        <w:br/>
        <w:t>&lt;Отже, тепер далі:&gt;&lt;br /&gt;</w:t>
        <w:br/>
        <w:t>Якщо ми визнаємо бога,&lt;br /&gt;</w:t>
        <w:br/>
        <w:t>&lt;то, отже, й Дух повинні будем &lt; мусим &gt;&lt;br /&gt;</w:t>
        <w:br/>
        <w:t>так само &lt;то мусимо поставить &gt; ставить ми зверху,&lt;br /&gt;</w:t>
        <w:br/>
        <w:t>то, отже, й Дух у нас буде&gt;&lt;br /&gt;</w:t>
        <w:br/>
        <w:t>то буде, значить, Дух поставлений в нас &lt;буде&gt; зверху,&lt;br /&gt;</w:t>
        <w:br/>
        <w:t>а не Матерія.&lt;br /&gt;</w:t>
        <w:br/>
        <w:t>(ЦДАМЛМ, ф. 464, оп. 1, № 1194, арк. 3)</w:t>
      </w:r>
    </w:p>
    <w:p>
      <w:r>
        <w:br/>
        <w:t>&lt;А &lt;це&gt; тим часом це не так&gt;&lt;br /&gt;</w:t>
        <w:br/>
        <w:t>&lt; Зовсім це не так,&lt;br /&gt;</w:t>
        <w:br/>
        <w:t>філософе мій любий, це не так!&gt;&lt;br /&gt;</w:t>
        <w:br/>
        <w:t>&lt;А ми ж знаєм, що&gt;&lt;br /&gt;</w:t>
        <w:br/>
        <w:t>&lt;А тим часом &gt;&lt;br /&gt;</w:t>
        <w:br/>
        <w:t>&lt;А цього ж і в думці навіть припускать не можна! &gt;&lt;br /&gt;</w:t>
        <w:br/>
        <w:t>&lt; Матерія ж бо&gt; Але ж Матерія якраз і є та сила, без якої&lt;br /&gt;</w:t>
        <w:br/>
        <w:t>і самий Дух не може існувати.&lt;br /&gt;</w:t>
        <w:br/>
        <w:t>Адже ж па повітря опир [аються] птиці. Він — твердіш від&lt;br /&gt;</w:t>
        <w:br/>
        <w:t>заліза.&lt;br /&gt;</w:t>
        <w:br/>
        <w:t>Матерію не можна ні порушити, ні розорити.&lt;br /&gt;</w:t>
        <w:br/>
        <w:t>Матерія — вічна.&lt;br /&gt;</w:t>
        <w:br/>
        <w:t>&lt;Цу, справді&gt; Справді.&lt;br /&gt;</w:t>
        <w:br/>
        <w:t>&lt;Хіба ж можна уявитп &lt; сказати &gt; &lt; говорити &gt;, що&lt;br /&gt;</w:t>
        <w:br/>
        <w:t>від свідомості&lt;br /&gt;</w:t>
        <w:br/>
        <w:t>Матерія? а не навпаки?&lt;br /&gt;</w:t>
        <w:br/>
        <w:t>&lt; Відчування, розум, свідомість —&lt;br /&gt;</w:t>
        <w:br/>
        <w:t>хіба ж вони можуть &lt; можуть вони&gt; бути творцями&lt;br /&gt;</w:t>
        <w:br/>
        <w:t>&lt;природи&gt;&lt;br /&gt;</w:t>
        <w:br/>
        <w:t>натури?&gt;&lt;br /&gt;</w:t>
        <w:br/>
        <w:t>Відчування, свідомість, розум —&lt;br /&gt;</w:t>
        <w:br/>
        <w:t>звідки ж &lt;самі&gt; вони можуть узятись, якщо не буде тіла?&lt;br /&gt;</w:t>
        <w:br/>
        <w:t>Про це &lt;ж це&gt; ще ж добре Декарт сказав.&lt;br /&gt;</w:t>
        <w:br/>
        <w:t>&lt;Хіба ж може &lt;своє&gt; власне "я" та охопити &lt;геть&gt;&lt;br /&gt;</w:t>
        <w:br/>
        <w:t>все:&lt;br /&gt;</w:t>
        <w:br/>
        <w:t>початок, зміст, порядок, первопричину?&gt;&lt;br /&gt;</w:t>
        <w:br/>
        <w:t>Та й таке здавалось би духовпе, як повітря, &lt;але ж&gt;&lt;br /&gt;</w:t>
        <w:br/>
        <w:t>а дивись — &lt;усе&gt;&lt;br /&gt;</w:t>
        <w:br/>
        <w:t>птиці, літаючи, опираються на нього.&lt;br /&gt;</w:t>
        <w:br/>
        <w:t>Отож повітря, виходить, твердіше від заліза.&lt;br /&gt;</w:t>
        <w:br/>
        <w:t>&lt;А як у[мре]&gt; Ну а коли &lt;вмре&gt; з людиною &lt; вмирає&lt;br /&gt;</w:t>
        <w:br/>
        <w:t>його оте "я"&gt; тс "я" помре —&lt;br /&gt;</w:t>
        <w:br/>
        <w:t>то значить і самого світу вже немає?&lt;br /&gt;</w:t>
        <w:br/>
        <w:t>О ні, ти неправий, Іммануїл Кант,&lt;br /&gt;</w:t>
        <w:br/>
        <w:t>1 я з тобою тут &lt; зовсім&gt; не згоден [:&lt;br /&gt;</w:t>
        <w:br/>
        <w:t>Матерія — вічна.]&lt;br /&gt;</w:t>
        <w:br/>
        <w:t>Сковорода &lt; вмочить &gt; &lt;умочивши &gt; ізнову сяде у крісло,&lt;br /&gt;</w:t>
        <w:br/>
        <w:t>умочить ізнов перо в чорнило й почне писати.&lt;br /&gt;</w:t>
        <w:br/>
        <w:t>&lt;Але&gt; Та тут вранішній вітер &lt; роздувши &gt; &lt;піді [йняв-&lt;br /&gt;</w:t>
        <w:br/>
        <w:t>ши] &gt;, піднявши занавіску ,&lt;br /&gt;</w:t>
        <w:br/>
        <w:t>у вікно відчинене влетить,&lt;br /&gt;</w:t>
        <w:br/>
        <w:t>&lt;і помішає пописане &gt; додолу&lt;br /&gt;</w:t>
        <w:br/>
        <w:t>здмухне листки з стола &lt;написані ще вчора&gt;&lt;br /&gt;</w:t>
        <w:br/>
        <w:t>і &lt; поносивши &gt; позаносить по кутках&lt;br /&gt;</w:t>
        <w:br/>
        <w:t>&lt;й поперекидає їх,&gt;, змішає між собою&lt;br /&gt;</w:t>
        <w:br/>
        <w:t>(ЦДАМЛМ, ф. 464, № 1194, арк. 4)&lt;br /&gt;</w:t>
        <w:br/>
        <w:t>Бога? — &lt; не [сподівано] &gt; в розчинено вікно &lt; перепитає &gt;&lt;br /&gt;</w:t>
        <w:br/>
        <w:t>спитає вітер.&lt;br /&gt;</w:t>
        <w:br/>
        <w:t>Бога? — &lt;з&gt; в саду &lt;здивовано&gt; пасмішливо оріхи&lt;br /&gt;</w:t>
        <w:br/>
        <w:t>зашумлять.&lt;br /&gt;</w:t>
        <w:br/>
        <w:t>&lt; Бога? — затрусить, стримуючи сміх, занавіска &gt; &lt;сміхом&lt;br /&gt;</w:t>
        <w:br/>
        <w:t>надметься віконна занавіска &gt; &lt; надметься щоками&lt;br /&gt;</w:t>
        <w:br/>
        <w:t>вікоппа занавіска &gt; &lt;від сміху затріпоче зана-&lt;br /&gt;</w:t>
        <w:br/>
        <w:t>віска &gt;&lt;br /&gt;</w:t>
        <w:br/>
        <w:t>Бога[?] падм[е] &lt;надм[е] щоки&gt;&lt;br /&gt;</w:t>
        <w:br/>
        <w:t>&lt;що&gt; &lt;і рантом &gt;&lt;br /&gt;</w:t>
        <w:br/>
        <w:t>Бога? — &lt; стримуючи сміх, надметься&gt; віконна занавіска.&lt;br /&gt;</w:t>
        <w:br/>
        <w:t>Бога? — &lt;і білим сміхом &lt; дметься &gt; &lt; надметься &gt;&lt;br /&gt;</w:t>
        <w:br/>
        <w:t>&lt; рвонеться &gt;&lt;br /&gt;</w:t>
        <w:br/>
        <w:t>&lt; надметься &gt; віконна занавіска,&lt;br /&gt;</w:t>
        <w:br/>
        <w:t>&lt;що раптом пирсне в саме око Сковороди &gt;&lt;br /&gt;</w:t>
        <w:br/>
        <w:t>&lt;і раптом пирспе білим сміхом тут&gt;&lt;br /&gt;</w:t>
        <w:br/>
        <w:t>і раптом&lt;br /&gt;</w:t>
        <w:br/>
        <w:t>таким вона тут пирсне білим сміхом&lt;br /&gt;</w:t>
        <w:br/>
        <w:t>&lt;і щось дрібно язичком своїм тут залопоче &gt;&lt;br /&gt;</w:t>
        <w:br/>
        <w:t>&lt;і задрібоче, не в силі ст[риматпсь] &gt;&lt;br /&gt;</w:t>
        <w:br/>
        <w:t>що ай* Сковорода одхилиться здивовано!&lt;br /&gt;</w:t>
        <w:br/>
        <w:t>&lt;Він,&lt;br /&gt;</w:t>
        <w:br/>
        <w:t>перо відклавши, встане,&lt;br /&gt;</w:t>
        <w:br/>
        <w:t>оцей ще мені вітер &gt;&lt;br /&gt;</w:t>
        <w:br/>
        <w:t>А з стола, як божевільні,&lt;br /&gt;</w:t>
        <w:br/>
        <w:t>&lt; написанії &gt; аркушики паперу &lt;розлет[яться] &gt;&lt;br /&gt;</w:t>
        <w:br/>
        <w:t>полетять&lt;br /&gt;</w:t>
        <w:br/>
        <w:t>&lt;на дзиґлик, на&gt; &lt;униз на д[зиглик]&gt; на лаву, що&lt;br /&gt;</w:t>
        <w:br/>
        <w:t>править за ліжко,&lt;br /&gt;</w:t>
        <w:br/>
        <w:t>&lt;на лаву ту дубову, що правила за ліжко &gt;&lt;br /&gt;</w:t>
        <w:br/>
        <w:t>на шаховку, на лаву, що править в келії за ліжко, па глек&lt;br /&gt;</w:t>
        <w:br/>
        <w:t>з водою...&lt;br /&gt;</w:t>
        <w:br/>
        <w:t>Внизу аркуша позначені зірочкою ще два варіанти уривка:&lt;br /&gt;</w:t>
        <w:br/>
        <w:t>"Бога? — пустуючи&lt;br /&gt;</w:t>
        <w:br/>
        <w:t>&lt;від сміху стримуючись&gt; лукаво &lt;надметься&gt; &lt;віконна &gt;&lt;br /&gt;</w:t>
        <w:br/>
        <w:t>занавіска на вікні надметься".&lt;br /&gt;</w:t>
        <w:br/>
        <w:t>"Сковорода поверне замислену свою голову до вікна&lt;br /&gt;</w:t>
        <w:br/>
        <w:t>І кинеться Сковорода їх підбирати:&lt;br /&gt;</w:t>
        <w:br/>
        <w:t>оцей ще мепі вітер! &lt;—аж сердито&gt;&lt;br /&gt;</w:t>
        <w:br/>
        <w:t>&lt;і точно дивись: &gt; тінь норожня,&lt;br /&gt;</w:t>
        <w:br/>
        <w:t>Пустун, &lt; і точно &gt; сказати б — тінь порожня,&lt;br /&gt;</w:t>
        <w:br/>
        <w:t>а отакеє виробляє.&lt;br /&gt;</w:t>
        <w:br/>
        <w:t>&lt; Підніме знову &gt; Надме &lt;тут&gt; знову вітер занавіску,&lt;br /&gt;</w:t>
        <w:br/>
        <w:t>опреться &lt; голуб [йми] &gt; ліктями &lt;на&gt; об лутку&lt;br /&gt;</w:t>
        <w:br/>
        <w:t>і &lt;до&gt;, пильно подивившися на Сковороду,&lt;br /&gt;</w:t>
        <w:br/>
        <w:t>поволі головою похитає:&lt;br /&gt;</w:t>
        <w:br/>
        <w:t>— Ех ти! А ще філос[оф!] 1&lt;br /&gt;</w:t>
        <w:br/>
        <w:t>(ЦДАМЛМ, ф. 464, оп. 1, № 1194, арк. 2)</w:t>
      </w:r>
    </w:p>
    <w:p>
      <w:r>
        <w:br/>
        <w:t>[. . . . .]&lt;br /&gt;</w:t>
        <w:br/>
        <w:t>&lt;підхопиться&gt; і кинеться скоріше підбирати їх і покладе:&lt;br /&gt;</w:t>
        <w:br/>
        <w:t>оце вже мені не подобається, вітер.&lt;br /&gt;</w:t>
        <w:br/>
        <w:t>Ах, як не подобає[ться!]&lt;br /&gt;</w:t>
        <w:br/>
        <w:t>&lt;Ах&gt; &lt;та&gt; ти ж... Сама, &lt;я[к]&gt; сказати б, тінь&lt;br /&gt;</w:t>
        <w:br/>
        <w:t>порожня,&lt;br /&gt;</w:t>
        <w:br/>
        <w:t>а отакеє &lt;з людьми &gt; зі мною виробляєш.&lt;br /&gt;</w:t>
        <w:br/>
        <w:t>&lt;—Як то "тінь порожня"!&gt;&lt;br /&gt;</w:t>
        <w:br/>
        <w:t>І засміється вітер тут на ці слова&lt;br /&gt;</w:t>
        <w:br/>
        <w:t>і пустить занавіску &lt;в трепотливий танець &gt;&lt;br /&gt;</w:t>
        <w:br/>
        <w:t>&lt; тріпотіти &gt;,&lt;br /&gt;</w:t>
        <w:br/>
        <w:t>наче прапор, метляти.&lt;br /&gt;</w:t>
        <w:br/>
        <w:t>Ех ти ж, Сковородо!&lt;br /&gt;</w:t>
        <w:br/>
        <w:t>А ще філософ звешся.&lt;br /&gt;</w:t>
        <w:br/>
        <w:t>&lt;Раз ти&gt; &lt;Та ти ж зрозумій&gt; &lt;Та зрозумій же ти&gt;&lt;br /&gt;</w:t>
        <w:br/>
        <w:t>Пуступ то я пустун,&lt;br /&gt;</w:t>
        <w:br/>
        <w:t>але ж ти зрозумій і те,&lt;br /&gt;</w:t>
        <w:br/>
        <w:t>&lt;раз я&gt; що раз я тінь,&lt;br /&gt;</w:t>
        <w:br/>
        <w:t>&lt;то, виходить,&gt; при мені &lt;є й тіло&gt;&lt;br /&gt;</w:t>
        <w:br/>
        <w:t>то при мені, виходить, десь же й мусить бути й тіло?&lt;br /&gt;</w:t>
        <w:br/>
        <w:t>&lt;бо від чого ж і тіпі падати &gt;&lt;br /&gt;</w:t>
        <w:br/>
        <w:t>І Сковорода&lt;br /&gt;</w:t>
        <w:br/>
        <w:t>&lt;як ужалений почне по хаті&gt;&lt;br /&gt;</w:t>
        <w:br/>
        <w:t>&lt;в&gt; &lt;рукою схопиться&gt; &lt;голову тут схопить&gt;&lt;br /&gt;</w:t>
        <w:br/>
        <w:t>&lt;і, на хвилиночку застигши, раптом скрикне: &gt;&lt;br /&gt;</w:t>
        <w:br/>
        <w:t>тут па хвилиночку, немовби прислухаючись до чогось,&lt;br /&gt;</w:t>
        <w:br/>
        <w:t>&lt;пепо [руїнно] &gt; застигне,&lt;br /&gt;</w:t>
        <w:br/>
        <w:t>непорушним на 'дному місці стане,&lt;br /&gt;</w:t>
        <w:br/>
        <w:t>а потім полегшено зіт[х]не&lt;br /&gt;</w:t>
        <w:br/>
        <w:t>і скаже:</w:t>
      </w:r>
    </w:p>
    <w:p>
      <w:r>
        <w:br/>
        <w:t>— Так от воно що!&lt;br /&gt;</w:t>
        <w:br/>
        <w:t>Тінь — і та навіть &lt; матеріальне &gt; тіло своє має.&lt;br /&gt;</w:t>
        <w:br/>
        <w:t>&lt;А що вже говорити про повітря, на яке&gt;&lt;br /&gt;</w:t>
        <w:br/>
        <w:t>&lt;Еж на нім птиці. опираюч[ись літають] &gt;&lt;br /&gt;</w:t>
        <w:br/>
        <w:t>&lt;І та&gt; &lt;Тож значить думка моя правильна:&lt;br /&gt;</w:t>
        <w:br/>
        <w:t>Спочатку Матерія — а потім вже свідомість.&lt;br /&gt;</w:t>
        <w:br/>
        <w:t>Ох, який же я радий відкриттю цьому &gt;&lt;br /&gt;</w:t>
        <w:br/>
        <w:t>А я &lt;усе&gt; ще все про бога? —&lt;br /&gt;</w:t>
        <w:br/>
        <w:t>І Сковор [ода] почне по келії ходити, сам з собою&lt;br /&gt;</w:t>
        <w:br/>
        <w:t>сперечать[ся]&lt;br /&gt;</w:t>
        <w:br/>
        <w:t>&lt;Спочатку є вона, оця Матерія&gt; &lt;Спочатку Матерія в&lt;br /&gt;</w:t>
        <w:br/>
        <w:t>природі є&gt; Спочатку Матерія є головним в природі,&lt;br /&gt;</w:t>
        <w:br/>
        <w:t>а не Дух!&lt;br /&gt;</w:t>
        <w:br/>
        <w:t>&lt;Ох, який же я радий &lt; ствердженню цьому &gt; &lt; твоєму&lt;br /&gt;</w:t>
        <w:br/>
        <w:t>твердженню, &gt;&lt;br /&gt;</w:t>
        <w:br/>
        <w:t>вітре, &gt;&lt;br /&gt;</w:t>
        <w:br/>
        <w:t>який же я радий!&lt;br /&gt;</w:t>
        <w:br/>
        <w:t>&lt;Ану ще мені що-небудь скажи, ми [лий вітро]вій, пійду&lt;br /&gt;</w:t>
        <w:br/>
        <w:t>до тебе, освіжуся &gt;&lt;br /&gt;</w:t>
        <w:br/>
        <w:t>І Сковорода,&lt;br /&gt;</w:t>
        <w:br/>
        <w:t>&lt; поклавши &gt; накривши аркушики книжкою важкою,&lt;br /&gt;</w:t>
        <w:br/>
        <w:t>прискорено ідо у сад.&lt;br /&gt;</w:t>
        <w:br/>
        <w:t>А там —&lt;br /&gt;</w:t>
        <w:br/>
        <w:t>там птиці ранок опадуть.&lt;br /&gt;</w:t>
        <w:br/>
        <w:t>•]&lt;br /&gt;</w:t>
        <w:br/>
        <w:t>(ЦДАМЛМ, ф. 464, оп. 1, № 1194, арк. 1)</w:t>
      </w:r>
    </w:p>
    <w:p>
      <w:r>
        <w:br/>
        <w:t>Початок і кінець — &lt;це одно і те ж&gt;&lt;br /&gt;</w:t>
        <w:br/>
        <w:t>&lt;Від зерна колос — в зерно й повертається.&lt;br /&gt;</w:t>
        <w:br/>
        <w:t>Бо світ не має ні початку, ні кінця &gt;&lt;br /&gt;</w:t>
        <w:br/>
        <w:t>Бо &lt; Бо по-перше &gt; початок і кінець — в єдиній точці&lt;br /&gt;</w:t>
        <w:br/>
        <w:t>сходяться.&lt;br /&gt;</w:t>
        <w:br/>
        <w:t>&lt;А по-друге: &gt; від зерна ж колос — в зерно й повертається&lt;br /&gt;</w:t>
        <w:br/>
        <w:t>&lt;І&gt; там, де &lt;він&gt; світ нібито &lt;кінч[аеться] &gt;&lt;br /&gt;</w:t>
        <w:br/>
        <w:t>&lt;приходить до&lt;br /&gt;</w:t>
        <w:br/>
        <w:t>свого кінця &gt;&lt;br /&gt;</w:t>
        <w:br/>
        <w:t>Там він &lt; тільки &gt; лише &lt; тільки &gt; &lt; починається&gt;&lt;br /&gt;</w:t>
        <w:br/>
        <w:t>&lt; омолоджується &gt; народжується.&lt;br /&gt;</w:t>
        <w:br/>
        <w:t>Так? &lt; Зрозумів? &gt; Зрозуміло?&lt;br /&gt;</w:t>
        <w:br/>
        <w:t>Ну, отже, тепер далі:&lt;br /&gt;</w:t>
        <w:br/>
        <w:t>•]&lt;br /&gt;</w:t>
        <w:br/>
        <w:t>[• •]&lt;br /&gt;</w:t>
        <w:br/>
        <w:t>0 всеблаженна!&lt;br /&gt;</w:t>
        <w:br/>
        <w:t>1 всеблаженна зразу десь &lt; почує &gt; &lt; озветься &gt; почує&lt;br /&gt;</w:t>
        <w:br/>
        <w:t>м'ятою &lt; пахучою озветься &gt;&lt;br /&gt;</w:t>
        <w:br/>
        <w:t>м'ятою &lt; рутою &gt;, шалфеєм ще й любистком пахучо&lt;br /&gt;</w:t>
        <w:br/>
        <w:t>озветься,&lt;br /&gt;</w:t>
        <w:br/>
        <w:t>&lt;і що&gt; Сковороді&lt;br /&gt;</w:t>
        <w:br/>
        <w:t>такий муст</w:t>
      </w:r>
    </w:p>
    <w:p>
      <w:r>
        <w:br/>
        <w:t>(ЦДАМЛМ, ф. 464, оп. і, М і 194, арк. 10)</w:t>
      </w:r>
    </w:p>
    <w:p>
      <w:r>
        <w:br/>
        <w:t>&amp;#9830; * *</w:t>
      </w:r>
    </w:p>
    <w:p>
      <w:r>
        <w:br/>
        <w:t>[IX. СКОВОРОДА І БІСНУВАТИЙ]&lt;br /&gt;</w:t>
        <w:br/>
        <w:t>СКОВОРОДА&lt;br /&gt;</w:t>
        <w:br/>
        <w:t>ALLEGRO GIOCOSO *&lt;br /&gt;</w:t>
        <w:br/>
        <w:t>ПАНТЕЇЗМУ СКУКА&lt;br /&gt;</w:t>
        <w:br/>
        <w:t>...Три місяці пробігло,&lt;br /&gt;</w:t>
        <w:br/>
        <w:t>мов караблі веселі в морі —&lt;br /&gt;</w:t>
        <w:br/>
        <w:t>всіма цвітами процвітай і,&lt;br /&gt;</w:t>
        <w:br/>
        <w:t>добрим скарбом переповнені.&lt;br /&gt;</w:t>
        <w:br/>
        <w:t>Три місяці пустинь Китаївська і в ній Сковорода&lt;br /&gt;</w:t>
        <w:br/>
        <w:t>немов пливли —&lt;br /&gt;</w:t>
        <w:br/>
        <w:t>поміж садами рожаїстими,&lt;br /&gt;</w:t>
        <w:br/>
        <w:t>серед кринишного &lt;услізз[я]&gt; узлісся,&lt;br /&gt;</w:t>
        <w:br/>
        <w:t>на полі повному, де хвиля хвилю ллє і зупинятися не хоче.&lt;br /&gt;</w:t>
        <w:br/>
        <w:t>Уранці,&lt;br /&gt;</w:t>
        <w:br/>
        <w:t>ще тільки небо почне наливаться,&lt;br /&gt;</w:t>
        <w:br/>
        <w:t>і вітер зелений одчалить в далечінь —&lt;br /&gt;</w:t>
        <w:br/>
        <w:t>уже Сковорода&lt;br /&gt;</w:t>
        <w:br/>
        <w:t>встає з досвітньої &lt; роздуми &gt;&lt;br /&gt;</w:t>
        <w:br/>
        <w:t>дрімоти *&lt;br /&gt;</w:t>
        <w:br/>
        <w:t>й сідає знов &lt;до столу &gt; писать *&lt;br /&gt;</w:t>
        <w:br/>
        <w:t>і в сад іде.&lt;br /&gt;</w:t>
        <w:br/>
        <w:t>Там птиці ранок онадуть,&lt;br /&gt;</w:t>
        <w:br/>
        <w:t>клюють-клюють не доклюються&lt;br /&gt;</w:t>
        <w:br/>
        <w:t>і &lt;клюкано колінять&gt; солодко.співають,— сон розказують.</w:t>
      </w:r>
    </w:p>
    <w:p>
      <w:r>
        <w:br/>
        <w:t>А сонце &lt;, як Архімедова спіраль, &gt; &lt;мов Архімедова&lt;br /&gt;</w:t>
        <w:br/>
        <w:t>спіраль&gt;&lt;br /&gt;</w:t>
        <w:br/>
        <w:t>&lt;у всі кінці &gt; скрізь у всі кінці&lt;br /&gt;</w:t>
        <w:br/>
        <w:t>&lt;як Архімедова спіраль &gt; розкреслилось&lt;br /&gt;</w:t>
        <w:br/>
        <w:t>•&lt; розкреслилось &gt;&lt;br /&gt;</w:t>
        <w:br/>
        <w:t>і світовую просторінь сліпучим коле.&lt;br /&gt;</w:t>
        <w:br/>
        <w:t>&lt; Проміння його&gt; *&lt;br /&gt;</w:t>
        <w:br/>
        <w:t>Сліпучого перевертаються кінці&lt;br /&gt;</w:t>
        <w:br/>
        <w:t>&lt;що гостряками перевернулися до серця сонця &gt; *&lt;br /&gt;</w:t>
        <w:br/>
        <w:t>і гостряками просто в &lt; серце &gt;&lt;br /&gt;</w:t>
        <w:br/>
        <w:t>сонце *&lt;br /&gt;</w:t>
        <w:br/>
        <w:t>&lt;у серце сонця вгрузають грузло&lt;br /&gt;</w:t>
        <w:br/>
        <w:t>із &lt;мов з&gt; безвісті клинки... &gt;&lt;br /&gt;</w:t>
        <w:br/>
        <w:t>Сковорода&lt;br /&gt;</w:t>
        <w:br/>
        <w:t>на землю упаде,&lt;br /&gt;</w:t>
        <w:br/>
        <w:t>цілує квіти, трави гладить,&lt;br /&gt;</w:t>
        <w:br/>
        <w:t>росою очі, немов незрячі, протирав —&lt;br /&gt;</w:t>
        <w:br/>
        <w:t>природо! &lt;як&gt;&lt;br /&gt;</w:t>
        <w:br/>
        <w:t>як ти всього мене кругом &lt; околюеш! &gt;&lt;br /&gt;</w:t>
        <w:br/>
        <w:t>наповнила *&lt;br /&gt;</w:t>
        <w:br/>
        <w:t>&lt;із безвісті клинки &gt;&lt;br /&gt;</w:t>
        <w:br/>
        <w:t>щедро, щедротно! *&lt;br /&gt;</w:t>
        <w:br/>
        <w:t>&lt;тут навідши&gt; &lt; навівши&lt;br /&gt;</w:t>
        <w:br/>
        <w:t>із безвісті клинки... &gt;&lt;br /&gt;</w:t>
        <w:br/>
        <w:t>Пролий душі моїй силу,&lt;br /&gt;</w:t>
        <w:br/>
        <w:t>і муст, і нектар, і любов,&lt;br /&gt;</w:t>
        <w:br/>
        <w:t>нехай я мудрістю твоєю затужавію,&lt;br /&gt;</w:t>
        <w:br/>
        <w:t>руто моя!&lt;br /&gt;</w:t>
        <w:br/>
        <w:t>І рута &lt; зелена, м'ята &gt; пахуча зразу десь почує,&lt;br /&gt;</w:t>
        <w:br/>
        <w:t>і Сковороді&lt;br /&gt;</w:t>
        <w:br/>
        <w:t>такий муст у серце вступить,&lt;br /&gt;</w:t>
        <w:br/>
        <w:t>що він од радості і бігає, і плаче,&lt;br /&gt;</w:t>
        <w:br/>
        <w:t>і кожне дерево вітає,&lt;br /&gt;</w:t>
        <w:br/>
        <w:t>метелику й комашці дякує —&lt;br /&gt;</w:t>
        <w:br/>
        <w:t>за все, за все!&lt;br /&gt;</w:t>
        <w:br/>
        <w:t>Неспокійні руки роботи попросять.&lt;br /&gt;</w:t>
        <w:br/>
        <w:t>Гембля свого під напиналом знайшовши,&lt;br /&gt;</w:t>
        <w:br/>
        <w:t>він ясенові дошки струже і гембелюе&lt;br /&gt;</w:t>
        <w:br/>
        <w:t>&lt; (це так — щоб перед писанням трактатів&lt;br /&gt;</w:t>
        <w:br/>
        <w:t>&lt;та освіжитись &gt;&lt;br /&gt;</w:t>
        <w:br/>
        <w:t>здоровим клопотом наснажитись),—&gt;&lt;br /&gt;</w:t>
        <w:br/>
        <w:t>а дошки ж лисі, аж шуті —&lt;br /&gt;</w:t>
        <w:br/>
        <w:t>а по них узори шиті —&lt;br /&gt;</w:t>
        <w:br/>
        <w:t>сухопінявий шум!&lt;br /&gt;</w:t>
        <w:br/>
        <w:t>Тісняться стружки у стружки —&lt;br /&gt;</w:t>
        <w:br/>
        <w:t>шуті, шиті, шум!..&lt;br /&gt;</w:t>
        <w:br/>
        <w:t>Тікають скручені в кружки —&lt;br /&gt;</w:t>
        <w:br/>
        <w:t>шуті, шиті, шум!..&lt;br /&gt;</w:t>
        <w:br/>
        <w:t>Шум...*&lt;br /&gt;</w:t>
        <w:br/>
        <w:t>&lt; Душевну гармонію іронія уколе.&lt;br /&gt;</w:t>
        <w:br/>
        <w:t>Нахопиться тут Біснуватий,&lt;br /&gt;</w:t>
        <w:br/>
        <w:t>що так розумно завше дивиться.&lt;br /&gt;</w:t>
        <w:br/>
        <w:t>(Слідом за ним — солдат з цеберком,&lt;br /&gt;</w:t>
        <w:br/>
        <w:t>від якого по стежці, як жива,&lt;br /&gt;</w:t>
        <w:br/>
        <w:t>гадючиться вірьовка) &gt;&lt;br /&gt;</w:t>
        <w:br/>
        <w:t>Іронія Біснуватого *&lt;br /&gt;</w:t>
        <w:br/>
        <w:t>&lt; Біснуватий, і враз Біснуватий&lt;br /&gt;</w:t>
        <w:br/>
        <w:t>&lt;тут&gt; *&lt;br /&gt;</w:t>
        <w:br/>
        <w:t>оброслу голову на шиї повернувши,&lt;br /&gt;</w:t>
        <w:br/>
        <w:t>у стугні груди б'є рукою &gt;&lt;br /&gt;</w:t>
        <w:br/>
        <w:t>&lt;сонце, о природо &lt; натуро! &gt;&gt;&lt;br /&gt;</w:t>
        <w:br/>
        <w:t>&lt; сонце мо[б] &gt;&lt;br /&gt;</w:t>
        <w:br/>
        <w:t>&lt;0 світе мій&gt;&lt;br /&gt;</w:t>
        <w:br/>
        <w:t>&lt;як та гармонія душі!:&gt;&lt;br /&gt;</w:t>
        <w:br/>
        <w:t>гармонія, ах, гармонія душі!&lt;br /&gt;</w:t>
        <w:br/>
        <w:t>Для неї — все на світі залишу!&lt;br /&gt;</w:t>
        <w:br/>
        <w:t>Для неї ж я...&lt;br /&gt;</w:t>
        <w:br/>
        <w:t>— Та не сміши! —&lt;br /&gt;</w:t>
        <w:br/>
        <w:t>&lt;за спиною його надбитий&lt;br /&gt;</w:t>
        <w:br/>
        <w:t>почується йому тут голос&lt;br /&gt;</w:t>
        <w:br/>
        <w:t>важкий, крихкий, простудою надломлений голос&gt;&lt;br /&gt;</w:t>
        <w:br/>
        <w:t>Та й голос же — такий знайомий! — *&lt;br /&gt;</w:t>
        <w:br/>
        <w:t>за спиною його почується тут враз,*&lt;br /&gt;</w:t>
        <w:br/>
        <w:t>пощерблений, простудж [єн] ий, важкий...*&lt;br /&gt;</w:t>
        <w:br/>
        <w:t>Сковорода&lt;br /&gt;</w:t>
        <w:br/>
        <w:t>здригне плечима і &lt;весь зніяковіє,&lt;br /&gt;</w:t>
        <w:br/>
        <w:t>немов поцілений в саме серце &gt; перестане гемблювати,&lt;br /&gt;</w:t>
        <w:br/>
        <w:t>поцілений &lt;цим голосом &gt; словами саме в серце,&lt;br /&gt;</w:t>
        <w:br/>
        <w:t>перце &lt;з досад [и] &gt; з грудей своїх здмухне,&lt;br /&gt;</w:t>
        <w:br/>
        <w:t>немовби це воцо було &lt; виною &gt; ніяковості, &lt;його, *&lt;br /&gt;</w:t>
        <w:br/>
        <w:t>причиною &gt; *&lt;br /&gt;</w:t>
        <w:br/>
        <w:t>&lt;і, переставши гемблювати, &gt;&lt;br /&gt;</w:t>
        <w:br/>
        <w:t>&lt;й поволі &gt; із гемблем у руці&lt;br /&gt;</w:t>
        <w:br/>
        <w:t>&lt; поволі &gt; через плече&lt;br /&gt;</w:t>
        <w:br/>
        <w:t>обернеться на голос.&lt;br /&gt;</w:t>
        <w:br/>
        <w:t>&lt; Перед ним —&lt;br /&gt;</w:t>
        <w:br/>
        <w:t>Біснуватий, &gt;&lt;br /&gt;</w:t>
        <w:br/>
        <w:t>Ага, це ж Біснуватий *,&lt;br /&gt;</w:t>
        <w:br/>
        <w:t>що так розумно завше ДИВИТЬСЯ.&lt;br /&gt;</w:t>
        <w:br/>
        <w:t>А там он— &lt; згори &gt; з сусідньої гори —&lt;br /&gt;</w:t>
        <w:br/>
        <w:t>&lt; солдат іде&gt; &lt; солдат, співаючи української, іде&gt;&lt;br /&gt;</w:t>
        <w:br/>
        <w:t>співаючи іде сюди солдат з цеберком&lt;br /&gt;</w:t>
        <w:br/>
        <w:t>і по стежці за ним,—&lt;br /&gt;</w:t>
        <w:br/>
        <w:t>як жива, гадючиться вірьовка...&lt;br /&gt;</w:t>
        <w:br/>
        <w:t>Сковорода (поволі обертаючись): Ти щось казав?&lt;br /&gt;</w:t>
        <w:br/>
        <w:t>Біснуватий: &lt; А те, що твоя гармонія душевна&lt;br /&gt;</w:t>
        <w:br/>
        <w:t>новин [на...] &gt;&lt;br /&gt;</w:t>
        <w:br/>
        <w:t>Та, може, ж і казав.&lt;br /&gt;</w:t>
        <w:br/>
        <w:t>&lt;Павза&gt; &lt;А Біснуватий &gt;&lt;br /&gt;</w:t>
        <w:br/>
        <w:t>(а сам — &lt;то&gt; все &lt;розкривається &gt; розкриється,&lt;br /&gt;</w:t>
        <w:br/>
        <w:t>то зпову&lt;br /&gt;</w:t>
        <w:br/>
        <w:t>&lt; запинається&gt; &lt; загортається &gt; загорнеться в своє&lt;br /&gt;</w:t>
        <w:br/>
        <w:t>&lt;ветхее&gt;&lt;br /&gt;</w:t>
        <w:br/>
        <w:t>&lt; посічене &gt; мізерне лахміття, під яким жовтіли, як іволга,&lt;br /&gt;</w:t>
        <w:br/>
        <w:t>старі штани,&lt;br /&gt;</w:t>
        <w:br/>
        <w:t>обтягнені, військові)&lt;br /&gt;</w:t>
        <w:br/>
        <w:t>Сковорода: Ну а що ж саме? ти можеш повторити?&lt;br /&gt;</w:t>
        <w:br/>
        <w:t>Біснуватий: О боже мій! Та доки ж повторяти? &lt;Та&gt;&lt;br /&gt;</w:t>
        <w:br/>
        <w:t>&lt;Доки ж&gt;&lt;br /&gt;</w:t>
        <w:br/>
        <w:t>Та ще кому? — тобі, що &lt;силу маєш ти велику &gt;&lt;br /&gt;</w:t>
        <w:br/>
        <w:t>&lt; вогняну &gt;&lt;br /&gt;</w:t>
        <w:br/>
        <w:t>перевернув би світ увесь, &lt;як[би] &gt; аби лиш захотів.&lt;br /&gt;</w:t>
        <w:br/>
        <w:t>&lt;Сковорода: Ну а все-таки... Ти повтори*.&lt;br /&gt;</w:t>
        <w:br/>
        <w:t>Біснуватий: Ну, а коли ж ти &lt;раніше&gt; через плече&lt;br /&gt;</w:t>
        <w:br/>
        <w:t>балакаєш&lt;br /&gt;</w:t>
        <w:br/>
        <w:t>з народом, то як же я скажу? &gt;&lt;br /&gt;</w:t>
        <w:br/>
        <w:t>(ЦДАМЛМ, ф. 464, оп. 1, № 1195, арк. 1—3, 3 зв.)</w:t>
      </w:r>
    </w:p>
    <w:p>
      <w:r>
        <w:br/>
        <w:t>* * *&lt;br /&gt;</w:t>
        <w:br/>
        <w:t>і страшно пророкує,&lt;br /&gt;</w:t>
        <w:br/>
        <w:t>в свої уривчасті слова&lt;br /&gt;</w:t>
        <w:br/>
        <w:t>мішаючи чужі, французькі:&lt;br /&gt;</w:t>
        <w:br/>
        <w:t>Наш хід &lt; — &gt; як тигр — нестримний гон.&lt;br /&gt;</w:t>
        <w:br/>
        <w:t>Землі то тон демократі!&lt;br /&gt;</w:t>
        <w:br/>
        <w:t>Са іра! са іра!&lt;br /&gt;</w:t>
        <w:br/>
        <w:t>А ви — що ви? кого ви лю?&lt;br /&gt;</w:t>
        <w:br/>
        <w:t>і землю длю, і люд давлю —&lt;br /&gt;</w:t>
        <w:br/>
        <w:t>&lt;проклянь! царя! тирана!&gt; *&lt;br /&gt;</w:t>
        <w:br/>
        <w:t>прокля-! цара-! тира-!&lt;br /&gt;</w:t>
        <w:br/>
        <w:t>І раптом засміється:&lt;br /&gt;</w:t>
        <w:br/>
        <w:t>а Катерина ще не здохла?&lt;br /&gt;</w:t>
        <w:br/>
        <w:t>&lt;— Ну йди ж, іди!&gt; — Ану, номовчі — підійшовши,&lt;br /&gt;</w:t>
        <w:br/>
        <w:t>солдат на нього крикне&lt;br /&gt;</w:t>
        <w:br/>
        <w:t>&lt;це знов&gt;&lt;br /&gt;</w:t>
        <w:br/>
        <w:t>й дзвінке &lt;цебро &gt; цеберко&lt;br /&gt;</w:t>
        <w:br/>
        <w:t>опустить у криницю...&lt;br /&gt;</w:t>
        <w:br/>
        <w:t>Ух! — злякається цеберко,&lt;br /&gt;</w:t>
        <w:br/>
        <w:t>й, немов хватаючись за цямрини,&lt;br /&gt;</w:t>
        <w:br/>
        <w:t>&lt;то в один бік&gt; &lt; дзвінко &gt; &lt;десь там&gt; &lt;в глибокій&lt;br /&gt;</w:t>
        <w:br/>
        <w:t>дзвінкій тиші&gt;&lt;br /&gt;</w:t>
        <w:br/>
        <w:t>там десь в дзвінкій глибокій тиші&lt;br /&gt;</w:t>
        <w:br/>
        <w:t>то в один бік&lt;br /&gt;</w:t>
        <w:br/>
        <w:t>раптом *&lt;br /&gt;</w:t>
        <w:br/>
        <w:t>бух! &lt;—в холодній тиші,&gt;&lt;br /&gt;</w:t>
        <w:br/>
        <w:t>&lt;то в другий, то...&gt;&lt;br /&gt;</w:t>
        <w:br/>
        <w:t>а потім в другий,&lt;br /&gt;</w:t>
        <w:br/>
        <w:t>аж поки &lt; плав [ко] &gt; &lt;всім дном&gt; на воду &lt; плавко &gt; *&lt;br /&gt;</w:t>
        <w:br/>
        <w:t>сяде — *&lt;br /&gt;</w:t>
        <w:br/>
        <w:t>м'ягко *&lt;br /&gt;</w:t>
        <w:br/>
        <w:t>плюх!&lt;br /&gt;</w:t>
        <w:br/>
        <w:t>і ще раз плавко: плюх...&lt;br /&gt;</w:t>
        <w:br/>
        <w:t>&lt;Біснуватий (до Сковороди): Ти не дивуй мені&gt;&lt;br /&gt;</w:t>
        <w:br/>
        <w:t>&lt;В гармонії перебуваєте?&lt;br /&gt;</w:t>
        <w:br/>
        <w:t>А я&lt;br /&gt;</w:t>
        <w:br/>
        <w:t>щодня, замість молитви,&lt;br /&gt;</w:t>
        <w:br/>
        <w:t>&lt;я шлю&gt; прокляття шлю царям, тиранам і [владикам] &gt;&lt;br /&gt;</w:t>
        <w:br/>
        <w:t>Біснуватий (до Сковороди):&lt;br /&gt;</w:t>
        <w:br/>
        <w:t>В гармонії перебуваєш?&lt;br /&gt;</w:t>
        <w:br/>
        <w:t>У розслабляючій молитві?&lt;br /&gt;</w:t>
        <w:br/>
        <w:t>&lt;Але в чім же гармонія, скажи, полягає? &gt; *&lt;br /&gt;</w:t>
        <w:br/>
        <w:t>А я —&lt;br /&gt;</w:t>
        <w:br/>
        <w:t>щодня замість молитви прокляття шлю&lt;br /&gt;</w:t>
        <w:br/>
        <w:t>царям, тиранам і владикам!&lt;br /&gt;</w:t>
        <w:br/>
        <w:t>Хоча... (він &lt;усміхнувся&gt; усміхнеться гірко):&lt;br /&gt;</w:t>
        <w:br/>
        <w:t>щб можуть вдіяти самі лише прокляття?&lt;br /&gt;</w:t>
        <w:br/>
        <w:t>&lt;по голові тиранів&gt; треба бить, по голові! —&lt;br /&gt;</w:t>
        <w:br/>
        <w:t>І знову прокричав:&lt;br /&gt;</w:t>
        <w:br/>
        <w:t>&amp;#199;a ira! &amp;#199;a ira!&lt;br /&gt;</w:t>
        <w:br/>
        <w:t>Сковорода свої тут філософські вічно-здивовані брови&lt;br /&gt;</w:t>
        <w:br/>
        <w:t>насторожить&lt;br /&gt;</w:t>
        <w:br/>
        <w:t>&lt;і перестане гемблювати &gt;&lt;br /&gt;</w:t>
        <w:br/>
        <w:t>Лівою рукою оббираючи шорсткії з гембля стружки,&lt;br /&gt;</w:t>
        <w:br/>
        <w:t>він повертається до Біснуватого увесь,&lt;br /&gt;</w:t>
        <w:br/>
        <w:t>немов вступаючи &lt;цим в&gt; у диспут:&lt;br /&gt;</w:t>
        <w:br/>
        <w:t>Сковорода:*&lt;br /&gt;</w:t>
        <w:br/>
        <w:t>&amp;#199;a ira —тобто: &lt;все вперед &gt; піде все на добре,&lt;br /&gt;</w:t>
        <w:br/>
        <w:t>влаштується,&lt;br /&gt;</w:t>
        <w:br/>
        <w:t>все вперед,&lt;br /&gt;</w:t>
        <w:br/>
        <w:t>а &lt;чи&gt; звідки ж ти умієш по-французьки?&lt;br /&gt;</w:t>
        <w:br/>
        <w:t>Біснуватий (ще глибше загортаючись в лахміття,&lt;br /&gt;</w:t>
        <w:br/>
        <w:t>під яким жовтіли, як іволга, старі штани, обтяжені,&lt;br /&gt;</w:t>
        <w:br/>
        <w:t>військові) :&lt;br /&gt;</w:t>
        <w:br/>
        <w:t>А нащо тобі знать? *&lt;br /&gt;</w:t>
        <w:br/>
        <w:t>&lt;А я знаю ще й &lt;і&gt; по-грецьки.&lt;br /&gt;</w:t>
        <w:br/>
        <w:t>Ось. Будь ласка. Пан...&gt;&lt;br /&gt;</w:t>
        <w:br/>
        <w:t>&lt;Будь ласка &gt;&lt;br /&gt;</w:t>
        <w:br/>
        <w:t>&lt;Ось&gt;&lt;br /&gt;</w:t>
        <w:br/>
        <w:t>Будь ласка.&lt;br /&gt;</w:t>
        <w:br/>
        <w:t>&lt;Пан — це означає...&lt;br /&gt;</w:t>
        <w:br/>
        <w:t>Та тут солдат на нього закричав:&lt;br /&gt;</w:t>
        <w:br/>
        <w:t>Ей ти! пан!&lt;br /&gt;</w:t>
        <w:br/>
        <w:t>Ану одійди трохи &gt;&lt;br /&gt;</w:t>
        <w:br/>
        <w:t>Солдат, витягнувши води з криниці,&lt;br /&gt;</w:t>
        <w:br/>
        <w:t>поставив цеберку на цямрину&lt;br /&gt;</w:t>
        <w:br/>
        <w:t>й, перехилившись, пити став...&lt;br /&gt;</w:t>
        <w:br/>
        <w:t>Біснуватий &lt; (продовжуючи) &gt; (до Сковороди) :&lt;br /&gt;</w:t>
        <w:br/>
        <w:t>&lt;Пан по-грецькому — це означав все.&lt;br /&gt;</w:t>
        <w:br/>
        <w:t>А тебе — бог.&lt;br /&gt;</w:t>
        <w:br/>
        <w:t>Звідси ж і пантеїзм, що божество ототожнює із всесвітом.&lt;br /&gt;</w:t>
        <w:br/>
        <w:t>Так от, непоправний паптеїсте:&gt;&lt;br /&gt;</w:t>
        <w:br/>
        <w:t>Скучаєш &lt;ти в монастирях та поміж панством! &gt;?&lt;br /&gt;</w:t>
        <w:br/>
        <w:t>Біснуватий (продовжує)&lt;br /&gt;</w:t>
        <w:br/>
        <w:t>Воду &lt; своєї &gt; філософії розливаєш на пісок сухий&lt;br /&gt;</w:t>
        <w:br/>
        <w:t>неплодоносний!&lt;br /&gt;</w:t>
        <w:br/>
        <w:t>Вода то колихалась у цеберку і, перехлюпуючись, виплеску-&lt;br /&gt;</w:t>
        <w:br/>
        <w:t>валась на с[ухий пісок...] *&lt;br /&gt;</w:t>
        <w:br/>
        <w:t>(ЦДАМЛМ, ф. 464, on. 1, M 1195, арк. 4—5, 5 зв.)</w:t>
      </w:r>
    </w:p>
    <w:p>
      <w:r>
        <w:br/>
        <w:t>[X. СКОВОРОДА І БІСНУВАТИЙ]&lt;br /&gt;</w:t>
        <w:br/>
        <w:t>•]&lt;br /&gt;</w:t>
        <w:br/>
        <w:t>до церкви йдуть вичитувать ченці похмурі —&lt;br /&gt;</w:t>
        <w:br/>
        <w:t>один по одному,</w:t>
      </w:r>
    </w:p>
    <w:p>
      <w:r>
        <w:br/>
        <w:t>ПОІІІД оградою,&lt;br /&gt;</w:t>
        <w:br/>
        <w:t>мовчки....&lt;br /&gt;</w:t>
        <w:br/>
        <w:t>І спиниться Сковорода&lt;br /&gt;</w:t>
        <w:br/>
        <w:t>(не може не спинитись!) —&lt;br /&gt;</w:t>
        <w:br/>
        <w:t>він бачить, як &lt;вони&gt; &lt; ченці &gt; вони уже аж перед самим&lt;br /&gt;</w:t>
        <w:br/>
        <w:t>&lt; входом &gt; &lt; храмом &gt;&lt;br /&gt;</w:t>
        <w:br/>
        <w:t>оглядуються й поміж себе цирклюють,&lt;br /&gt;</w:t>
        <w:br/>
        <w:t>що гість отця Іустина,&lt;br /&gt;</w:t>
        <w:br/>
        <w:t>як і Біснуватий той,&lt;br /&gt;</w:t>
        <w:br/>
        <w:t>до храму невхожий.&lt;br /&gt;</w:t>
        <w:br/>
        <w:t>І смішно стане на душі.&lt;br /&gt;</w:t>
        <w:br/>
        <w:t>Замість гармонії іронія уколе,&lt;br /&gt;</w:t>
        <w:br/>
        <w:t>іронія не тільки з них —&lt;br /&gt;</w:t>
        <w:br/>
        <w:t>з самого себе!&lt;br /&gt;</w:t>
        <w:br/>
        <w:t>Бо що &lt;ж&gt; з того, що він &lt;до церкви ходіння&gt; ходіння&lt;br /&gt;</w:t>
        <w:br/>
        <w:t>до церкви одкидав?&lt;br /&gt;</w:t>
        <w:br/>
        <w:t>Але ж &lt;у бога&gt; із богом ще й досі не розстригся.&lt;br /&gt;</w:t>
        <w:br/>
        <w:t>&lt; Нехай цей би&gt; Хай бог цей у нього &lt;буде і не церков-&lt;br /&gt;</w:t>
        <w:br/>
        <w:t>ним, а тільки в образі природи чи&gt; хоч і не з церковного&lt;br /&gt;</w:t>
        <w:br/>
        <w:t>&lt;буде&gt;,&lt;br /&gt;</w:t>
        <w:br/>
        <w:t>а скрізь розлитий, таємничий, або ж вірніш: сама природа —&lt;br /&gt;</w:t>
        <w:br/>
        <w:t>все одно!&lt;br /&gt;</w:t>
        <w:br/>
        <w:t>&lt;Природо! — це ж він допіру тут благав,&gt;&lt;br /&gt;</w:t>
        <w:br/>
        <w:t>Ну от! — Бо хіба ж це не він допіру тут благав:&lt;br /&gt;</w:t>
        <w:br/>
        <w:t>пролий душі моїй силу!&lt;br /&gt;</w:t>
        <w:br/>
        <w:t>тобто: &lt;безсилля таке вже в людини? &gt;&lt;br /&gt;</w:t>
        <w:br/>
        <w:t>безсила така вже людина?&lt;br /&gt;</w:t>
        <w:br/>
        <w:t>&lt;Природо! — це ж він допіру тут танцював&gt;&lt;br /&gt;</w:t>
        <w:br/>
        <w:t>Природо! — Бо хіба ж це не він допіру танцював тут:&lt;br /&gt;</w:t>
        <w:br/>
        <w:t>&lt;природо,&gt; прийми подяку за все! &lt;за все&gt;&lt;br /&gt;</w:t>
        <w:br/>
        <w:t>Тобто: &lt;за нероблення, типгу?&gt; &lt;як богові подяка? &gt;&lt;br /&gt;</w:t>
        <w:br/>
        <w:t>і за лихе, недобре?&lt;br /&gt;</w:t>
        <w:br/>
        <w:t>І &lt; гірко &gt; стане &lt;на душі&gt;&lt;br /&gt;</w:t>
        <w:br/>
        <w:t>І смішно стане на душі,&lt;br /&gt;</w:t>
        <w:br/>
        <w:t>&lt;і думи тяжкі поженуть &gt;&lt;br /&gt;</w:t>
        <w:br/>
        <w:t>і думи тяжкі &lt; сорокап'ятилітні &gt; п'ятидесят[ирічні]&lt;br /&gt;</w:t>
        <w:br/>
        <w:t>&lt; поженуть &gt; думи поженуть&lt;br /&gt;</w:t>
        <w:br/>
        <w:t>у поле,&lt;br /&gt;</w:t>
        <w:br/>
        <w:t>на край&lt;br /&gt;</w:t>
        <w:br/>
        <w:t>світа...&lt;br /&gt;</w:t>
        <w:br/>
        <w:t>СКУКА &lt;ПРОДОВШУЄТЬСЯ&gt; ТРИВАЄ</w:t>
      </w:r>
    </w:p>
    <w:p>
      <w:r>
        <w:br/>
        <w:t>Поле, поле!&lt;br /&gt;</w:t>
        <w:br/>
        <w:t>Яке воно кругле!&lt;br /&gt;</w:t>
        <w:br/>
        <w:t>Яке воно прбсте і довершение —&lt;br /&gt;</w:t>
        <w:br/>
        <w:t>поле!&lt;br /&gt;</w:t>
        <w:br/>
        <w:t>За кругом круг тече,&lt;br /&gt;</w:t>
        <w:br/>
        <w:t>за гору гора забігає —&lt;br /&gt;</w:t>
        <w:br/>
        <w:t>&lt;отут,&lt;br /&gt;</w:t>
        <w:br/>
        <w:t>тут себе перевірити мушу.&gt;&lt;br /&gt;</w:t>
        <w:br/>
        <w:t>із цундрою, як віп казав, іти потрібно? *&lt;br /&gt;</w:t>
        <w:br/>
        <w:t>Ллє ж і тут *&lt;br /&gt;</w:t>
        <w:br/>
        <w:t>чому не можу я знайти свій ключ, ключ до душі? *&lt;br /&gt;</w:t>
        <w:br/>
        <w:t>І Сковорода, на землі по-турецьки умостившись *,&lt;br /&gt;</w:t>
        <w:br/>
        <w:t>хитаючись із боку в бік, тихо співає: *&lt;br /&gt;</w:t>
        <w:br/>
        <w:t>Щастя, де ти живеш? — горлиці, скажіть!&lt;br /&gt;</w:t>
        <w:br/>
        <w:t>Чи в полі вівці пасеш? — голуби, докрильте!&lt;br /&gt;</w:t>
        <w:br/>
        <w:t>Колос зігнувся і дивиться в землю —&lt;br /&gt;</w:t>
        <w:br/>
        <w:t>познай себе самого.&lt;br /&gt;</w:t>
        <w:br/>
        <w:t>Небо в тисячі люстер перехмарюється —&lt;br /&gt;</w:t>
        <w:br/>
        <w:t>познай себе самого.&lt;br /&gt;</w:t>
        <w:br/>
        <w:t>Дніпро у тінь пославсь, а повен перебігу —&lt;br /&gt;</w:t>
        <w:br/>
        <w:t>познай себе самого,&lt;br /&gt;</w:t>
        <w:br/>
        <w:t>&lt;або ж по улюбленому грецькому: &gt;&lt;br /&gt;</w:t>
        <w:br/>
        <w:t>Гнофті се автбн.&lt;br /&gt;</w:t>
        <w:br/>
        <w:t>Тень до танцю цундри —&lt;br /&gt;</w:t>
        <w:br/>
        <w:t>Гнофті се автон.&lt;br /&gt;</w:t>
        <w:br/>
        <w:t>О! як це раптом вирвалось про цундру! *&lt;br /&gt;</w:t>
        <w:br/>
        <w:t>аж сам здивувався*.&lt;br /&gt;</w:t>
        <w:br/>
        <w:t>Щастя, де ти живеш? — горлиці, скажіть!&lt;br /&gt;</w:t>
        <w:br/>
        <w:t>Чи в полі вівці пасеш? — голуби, докрильте!&lt;br /&gt;</w:t>
        <w:br/>
        <w:t>І знов спливає на висоти&lt;br /&gt;</w:t>
        <w:br/>
        <w:t>тривога Сковороди.&lt;br /&gt;</w:t>
        <w:br/>
        <w:t>І тиху флейту з-за пояса діставши,&lt;br /&gt;</w:t>
        <w:br/>
        <w:t>він починає славить світ,—&lt;br /&gt;</w:t>
        <w:br/>
        <w:t>він починає славить світ,&lt;br /&gt;</w:t>
        <w:br/>
        <w:t>що в той же черк узький и стеклий&lt;br /&gt;</w:t>
        <w:br/>
        <w:t>і все ж розмружений сто раз.&lt;br /&gt;</w:t>
        <w:br/>
        <w:t>Гиофті се автон!&lt;br /&gt;</w:t>
        <w:br/>
        <w:t>Тень до танцю цундри —&lt;br /&gt;</w:t>
        <w:br/>
        <w:t>гиофті се автон!&lt;br /&gt;</w:t>
        <w:br/>
        <w:t>І тиха флейта, як метелик,&lt;br /&gt;</w:t>
        <w:br/>
        <w:t>летить до лісу на жита,&lt;br /&gt;</w:t>
        <w:br/>
        <w:t>прозоро над Дніпром тріпоче,&lt;br /&gt;</w:t>
        <w:br/>
        <w:t>до всіх просторів признається&lt;br /&gt;</w:t>
        <w:br/>
        <w:t>і повертається назад</w:t>
      </w:r>
    </w:p>
    <w:p>
      <w:r>
        <w:br/>
        <w:t>(ЦДАМЛМ, ф. 464, оп. 1, М 1195, арк. 7—8)</w:t>
      </w:r>
    </w:p>
    <w:p>
      <w:r>
        <w:br/>
        <w:t>[XI. СКОВОРОДА І БІСНУВАТИЙ]&lt;br /&gt;</w:t>
        <w:br/>
        <w:t>&lt; ПАНТЕЇЗМУ СКУКА &gt;&lt;br /&gt;</w:t>
        <w:br/>
        <w:t>...Три місяці пробігло,&lt;br /&gt;</w:t>
        <w:br/>
        <w:t>мов кораблі веселі в морі —&lt;br /&gt;</w:t>
        <w:br/>
        <w:t>всіма цвітами процвітані,&lt;br /&gt;</w:t>
        <w:br/>
        <w:t>добрим скарбом переповнені.&lt;br /&gt;</w:t>
        <w:br/>
        <w:t>Три місяці пустинь Китаївська і в ній Сковорода&lt;br /&gt;</w:t>
        <w:br/>
        <w:t>немов пливли —&lt;br /&gt;</w:t>
        <w:br/>
        <w:t>поміж садами рожаїстими,&lt;br /&gt;</w:t>
        <w:br/>
        <w:t>серед кринипшого узлісся,&lt;br /&gt;</w:t>
        <w:br/>
        <w:t>на полі повному, де хвиля хвилю ллє і зупинятися не хоче.&lt;br /&gt;</w:t>
        <w:br/>
        <w:t>Уранці,&lt;br /&gt;</w:t>
        <w:br/>
        <w:t>ще тільки небо почне наливаться&lt;br /&gt;</w:t>
        <w:br/>
        <w:t>і вітер зелений одчалить в далечінь,—&lt;br /&gt;</w:t>
        <w:br/>
        <w:t>уже Сковорода&lt;br /&gt;</w:t>
        <w:br/>
        <w:t>встає з досвітньої дрімоти&lt;br /&gt;</w:t>
        <w:br/>
        <w:t>й сідає знов писать&lt;br /&gt;</w:t>
        <w:br/>
        <w:t>&lt;МизІит&gt; Мустум — говорить &lt;він&gt; Сковорода — назву&lt;br /&gt;</w:t>
        <w:br/>
        <w:t>&lt;я діалог &gt; трактат я про натуру,&lt;br /&gt;</w:t>
        <w:br/>
        <w:t>&lt; мустум &gt; пшзиші,&lt;br /&gt;</w:t>
        <w:br/>
        <w:t>що по-латинськи означав&lt;br /&gt;</w:t>
        <w:br/>
        <w:t>&lt; молоде вино&gt; &lt; виноградний сік&gt; молоде вино.&lt;br /&gt;</w:t>
        <w:br/>
        <w:t>Природа ж, світ увесь —&lt;br /&gt;</w:t>
        <w:br/>
        <w:t>мов виноградний сік із винограду,&lt;br /&gt;</w:t>
        <w:br/>
        <w:t>і ми його п'ємо,&lt;br /&gt;</w:t>
        <w:br/>
        <w:t>1 Після цього автор позначив вставку і написав: "Н[а] т[ому&lt;br /&gt;</w:t>
        <w:br/>
        <w:t>боці]", проте ніякої вставки па звороті немає.—Pce?.&lt;br /&gt;</w:t>
        <w:br/>
        <w:t>п'ємо...&lt;br /&gt;</w:t>
        <w:br/>
        <w:t>Л разом з ним&lt;br /&gt;</w:t>
        <w:br/>
        <w:t>впускаемо до серця й бога,&lt;br /&gt;</w:t>
        <w:br/>
        <w:t>&lt;що геть&gt; що весь&lt;br /&gt;</w:t>
        <w:br/>
        <w:t>розлився у природі &lt; скрізь &gt; &lt;весь&gt; &lt;до останку &gt;&lt;br /&gt;</w:t>
        <w:br/>
        <w:t>&lt;весь&gt;&lt;br /&gt;</w:t>
        <w:br/>
        <w:t>— Бога? — в розчинене вікно спитає вітер.&lt;br /&gt;</w:t>
        <w:br/>
        <w:t>— Бога? — в саду насмішливо оріхи зашумлять.&lt;br /&gt;</w:t>
        <w:br/>
        <w:t>— Бога? —лукаво &lt;занавіска &gt; надметься.&lt;br /&gt;</w:t>
        <w:br/>
        <w:t>лукаво па вікні щось &lt; залопоче &gt; затріпоче ще&lt;br /&gt;</w:t>
        <w:br/>
        <w:t>н надметься.&lt;br /&gt;</w:t>
        <w:br/>
        <w:t>&lt;І&gt; Сковорода&lt;br /&gt;</w:t>
        <w:br/>
        <w:t>&lt; поверне свою голову до роз [чиненого вікна] &gt; &lt;до&lt;br /&gt;</w:t>
        <w:br/>
        <w:t>нпх&gt;&lt;br /&gt;</w:t>
        <w:br/>
        <w:t>поверне &lt;свою&gt; свою голову &lt;до одчипеного вікна &gt;&lt;br /&gt;</w:t>
        <w:br/>
        <w:t>&lt; відсвіжуючого вікна &gt;&lt;br /&gt;</w:t>
        <w:br/>
        <w:t>в той бік, де свіжий струм іде,&lt;br /&gt;</w:t>
        <w:br/>
        <w:t>але йому тут раптом — &lt; занавіска &gt;&lt;br /&gt;</w:t>
        <w:br/>
        <w:t>таким блискучим білим сміхом &lt;ув очі&gt; пирсне занавіска,&lt;br /&gt;</w:t>
        <w:br/>
        <w:t>&lt;що аж Сковорода одхилиться здивовано! &gt;&lt;br /&gt;</w:t>
        <w:br/>
        <w:t>що він од несподіванки аж несвідомо&lt;br /&gt;</w:t>
        <w:br/>
        <w:t>одхилиться здивований!&lt;br /&gt;</w:t>
        <w:br/>
        <w:t>А з стола, як божевільні,&lt;br /&gt;</w:t>
        <w:br/>
        <w:t>аркушики паперу полетять:&lt;br /&gt;</w:t>
        <w:br/>
        <w:t>на &lt;шаховку; на лаву, що править в келі[ї за ліжко] &gt;&lt;br /&gt;</w:t>
        <w:br/>
        <w:t>&lt;аналойчик&gt; аналой,&lt;br /&gt;</w:t>
        <w:br/>
        <w:t>на лаву, що править &lt;в келії &gt; Сковороді за ліжко;&lt;br /&gt;</w:t>
        <w:br/>
        <w:t>&lt;на отця Іустина&gt;&lt;br /&gt;</w:t>
        <w:br/>
        <w:t>на глек з водою, &lt;на Іустипа&gt;...&lt;br /&gt;</w:t>
        <w:br/>
        <w:t>І кинеться Сковорода їх підбирати:&lt;br /&gt;</w:t>
        <w:br/>
        <w:t>&lt;—&gt; Оцей ще мепі вітер!&lt;br /&gt;</w:t>
        <w:br/>
        <w:t>Що пустун же, сказати б, тінь порожня,&lt;br /&gt;</w:t>
        <w:br/>
        <w:t>а отакеє виробляє.&lt;br /&gt;</w:t>
        <w:br/>
        <w:t>&lt;— Оріхи! Ви чули, що сказав він? — &gt;&lt;br /&gt;</w:t>
        <w:br/>
        <w:t>&lt;і&gt; А вітер, підхопивши &lt;знову&gt; занавіску,&lt;br /&gt;</w:t>
        <w:br/>
        <w:t>опреться ліктями об лутку,&lt;br /&gt;</w:t>
        <w:br/>
        <w:t>&lt; подивиться докірливо па Сковороду &gt;&lt;br /&gt;</w:t>
        <w:br/>
        <w:t>&lt;і головою&gt; і прозоро головою похитає:&lt;br /&gt;</w:t>
        <w:br/>
        <w:t>— &lt;Ну як же це можна так, га?&gt; Ну як &lt;же так&gt; такеє&lt;br /&gt;</w:t>
        <w:br/>
        <w:t>можна&lt;br /&gt;</w:t>
        <w:br/>
        <w:t>&lt; такеє &gt; говорити?&lt;br /&gt;</w:t>
        <w:br/>
        <w:t>&lt;Оріхи! Ви чули, що сказав він?&gt;&lt;br /&gt;</w:t>
        <w:br/>
        <w:t>А ще філософ зветься.&lt;br /&gt;</w:t>
        <w:br/>
        <w:t>(Оріхи &lt;зашумлять: філософ &gt; зашумлять, повторять:&lt;br /&gt;</w:t>
        <w:br/>
        <w:t>авжеж, іще&lt;br /&gt;</w:t>
        <w:br/>
        <w:t>філософ зветься)&lt;br /&gt;</w:t>
        <w:br/>
        <w:t>Пустун то я пустун,&lt;br /&gt;</w:t>
        <w:br/>
        <w:t>але ж тп зрозумій і те,&lt;br /&gt;</w:t>
        <w:br/>
        <w:t>що раз я т і н ь —&lt;br /&gt;</w:t>
        <w:br/>
        <w:t>то при мені, виходить, десь же &lt;й&gt; мусить бути й тіло?&lt;br /&gt;</w:t>
        <w:br/>
        <w:t>&lt;І Сковорода &gt; &lt; філософ &gt; І Сковорода,&lt;br /&gt;</w:t>
        <w:br/>
        <w:t>немовби прислухаючись до чогось,&lt;br /&gt;</w:t>
        <w:br/>
        <w:t>на &lt;хвилипку&gt; хвилиночку застигне,&lt;br /&gt;</w:t>
        <w:br/>
        <w:t>а потім полегшено зітхне&lt;:&gt;&lt;br /&gt;</w:t>
        <w:br/>
        <w:t>і'г &lt;скаже&gt; здивується уголос:&lt;br /&gt;</w:t>
        <w:br/>
        <w:t>— Так от воно що!&lt;br /&gt;</w:t>
        <w:br/>
        <w:t>Тінь — &lt;і та&gt;&lt;br /&gt;</w:t>
        <w:br/>
        <w:t>і та навіть тіло своє має.&lt;br /&gt;</w:t>
        <w:br/>
        <w:t>Значить, сто раз я правий був учора,&lt;br /&gt;</w:t>
        <w:br/>
        <w:t>коли &lt;говорив&gt; па диспуті з панами говорив:&lt;br /&gt;</w:t>
        <w:br/>
        <w:t>Матерія — вічна.&lt;br /&gt;</w:t>
        <w:br/>
        <w:t>&lt;Так. Materia aeterna est.&gt;&lt;br /&gt;</w:t>
        <w:br/>
        <w:t>&lt;Так&gt; &lt;Ллс&gt; Так чого ж тоді я знов сьогодпі&lt;br /&gt;</w:t>
        <w:br/>
        <w:t>спотикаюсь?&lt;br /&gt;</w:t>
        <w:br/>
        <w:t>&lt;і на чому?&gt;&lt;br /&gt;</w:t>
        <w:br/>
        <w:t>Та ще на &lt; слові такому невиразному, &gt; такому &lt; зовсім&gt;&lt;br /&gt;</w:t>
        <w:br/>
        <w:t>&lt; хисткому й по-філософськи&gt; невиразному,&lt;br /&gt;</w:t>
        <w:br/>
        <w:t>&lt;як "Бог"?&gt; як слово "Бог"?&lt;br /&gt;</w:t>
        <w:br/>
        <w:t>&lt; Поглянув &gt;&lt;br /&gt;</w:t>
        <w:br/>
        <w:t>&lt; Природу богом називаю я&gt; Адже природа для мене&lt;br /&gt;</w:t>
        <w:br/>
        <w:t>бог лише в такому розумінні, як називав її й Спіно-&lt;br /&gt;</w:t>
        <w:br/>
        <w:t>за,— &lt;тобто: &gt; &lt;а саме:&gt; тобто: &lt;природа&gt; є&lt;br /&gt;</w:t>
        <w:br/>
        <w:t>&lt; причина &gt; самої себе. Є причина &lt; тобто &gt; &lt;або&lt;br /&gt;</w:t>
        <w:br/>
        <w:t>ж&gt; вірніше &lt; первопричина&gt; існування первопри-&lt;br /&gt;</w:t>
        <w:br/>
        <w:t>чина. &lt;Але ж&gt; А щодо бога з запахом, з бородою,&lt;br /&gt;</w:t>
        <w:br/>
        <w:t>з хітоном, з благословляючою рукою—&lt;то&gt; то не-&lt;br /&gt;</w:t>
        <w:br/>
        <w:t>вже хоч коли-пебудь та отаке я говорив?&lt;br /&gt;</w:t>
        <w:br/>
        <w:t>&lt;А за вікном все більш світає, &gt;&lt;br /&gt;</w:t>
        <w:br/>
        <w:t>І ось&lt;br /&gt;</w:t>
        <w:br/>
        <w:t>&lt; почне філософ паш по келії ходити — швидко &gt;&lt;br /&gt;</w:t>
        <w:br/>
        <w:t>&lt; почне він тут швидко по келії ходити &gt;&lt;br /&gt;</w:t>
        <w:br/>
        <w:t>почне Сковорода &lt;тут швидко &gt; &lt;тут&gt; по келії&lt;br /&gt;</w:t>
        <w:br/>
        <w:t>ходити&lt;br /&gt;</w:t>
        <w:br/>
        <w:t>&lt; швидко-швидко &gt;&lt;br /&gt;</w:t>
        <w:br/>
        <w:t>і сам з собою сперечатись.&lt;br /&gt;</w:t>
        <w:br/>
        <w:t>(А за вікном &lt;все більш світає &gt;,&lt;br /&gt;</w:t>
        <w:br/>
        <w:t>нікого не питаючись, світ світати &lt; починає &gt;&lt;br /&gt;</w:t>
        <w:br/>
        <w:t>устане&lt;br /&gt;</w:t>
        <w:br/>
        <w:t>&lt; півень заспіває, півень десь&gt;, десь озветься пташка,&lt;br /&gt;</w:t>
        <w:br/>
        <w:t>заскрипить фіртка у саду).&lt;br /&gt;</w:t>
        <w:br/>
        <w:t>Сковорода:&lt;br /&gt;</w:t>
        <w:br/>
        <w:t>Якщо ми визнаємо бога,&lt;br /&gt;</w:t>
        <w:br/>
        <w:t>тим самим визнаєм, що світ конечний?&lt;br /&gt;</w:t>
        <w:br/>
        <w:t>&lt;Тобто: &gt; &lt;Або ж:&gt; Іншими словами:&lt;br /&gt;</w:t>
        <w:br/>
        <w:t>що його було створено колись?&lt;br /&gt;</w:t>
        <w:br/>
        <w:t>А тим часом —&lt;br /&gt;</w:t>
        <w:br/>
        <w:t>це ж не так,&lt;br /&gt;</w:t>
        <w:br/>
        <w:t>зовсім, філософе мій любий, це не так.&lt;br /&gt;</w:t>
        <w:br/>
        <w:t>Бо початок і кінець —&lt;br /&gt;</w:t>
        <w:br/>
        <w:t>в єдиній точці сходяться.&lt;br /&gt;</w:t>
        <w:br/>
        <w:t>Бо від зерна колос —&lt;br /&gt;</w:t>
        <w:br/>
        <w:t>в зерно ж і повертається.&lt;br /&gt;</w:t>
        <w:br/>
        <w:t>Світ —&lt;br /&gt;</w:t>
        <w:br/>
        <w:t>вічно текучий,&lt;br /&gt;</w:t>
        <w:br/>
        <w:t>і там, де світ нібито закінчується,&lt;br /&gt;</w:t>
        <w:br/>
        <w:t>там він тільки наново пароджується.&lt;br /&gt;</w:t>
        <w:br/>
        <w:t>Як вода —&lt;br /&gt;</w:t>
        <w:br/>
        <w:t>найди, де перша крапля в ній, а де остання?&lt;br /&gt;</w:t>
        <w:br/>
        <w:t>І жадібно з глека води ковтнувши,&lt;br /&gt;</w:t>
        <w:br/>
        <w:t>він знов &lt;знов&gt; по келії заходить.&lt;br /&gt;</w:t>
        <w:br/>
        <w:t>Ск [оворо да:]&lt;br /&gt;</w:t>
        <w:br/>
        <w:t>Ну от. Освіживсь.&lt;br /&gt;</w:t>
        <w:br/>
        <w:t>Перестане хропти тут Іустин,&lt;br /&gt;</w:t>
        <w:br/>
        <w:t>І, повернувшись на другий бік,&lt;br /&gt;</w:t>
        <w:br/>
        <w:t>носом на віддихах задирчить,&lt;br /&gt;</w:t>
        <w:br/>
        <w:t>немовби дошку пилкою пиляв він.&lt;br /&gt;</w:t>
        <w:br/>
        <w:t>Тепер — далі —&lt;br /&gt;</w:t>
        <w:br/>
        <w:t>&lt;далі.&gt;&lt;br /&gt;</w:t>
        <w:br/>
        <w:t>(А за вікном &lt;все більш світає &gt;, нікого не питаючись, світ&lt;br /&gt;</w:t>
        <w:br/>
        <w:t>світати &lt; починає &gt; устане, &lt; заскрипить фіртка у саду&gt;&lt;br /&gt;</w:t>
        <w:br/>
        <w:t>до утрені у дзвона вдарять і &lt; хтось &gt; ченці, одкашлю-&lt;br /&gt;</w:t>
        <w:br/>
        <w:t>ючись, &lt;під садом &gt; через сад, &lt; пройдуть &gt; як тіні,&lt;br /&gt;</w:t>
        <w:br/>
        <w:t>пройдуть).&lt;br /&gt;</w:t>
        <w:br/>
        <w:t>Сковорода:&lt;br /&gt;</w:t>
        <w:br/>
        <w:t>Якщо ми визнаємо бога,&lt;br /&gt;</w:t>
        <w:br/>
        <w:t>то буде &lt;Дух ізверху в нас&gt; Дух тоді в нас зверху, а не&lt;br /&gt;</w:t>
        <w:br/>
        <w:t>Матерія?&lt;br /&gt;</w:t>
        <w:br/>
        <w:t>Але ж Матерія якраз і є та сила,&lt;br /&gt;</w:t>
        <w:br/>
        <w:t>без якої і самий Дух не може існувати.&lt;br /&gt;</w:t>
        <w:br/>
        <w:t>Справді.&lt;br /&gt;</w:t>
        <w:br/>
        <w:t>Відчування, Свідомість, Розум —&lt;br /&gt;</w:t>
        <w:br/>
        <w:t>звідки ж вони узятись можуть,&lt;br /&gt;</w:t>
        <w:br/>
        <w:t>якщо не буде тіла?&lt;br /&gt;</w:t>
        <w:br/>
        <w:t>Та навіть і таке, здавалося б, безплотне, як повітря,&lt;br /&gt;</w:t>
        <w:br/>
        <w:t>&lt;як повітря &gt;&lt;br /&gt;</w:t>
        <w:br/>
        <w:t>&lt;і воно —&gt; а воно ж —&lt;br /&gt;</w:t>
        <w:br/>
        <w:t>твердіше від каменю,&lt;br /&gt;</w:t>
        <w:br/>
        <w:t>міцніше від заліза,&lt;br /&gt;</w:t>
        <w:br/>
        <w:t>&lt;бо інакше б птиці, літаючи &gt;&lt;br /&gt;</w:t>
        <w:br/>
        <w:t>бо інакше&lt;br /&gt;</w:t>
        <w:br/>
        <w:t>птиці, літаючи, не могли б на нього опиратись.&lt;br /&gt;</w:t>
        <w:br/>
        <w:t>&lt;Бо &lt; інакше &gt; Генрі Кавендіш,&gt;&lt;br /&gt;</w:t>
        <w:br/>
        <w:t>(ЦДАМЛМ, ф. 464, оп. 1, № 1196, арк. 1, 4—6)&lt;br /&gt;</w:t>
        <w:br/>
        <w:t>* * *&lt;br /&gt;</w:t>
        <w:br/>
        <w:t>якщо пе буде тіла?&lt;br /&gt;</w:t>
        <w:br/>
        <w:t>Або й таке, &lt; здавалось би, безплотне —як повітря &gt;&lt;br /&gt;</w:t>
        <w:br/>
        <w:t>здавалося б,&lt;br /&gt;</w:t>
        <w:br/>
        <w:t>безплотне —&lt;br /&gt;</w:t>
        <w:br/>
        <w:t>як повітря!&lt;br /&gt;</w:t>
        <w:br/>
        <w:t>І збудиться від його голосу Іустин,*&lt;br /&gt;</w:t>
        <w:br/>
        <w:t>і смачно позіхне, аж вискне&lt;br /&gt;</w:t>
        <w:br/>
        <w:t>&lt;ще й &lt; перехрестить рота&gt; перехрестить собі рота&gt;&lt;br /&gt;</w:t>
        <w:br/>
        <w:t>І перехрестивши &lt;і перехрестивши собі&gt; собі рота,&lt;br /&gt;</w:t>
        <w:br/>
        <w:t>байдуже &lt;тупо&gt; безнадійно &lt; запитає: ти все&gt;&lt;br /&gt;</w:t>
        <w:br/>
        <w:t>пишеш?&lt;br /&gt;</w:t>
        <w:br/>
        <w:t>&lt;Снустить босі&gt; Позіхаючи &lt;снустнть&gt; голі &lt;ноги*&lt;br /&gt;</w:t>
        <w:br/>
        <w:t>додолу&gt; *&lt;br /&gt;</w:t>
        <w:br/>
        <w:t>&lt; Позіхаючи, по[чне]&gt; &lt; обома руками почне вичухувать*&lt;br /&gt;</w:t>
        <w:br/>
        <w:t>себе по *&lt;br /&gt;</w:t>
        <w:br/>
        <w:t>пузі&gt; *&lt;br /&gt;</w:t>
        <w:br/>
        <w:t>&lt;0,&gt; &lt;Ой, г-господи&gt; *&lt;br /&gt;</w:t>
        <w:br/>
        <w:t>А Сковорода, своє продовжуючи &lt;у думках &gt;,&lt;br /&gt;</w:t>
        <w:br/>
        <w:t>з одчаєм &lt;скаже&gt; йому скаже:&lt;br /&gt;</w:t>
        <w:br/>
        <w:t>Та ні, ти подумай!&lt;br /&gt;</w:t>
        <w:br/>
        <w:t>Цього ще &lt;иіко[ли] &gt; не бувало, щоб я його коли зустріти&lt;br /&gt;</w:t>
        <w:br/>
        <w:t>запізнився,&lt;br /&gt;</w:t>
        <w:br/>
        <w:t>а це... в вікно ось глянь...&lt;br /&gt;</w:t>
        <w:br/>
        <w:t>&lt;І у с т и н&lt;br /&gt;</w:t>
        <w:br/>
        <w:t>Ти про кого це &lt; говориш &gt; кажеш? &gt;&lt;br /&gt;</w:t>
        <w:br/>
        <w:t>Іустин,&lt;br /&gt;</w:t>
        <w:br/>
        <w:t>&lt;опустить&gt; свої ноги спустить додолу&lt;br /&gt;</w:t>
        <w:br/>
        <w:t>&lt;й нагнувшись, почне шукати &gt;&lt;br /&gt;</w:t>
        <w:br/>
        <w:t>&lt;й ви [чухувать] &gt; &lt;і обома руками почне вичухувать &gt;&lt;br /&gt;</w:t>
        <w:br/>
        <w:t>&lt;вичухуючи себе, почне &gt;&lt;br /&gt;</w:t>
        <w:br/>
        <w:t>&lt;так само тупо перепитає &gt; &lt;байдуже промовить: &gt;&lt;br /&gt;</w:t>
        <w:br/>
        <w:t>&lt;і дивлячись у вікпо, байдуже промовпть:&gt;&lt;br /&gt;</w:t>
        <w:br/>
        <w:t>&lt; Зустріть? та кого ж?&gt;&lt;br /&gt;</w:t>
        <w:br/>
        <w:t>й, шукаючи ними *&lt;br /&gt;</w:t>
        <w:br/>
        <w:t>постолів під лавою,*&lt;br /&gt;</w:t>
        <w:br/>
        <w:t>так само &lt;тупо&gt; байдуже промимрить:&lt;br /&gt;</w:t>
        <w:br/>
        <w:t>Зустріть? А кого? *&lt;br /&gt;</w:t>
        <w:br/>
        <w:t>Сковорода, не &lt;мо[жучи]&gt; в силі більше &lt; витримати &gt; *&lt;br /&gt;</w:t>
        <w:br/>
        <w:t>&lt;від усієї цієї тупості, сонливості, монастирської огиди &gt; *&lt;br /&gt;</w:t>
        <w:br/>
        <w:t>стримати *&lt;br /&gt;</w:t>
        <w:br/>
        <w:t>своєї одрази до всієї цієї тупості,*&lt;br /&gt;</w:t>
        <w:br/>
        <w:t>до монастирської огиди,*&lt;br /&gt;</w:t>
        <w:br/>
        <w:t>&lt;сто раз&gt; *&lt;br /&gt;</w:t>
        <w:br/>
        <w:t>ледве стримуючи свою досаду на себе,*&lt;br /&gt;</w:t>
        <w:br/>
        <w:t>сто &lt;раз пожалкує&gt; раз, тисячу раз пожалкує: *&lt;br /&gt;</w:t>
        <w:br/>
        <w:t>чого він &lt; прийшов у&gt; &lt; прийшов сюди&gt; &lt; обрав цей&gt; *&lt;br /&gt;</w:t>
        <w:br/>
        <w:t>прийшов у *&lt;br /&gt;</w:t>
        <w:br/>
        <w:t>монастир &lt;цей у гості &gt; цей до Іустина *&lt;br /&gt;</w:t>
        <w:br/>
        <w:t>в гості? *&lt;br /&gt;</w:t>
        <w:br/>
        <w:t>Заспокоїтись від переслідувань? Заховатись од насмішок *&lt;br /&gt;</w:t>
        <w:br/>
        <w:t>панів? *&lt;br /&gt;</w:t>
        <w:br/>
        <w:t>А вийшло ще гірше,*&lt;br /&gt;</w:t>
        <w:br/>
        <w:t>ніби тікання від боротьби, від світу.*&lt;br /&gt;</w:t>
        <w:br/>
        <w:t>(ЦДАМЛМ, ф. 464, оп. і, М 1196, арії. 7 зв.)</w:t>
      </w:r>
    </w:p>
    <w:p>
      <w:r>
        <w:br/>
        <w:t>&lt;Так як &lt;же ви[й]шло&gt; же &lt;це так&gt; ви[й]шло це,&lt;br /&gt;</w:t>
        <w:br/>
        <w:t>що &lt;я проґавив &gt;&lt;br /&gt;</w:t>
        <w:br/>
        <w:t>я його проґавив?&gt;&lt;br /&gt;</w:t>
        <w:br/>
        <w:t>&lt;А я &lt;ще тут&gt; його й зустріти запізнився? *&lt;br /&gt;</w:t>
        <w:br/>
        <w:t>Цього зо мною ніколи не бувало.*&lt;br /&gt;</w:t>
        <w:br/>
        <w:t>І він,&lt;br /&gt;</w:t>
        <w:br/>
        <w:t>аркушики накривши книжкою важкою,&lt;br /&gt;</w:t>
        <w:br/>
        <w:t>&lt; вибіжить &gt;&lt;br /&gt;</w:t>
        <w:br/>
        <w:t>мов &lt;юнак&gt; до коханої — юнак,*&lt;br /&gt;</w:t>
        <w:br/>
        <w:t>&lt; немов &gt; &lt;аж стогнучи з досади, &gt;&lt;br /&gt;</w:t>
        <w:br/>
        <w:t>&lt; вибіжить у сад&gt;&lt;br /&gt;</w:t>
        <w:br/>
        <w:t>у сад вибіжить.*&lt;br /&gt;</w:t>
        <w:br/>
        <w:t>А там — *&lt;br /&gt;</w:t>
        <w:br/>
        <w:t>там птпці райок [опадуть].*&lt;br /&gt;</w:t>
        <w:br/>
        <w:t>&lt;сам&gt; І сам собі з докором кине: *&lt;br /&gt;</w:t>
        <w:br/>
        <w:t>цього ж зо мною &lt;ще ніколи &gt; не бувало,&lt;br /&gt;</w:t>
        <w:br/>
        <w:t>щоб я &lt;його зустріти&gt; його коли зустріти запізнився!&lt;br /&gt;</w:t>
        <w:br/>
        <w:t>&lt;і пін&gt; &lt;і філософ&gt; &lt;ПЛШІС&gt; &lt;і пін&gt;&lt;br /&gt;</w:t>
        <w:br/>
        <w:t>&lt; аркушики &gt; й аркушики пакрившп книжкою важкою,&lt;br /&gt;</w:t>
        <w:br/>
        <w:t>стрімголов&lt;br /&gt;</w:t>
        <w:br/>
        <w:t>вибіжить у сад!&lt;br /&gt;</w:t>
        <w:br/>
        <w:t>А там —&lt;br /&gt;</w:t>
        <w:br/>
        <w:t>там птиці ранок опадуть,&lt;br /&gt;</w:t>
        <w:br/>
        <w:t>клюють-клюють — не доклюються,&lt;br /&gt;</w:t>
        <w:br/>
        <w:t>і солодко співають, сон розказують.&lt;br /&gt;</w:t>
        <w:br/>
        <w:t>Сонце &lt;ж скрізь &gt; скрізь у всі кінці, як Архімедова&lt;br /&gt;</w:t>
        <w:br/>
        <w:t>спіраль,&lt;br /&gt;</w:t>
        <w:br/>
        <w:t>розкреслиться&lt;br /&gt;</w:t>
        <w:br/>
        <w:t>і дзвонить, і гуде,&lt;br /&gt;</w:t>
        <w:br/>
        <w:t>і світлом землю &lt;паповнить&gt;&lt;br /&gt;</w:t>
        <w:br/>
        <w:t>наповняє *&lt;br /&gt;</w:t>
        <w:br/>
        <w:t>щедро-щедротно.&lt;br /&gt;</w:t>
        <w:br/>
        <w:t>Сковорода &lt; простягнувши &gt; простягне тут до сонця руки: *&lt;br /&gt;</w:t>
        <w:br/>
        <w:t>О сонце моє ясне!&lt;br /&gt;</w:t>
        <w:br/>
        <w:t>&lt;о сонце чудовне &gt; Сопце &lt;любе, прекрасне &gt; Сонце&lt;br /&gt;</w:t>
        <w:br/>
        <w:t>любе, ласкаве, прекрасне!&lt;br /&gt;</w:t>
        <w:br/>
        <w:t>Без тебе не було б життя — ні хліба, ні води &lt;!&gt;,—&lt;br /&gt;</w:t>
        <w:br/>
        <w:t>Прийми &lt;ж вітання&gt; &lt;уклін&gt; ж ранішнє вітання&lt;br /&gt;</w:t>
        <w:br/>
        <w:t>&lt;од&gt; від&lt;br /&gt;</w:t>
        <w:br/>
        <w:t>Сковороди!&lt;br /&gt;</w:t>
        <w:br/>
        <w:t>(ЦДАМЛМ, ф. 464, оп. 1, .N5 1196, арк. 7)</w:t>
      </w:r>
    </w:p>
    <w:p>
      <w:r>
        <w:br/>
        <w:t>&lt;А Іустин із келії вийде &gt;&lt;br /&gt;</w:t>
        <w:br/>
        <w:t>Тут вийде з келії Іустпп *,&lt;br /&gt;</w:t>
        <w:br/>
        <w:t>щоб до церкви йти *,&lt;br /&gt;</w:t>
        <w:br/>
        <w:t>у клобуці, у рясі *,&lt;br /&gt;</w:t>
        <w:br/>
        <w:t>чотки &lt;в руках &gt; *&lt;br /&gt;</w:t>
        <w:br/>
        <w:t>— А ти... ти знову сонцю поклоняєшся?&lt;br /&gt;</w:t>
        <w:br/>
        <w:t>&lt; проходячи повз нього, скаже отець Іустин &gt;&lt;br /&gt;</w:t>
        <w:br/>
        <w:t>&lt;отець Іустин крізь зуби скаже &gt;&lt;br /&gt;</w:t>
        <w:br/>
        <w:t>&lt; видавить отець Іустин крізь зуби&gt;&lt;br /&gt;</w:t>
        <w:br/>
        <w:t>перебираючи [чотки], докірливо &lt; похитає [головою] &gt; *&lt;br /&gt;</w:t>
        <w:br/>
        <w:t>отець Іустин,—&lt;br /&gt;</w:t>
        <w:br/>
        <w:t>Пора б якось і до церкви заглянути.&lt;br /&gt;</w:t>
        <w:br/>
        <w:t>Та Сковорода &lt;від нього &gt;&lt;br /&gt;</w:t>
        <w:br/>
        <w:t>лише рукою; відмахнеться,&lt;br /&gt;</w:t>
        <w:br/>
        <w:t>&lt;на землю упаде &gt;&lt;br /&gt;</w:t>
        <w:br/>
        <w:t>&lt;й&gt; і ще дужче заспіває:&lt;br /&gt;</w:t>
        <w:br/>
        <w:t>О сонце мелодійне!&lt;br /&gt;</w:t>
        <w:br/>
        <w:t>Сонце "&lt; славне, чудодійне&gt; славне, дивне, чудодійне!&lt;br /&gt;</w:t>
        <w:br/>
        <w:t>Без тебе люди не жили б, &lt;і&gt; не цвілись сади,—&lt;br /&gt;</w:t>
        <w:br/>
        <w:t>нрийми вітання від Сковороди!&lt;br /&gt;</w:t>
        <w:br/>
        <w:t>І відхреститься &lt;від нього &gt; &lt; відплюнеться &gt; отець&lt;br /&gt;</w:t>
        <w:br/>
        <w:t>Іустин,&lt;br /&gt;</w:t>
        <w:br/>
        <w:t>і &lt; задом почне &gt; задом, як од божевільного, почне від нього&lt;br /&gt;</w:t>
        <w:br/>
        <w:t>відступати.&lt;br /&gt;</w:t>
        <w:br/>
        <w:t>А Сковорода&lt;br /&gt;</w:t>
        <w:br/>
        <w:t>на землю упаде,&lt;br /&gt;</w:t>
        <w:br/>
        <w:t>цілує квіти, трави гладить,&lt;br /&gt;</w:t>
        <w:br/>
        <w:t>росою очі, немов незрячі, протирає —&lt;br /&gt;</w:t>
        <w:br/>
        <w:t>природо!&lt;br /&gt;</w:t>
        <w:br/>
        <w:t>Як ти всього мене кругом наповнила &lt; —&gt;&lt;br /&gt;</w:t>
        <w:br/>
        <w:t>щедро-щедротно!&lt;br /&gt;</w:t>
        <w:br/>
        <w:t>Пролий душі мої[й] силу,&lt;br /&gt;</w:t>
        <w:br/>
        <w:t>і муст, і нектар, і любов,&lt;br /&gt;</w:t>
        <w:br/>
        <w:t>нехай я мудрістю твоєю затужавію,&lt;br /&gt;</w:t>
        <w:br/>
        <w:t>руто моя!&lt;br /&gt;</w:t>
        <w:br/>
        <w:t>І рута пахуча зразу ж, десь почує,&lt;br /&gt;</w:t>
        <w:br/>
        <w:t>і Сковороді&lt;br /&gt;</w:t>
        <w:br/>
        <w:t>такий муст у серце вступить,&lt;br /&gt;</w:t>
        <w:br/>
        <w:t>що &lt;від&gt; він од радості і бігає, і плаче,&lt;br /&gt;</w:t>
        <w:br/>
        <w:t>і кожне дерево, вітає,&lt;br /&gt;</w:t>
        <w:br/>
        <w:t>метелику й комашці дякує —&lt;br /&gt;</w:t>
        <w:br/>
        <w:t>за все, за все!&lt;br /&gt;</w:t>
        <w:br/>
        <w:t>Перце удода на стежці піднявши,&lt;br /&gt;</w:t>
        <w:br/>
        <w:t>в петельку сорочки він собі застромить&lt;br /&gt;</w:t>
        <w:br/>
        <w:t>і ніжно дмухає і на нього — &lt;й поглядає — &gt;&lt;br /&gt;</w:t>
        <w:br/>
        <w:t>навмисне —&lt;br /&gt;</w:t>
        <w:br/>
        <w:t>щоб упало.&lt;br /&gt;</w:t>
        <w:br/>
        <w:t>&lt;Та&gt; Тільки ж перце, вже й перехилившись головою вниз,&lt;br /&gt;</w:t>
        <w:br/>
        <w:t>тримається на кінчику і падати не хоче.&lt;br /&gt;</w:t>
        <w:br/>
        <w:t>О натуро!&lt;br /&gt;</w:t>
        <w:br/>
        <w:t>Що може бути краще,&lt;br /&gt;</w:t>
        <w:br/>
        <w:t>як та гармонія душі!&lt;br /&gt;</w:t>
        <w:br/>
        <w:t>&lt; Неспокій &gt;&lt;br /&gt;</w:t>
        <w:br/>
        <w:t>Неспокійні руки роботи попросять.&lt;br /&gt;</w:t>
        <w:br/>
        <w:t>Г-ембля свого під напиналом в саду знайшовши,&lt;br /&gt;</w:t>
        <w:br/>
        <w:t>він ясенові дошки струже і гембелює.&lt;br /&gt;</w:t>
        <w:br/>
        <w:t>А дошки ж лисі,аж шуті —&lt;br /&gt;</w:t>
        <w:br/>
        <w:t>а по них узори шиті —&lt;br /&gt;</w:t>
        <w:br/>
        <w:t>сухопінявий шум!&lt;br /&gt;</w:t>
        <w:br/>
        <w:t>Тісняться стрижки у стружки —&lt;br /&gt;</w:t>
        <w:br/>
        <w:t>шуті, шиті, шум!&lt;br /&gt;</w:t>
        <w:br/>
        <w:t>Тікають, скручені в кружки&lt;br /&gt;</w:t>
        <w:br/>
        <w:t>шуті, шиті, шум! &lt;..&gt;&lt;br /&gt;</w:t>
        <w:br/>
        <w:t>Гармонія, ах гармонія душі І&lt;br /&gt;</w:t>
        <w:br/>
        <w:t>Для неї — все на світі 8алишу&lt;!..&gt;...&lt;br /&gt;</w:t>
        <w:br/>
        <w:t>Для неї ж я...&lt;br /&gt;</w:t>
        <w:br/>
        <w:t>— Та не сміши! —&lt;br /&gt;</w:t>
        <w:br/>
        <w:t>за спиною його почується тут голос,—&lt;br /&gt;</w:t>
        <w:br/>
        <w:t>пощерблений,&lt;br /&gt;</w:t>
        <w:br/>
        <w:t>простуджений,&lt;br /&gt;</w:t>
        <w:br/>
        <w:t>важкий.&lt;br /&gt;</w:t>
        <w:br/>
        <w:t>&lt; Здригне плечима Сковорода:&lt;br /&gt;</w:t>
        <w:br/>
        <w:t>немов поцілений у саме серце — &gt;&lt;br /&gt;</w:t>
        <w:br/>
        <w:t>Поцілений у саме серце,&lt;br /&gt;</w:t>
        <w:br/>
        <w:t>здригне плечима Сковорода:&lt;br /&gt;</w:t>
        <w:br/>
        <w:t>пбрце з грудей своїх &lt; здмухне, &gt; здмухне сердито,&lt;br /&gt;</w:t>
        <w:br/>
        <w:t>немовби це воно було причиною досади,&lt;br /&gt;</w:t>
        <w:br/>
        <w:t>&lt;і із&gt; і,так із [гемблем] у руці&lt;br /&gt;</w:t>
        <w:br/>
        <w:t>&lt;обернеться&gt; напівобернеться на голос.&lt;br /&gt;</w:t>
        <w:br/>
        <w:t>&lt;а&gt; &lt;Ага, це&gt; &lt;Перед ним&gt; &lt;Та це Віспуватий,—&lt;br /&gt;</w:t>
        <w:br/>
        <w:t>подумає собі —&lt;br /&gt;</w:t>
        <w:br/>
        <w:t>Перед ним — Біснуватий,&lt;br /&gt;</w:t>
        <w:br/>
        <w:t>що так розумно завше дивиться.&lt;br /&gt;</w:t>
        <w:br/>
        <w:t>А там он — із сусідньої гори —&lt;br /&gt;</w:t>
        <w:br/>
        <w:t>співаючи, іде сюди солдат з цеберком,&lt;br /&gt;</w:t>
        <w:br/>
        <w:t>і по стежці за ним —&lt;br /&gt;</w:t>
        <w:br/>
        <w:t>як жива —&lt;br /&gt;</w:t>
        <w:br/>
        <w:t>гадючиться верьовка...&lt;br /&gt;</w:t>
        <w:br/>
        <w:t>&lt;Сковорода&gt; Сковорода&lt;br /&gt;</w:t>
        <w:br/>
        <w:t>Ти щось казав?&lt;br /&gt;</w:t>
        <w:br/>
        <w:t>Біснуватий&lt;br /&gt;</w:t>
        <w:br/>
        <w:t>Та, може ж, і казав.&lt;br /&gt;</w:t>
        <w:br/>
        <w:t>(А сам —&lt;br /&gt;</w:t>
        <w:br/>
        <w:t>&lt;то розкриє, то знов загорпе лахміття &gt; то розкриється,&lt;br /&gt;</w:t>
        <w:br/>
        <w:t>то знов загорнеться в лахміття своє мізерне,&lt;br /&gt;</w:t>
        <w:br/>
        <w:t>під яким, як іволга,&lt;br /&gt;</w:t>
        <w:br/>
        <w:t>жовтіли &lt;, як іволга, старі &gt; &lt;, як іволга, потерті &gt;, як&lt;br /&gt;</w:t>
        <w:br/>
        <w:t>іволга, старі штани —&lt;br /&gt;</w:t>
        <w:br/>
        <w:t>обтягнені, військові).&lt;br /&gt;</w:t>
        <w:br/>
        <w:t>Сковорода &lt; (оббираючи стружки із гембля) &gt;&lt;br /&gt;</w:t>
        <w:br/>
        <w:t>Ну, а їцо ж саме?&lt;br /&gt;</w:t>
        <w:br/>
        <w:t>Ти можеш повторити?&lt;br /&gt;</w:t>
        <w:br/>
        <w:t>Біспувати и&lt;br /&gt;</w:t>
        <w:br/>
        <w:t>О боже ж мій! та доки ж повторяти?&lt;br /&gt;</w:t>
        <w:br/>
        <w:t>Та ще кому — тобі?&lt;br /&gt;</w:t>
        <w:br/>
        <w:t>Тобі, що світ &lt;увесь перевернути &gt; &lt;увесь ти б зміг&gt;&lt;br /&gt;</w:t>
        <w:br/>
        <w:t>би зміг увесь перевернути,&lt;br /&gt;</w:t>
        <w:br/>
        <w:t>аби лиш захотів?&lt;br /&gt;</w:t>
        <w:br/>
        <w:t>Сковорода&lt;br /&gt;</w:t>
        <w:br/>
        <w:t>Ти хочеш цим сказати,&lt;br /&gt;</w:t>
        <w:br/>
        <w:t>що &lt; знаєш &gt; досконало знаєш силу мою творчу&lt;br /&gt;</w:t>
        <w:br/>
        <w:t>&lt;і той&gt;, як також і те: &lt;куди&gt;&lt;br /&gt;</w:t>
        <w:br/>
        <w:t>в який &lt;вона&gt; прямує &lt;хід?&gt; хід вона?&lt;br /&gt;</w:t>
        <w:br/>
        <w:t>Біснуватий &lt; (раптом закричавши) &gt;&lt;br /&gt;</w:t>
        <w:br/>
        <w:t>&lt;Хід? Та&gt;&lt;br /&gt;</w:t>
        <w:br/>
        <w:t>&lt; (і раптом закричить) &gt;&lt;br /&gt;</w:t>
        <w:br/>
        <w:t>Та в який же інший хід, &lt;як тільки &gt; як тільки той, що ми&lt;br /&gt;</w:t>
        <w:br/>
        <w:t>його &lt;повинні&gt; були б повинні — всі!&lt;br /&gt;</w:t>
        <w:br/>
        <w:t>ти розумієш?..&lt;br /&gt;</w:t>
        <w:br/>
        <w:t>&lt;(і раптом закричав він,&gt;&lt;br /&gt;</w:t>
        <w:br/>
        <w:t>Біснуватий *&lt;br /&gt;</w:t>
        <w:br/>
        <w:t>оброслу голову на шиї, мов жорна, &lt; повернувши &gt;&lt;br /&gt;</w:t>
        <w:br/>
        <w:t>поверне,&lt;br /&gt;</w:t>
        <w:br/>
        <w:t>у стугні груди б'є рукою&lt;br /&gt;</w:t>
        <w:br/>
        <w:t>1 страшно пророкує,&lt;br /&gt;</w:t>
        <w:br/>
        <w:t>в свої уривчасті слова&lt;br /&gt;</w:t>
        <w:br/>
        <w:t>мішаючи чужі, французькі:&lt;br /&gt;</w:t>
        <w:br/>
        <w:t>Наш хід, як тигр — нестримний гон.&lt;br /&gt;</w:t>
        <w:br/>
        <w:t>Землі то тон демократі.&lt;br /&gt;</w:t>
        <w:br/>
        <w:t>Са іра! са іра!&lt;br /&gt;</w:t>
        <w:br/>
        <w:t>А ви, що ви? Кого ви лю?&lt;br /&gt;</w:t>
        <w:br/>
        <w:t>І землю длю, і люд давлю —&lt;br /&gt;</w:t>
        <w:br/>
        <w:t>прокля...&lt;!&gt; царб&lt;'&gt;...&lt;!&gt; тир&amp;#163;&lt;'!&gt;...&lt;br /&gt;</w:t>
        <w:br/>
        <w:t>І раптом засміється:&lt;br /&gt;</w:t>
        <w:br/>
        <w:t>а Катерина ще не здохла?&lt;br /&gt;</w:t>
        <w:br/>
        <w:t>— Ну йди ж, іди! — &lt;солдат&gt; надійшовши, солдат на нього&lt;br /&gt;</w:t>
        <w:br/>
        <w:t>крикне,&lt;br /&gt;</w:t>
        <w:br/>
        <w:t>й дзвінке цебро опустить у криницю...&lt;br /&gt;</w:t>
        <w:br/>
        <w:t>Ух! — злякається &lt;цеберко&gt; цебро&lt;br /&gt;</w:t>
        <w:br/>
        <w:t>й, немов хватаючись за цямрини,&lt;br /&gt;</w:t>
        <w:br/>
        <w:t>там десь&lt;br /&gt;</w:t>
        <w:br/>
        <w:t>в глибокій &lt; дзвінкій &gt; лункій тиші&lt;br /&gt;</w:t>
        <w:br/>
        <w:t>то в один бік &lt; раптом бух&gt; глухо бухне —&lt;br /&gt;</w:t>
        <w:br/>
        <w:t>то в &lt;другий&gt; &lt; інший &gt; другий...&lt;br /&gt;</w:t>
        <w:br/>
        <w:t>Біснуватий (до Сковороди)&lt;br /&gt;</w:t>
        <w:br/>
        <w:t>В гармонії перебуваєш?&lt;br /&gt;</w:t>
        <w:br/>
        <w:t>&lt;В молит[ві] &gt; У розслабляючій молитві до натури?&lt;br /&gt;</w:t>
        <w:br/>
        <w:t>А я —&lt;br /&gt;</w:t>
        <w:br/>
        <w:t>&lt; замість &gt;&lt;br /&gt;</w:t>
        <w:br/>
        <w:t>щодня замість молитви прокляття шлю —&lt;br /&gt;</w:t>
        <w:br/>
        <w:t>царям, тиранам та владикам!&lt;br /&gt;</w:t>
        <w:br/>
        <w:t>Хоча... (він усміхпеться гірко):&lt;br /&gt;</w:t>
        <w:br/>
        <w:t>щб можуть вдіяти самі лише прокляття?&lt;br /&gt;</w:t>
        <w:br/>
        <w:t>(і знову &lt;прокричить&gt; грізно прокричить):&lt;br /&gt;</w:t>
        <w:br/>
        <w:t>Са іра! Са іра!&lt;br /&gt;</w:t>
        <w:br/>
        <w:t>Сковорода,&lt;br /&gt;</w:t>
        <w:br/>
        <w:t>&lt;свої тут філософські, вічно здивовані брови пасторожить,&gt;&lt;br /&gt;</w:t>
        <w:br/>
        <w:t>лівою рукою оббираючи шорсткії з гембля стружки,&lt;br /&gt;</w:t>
        <w:br/>
        <w:t>свої тут філософські, вічно здивовані брови насторожить&lt;br /&gt;</w:t>
        <w:br/>
        <w:t>&lt;і про&gt; і &lt;п[ро]&gt; зацікавлено &lt;запитає&gt; спитає:&lt;br /&gt;</w:t>
        <w:br/>
        <w:t>Са іра — тобто: &lt;піде на добре, все&gt; на добре піде,&lt;br /&gt;</w:t>
        <w:br/>
        <w:t>влаштується, все вперед,—&lt;br /&gt;</w:t>
        <w:br/>
        <w:t>а звідки ж ти умієш по-французькому?&lt;br /&gt;</w:t>
        <w:br/>
        <w:t>...Солдат, витягнувши води з криниці,&lt;br /&gt;</w:t>
        <w:br/>
        <w:t>поставить цеберко на цямрину&lt;br /&gt;</w:t>
        <w:br/>
        <w:t>й &lt;перехилившись &gt;, перехиливши його, пити станс.&lt;br /&gt;</w:t>
        <w:br/>
        <w:t>&lt;Й вода розколихана в цеберку &gt;&lt;br /&gt;</w:t>
        <w:br/>
        <w:t>&lt;А вона розколихана, від неба синя&gt;&lt;br /&gt;</w:t>
        <w:br/>
        <w:t>А вона&lt;br /&gt;</w:t>
        <w:br/>
        <w:t>важко розколихана, від неба синя —&lt;br /&gt;</w:t>
        <w:br/>
        <w:t>&lt;не раз вихлюпнеться на пісок... &gt;&lt;br /&gt;</w:t>
        <w:br/>
        <w:t>вихлюпується на пісок...&lt;br /&gt;</w:t>
        <w:br/>
        <w:t>Біснуватий (до Сковороди)&lt;br /&gt;</w:t>
        <w:br/>
        <w:t>Воду філософії розливаєш на пісок сухий, неплодоносний?&lt;br /&gt;</w:t>
        <w:br/>
        <w:t>Час би вже знайти й &lt; родючу землю &gt; родючий грунт —&lt;br /&gt;</w:t>
        <w:br/>
        <w:t>ти чуєш?&lt;br /&gt;</w:t>
        <w:br/>
        <w:t>Ой гуць, гуці, сорочечки куці *.&lt;br /&gt;</w:t>
        <w:br/>
        <w:t>&lt;Сковорода&lt;br /&gt;</w:t>
        <w:br/>
        <w:t>А саме?&lt;br /&gt;</w:t>
        <w:br/>
        <w:t>Біснуватий&lt;br /&gt;</w:t>
        <w:br/>
        <w:t>Ох, як же не люблю я поясняти!&lt;br /&gt;</w:t>
        <w:br/>
        <w:t>Але прийдеться пояснити. &gt;&lt;br /&gt;</w:t>
        <w:br/>
        <w:t>Солдат (напившись)&lt;br /&gt;</w:t>
        <w:br/>
        <w:t>&lt;Ти ч[уеш?] &gt; &lt;Чи ти ч[уеш?] &gt; Чувш?&lt;br /&gt;</w:t>
        <w:br/>
        <w:t>&lt;Ідеш мені&gt; &lt;Ідеш к мені чи ні?&gt;&lt;br /&gt;</w:t>
        <w:br/>
        <w:t>Ти йдеш — кажи мені — чи ні?&lt;br /&gt;</w:t>
        <w:br/>
        <w:t>Біснуватий &lt; (крикне) &gt; (з досадою крикне)&lt;br /&gt;</w:t>
        <w:br/>
        <w:t>Та йду! лечу!&lt;br /&gt;</w:t>
        <w:br/>
        <w:t>Л все ж... царі... (до Сковороди)&lt;br /&gt;</w:t>
        <w:br/>
        <w:t>Сказать?&lt;br /&gt;</w:t>
        <w:br/>
        <w:t>Я б перший їх&lt;br /&gt;</w:t>
        <w:br/>
        <w:t>Зарі —&lt;br /&gt;</w:t>
        <w:br/>
        <w:t>Зарі —&lt;br /&gt;</w:t>
        <w:br/>
        <w:t>Ух! заворушитись народу тільки дайте...&lt;br /&gt;</w:t>
        <w:br/>
        <w:t>Сковорода,&lt;br /&gt;</w:t>
        <w:br/>
        <w:t>скупчивши поміж брів своїх якусь глибинну невимовну&lt;br /&gt;</w:t>
        <w:br/>
        <w:t>мисль,&lt;br /&gt;</w:t>
        <w:br/>
        <w:t>свій гембель одкладе&lt;br /&gt;</w:t>
        <w:br/>
        <w:t>і довго дивиться &lt; услід &gt; обірваному Біснуватому услід,&lt;br /&gt;</w:t>
        <w:br/>
        <w:t>&lt; немовби ще&gt;&lt;br /&gt;</w:t>
        <w:br/>
        <w:t>іще й рукою &lt; вгору &gt; так, немовби його заверпути хоче *.&lt;br /&gt;</w:t>
        <w:br/>
        <w:t>&lt;А він іде,&gt; &lt;той, віддаляючись &gt;&lt;br /&gt;</w:t>
        <w:br/>
        <w:t>А той,&lt;br /&gt;</w:t>
        <w:br/>
        <w:t>віддаляючись,&lt;br /&gt;</w:t>
        <w:br/>
        <w:t>&lt;і довго &gt; щоразу обертається назад,&lt;br /&gt;</w:t>
        <w:br/>
        <w:t>і спотикається, й плюється:&lt;br /&gt;</w:t>
        <w:br/>
        <w:t>&lt;У[х!]&gt; заворушитись &lt;тільки дайте...&gt;&lt;br /&gt;</w:t>
        <w:br/>
        <w:t>тільки — *&lt;br /&gt;</w:t>
        <w:br/>
        <w:t>дайте — *&lt;br /&gt;</w:t>
        <w:br/>
        <w:t>(ЦДАМЛМ, ф. 464, оп. 1, № 1196, арк. 8—12)</w:t>
      </w:r>
    </w:p>
    <w:p>
      <w:r>
        <w:br/>
        <w:t>[XII. СКОВОРОДА І БІСНУВАТИЙ]</w:t>
      </w:r>
    </w:p>
    <w:p>
      <w:r>
        <w:br/>
        <w:t>жовтіли старі штани потерті,&lt;br /&gt;</w:t>
        <w:br/>
        <w:t>обтягнені, військові).&lt;br /&gt;</w:t>
        <w:br/>
        <w:t>Сковорода&lt;br /&gt;</w:t>
        <w:br/>
        <w:t>Хочеш сказати цим,&lt;br /&gt;</w:t>
        <w:br/>
        <w:t>&lt;що знаєш&gt; що ти знаєш досконало силу мою творчу?&lt;br /&gt;</w:t>
        <w:br/>
        <w:t>як і те:&lt;br /&gt;</w:t>
        <w:br/>
        <w:t>в який вона прямує хід?&lt;br /&gt;</w:t>
        <w:br/>
        <w:t>Та в який же інший хід, як тільки в той,&lt;br /&gt;</w:t>
        <w:br/>
        <w:t>що ми його були б повинні всі —&lt;br /&gt;</w:t>
        <w:br/>
        <w:t>ти розумієш? —&lt;br /&gt;</w:t>
        <w:br/>
        <w:t>&lt;всі&gt; геть чисто всі вхопити! &lt; — &gt;&lt;br /&gt;</w:t>
        <w:br/>
        <w:t>&lt;Ні, про це давай я краще заспіваю:&lt;br /&gt;</w:t>
        <w:br/>
        <w:t>Царихо, царихо,—&lt;br /&gt;</w:t>
        <w:br/>
        <w:t>від тебе все лихо!&gt;&lt;br /&gt;</w:t>
        <w:br/>
        <w:t>Сковорода&lt;br /&gt;</w:t>
        <w:br/>
        <w:t>&lt;0! та в тебе, я бачу, голос неабиякий?&gt;&lt;br /&gt;</w:t>
        <w:br/>
        <w:t>Але на що &lt;ти натякаєш&gt; ти своїм співом&lt;br /&gt;</w:t>
        <w:br/>
        <w:t>натякаєш —&lt;br /&gt;</w:t>
        <w:br/>
        <w:t>ніяк не розумію.&lt;br /&gt;</w:t>
        <w:br/>
        <w:t>Еж вихваляння царів&lt;br /&gt;</w:t>
        <w:br/>
        <w:t>зовсім не в моїй натурі!&lt;br /&gt;</w:t>
        <w:br/>
        <w:t>Біснуватий (раптом роз'ярившись)&lt;br /&gt;</w:t>
        <w:br/>
        <w:t>&lt;Нат[ура] &gt;&lt;br /&gt;</w:t>
        <w:br/>
        <w:t>В натурі чи не в натурі —&lt;br /&gt;</w:t>
        <w:br/>
        <w:t>та це ще ж половина діла!&lt;br /&gt;</w:t>
        <w:br/>
        <w:t>&lt; Росія тримається &gt; Росії покора тримається&lt;br /&gt;</w:t>
        <w:br/>
        <w:t>на чому?&lt;br /&gt;</w:t>
        <w:br/>
        <w:t>на ремінній царській батурі&lt;br /&gt;</w:t>
        <w:br/>
        <w:t>&lt;і як треба &gt;&lt;br /&gt;</w:t>
        <w:br/>
        <w:t>чи як простіше сказати:&lt;br /&gt;</w:t>
        <w:br/>
        <w:t>на довгім канчуку.&lt;br /&gt;</w:t>
        <w:br/>
        <w:t>&lt;І нам треба його вибити із рук тирана !&gt;&lt;br /&gt;</w:t>
        <w:br/>
        <w:t>А чи не можна б якось вибити її із рук тирана?!&lt;br /&gt;</w:t>
        <w:br/>
        <w:t>Ось куди наш хід, &lt;прямує&gt; &lt;!&gt;&lt;br /&gt;</w:t>
        <w:br/>
        <w:t>&lt;Ось куди він прямує! &gt; ось куди він прямує!&lt;br /&gt;</w:t>
        <w:br/>
        <w:t>Сковорода&lt;br /&gt;</w:t>
        <w:br/>
        <w:t>Скільки я стрічав тебе за ці три місяці,&lt;br /&gt;</w:t>
        <w:br/>
        <w:t>а, &lt; признаться по правді, я&gt; признатися,&lt;br /&gt;</w:t>
        <w:br/>
        <w:t>не знав,&lt;br /&gt;</w:t>
        <w:br/>
        <w:t>&lt;що думки твої&lt;br /&gt;</w:t>
        <w:br/>
        <w:t>торкаються усього людства. &gt;&lt;br /&gt;</w:t>
        <w:br/>
        <w:t>що думки твої такі сміливі&lt;br /&gt;</w:t>
        <w:br/>
        <w:t>й що вони пов'язані&lt;br /&gt;</w:t>
        <w:br/>
        <w:t>із долею усього людства.&lt;br /&gt;</w:t>
        <w:br/>
        <w:t>Говори, &lt;—я буду слухати,—&gt; це мені цікаво,—&lt;br /&gt;</w:t>
        <w:br/>
        <w:t>я слухаю уважно.&lt;br /&gt;</w:t>
        <w:br/>
        <w:t>Людство! Людство!&lt;br /&gt;</w:t>
        <w:br/>
        <w:t>Та доки ж &lt;воно страждатиме, я питаю вас: о, доки?&gt;&lt;br /&gt;</w:t>
        <w:br/>
        <w:t>йому страждать іще?&lt;br /&gt;</w:t>
        <w:br/>
        <w:t>я питаю вас: о доки?&lt;br /&gt;</w:t>
        <w:br/>
        <w:t>(І по павзі&lt;br /&gt;</w:t>
        <w:br/>
        <w:t>оброслу голову на шиї, мов жорна, повернувши,&lt;br /&gt;</w:t>
        <w:br/>
        <w:t>у стугні груди б'є рукою&lt;br /&gt;</w:t>
        <w:br/>
        <w:t>і страшно пророкує,&lt;br /&gt;</w:t>
        <w:br/>
        <w:t>в свої уривчасті слова&lt;br /&gt;</w:t>
        <w:br/>
        <w:t>мішаючи чужі, французькі):&lt;br /&gt;</w:t>
        <w:br/>
        <w:t>Наш хід, як тигр — нестримний гон.&lt;br /&gt;</w:t>
        <w:br/>
        <w:t>Землі то тон демократі.&lt;br /&gt;</w:t>
        <w:br/>
        <w:t>Са ір&amp;#163;! са іра!&lt;br /&gt;</w:t>
        <w:br/>
        <w:t>А ви, що ви? Кого ви лю?&lt;br /&gt;</w:t>
        <w:br/>
        <w:t>і землю длю і люд давлю,—&lt;br /&gt;</w:t>
        <w:br/>
        <w:t>прокля!.. цара!.. тира!..&lt;br /&gt;</w:t>
        <w:br/>
        <w:t>(І раптом засміється):&lt;br /&gt;</w:t>
        <w:br/>
        <w:t>а Катерина ще не здохла?&lt;br /&gt;</w:t>
        <w:br/>
        <w:t>— Ну йди ж, іди! — надійшовши, солдат на нього крикне&lt;br /&gt;</w:t>
        <w:br/>
        <w:t>й дзвінке цебро опустить у криницю...&lt;br /&gt;</w:t>
        <w:br/>
        <w:t>— Ух! — злякається цебро&lt;br /&gt;</w:t>
        <w:br/>
        <w:t>й, немов хватаючись за цямрини,&lt;br /&gt;</w:t>
        <w:br/>
        <w:t>там десь&lt;br /&gt;</w:t>
        <w:br/>
        <w:t>в глибокій лупкій тиші&lt;br /&gt;</w:t>
        <w:br/>
        <w:t>то в один бік глухо бухне,&lt;br /&gt;</w:t>
        <w:br/>
        <w:t>то в другий...&lt;br /&gt;</w:t>
        <w:br/>
        <w:t>&lt;Біснуватий&gt; Солдат&lt;br /&gt;</w:t>
        <w:br/>
        <w:t>(Водячи вірьовкою відро на глибині):&lt;br /&gt;</w:t>
        <w:br/>
        <w:t>Здрастуйте, Григорію Савичу!&lt;br /&gt;</w:t>
        <w:br/>
        <w:t>Дошки стружете?&lt;br /&gt;</w:t>
        <w:br/>
        <w:t>&lt; А я оце&gt; А мені оце — бачите? — яка служба:&lt;br /&gt;</w:t>
        <w:br/>
        <w:t>двічі на день воджу його на прогулянку,&lt;br /&gt;</w:t>
        <w:br/>
        <w:t>а потім знов на цеп саджаю.&lt;br /&gt;</w:t>
        <w:br/>
        <w:t>&lt;А ото&gt; &lt;Хай не говорить &gt;&lt;br /&gt;</w:t>
        <w:br/>
        <w:t>&lt;А що ж із ним робить! &gt;&lt;br /&gt;</w:t>
        <w:br/>
        <w:t>Ну а що ж.&lt;br /&gt;</w:t>
        <w:br/>
        <w:t>Хай не говорить поганого проти цариці.&lt;br /&gt;</w:t>
        <w:br/>
        <w:t>&lt;Самі скажіть &gt; Та й ви самі скажіть:&lt;br /&gt;</w:t>
        <w:br/>
        <w:t>Хіба &lt;ж&gt; не можна тихо, смирно &lt;жить?&gt; жити?&lt;br /&gt;</w:t>
        <w:br/>
        <w:t>Так ні ж таки... *&lt;br /&gt;</w:t>
        <w:br/>
        <w:t>Ох і люблю ж я ваші співи про цеє &lt;тихе смирне &gt; мирне&lt;br /&gt;</w:t>
        <w:br/>
        <w:t>житіє!</w:t>
      </w:r>
    </w:p>
    <w:p>
      <w:r>
        <w:br/>
        <w:t>Прийду колись — послухаю.&lt;br /&gt;</w:t>
        <w:br/>
        <w:t>Ну витягайсь, витягайсь...&lt;br /&gt;</w:t>
        <w:br/>
        <w:t>Біснуватий&lt;br /&gt;</w:t>
        <w:br/>
        <w:t>&lt;1. Так от чим ти зачарував мого тюремника?&lt;br /&gt;</w:t>
        <w:br/>
        <w:t>2. А я й не знав. 3. (похитавши головою):&lt;br /&gt;</w:t>
        <w:br/>
        <w:t>4. В гармонії перебуваєш?&lt;br /&gt;</w:t>
        <w:br/>
        <w:t>У розслабляючій молитві до натури? &gt;</w:t>
      </w:r>
    </w:p>
    <w:p>
      <w:r>
        <w:br/>
        <w:t>(ЦДАМЛМ, ф. 464, оп. 1, М 1196, арк. 15—17)</w:t>
      </w:r>
    </w:p>
    <w:p>
      <w:r>
        <w:br/>
        <w:t>[XIII. СКОВОРОДА І БІСНУВАТИЙ]</w:t>
      </w:r>
    </w:p>
    <w:p>
      <w:r>
        <w:br/>
        <w:t>...Нахопиться тут Біснуватий,&lt;br /&gt;</w:t>
        <w:br/>
        <w:t>що так розумно завше дивиться,&lt;br /&gt;</w:t>
        <w:br/>
        <w:t>і &lt;про&gt; щось чужою мовою &lt; запитає &gt; незрозуміле&lt;br /&gt;</w:t>
        <w:br/>
        <w:t>запитає.&lt;br /&gt;</w:t>
        <w:br/>
        <w:t>Він&lt;br /&gt;</w:t>
        <w:br/>
        <w:t>&lt;оброслову&gt; оброслу голову свою на шиї, мов жорна,&lt;br /&gt;</w:t>
        <w:br/>
        <w:t>повернувши,&lt;br /&gt;</w:t>
        <w:br/>
        <w:t>одкинувши &lt; гордо лахміття, неначе тогу&gt;&lt;br /&gt;</w:t>
        <w:br/>
        <w:t>лахміття горде, неначе тогу,&lt;br /&gt;</w:t>
        <w:br/>
        <w:t>він, дивлячись кудись &lt;туди в віки&gt; туди, у безвіст[ь],&lt;br /&gt;</w:t>
        <w:br/>
        <w:t>у віки,&lt;br /&gt;</w:t>
        <w:br/>
        <w:t>[2] у чорні груди стугно б'є рукою&lt;br /&gt;</w:t>
        <w:br/>
        <w:t>[1] риканням горло клекотюче роздирає,&lt;br /&gt;</w:t>
        <w:br/>
        <w:t>[3] і страшно пророкує.</w:t>
      </w:r>
    </w:p>
    <w:p>
      <w:r>
        <w:br/>
        <w:t>(ЦДАМЛМ, ф. 464, оп. 1, № 1196, арк. 18)</w:t>
      </w:r>
    </w:p>
    <w:p>
      <w:r>
        <w:br/>
        <w:t>[XIV. СКОВОРОДА І БІСНУВАТИЙ]</w:t>
      </w:r>
    </w:p>
    <w:p>
      <w:r>
        <w:br/>
        <w:t>цілує квіти, трави гладить,&lt;br /&gt;</w:t>
        <w:br/>
        <w:t>росою очі, немов незрячі, протирає —&lt;br /&gt;</w:t>
        <w:br/>
        <w:t>природо, як ти мене всього наповнила&lt;br /&gt;</w:t>
        <w:br/>
        <w:t>щедро-щедротно!&lt;br /&gt;</w:t>
        <w:br/>
        <w:t>Навій душі моїй спокій,&lt;br /&gt;</w:t>
        <w:br/>
        <w:t>і мир, і влагоду, й любов.&lt;br /&gt;</w:t>
        <w:br/>
        <w:t>Я більш нічого не бажаю,&lt;br /&gt;</w:t>
        <w:br/>
        <w:t>0 всеблаженна!&lt;br /&gt;</w:t>
        <w:br/>
        <w:t>1 всеблаженна зразу десь почув,&lt;br /&gt;</w:t>
        <w:br/>
        <w:t>і Сковороді&lt;br /&gt;</w:t>
        <w:br/>
        <w:t>такий мир у серце ввійде,&lt;br /&gt;</w:t>
        <w:br/>
        <w:t>що він од радості і бігає, і плаче,&lt;br /&gt;</w:t>
        <w:br/>
        <w:t>і кожне дерево вітає,&lt;br /&gt;</w:t>
        <w:br/>
        <w:t>метелику й комашці дякує —&lt;br /&gt;</w:t>
        <w:br/>
        <w:t>за все, за все!&lt;br /&gt;</w:t>
        <w:br/>
        <w:t>&lt;Руки попросять роботи &gt;&lt;br /&gt;</w:t>
        <w:br/>
        <w:t>Неспокійні руки роботи попросять.&lt;br /&gt;</w:t>
        <w:br/>
        <w:t>&lt;Він&gt; Гембля свого під напиналом знайшовши,&lt;br /&gt;</w:t>
        <w:br/>
        <w:t>він &lt; дошки &gt; ясенові дошки струже і гембелює&lt;br /&gt;</w:t>
        <w:br/>
        <w:t>&lt;аж поки прийде &gt; &lt;аж поки позіхаючи прийде&lt;br /&gt;</w:t>
        <w:br/>
        <w:t>послушник тесля &gt;&lt;br /&gt;</w:t>
        <w:br/>
        <w:t>&lt; послушнику в роботі помагає &gt;&lt;br /&gt;</w:t>
        <w:br/>
        <w:t>ш-шіть! — &lt;а ялина ж яка,— гей&gt; а ясенина ж яка&lt;br /&gt;</w:t>
        <w:br/>
        <w:t>&lt;— ось глянь &gt;&lt;br /&gt;</w:t>
        <w:br/>
        <w:t>ш-шіть! — &lt;та ще й золотим&gt; &lt;та ще й густо золотим&gt;&lt;br /&gt;</w:t>
        <w:br/>
        <w:t>та вся &lt;в жилках &gt; у розводах.&lt;br /&gt;</w:t>
        <w:br/>
        <w:t>Дошки &lt;—шуті&gt; лисі, аж шуті,&lt;br /&gt;</w:t>
        <w:br/>
        <w:t>&lt;а на&gt;&lt;br /&gt;</w:t>
        <w:br/>
        <w:t>&lt; немов узори шиті&gt; &lt;по них чисті [узори шиті] &gt;&lt;br /&gt;</w:t>
        <w:br/>
        <w:t>і тільки золотіють узори шиті&lt;br /&gt;</w:t>
        <w:br/>
        <w:t>шуті, шиті, ш-шіть!&lt;br /&gt;</w:t>
        <w:br/>
        <w:t>Ш-шіть! Ш-шіть!&lt;br /&gt;</w:t>
        <w:br/>
        <w:t>&lt; Зустрінеться &gt; Нахопиться тут Біснуватий,&lt;br /&gt;</w:t>
        <w:br/>
        <w:t>що так розумно завше дивиться&lt;br /&gt;</w:t>
        <w:br/>
        <w:t>&lt;й про Вольтера запитає &gt; &lt;і про Залізняка Максима&lt;br /&gt;</w:t>
        <w:br/>
        <w:t>запитає&gt;&lt;br /&gt;</w:t>
        <w:br/>
        <w:t>А Катерина ще не здохла?&lt;br /&gt;</w:t>
        <w:br/>
        <w:t>— Ну іді ж, іді! — солдат на нього крикне&lt;br /&gt;</w:t>
        <w:br/>
        <w:t>й дзвінке цебро опустить у криницю...&lt;br /&gt;</w:t>
        <w:br/>
        <w:t>Тим часом дзвін із-за тополь&lt;br /&gt;</w:t>
        <w:br/>
        <w:t>покличе пустинь на обідню.&lt;br /&gt;</w:t>
        <w:br/>
        <w:t>І бога грізного устав&lt;br /&gt;</w:t>
        <w:br/>
        <w:t>ідуть вичитувать ченці похмурі —&lt;br /&gt;</w:t>
        <w:br/>
        <w:t>один по одному,&lt;br /&gt;</w:t>
        <w:br/>
        <w:t>попід оградою"&lt;br /&gt;</w:t>
        <w:br/>
        <w:t>мовчки.&lt;br /&gt;</w:t>
        <w:br/>
        <w:t>&lt; Дошки &gt; А дошки лисі, аж шуті —&lt;br /&gt;</w:t>
        <w:br/>
        <w:t>&lt; ш-шіть ш-шіть &gt; ш-шіть! ш-шіть!&lt;br /&gt;</w:t>
        <w:br/>
        <w:t>&lt;ясенова —яка ось, глянь,—ш-шіть! ш-шіть!&gt;&lt;br /&gt;</w:t>
        <w:br/>
        <w:t>&lt;ш-шіть!&gt; А ясенові ж дошки — ш-шіть!&lt;br /&gt;</w:t>
        <w:br/>
        <w:t>&lt;Ш-шіть! — Та вся геть в жилках, в розводах! &gt;&lt;br /&gt;</w:t>
        <w:br/>
        <w:t>Та &lt;по ній все&gt; все по ній жилки та розводи!&lt;br /&gt;</w:t>
        <w:br/>
        <w:t>ш-шіть!&lt;br /&gt;</w:t>
        <w:br/>
        <w:t>Дошки лисі, аж шуті,&lt;br /&gt;</w:t>
        <w:br/>
        <w:t>&lt; Золотіють &gt; Золоті по них узори шиті&lt;br /&gt;</w:t>
        <w:br/>
        <w:t>&lt;пгуті, шуті, ш-шіть! &gt;&lt;br /&gt;</w:t>
        <w:br/>
        <w:t>ш-шіть! &lt;ш-шіть! &gt; &lt;ш-шіть!&gt;&lt;br /&gt;</w:t>
        <w:br/>
        <w:t>А ясенові ж дошки які ось — ш-шіть!&lt;br /&gt;</w:t>
        <w:br/>
        <w:t>та все ж смуги та розводи,— ш-шіть!&lt;br /&gt;</w:t>
        <w:br/>
        <w:t>І спиниться Сковорода&lt;br /&gt;</w:t>
        <w:br/>
        <w:t>(не може не спинитись!) —&lt;br /&gt;</w:t>
        <w:br/>
        <w:t>він бачить, як вони уже аж перед самим храмом&lt;br /&gt;</w:t>
        <w:br/>
        <w:t>оглядуються й поміж себе жорстоко осуждають,&lt;br /&gt;</w:t>
        <w:br/>
        <w:t>що гість отця Іустина,&lt;br /&gt;</w:t>
        <w:br/>
        <w:t>як і Біснуватий той,&lt;br /&gt;</w:t>
        <w:br/>
        <w:t>до храму невхожий.</w:t>
      </w:r>
    </w:p>
    <w:p>
      <w:r>
        <w:br/>
        <w:t>І гірко стане на душі.&lt;br /&gt;</w:t>
        <w:br/>
        <w:t>Замість гармонії підуть зітхання,&lt;br /&gt;</w:t>
        <w:br/>
        <w:t>і думи тяжкі понесуть&lt;br /&gt;</w:t>
        <w:br/>
        <w:t>у поле, на край світа...</w:t>
      </w:r>
    </w:p>
    <w:p>
      <w:r>
        <w:br/>
        <w:t>Поле, поле!&lt;br /&gt;</w:t>
        <w:br/>
        <w:t>Яке воно кругле!&lt;br /&gt;</w:t>
        <w:br/>
        <w:t>Яке воно просте і довершенне —&lt;br /&gt;</w:t>
        <w:br/>
        <w:t>поле!&lt;br /&gt;</w:t>
        <w:br/>
        <w:t>За кругом круг тече,&lt;br /&gt;</w:t>
        <w:br/>
        <w:t>за гору гора забігає.&lt;br /&gt;</w:t>
        <w:br/>
        <w:t>Отут,&lt;br /&gt;</w:t>
        <w:br/>
        <w:t>тут справжній ключ до душі.</w:t>
      </w:r>
    </w:p>
    <w:p>
      <w:r>
        <w:br/>
        <w:t>Щастя, де ти живеш? — горлиці, скажіть!&lt;br /&gt;</w:t>
        <w:br/>
        <w:t>Чи в полі вівці пасеш? — голуби, докрильте!&lt;br /&gt;</w:t>
        <w:br/>
        <w:t>Колос зігпувся і дивиться в землю —&lt;br /&gt;</w:t>
        <w:br/>
        <w:t>познай себе самого.&lt;br /&gt;</w:t>
        <w:br/>
        <w:t>Небо в тисячі люстер перехмарюється —&lt;br /&gt;</w:t>
        <w:br/>
        <w:t>познай себе самого.&lt;br /&gt;</w:t>
        <w:br/>
        <w:t>Дніпро у тінь пославсь, а повен перебігу —&lt;br /&gt;</w:t>
        <w:br/>
        <w:t>познай себе самого.&lt;br /&gt;</w:t>
        <w:br/>
        <w:t>&lt;Себ[то] &gt; Се ж бо єсть:&lt;br /&gt;</w:t>
        <w:br/>
        <w:t>бренне, текуче й безкіпечне,&lt;br /&gt;</w:t>
        <w:br/>
        <w:t>немов фігурний триугбл, в якому і три, і два, й один —&lt;br /&gt;</w:t>
        <w:br/>
        <w:t>одно і те ж.&lt;br /&gt;</w:t>
        <w:br/>
        <w:t>Одно і те ж старого городища сум —&lt;br /&gt;</w:t>
        <w:br/>
        <w:t>познай себе самого.&lt;br /&gt;</w:t>
        <w:br/>
        <w:t>І понад гречкою бриніння бджіл,&lt;br /&gt;</w:t>
        <w:br/>
        <w:t>а ще отари попід лісом,&lt;br /&gt;</w:t>
        <w:br/>
        <w:t>і Києва далекого торжественність нагірна —&lt;br /&gt;</w:t>
        <w:br/>
        <w:t>усе, усе в природі каже:&lt;br /&gt;</w:t>
        <w:br/>
        <w:t>познай себе самого, познай.&lt;br /&gt;</w:t>
        <w:br/>
        <w:t>Щастя, де ти живеш? — горлиці, скажіть!&lt;br /&gt;</w:t>
        <w:br/>
        <w:t>Чи в полі вівці пасеш? — голуби, докрильте!</w:t>
      </w:r>
    </w:p>
    <w:p>
      <w:r>
        <w:br/>
        <w:t>(ЦДАМЛМ, ф. 464, оп. 1, № 1196, арк. 26—27)</w:t>
      </w:r>
    </w:p>
    <w:p>
      <w:r>
        <w:br/>
        <w:t>[XV. СКОВОРОДА І БІСНУВАТИЙ]</w:t>
      </w:r>
    </w:p>
    <w:p>
      <w:r>
        <w:br/>
        <w:t>А дошки ж лисі, аж шуті &lt;,—ш-шіть!&gt;&lt;br /&gt;</w:t>
        <w:br/>
        <w:t>&lt; Золотіють по них розводи шиті—&lt;br /&gt;</w:t>
        <w:br/>
        <w:t>Ш-шіть! Ш-шіт-ть узори шиті,&lt;br /&gt;</w:t>
        <w:br/>
        <w:t>по них узори шиті&gt;&lt;br /&gt;</w:t>
        <w:br/>
        <w:t>&lt;А&gt; а по них узори шиті —&lt;br /&gt;</w:t>
        <w:br/>
        <w:t>по них узори все шиті.&lt;br /&gt;</w:t>
        <w:br/>
        <w:t>Нахопиться тут Біснуватий,&lt;br /&gt;</w:t>
        <w:br/>
        <w:t>що так розумно завше дивиться.&lt;br /&gt;</w:t>
        <w:br/>
        <w:t>Він,&lt;br /&gt;</w:t>
        <w:br/>
        <w:t>оброслу голову на шиї &lt;наче жорна &gt; &lt;мов жорна &gt;&lt;br /&gt;</w:t>
        <w:br/>
        <w:t>повернувши,&lt;br /&gt;</w:t>
        <w:br/>
        <w:t>&lt; одкинувши лахміття гордо, наче тогу&gt;&lt;br /&gt;</w:t>
        <w:br/>
        <w:t>&lt;він, дивлячись туди, у безвість, у віки&gt;&lt;br /&gt;</w:t>
        <w:br/>
        <w:t>&lt; риканням горло клекотюче роздирав &gt;&lt;br /&gt;</w:t>
        <w:br/>
        <w:t>&lt;у чорні груди стугно б'в рукою &gt;&lt;br /&gt;</w:t>
        <w:br/>
        <w:t>у стугиі груди б'в рукою&lt;br /&gt;</w:t>
        <w:br/>
        <w:t>і страшно пророкує:&lt;br /&gt;</w:t>
        <w:br/>
        <w:t>&lt;Ідуть! Тремти сьогодні, дпе!&gt;&lt;br /&gt;</w:t>
        <w:br/>
        <w:t>&lt;Розгаснем плиском пожар!&lt;br /&gt;</w:t>
        <w:br/>
        <w:t>І вгробим &gt; &lt;І вгроблять в сон ваш чадний чар!&lt;br /&gt;</w:t>
        <w:br/>
        <w:t>І аж тоді ви всвітаєте,&lt;br /&gt;</w:t>
        <w:br/>
        <w:t>та вже вам не свіне!&gt;&lt;br /&gt;</w:t>
        <w:br/>
        <w:t>Наш хід, як тигр &lt;: &gt; — нестримний гон,&lt;br /&gt;</w:t>
        <w:br/>
        <w:t>землі то тон демократі!&lt;br /&gt;</w:t>
        <w:br/>
        <w:t>А ви? що ви? Кого ви лю?&lt;br /&gt;</w:t>
        <w:br/>
        <w:t>&lt;"І землю длю і люд давлю" —&lt;br /&gt;</w:t>
        <w:br/>
        <w:t>Прокля'! цара'! тира'!&gt;&lt;br /&gt;</w:t>
        <w:br/>
        <w:t>І раптом засміється:&lt;br /&gt;</w:t>
        <w:br/>
        <w:t>•]&lt;br /&gt;</w:t>
        <w:br/>
        <w:t>один по одному,&lt;br /&gt;</w:t>
        <w:br/>
        <w:t>попід оградою&lt;br /&gt;</w:t>
        <w:br/>
        <w:t>мовчки.&lt;br /&gt;</w:t>
        <w:br/>
        <w:t>&lt; А дошки ж лисі, аж шуті —&lt;br /&gt;</w:t>
        <w:br/>
        <w:t>а по них узори шиті —&lt;br /&gt;</w:t>
        <w:br/>
        <w:t>ш-шіть!&lt;br /&gt;</w:t>
        <w:br/>
        <w:t>золотіють узори... &gt;&lt;br /&gt;</w:t>
        <w:br/>
        <w:t>І спиниться Сковорода&lt;br /&gt;</w:t>
        <w:br/>
        <w:t>(не може не спинитись!),&lt;br /&gt;</w:t>
        <w:br/>
        <w:t>він бачить, як вони уже аж перед самим храмом&lt;br /&gt;</w:t>
        <w:br/>
        <w:t>оглядуються й поміж себе жорстоко осуждають&lt;br /&gt;</w:t>
        <w:br/>
        <w:t>(цирклюють) *,&lt;br /&gt;</w:t>
        <w:br/>
        <w:t>що гість отця Іустина,&lt;br /&gt;</w:t>
        <w:br/>
        <w:t>як і Біснуватий той,&lt;br /&gt;</w:t>
        <w:br/>
        <w:t>до храму невхожий.&lt;br /&gt;</w:t>
        <w:br/>
        <w:t>•]&lt;br /&gt;</w:t>
        <w:br/>
        <w:t>(ЦДАМЛМ, ф. 464, оп. 1, № 1196, арк. 31—32)</w:t>
      </w:r>
    </w:p>
    <w:p>
      <w:r>
        <w:br/>
        <w:t>[XVI. СКОВОРОДА І БІСНУВАТИЙ]</w:t>
      </w:r>
    </w:p>
    <w:p>
      <w:r>
        <w:br/>
        <w:t>&lt;У келії ще тьмяно,&lt;br /&gt;</w:t>
        <w:br/>
        <w:t>а тому&lt;br /&gt;</w:t>
        <w:br/>
        <w:t>і аркушики паперу на столі&lt;br /&gt;</w:t>
        <w:br/>
        <w:t>й&gt;&lt;br /&gt;</w:t>
        <w:br/>
        <w:t>&lt; аркушики паперу видаються&lt;br /&gt;</w:t>
        <w:br/>
        <w:t>фіалковими&lt;br /&gt;</w:t>
        <w:br/>
        <w:t>і власні руки фіалкові&lt;br /&gt;</w:t>
        <w:br/>
        <w:t>і фіалкові &gt;&lt;br /&gt;</w:t>
        <w:br/>
        <w:t>У келії ще тьмяно,&lt;br /&gt;</w:t>
        <w:br/>
        <w:t>&lt;й тому і стіни, і в кутку ікони &gt;&lt;br /&gt;</w:t>
        <w:br/>
        <w:t>а тому&lt;br /&gt;</w:t>
        <w:br/>
        <w:t>і стеля, і стіни та ікони,&lt;br /&gt;</w:t>
        <w:br/>
        <w:t>й аркушики паперу на столі,&lt;br /&gt;</w:t>
        <w:br/>
        <w:t>&lt;і власні руки,&lt;br /&gt;</w:t>
        <w:br/>
        <w:t>й гусяче перо — усе це&gt;&lt;br /&gt;</w:t>
        <w:br/>
        <w:t>і гусяче перо,&lt;br /&gt;</w:t>
        <w:br/>
        <w:t>і власні руки — усе це&lt;br /&gt;</w:t>
        <w:br/>
        <w:t>&lt;немовби фіалкове,&lt;br /&gt;</w:t>
        <w:br/>
        <w:t>немовби невиспане &gt;&lt;br /&gt;</w:t>
        <w:br/>
        <w:t>&lt;аж немовби фіалкове &gt;&lt;br /&gt;</w:t>
        <w:br/>
        <w:t>&lt;аж сумне і тихе&gt;&lt;br /&gt;</w:t>
        <w:br/>
        <w:t>&lt;сумним одгонить чимсь—&gt;&lt;br /&gt;</w:t>
        <w:br/>
        <w:t>&lt; якимсь &gt; сумним &lt; якимсь &gt;&lt;br /&gt;</w:t>
        <w:br/>
        <w:t>&lt;та тихим видається &gt;&lt;br /&gt;</w:t>
        <w:br/>
        <w:t>&lt; тремтливо-фіалковим видається &gt;&lt;br /&gt;</w:t>
        <w:br/>
        <w:t>&lt;Якимсь тремтливо-фіалковим&lt;br /&gt;</w:t>
        <w:br/>
        <w:t>видається &gt;&lt;br /&gt;</w:t>
        <w:br/>
        <w:t>&lt; сумирним, тихим &gt;&lt;br /&gt;</w:t>
        <w:br/>
        <w:t>сумним якимсь, непевним видається,&lt;br /&gt;</w:t>
        <w:br/>
        <w:t>тремтливо-фіалковим —&lt;br /&gt;</w:t>
        <w:br/>
        <w:t>&lt; свічку&lt;br /&gt;</w:t>
        <w:br/>
        <w:t>фіалковим одбиває також&lt;br /&gt;</w:t>
        <w:br/>
        <w:t>і обличчя отця Іустина на лаві,&lt;br /&gt;</w:t>
        <w:br/>
        <w:t>що, вистромивши голову із-під рядна,&lt;br /&gt;</w:t>
        <w:br/>
        <w:t>спить на лаві.&gt;&lt;br /&gt;</w:t>
        <w:br/>
        <w:t>&lt;тож фіалковим мерехтить&lt;br /&gt;</w:t>
        <w:br/>
        <w:t>отець Іустин на дивані &gt;&lt;br /&gt;</w:t>
        <w:br/>
        <w:t>фіалковим мерехтить також&lt;br /&gt;</w:t>
        <w:br/>
        <w:t>і обличчя отця Іустина,&lt;br /&gt;</w:t>
        <w:br/>
        <w:t>що, вистромивши бороду із-під рядна,&lt;br /&gt;</w:t>
        <w:br/>
        <w:t>спить на дивані.&lt;br /&gt;</w:t>
        <w:br/>
        <w:t>&lt; Хропе на всю келію як навіжепий&lt;br /&gt;</w:t>
        <w:br/>
        <w:t>носом і видихаючи &gt;&lt;br /&gt;</w:t>
        <w:br/>
        <w:t>&lt; хропе на дивані &gt;&lt;br /&gt;</w:t>
        <w:br/>
        <w:t>&lt; Пізно вночі прийшов він од коровниць,&lt;br /&gt;</w:t>
        <w:br/>
        <w:t>що як прислужниці на скотному дворі, &gt;&lt;br /&gt;</w:t>
        <w:br/>
        <w:t>Пізно вночі &lt; п'яно верзякаючи, він притягся од&lt;br /&gt;</w:t>
        <w:br/>
        <w:t>коровниць,&gt;&lt;br /&gt;</w:t>
        <w:br/>
        <w:t>притягся він од коровниць,&lt;br /&gt;</w:t>
        <w:br/>
        <w:t>які на скотному дворі&lt;br /&gt;</w:t>
        <w:br/>
        <w:t>живуть самотою за оградою,&lt;br /&gt;</w:t>
        <w:br/>
        <w:t>і п'яно реготався та верзякав:&lt;br /&gt;</w:t>
        <w:br/>
        <w:t>&lt;що от же, мовляв,&gt;&lt;br /&gt;</w:t>
        <w:br/>
        <w:t>&lt;Ти філософ? — пит[аю] — І я теж філософ. &gt;&lt;br /&gt;</w:t>
        <w:br/>
        <w:t>&lt;Ти любиш, що&gt; &lt;Ти говориш, що істина веселить&lt;br /&gt;</w:t>
        <w:br/>
        <w:t>людину? &gt;&lt;br /&gt;</w:t>
        <w:br/>
        <w:t>&lt;А я кажу, що вино веселить&gt; &lt;А я кажу, що вино&gt;&lt;br /&gt;</w:t>
        <w:br/>
        <w:t>&lt;Б[о] так&gt; &lt;про це ж в священному&lt;br /&gt;</w:t>
        <w:br/>
        <w:t>писанні сказано &gt;&lt;br /&gt;</w:t>
        <w:br/>
        <w:t>&lt;про це ж навіть в священному писанні "од бога" сказано:&lt;br /&gt;</w:t>
        <w:br/>
        <w:t>"Вино веселит человека".&lt;br /&gt;</w:t>
        <w:br/>
        <w:t>Чуєш ти, чудак простецький, босоногий? — вино, там&lt;br /&gt;</w:t>
        <w:br/>
        <w:t>сказано. &gt;&lt;br /&gt;</w:t>
        <w:br/>
        <w:t>&lt;там сказано, тільки вино!&gt;&lt;br /&gt;</w:t>
        <w:br/>
        <w:t>&lt; Хотілось плюнути в лице йому&gt; &lt; Хотілось плюнути&lt;br /&gt;</w:t>
        <w:br/>
        <w:t>йому в лице&gt;&lt;br /&gt;</w:t>
        <w:br/>
        <w:t>Хотілось плюнути в лице йому тоді&lt;br /&gt;</w:t>
        <w:br/>
        <w:t>і, захопивши торбу свою з &lt;рукописа[ми та] &gt;&lt;br /&gt;</w:t>
        <w:br/>
        <w:t>книжками, —&lt;br /&gt;</w:t>
        <w:br/>
        <w:t>тікать, &lt; тікать &gt; із монастиря цього &lt;прокл[ятого] &gt;&lt;br /&gt;</w:t>
        <w:br/>
        <w:t>огидного&lt;br /&gt;</w:t>
        <w:br/>
        <w:t>&lt; тікать од проклятого цього &gt;&lt;br /&gt;</w:t>
        <w:br/>
        <w:t>&lt;од далекого родича &gt;&lt;br /&gt;</w:t>
        <w:br/>
        <w:t>&lt;од такого невдалого гостювання, у&gt;&lt;br /&gt;</w:t>
        <w:br/>
        <w:t>&lt; тікать од родича &gt;&lt;br /&gt;</w:t>
        <w:br/>
        <w:t>&lt;від гостювання невдалого, недоречного &gt;&lt;br /&gt;</w:t>
        <w:br/>
        <w:t>&lt; тікать від гостювання з філософією несумісного,&lt;br /&gt;</w:t>
        <w:br/>
        <w:t>недоречного&gt;&lt;br /&gt;</w:t>
        <w:br/>
        <w:t>&lt;від гостювання недоречного,&lt;br /&gt;</w:t>
        <w:br/>
        <w:t>від родича тупоумного! &gt;&lt;br /&gt;</w:t>
        <w:br/>
        <w:t>тікать від гостювання недоречного,&lt;br /&gt;</w:t>
        <w:br/>
        <w:t>тікать від родича брудного, тупоумного!&lt;br /&gt;</w:t>
        <w:br/>
        <w:t>Та ось —&lt;br /&gt;</w:t>
        <w:br/>
        <w:t>&lt;ось пересилив себе, заспокоївсь, що на день,&lt;br /&gt;</w:t>
        <w:br/>
        <w:t>ще залишивсь, &gt;&lt;br /&gt;</w:t>
        <w:br/>
        <w:t>і як воно це сталось? — *&lt;br /&gt;</w:t>
        <w:br/>
        <w:t>пересилив себе, на день ще залишивсь,&lt;br /&gt;</w:t>
        <w:br/>
        <w:t>&lt;бо про Огенію ж свою&lt;br /&gt;</w:t>
        <w:br/>
        <w:t>хотів дові [датись] &gt;&lt;br /&gt;</w:t>
        <w:br/>
        <w:t>&lt; хотілось О [генію розшукати] &gt; *&lt;br /&gt;</w:t>
        <w:br/>
        <w:t>зоставсь,&lt;br /&gt;</w:t>
        <w:br/>
        <w:t>&lt; слідів Огенії своєї пошукати треба &gt;&lt;br /&gt;</w:t>
        <w:br/>
        <w:t>&lt;бо сліди ж Огенії десь тут пошукать ві[н] наміривс[ь] &gt;&lt;br /&gt;</w:t>
        <w:br/>
        <w:t>&lt; сліди ж бо Огенії десь тут Сковороді ще пошукати треба &gt;&lt;br /&gt;</w:t>
        <w:br/>
        <w:t>сліди ж бо Огенії десь тут,&lt;br /&gt;</w:t>
        <w:br/>
        <w:t>у цім краю, неправдою &lt;заплутанім&gt; поплутанім*,&lt;br /&gt;</w:t>
        <w:br/>
        <w:t>&lt;у цій місцевості &gt;в цім закутку вогкім побіля Києва! *&lt;br /&gt;</w:t>
        <w:br/>
        <w:t>О кохання моє нещасливе.&lt;br /&gt;</w:t>
        <w:br/>
        <w:t>&lt;Ти всього на день один було мені появилось і зникло &gt;&lt;br /&gt;</w:t>
        <w:br/>
        <w:t>Ти на одну &lt;мить&gt; лише мить було мені, як сон,&lt;br /&gt;</w:t>
        <w:br/>
        <w:t>появилось,&lt;br /&gt;</w:t>
        <w:br/>
        <w:t>&lt;Але й за один [мент] &gt; &lt;Але й за мить одну&gt;&lt;br /&gt;</w:t>
        <w:br/>
        <w:t>цілющим соком наповнило мене —&lt;br /&gt;</w:t>
        <w:br/>
        <w:t>невже ж я не найду тебе ізнов?&lt;br /&gt;</w:t>
        <w:br/>
        <w:t>&lt; Невже не доторкнусь устами келиха шумливого,&lt;br /&gt;</w:t>
        <w:br/>
        <w:t>де виноградний сік&gt;&lt;br /&gt;</w:t>
        <w:br/>
        <w:t>Невже ж я знов не доторкнусь устами келиха того,&lt;br /&gt;</w:t>
        <w:br/>
        <w:t>&lt;в якому сік солодкий ці[лющий] виноградний? &gt;&lt;br /&gt;</w:t>
        <w:br/>
        <w:t>в якому сік&lt;br /&gt;</w:t>
        <w:br/>
        <w:t>&lt; виноградний? &gt;&lt;br /&gt;</w:t>
        <w:br/>
        <w:t>в якому цілющий сік солодкий виноградний?</w:t>
      </w:r>
    </w:p>
    <w:p>
      <w:r>
        <w:br/>
        <w:t>...Сковорода умочить тут перо в чорнило й скаже:&lt;br /&gt;</w:t>
        <w:br/>
        <w:t>Миэ^ш — назву</w:t>
      </w:r>
    </w:p>
    <w:p>
      <w:r>
        <w:br/>
        <w:t>(ЦДАМЛМ, ф. 464, оп. 1, № 1197, арк. 1, 3)</w:t>
      </w:r>
    </w:p>
    <w:p>
      <w:r>
        <w:br/>
        <w:t>&lt;спить на дивані&gt; &lt;мертво хропе на дивані&gt;&lt;br /&gt;</w:t>
        <w:br/>
        <w:t>з свистом спить на дивані.&lt;br /&gt;</w:t>
        <w:br/>
        <w:t>Пізно вночі притягсь він од коровниць,&lt;br /&gt;</w:t>
        <w:br/>
        <w:t>які на скотному дворі живуть &lt;самотпо&gt; окремо&lt;br /&gt;</w:t>
        <w:br/>
        <w:t>за оградою,&lt;br /&gt;</w:t>
        <w:br/>
        <w:t>і п'яно реготався та верзякав.&lt;br /&gt;</w:t>
        <w:br/>
        <w:t>Хотілось плюнути в лице йому &lt;тоді&gt; ф&lt;br /&gt;</w:t>
        <w:br/>
        <w:t>і, захопивши &lt; торбу свою&gt; &lt;свою торбу&gt; торбу свою&lt;br /&gt;</w:t>
        <w:br/>
        <w:t>з книжками,&lt;br /&gt;</w:t>
        <w:br/>
        <w:t>тікать з монастиря цього огидного,&lt;br /&gt;</w:t>
        <w:br/>
        <w:t>від гостювання недоречного,&lt;br /&gt;</w:t>
        <w:br/>
        <w:t>від родича брудного, тупоумного &lt;! &gt; —&lt;br /&gt;</w:t>
        <w:br/>
        <w:t>&lt;тікать, тікать!..&gt; тікать, світ за очі тікать!..*&lt;br /&gt;</w:t>
        <w:br/>
        <w:t>Та ось —&lt;br /&gt;</w:t>
        <w:br/>
        <w:t>і як воно це сталось? —&lt;br /&gt;</w:t>
        <w:br/>
        <w:t>&lt;пересилив себе,&gt;&lt;br /&gt;</w:t>
        <w:br/>
        <w:t>на день ще залишивсь.&lt;br /&gt;</w:t>
        <w:br/>
        <w:t>Сліди ж бо Огенії &lt;десь тут&gt; &lt;десь повинні бути тут&gt;&lt;br /&gt;</w:t>
        <w:br/>
        <w:t>&lt; відкрились тут&gt; помітив своєї він,&lt;br /&gt;</w:t>
        <w:br/>
        <w:t>помітив він &lt;поза мо [пастирем] &gt; *&lt;br /&gt;</w:t>
        <w:br/>
        <w:t>&lt;Ось тут за монастирем десь недалечко &gt; *&lt;br /&gt;</w:t>
        <w:br/>
        <w:t>Ось тут, біля поблизьких сел,*&lt;br /&gt;</w:t>
        <w:br/>
        <w:t>у цім краю, неправдою поплутанім,&lt;br /&gt;</w:t>
        <w:br/>
        <w:t>&lt;Де&gt; &lt;десь&gt; тут&lt;br /&gt;</w:t>
        <w:br/>
        <w:t>побіля сел десь недалечко,&lt;br /&gt;</w:t>
        <w:br/>
        <w:t>&lt;у цій&gt; &lt;в цім закутку &gt; &lt;у цім закутку &gt;&lt;br /&gt;</w:t>
        <w:br/>
        <w:t>&lt;ах,&gt; &lt;боже мій&gt; — &lt;десь&gt; &lt;тут!&gt; *&lt;br /&gt;</w:t>
        <w:br/>
        <w:t>&lt;боже мій — сліди коханої ноги&lt;br /&gt;</w:t>
        <w:br/>
        <w:t>найчистішої тут!&gt; *&lt;br /&gt;</w:t>
        <w:br/>
        <w:t>боже мій — тут! *&lt;br /&gt;</w:t>
        <w:br/>
        <w:t>О кохання моє нещасливе!&lt;br /&gt;</w:t>
        <w:br/>
        <w:t>&lt;на одну лише мить появилось, як сон,&lt;br /&gt;</w:t>
        <w:br/>
        <w:t>наповнило мене цілющим соком &gt;&lt;br /&gt;</w:t>
        <w:br/>
        <w:t>&lt;на одну лише мить ти явилось, як вітер,&lt;br /&gt;</w:t>
        <w:br/>
        <w:t>надуло мої паруси &gt;&lt;br /&gt;</w:t>
        <w:br/>
        <w:t>&lt;на одну лише мить ти явилося раптом,&lt;br /&gt;</w:t>
        <w:br/>
        <w:t>як буря,&lt;br /&gt;</w:t>
        <w:br/>
        <w:t>надуло човна мого паруси&lt;br /&gt;</w:t>
        <w:br/>
        <w:t>1 8НИКЛ0&gt;&lt;br /&gt;</w:t>
        <w:br/>
        <w:t>ти явилося раптом, як вихор.&lt;br /&gt;</w:t>
        <w:br/>
        <w:t>надуло мої &lt; філософські &gt; паруси&lt;br /&gt;</w:t>
        <w:br/>
        <w:t>і погнало &lt;човна&gt; по морю, погнало!..*&lt;br /&gt;</w:t>
        <w:br/>
        <w:t>Човен мій &lt;бурі вихор хилитає,&lt;br /&gt;</w:t>
        <w:br/>
        <w:t>нагору підійма[є]&gt; &lt;бурею-вихорем хилитається &gt;&lt;br /&gt;</w:t>
        <w:br/>
        <w:t>від бурі хитається,&lt;br /&gt;</w:t>
        <w:br/>
        <w:t>чи гребінь хвилі, чи безодня — не питається,&lt;br /&gt;</w:t>
        <w:br/>
        <w:t>&lt;на хвилі здіймало, у безодпю раптом [поринало] &gt;&lt;br /&gt;</w:t>
        <w:br/>
        <w:t>&lt;на гребінь хвилі здіймало, у безодню&lt;br /&gt;</w:t>
        <w:br/>
        <w:t>раптом [поринало] &gt;&lt;br /&gt;</w:t>
        <w:br/>
        <w:t>&lt;одно тільки підкидається &gt;&lt;br /&gt;</w:t>
        <w:br/>
        <w:t>одно підкидається, одно підкидається...&lt;br /&gt;</w:t>
        <w:br/>
        <w:t>&lt;0 кохання моє над безоднями життя! &gt;&lt;br /&gt;</w:t>
        <w:br/>
        <w:t>О кохання моє нещасливе!</w:t>
      </w:r>
    </w:p>
    <w:p>
      <w:r>
        <w:br/>
        <w:t>Невже ж &lt;я знов не доторкнусь тебе?&gt; &lt;тебе я знов не&lt;br /&gt;</w:t>
        <w:br/>
        <w:t>доторкнусь? &gt; я знов тебе не доторкнусь?&lt;br /&gt;</w:t>
        <w:br/>
        <w:t>Не доторкнусь устами келиха &lt;того,&gt;&lt;br /&gt;</w:t>
        <w:br/>
        <w:t>в якому сік,&lt;br /&gt;</w:t>
        <w:br/>
        <w:t>&lt;в якому цілющий сік&gt;&lt;br /&gt;</w:t>
        <w:br/>
        <w:t>цілющий сік солодкий виноградний?</w:t>
      </w:r>
    </w:p>
    <w:p>
      <w:r>
        <w:br/>
        <w:t>(ЦДЛМЛМ, ф. 464, оп. і, № 1197, арк 2)</w:t>
      </w:r>
    </w:p>
    <w:p>
      <w:r>
        <w:br/>
        <w:t>ДОДАТКИ</w:t>
      </w:r>
    </w:p>
    <w:p>
      <w:r>
        <w:br/>
        <w:t>ПЛАНИ І НОТАТКИ</w:t>
      </w:r>
    </w:p>
    <w:p>
      <w:r>
        <w:br/>
        <w:t>[ALLEGRO GIOCOSO]&lt;br /&gt;</w:t>
        <w:br/>
        <w:t>Рибний промисел&lt;br /&gt;</w:t>
        <w:br/>
        <w:t>Литва 1770 р.&lt;br /&gt;</w:t>
        <w:br/>
        <w:t>Польща Гайдамаччина ж як тоді?&lt;br /&gt;</w:t>
        <w:br/>
        <w:t>Білорусь&lt;br /&gt;</w:t>
        <w:br/>
        <w:t>Євреї&lt;br /&gt;</w:t>
        <w:br/>
        <w:t>(ЦДАМЛМ, ф. 464, оп. 1, № 1186, арк. 1)</w:t>
      </w:r>
    </w:p>
    <w:p>
      <w:r>
        <w:br/>
        <w:t>[GRAVE]&lt;br /&gt;</w:t>
        <w:br/>
        <w:t>Гайдамаки складалися з —&lt;br /&gt;</w:t>
        <w:br/>
        <w:t>бездомної голоти&lt;br /&gt;</w:t>
        <w:br/>
        <w:t>наймитів&lt;br /&gt;</w:t>
        <w:br/>
        <w:t>степових добичників&lt;br /&gt;</w:t>
        <w:br/>
        <w:t>рибалок&lt;br /&gt;</w:t>
        <w:br/>
        <w:t>торгівців (чумаки тощо)&lt;br /&gt;</w:t>
        <w:br/>
        <w:t>(дехто втік з-під арешту в К[иево-] Щечерську] л[авру])&lt;br /&gt;</w:t>
        <w:br/>
        <w:t>(Брамщик)&lt;br /&gt;</w:t>
        <w:br/>
        <w:t>(ЦДАМЛМ, ф. 464, on. 1, Яв 1248, арк. 12)&lt;br /&gt;</w:t>
        <w:br/>
        <w:t>1. Змінилось відношення до гайд[амаків] з боку Росії (через&lt;br /&gt;</w:t>
        <w:br/>
        <w:t>Близ[ький] Схід). Бо Польща — нічого не варт [а], а от з Туреч-&lt;br /&gt;</w:t>
        <w:br/>
        <w:t>чиною порвати — це...&lt;br /&gt;</w:t>
        <w:br/>
        <w:t>2. Легенда про М[аксима] Зал[ізняка] і його загони.&lt;br /&gt;</w:t>
        <w:br/>
        <w:t>3. &lt; З-над &gt; Чота Сем [єна] Неживого, після його арешту, роз-&lt;br /&gt;</w:t>
        <w:br/>
        <w:t>порошилась на дрібніші загони.&lt;br /&gt;</w:t>
        <w:br/>
        <w:t>(ЦДАМЛМ, ф. 464, on. 1, М 1248, арк. 12)&lt;br /&gt;</w:t>
        <w:br/>
        <w:t>іскапала радост[ь]&lt;br /&gt;</w:t>
        <w:br/>
        <w:t>древо вечности всегда зеленеет&lt;br /&gt;</w:t>
        <w:br/>
        <w:t>бо:&lt;br /&gt;</w:t>
        <w:br/>
        <w:t>Шиття само приходить&lt;br /&gt;</w:t>
        <w:br/>
        <w:t>Ченці: сказано: да будет свет&lt;br /&gt;</w:t>
        <w:br/>
        <w:t>Сковород [а]: Откуда же свет, когда светила созданы на 4-ый&lt;br /&gt;</w:t>
        <w:br/>
        <w:t>день?&lt;br /&gt;</w:t>
        <w:br/>
        <w:t>Це болото європейське преобразує в камінь&lt;br /&gt;</w:t>
        <w:br/>
        <w:t>трикутник, квадрат — Пот [оп] Зм [нін], ст. 512.&lt;br /&gt;</w:t>
        <w:br/>
        <w:t>(ЦДАМЛМ, ф. 464, оп. 1, № 1248, арк. 13)&lt;br /&gt;</w:t>
        <w:br/>
        <w:t>ст. 516 внизу — сік твого серця&lt;br /&gt;</w:t>
        <w:br/>
        <w:t>печаль цього миру подобно п'яному вину&lt;br /&gt;</w:t>
        <w:br/>
        <w:t>вечная істина есть сладчайший муст і нектар&lt;br /&gt;</w:t>
        <w:br/>
        <w:t>п'яні і слабі суть всі фігури без вічності&lt;br /&gt;</w:t>
        <w:br/>
        <w:t>(ЦДАМЛМ, ф. 464, оп. 1, № 1248, арк. 13 зв.)</w:t>
      </w:r>
    </w:p>
    <w:p>
      <w:r>
        <w:br/>
        <w:t>[RISOLUTO, "ДРУГЕ ВИДІННЯ СКОВОРОДИ. НА ГОРІ.&lt;br /&gt;</w:t>
        <w:br/>
        <w:t>ДИКО. ДАЛЕКО", "FINALE"]</w:t>
      </w:r>
    </w:p>
    <w:p>
      <w:r>
        <w:br/>
        <w:t>Записки Азербайдж [анского] ун [иверситет] а&lt;br /&gt;</w:t>
        <w:br/>
        <w:t>(про комуністичний] рух)&lt;br /&gt;</w:t>
        <w:br/>
        <w:t>(ЦДАМЛМ, ф. 464, on. 1, № 1257, арк. 18)&lt;br /&gt;</w:t>
        <w:br/>
        <w:t>Кажу — і спотикаюся об Вічність.&lt;br /&gt;</w:t>
        <w:br/>
        <w:t>Ленін &lt;об искусстве подниматься &gt;&lt;br /&gt;</w:t>
        <w:br/>
        <w:t>о восхожденії на гори&lt;br /&gt;</w:t>
        <w:br/>
        <w:t>(ЦДАМЛМ, ф. 464, on. 1, JSft 1259, арк. 3)&lt;br /&gt;</w:t>
        <w:br/>
        <w:t>Схід.— Бог. Початок.&lt;br /&gt;</w:t>
        <w:br/>
        <w:t>Біблія не раз була джерелом розбрату.&lt;br /&gt;</w:t>
        <w:br/>
        <w:t>Символ 46 вона шар земной покрила суевір'ям&lt;br /&gt;</w:t>
        <w:br/>
        <w:t>(треба знищити суевір'я)&lt;br /&gt;</w:t>
        <w:br/>
        <w:t>Пізнати Людину — пізн [ати] Бога.&lt;br /&gt;</w:t>
        <w:br/>
        <w:t>Де ти, о Людино? (12)&lt;br /&gt;</w:t>
        <w:br/>
        <w:t>Ищи, стучи в двери, мети хорошенько (59)&lt;br /&gt;</w:t>
        <w:br/>
        <w:t>Не заграждай уст волу молотящу (52)&lt;br /&gt;</w:t>
        <w:br/>
        <w:t>"Пастися будут вкуггь" (53) (54)&lt;br /&gt;</w:t>
        <w:br/>
        <w:t>(ЦДАМЛМ, ф. 464, on. 1, JSfi 1261, арк. 1)</w:t>
      </w:r>
    </w:p>
    <w:p>
      <w:r>
        <w:br/>
        <w:t>[НАД ДНІПРОМ]&lt;br /&gt;</w:t>
        <w:br/>
        <w:t>За городищем, туди од боку, над нивою, над колосом, що з пе-&lt;br /&gt;</w:t>
        <w:br/>
        <w:t>ребіжним блеском вітер його вилизував і кошлав, хилила спину&lt;br /&gt;</w:t>
        <w:br/>
        <w:t>друга нива. І так тужно серпи ряхтіли в житі.&lt;br /&gt;</w:t>
        <w:br/>
        <w:t>Л їм пригукував підгінчий з нагаєм.&lt;br /&gt;</w:t>
        <w:br/>
        <w:t>[Збоку дописано олівцем:] &lt;Сер&gt; сцена IV&lt;br /&gt;</w:t>
        <w:br/>
        <w:t>(Генія на ниві)&lt;br /&gt;</w:t>
        <w:br/>
        <w:t>(ЦДАМЛМ, ф. 464, он. 1, № 1201, арк. 4)&lt;br /&gt;</w:t>
        <w:br/>
        <w:t>Закричав Біснуватий з сусідньої гори,&lt;br /&gt;</w:t>
        <w:br/>
        <w:t>як Прометей.&lt;br /&gt;</w:t>
        <w:br/>
        <w:t>[Збоку дописано олівцем:] До 11-ї частини: див.&lt;br /&gt;</w:t>
        <w:br/>
        <w:t>Кандід, ст. XXIII, наступає революція.&lt;br /&gt;</w:t>
        <w:br/>
        <w:t>(ЦДАМЛМ, ф. 464, оп. 1, М 1201, арк. 5)&lt;br /&gt;</w:t>
        <w:br/>
        <w:t>Нова наука ріжниться від старої тим, що вона заснована не&lt;br /&gt;</w:t>
        <w:br/>
        <w:t>на спекуляції, а на обсервації, експерименті й матема-&lt;br /&gt;</w:t>
        <w:br/>
        <w:t>тичному досліді.&lt;br /&gt;</w:t>
        <w:br/>
        <w:t>Треба мені ще вистудіювати:&lt;br /&gt;</w:t>
        <w:br/>
        <w:t>Астрономію (ранок 11-ї частини).&lt;br /&gt;</w:t>
        <w:br/>
        <w:t>Географію (Київщини, Слобожанщини, Поділля, Воли-&lt;br /&gt;</w:t>
        <w:br/>
        <w:t>ні, Чернігівщини, а також всесвітню).&lt;br /&gt;</w:t>
        <w:br/>
        <w:t>Сектантство.&lt;br /&gt;</w:t>
        <w:br/>
        <w:t>і тільки талалай, розрах [овуючи] на уд[ар] гр[ому]&lt;br /&gt;</w:t>
        <w:br/>
        <w:t>&lt; от-от ударить &gt;&lt;br /&gt;</w:t>
        <w:br/>
        <w:t>а &lt; удар [у] &gt; грому й не було&lt;br /&gt;</w:t>
        <w:br/>
        <w:t>Тільки махнуло десь пужкою &lt;на х[марах] &gt;&lt;br /&gt;</w:t>
        <w:br/>
        <w:t>і стьобнуло по хмарах...</w:t>
      </w:r>
    </w:p>
    <w:p>
      <w:r>
        <w:br/>
        <w:t>Закрутився пісок&lt;br /&gt;</w:t>
        <w:br/>
        <w:t>і з вітерцями —&lt;br /&gt;</w:t>
        <w:br/>
        <w:t>Колючі брови: Глянь: чи &lt; їдуть чумаки з сіллю &gt; не їдуть чума-&lt;br /&gt;</w:t>
        <w:br/>
        <w:t>ки із Криму з сіллю? чи не біжать купці через&lt;br /&gt;</w:t>
        <w:br/>
        <w:t>Умань із Польщі? Дарма й &lt;казать&gt; кричать! За-&lt;br /&gt;</w:t>
        <w:br/>
        <w:t>крито всі кордони — закрито. &lt;А&gt; Бо чого ж Січ&lt;br /&gt;</w:t>
        <w:br/>
        <w:t>гуде, як не через це? Та й нам, міським ремісни-&lt;br /&gt;</w:t>
        <w:br/>
        <w:t>кам, селянам,— ну що робить, скажи? ну що?&lt;br /&gt;</w:t>
        <w:br/>
        <w:t>(ЦДАМЛМ, ф. 464, оп. 1, № 1201, арк. 10)&lt;br /&gt;</w:t>
        <w:br/>
        <w:t>Пан узяв благословення] у Досифея.&lt;br /&gt;</w:t>
        <w:br/>
        <w:t>Ск[оворода] хотів про Марію запитать, та...&lt;br /&gt;</w:t>
        <w:br/>
        <w:t>(ЦДАМЛМ, ф. 464, оп. 1, № 1201, арк. 11)&lt;br /&gt;</w:t>
        <w:br/>
        <w:t>До II частини&lt;br /&gt;</w:t>
        <w:br/>
        <w:t>Арсеній Маціевич&lt;br /&gt;</w:t>
        <w:br/>
        <w:t>Іван Вишенський</w:t>
      </w:r>
    </w:p>
    <w:p>
      <w:r>
        <w:br/>
        <w:t>[одірвано шматок паперу] селяне не платять оброку.&lt;br /&gt;</w:t>
        <w:br/>
        <w:t>Ст. Тевяшов:&lt;br /&gt;</w:t>
        <w:br/>
        <w:t>Santa Asinita&lt;br /&gt;</w:t>
        <w:br/>
        <w:t>Арсеній Мац[ієвич] і серб Юрко Крижанич&lt;br /&gt;</w:t>
        <w:br/>
        <w:t>(ЦДАМЛМ, ф. 464, оп. 1, № 1202, арк. 2)&lt;br /&gt;</w:t>
        <w:br/>
        <w:t>У Сковороди МІКРОСКОП&lt;br /&gt;</w:t>
        <w:br/>
        <w:t>він розглядав мурашок.&lt;br /&gt;</w:t>
        <w:br/>
        <w:t>(ЦДАМЛМ, ф. 464, оп. 1, КІ 1202, арк. 5)&lt;br /&gt;</w:t>
        <w:br/>
        <w:t>Райдуга — для Ск[овороди] — дівчина&lt;br /&gt;</w:t>
        <w:br/>
        <w:t>для Гаф[ійки] — спіп жита&lt;br /&gt;</w:t>
        <w:br/>
        <w:t>для Подзьоб [аного] —вугілля...&lt;br /&gt;</w:t>
        <w:br/>
        <w:t>(ЦДАМЛМ, ф. 464, оп. 1, М 1202, ари. 15)&lt;br /&gt;</w:t>
        <w:br/>
        <w:t>Птахи&lt;br /&gt;</w:t>
        <w:br/>
        <w:t>Арістофана&lt;br /&gt;</w:t>
        <w:br/>
        <w:t>(ніс)&lt;br /&gt;</w:t>
        <w:br/>
        <w:t>(ЦДАМЛМ, ф. 464, оп. 1, М 1202, арк. 20)&lt;br /&gt;</w:t>
        <w:br/>
        <w:t>Пасторалі XVIII в[іку]&lt;br /&gt;</w:t>
        <w:br/>
        <w:t>Гобелени&lt;br /&gt;</w:t>
        <w:br/>
        <w:t>(ЦДАМЛМ, ф. 464, оп. 1, М 1202, арк. 20)&lt;br /&gt;</w:t>
        <w:br/>
        <w:t>Рабство&lt;br /&gt;</w:t>
        <w:br/>
        <w:t>крепацтво&lt;br /&gt;</w:t>
        <w:br/>
        <w:t>(ЦДАМЛМ, ф. 464, оп. 1, JS&amp;#196; 1200, арк. 1)</w:t>
      </w:r>
    </w:p>
    <w:p>
      <w:r>
        <w:br/>
        <w:t>[У КЕЛІЇ]&lt;br /&gt;</w:t>
        <w:br/>
        <w:t>Гайдамаки у парку&lt;br /&gt;</w:t>
        <w:br/>
        <w:t>Містерія&lt;br /&gt;</w:t>
        <w:br/>
        <w:t>&lt;гайдамаки&gt;&lt;br /&gt;</w:t>
        <w:br/>
        <w:t>У брамі&lt;br /&gt;</w:t>
        <w:br/>
        <w:t>В келії&lt;br /&gt;</w:t>
        <w:br/>
        <w:t>Диспут&lt;br /&gt;</w:t>
        <w:br/>
        <w:t>(ЦДАМЛМ, ф. 464, оп. 1, № 1207, арк. 8)&lt;br /&gt;</w:t>
        <w:br/>
        <w:t>Альону із Арзамаса внести в Диспут (Іст[орія] нар [одів]&lt;br /&gt;</w:t>
        <w:br/>
        <w:t>СРСР, т. 1, ст. 75). Як дивно, що й досі ніхто з російських] поетів&lt;br /&gt;</w:t>
        <w:br/>
        <w:t>не взяв цієї постаті. Ех, немає Лесі Українки!!!&lt;br /&gt;</w:t>
        <w:br/>
        <w:t>(3-я год[ина] ночі, 7-го на 8 квітня 32 [року])&lt;br /&gt;</w:t>
        <w:br/>
        <w:t>Тепер же я Огепії знайшов одежу й місце.</w:t>
      </w:r>
    </w:p>
    <w:p>
      <w:r>
        <w:br/>
        <w:t>Лоуос;&lt;br /&gt;</w:t>
        <w:br/>
        <w:t>Арістотель&lt;br /&gt;</w:t>
        <w:br/>
        <w:t>Сестра Цундрина&lt;br /&gt;</w:t>
        <w:br/>
        <w:t>Радищев&lt;br /&gt;</w:t>
        <w:br/>
        <w:t>Флогістон&lt;br /&gt;</w:t>
        <w:br/>
        <w:t>Гец фон Берліхінген&lt;br /&gt;</w:t>
        <w:br/>
        <w:t>Лівобережж[я]&lt;br /&gt;</w:t>
        <w:br/>
        <w:t>"Українство (аналог [ічне] "єврейство" тощо)&lt;br /&gt;</w:t>
        <w:br/>
        <w:t>як теорія безкласовості нації. Див[ись] стат-&lt;br /&gt;</w:t>
        <w:br/>
        <w:t>тю] "Істор[ичний] фальсифікат".&lt;br /&gt;</w:t>
        <w:br/>
        <w:t>Унія&lt;br /&gt;</w:t>
        <w:br/>
        <w:t>"Толстой про пісні"&lt;br /&gt;</w:t>
        <w:br/>
        <w:t>&lt; Донецьк &gt; Донеччина&lt;br /&gt;</w:t>
        <w:br/>
        <w:t>Кант принижував розум&lt;br /&gt;</w:t>
        <w:br/>
        <w:t>Гарвей (переливання крові)&lt;br /&gt;</w:t>
        <w:br/>
        <w:t>Спіноза&lt;br /&gt;</w:t>
        <w:br/>
        <w:t>М-те Дюкло&lt;br /&gt;</w:t>
        <w:br/>
        <w:t>Салони&lt;br /&gt;</w:t>
        <w:br/>
        <w:t>"Повернутися назад до мотики"&lt;br /&gt;</w:t>
        <w:br/>
        <w:t>Р. Шпенглер&lt;br /&gt;</w:t>
        <w:br/>
        <w:t>Метафізика&lt;br /&gt;</w:t>
        <w:br/>
        <w:t>Слово "буржуазія"&lt;br /&gt;</w:t>
        <w:br/>
        <w:t>"Вічні теми" тоді, коли буржуазія теоретику заводить&lt;br /&gt;</w:t>
        <w:br/>
        <w:t>у себе...&lt;br /&gt;</w:t>
        <w:br/>
        <w:t>(ЦДАМЛМ, ф. 464, оп. і, № 1209, арк. 26)&lt;br /&gt;</w:t>
        <w:br/>
        <w:t>Банкіри&lt;br /&gt;</w:t>
        <w:br/>
        <w:t>Жінки салону&lt;br /&gt;</w:t>
        <w:br/>
        <w:t>"Прометей"&lt;br /&gt;</w:t>
        <w:br/>
        <w:t>Входять астрологи&lt;br /&gt;</w:t>
        <w:br/>
        <w:t>(навпаки — за ремаркою треба)&lt;br /&gt;</w:t>
        <w:br/>
        <w:t>Б'ють селянина: чи він тямить, що оце ж ми над ним&lt;br /&gt;</w:t>
        <w:br/>
        <w:t>проробляємо.&lt;br /&gt;</w:t>
        <w:br/>
        <w:t>(ЦДАМЛМ, ф. 464, оп. 1, М 1208, арк. 43)</w:t>
      </w:r>
    </w:p>
    <w:p>
      <w:r>
        <w:br/>
        <w:t>[У ЯРУ]&lt;br /&gt;</w:t>
        <w:br/>
        <w:t>Люблінська унія 1569 р. була важним кроком Польського&lt;br /&gt;</w:t>
        <w:br/>
        <w:t>королівства на шляху його замірів щодо асимілювання з своїм&lt;br /&gt;</w:t>
        <w:br/>
        <w:t>народом людності всього Великого Литовського князівства, куди&lt;br /&gt;</w:t>
        <w:br/>
        <w:t>входила й Південна Русь.&lt;br /&gt;</w:t>
        <w:br/>
        <w:t>Аіідрусівська умова 1667 [року] — правий берег Дні-&lt;br /&gt;</w:t>
        <w:br/>
        <w:t>пра зпов одійшов до Польщі.&lt;br /&gt;</w:t>
        <w:br/>
        <w:t>(ЦДАМЛМ, ф. 464, оп. і, М 1251, арк. 1 ав.)&lt;br /&gt;</w:t>
        <w:br/>
        <w:t>Ремарка в "Містерії" — "дерево з перелам [апою] рукою", "гор-&lt;br /&gt;</w:t>
        <w:br/>
        <w:t>батим плечем".&lt;br /&gt;</w:t>
        <w:br/>
        <w:t>Сковорода говорить уголос сам&lt;br /&gt;</w:t>
        <w:br/>
        <w:t>&lt;1. Селяне хвилюються.&lt;br /&gt;</w:t>
        <w:br/>
        <w:t>2. Огенія.&lt;br /&gt;</w:t>
        <w:br/>
        <w:t>3. Диспут Сковороди.&lt;br /&gt;</w:t>
        <w:br/>
        <w:t>4. Містерія &gt;&lt;br /&gt;</w:t>
        <w:br/>
        <w:t>1. Селяне хвилюються.&lt;br /&gt;</w:t>
        <w:br/>
        <w:t>— 2. &lt;Абалага (Цундра)&gt; Цундра (Абалага).&lt;br /&gt;</w:t>
        <w:br/>
        <w:t>3. Отмщеніе філософу.&lt;br /&gt;</w:t>
        <w:br/>
        <w:t>— 4. Гайдамаки &lt; [нерозб.] &gt; й Цундра.</w:t>
      </w:r>
    </w:p>
    <w:p>
      <w:r>
        <w:br/>
        <w:t>5. Огенія.&lt;br /&gt;</w:t>
        <w:br/>
        <w:t>6. Диспут Сковороди.&lt;br /&gt;</w:t>
        <w:br/>
        <w:t>&lt;7. Містерія &gt;&lt;br /&gt;</w:t>
        <w:br/>
        <w:t>— 7. Абалага&lt;br /&gt;</w:t>
        <w:br/>
        <w:t>8. Містерія.&lt;br /&gt;</w:t>
        <w:br/>
        <w:t>(ЦДАМЛМ, ф. 464, оп. 1, № 1254, арк. 1)&lt;br /&gt;</w:t>
        <w:br/>
        <w:t>Лист Сковороди до Радищева&lt;br /&gt;</w:t>
        <w:br/>
        <w:t>(чи можливо це? скільки років одному й другому?)&lt;br /&gt;</w:t>
        <w:br/>
        <w:t>&lt;1722&gt;&lt;br /&gt;</w:t>
        <w:br/>
        <w:t>1868 1868&lt;br /&gt;</w:t>
        <w:br/>
        <w:t>1749 1722&lt;br /&gt;</w:t>
        <w:br/>
        <w:t>19 років Радищеву 46 років Сковороді&lt;br /&gt;</w:t>
        <w:br/>
        <w:t>У листі (по п'єсі) я пишу: "тобі вже зараз двадцять".&lt;br /&gt;</w:t>
        <w:br/>
        <w:t>(ЦДАМЛМ, ф. 464, оп. 1, М 1255, арк. 11 зв.)&lt;br /&gt;</w:t>
        <w:br/>
        <w:t>Хельчицький. Ф. Скарина у Празі&lt;br /&gt;</w:t>
        <w:br/>
        <w:t>Ант[уан] Кондорсе&lt;br /&gt;</w:t>
        <w:br/>
        <w:t>1768&lt;br /&gt;</w:t>
        <w:br/>
        <w:t>1743&lt;br /&gt;</w:t>
        <w:br/>
        <w:t>~25&lt;br /&gt;</w:t>
        <w:br/>
        <w:t>Френологія — Галл (1758—1828).&lt;br /&gt;</w:t>
        <w:br/>
        <w:t>1740 і пізніші роки уряд не мав права карати на смерть гро-&lt;br /&gt;</w:t>
        <w:br/>
        <w:t>мадян на т[одіпшій] У [країні].&lt;br /&gt;</w:t>
        <w:br/>
        <w:t>Суд над відьмою.&lt;br /&gt;</w:t>
        <w:br/>
        <w:t>"Ч[ервоний] ш[лях], № 8, 192&lt;br /&gt;</w:t>
        <w:br/>
        <w:t>1769-1821&lt;br /&gt;</w:t>
        <w:br/>
        <w:t>Огенія: У Білорусі? Пійди повоюй, коли там шляхта на&lt;br /&gt;</w:t>
        <w:br/>
        <w:t>шляхті. А ще: той край не знає степу, а це...&lt;br /&gt;</w:t>
        <w:br/>
        <w:t>Б. Хмельницький повстав 1648&lt;br /&gt;</w:t>
        <w:br/>
        <w:t>до Москви 1654&lt;br /&gt;</w:t>
        <w:br/>
        <w:t>1768 1768 [року] Слуцька конфедерація&lt;br /&gt;</w:t>
        <w:br/>
        <w:t>1648 (див. ст. 147, Ігнат)&lt;br /&gt;</w:t>
        <w:br/>
        <w:t>~Ї20&lt;br /&gt;</w:t>
        <w:br/>
        <w:t>Гайдамаків Польща та Росія карали жорстоко, обрубуючи руки&lt;br /&gt;</w:t>
        <w:br/>
        <w:t>та ноги (сила жебраків).&lt;br /&gt;</w:t>
        <w:br/>
        <w:t>Суворов —&lt;br /&gt;</w:t>
        <w:br/>
        <w:t>3. Б я д у л я: Жыды на Беларусі. Менск. 1908.&lt;br /&gt;</w:t>
        <w:br/>
        <w:t>В. Пичета: Ист[ория] кр[естьянских] волнений в России.&lt;br /&gt;</w:t>
        <w:br/>
        <w:t>Минск. 1923.&lt;br /&gt;</w:t>
        <w:br/>
        <w:t>(ЦДАМЛМ, ф. 464, оп. 1, К 1255, арк. 17)</w:t>
      </w:r>
    </w:p>
    <w:p>
      <w:r>
        <w:br/>
        <w:t>[КІНЕЦЬ ФЕОДАЛА]&lt;br /&gt;</w:t>
        <w:br/>
        <w:t>В даній сцені взято момент, коли пані, залишившись сама&lt;br /&gt;</w:t>
        <w:br/>
        <w:t>(пан поїхав у ярмарок до Ляйпціга) зажадала &lt; "діяльності",&lt;br /&gt;</w:t>
        <w:br/>
        <w:t>слави&gt; слави, "діяльності": вона напала на &lt;поміщика&gt; сусід-&lt;br /&gt;</w:t>
        <w:br/>
        <w:t>нього поміщика Херехевлідзе і відняла у нього слугу Вахтанга, що&lt;br /&gt;</w:t>
        <w:br/>
        <w:t>його потім Огенія спроваджує до повстанців. Сцену доведено до&lt;br /&gt;</w:t>
        <w:br/>
        <w:t>того місця, де мусить появитися чернець Хрисант, &lt;що підряс-&lt;br /&gt;</w:t>
        <w:br/>
        <w:t>ник] &gt; &lt;що в його&gt; в підрясник якого передягається Вахтанг.&lt;br /&gt;</w:t>
        <w:br/>
        <w:t>Хрисант — це, так би мовити, "домашній Сковорода" в панів.&lt;br /&gt;</w:t>
        <w:br/>
        <w:t>Діється на Лівобережній Україні.&lt;br /&gt;</w:t>
        <w:br/>
        <w:t>(ЦДАМЛМ, ф. 464, оп. 1, М 1189, арк. 1)&lt;br /&gt;</w:t>
        <w:br/>
        <w:t>Останній відомий мейстерзінгер, учень Ганса Сакса, Адам&lt;br /&gt;</w:t>
        <w:br/>
        <w:t>Пушман із Герліца помер у Дрездені р. 1600, маючи 68 літ од роду.&lt;br /&gt;</w:t>
        <w:br/>
        <w:t>А в цей рік якраз саме народився Томас Зелле, фундатор Гам-&lt;br /&gt;</w:t>
        <w:br/>
        <w:t>бурзької школи співців.&lt;br /&gt;</w:t>
        <w:br/>
        <w:t>Ганс Иоахим Мозер: Музыка средневекового го-&lt;br /&gt;</w:t>
        <w:br/>
        <w:t>рода. Вид[авницт]во "Тритон", Ленінград, 1927.&lt;br /&gt;</w:t>
        <w:br/>
        <w:t>27/V уночі&lt;br /&gt;</w:t>
        <w:br/>
        <w:t>Кларнет (Шер. 77)&lt;br /&gt;</w:t>
        <w:br/>
        <w:t>Бах (Шер. 76)&lt;br /&gt;</w:t>
        <w:br/>
        <w:t>Мозер (Ганс Закс)&lt;br /&gt;</w:t>
        <w:br/>
        <w:t>Ад[ам] Пушман,&lt;br /&gt;</w:t>
        <w:br/>
        <w:t>а другий німець Кіндрат Норденман.&lt;br /&gt;</w:t>
        <w:br/>
        <w:t>Lira rustica&lt;br /&gt;</w:t>
        <w:br/>
        <w:t>Шер. (79)&lt;br /&gt;</w:t>
        <w:br/>
        <w:t>(ЦДАМЛМ, ф. 464, on. 1, М 1190, арк. 29)</w:t>
      </w:r>
    </w:p>
    <w:p>
      <w:r>
        <w:br/>
        <w:t>["ДИСПУТ" і "ДРУГИЙ МОНОЛОГ СКОВОРОДИ"]</w:t>
      </w:r>
    </w:p>
    <w:p>
      <w:r>
        <w:br/>
        <w:t>Німецькі поети: —&lt;br /&gt;</w:t>
        <w:br/>
        <w:t>німецьку антологі[ю]&lt;br /&gt;</w:t>
        <w:br/>
        <w:t>Побільшити фігури утікачів, селян та цеховиків.&lt;br /&gt;</w:t>
        <w:br/>
        <w:t>Щоб С[коворода] не виступав як людина понад класом. ЦЕХИ&lt;br /&gt;</w:t>
        <w:br/>
        <w:t>Єврей: Мойсей Маймонід каже: матерія не єсть вічна.&lt;br /&gt;</w:t>
        <w:br/>
        <w:t>Кабаліст&lt;br /&gt;</w:t>
        <w:br/>
        <w:t>Буддист&lt;br /&gt;</w:t>
        <w:br/>
        <w:t>Записки П. Козицького.&lt;br /&gt;</w:t>
        <w:br/>
        <w:t>Інструкція Арсенія Могилянського в К[пєво]-Мог[илянській]&lt;br /&gt;</w:t>
        <w:br/>
        <w:t>Академії: "з мая по вересень відпускати &lt;учи[телів] &gt; учнів&lt;br /&gt;</w:t>
        <w:br/>
        <w:t>&lt;риториків&gt; риторики, піїтики, синтаксп, бідних та нищих для&lt;br /&gt;</w:t>
        <w:br/>
        <w:t>прохання собі м и л о с т н н и"&lt;br /&gt;</w:t>
        <w:br/>
        <w:t>Всякому городу нрав і права&lt;br /&gt;</w:t>
        <w:br/>
        <w:t>(на диспуті)&lt;br /&gt;</w:t>
        <w:br/>
        <w:t>"Вам, пречестным игуменам, божіє благословеніє и наше архд-&lt;br /&gt;</w:t>
        <w:br/>
        <w:t>рейскоє препославши полагаем..."&lt;br /&gt;</w:t>
        <w:br/>
        <w:t>(Із записок П. К[оэицького])&lt;br /&gt;</w:t>
        <w:br/>
        <w:t>(ЦДАМЛМ, ф. 464, оп. 1, № 1231, арк. 4 зв.)&lt;br /&gt;</w:t>
        <w:br/>
        <w:t>Перед роками 1767—68 чи був у Луганському завод, або ж ув&lt;br /&gt;</w:t>
        <w:br/>
        <w:t>іншому десь місці па б[увшій] Донеччині (?) Який саме.&lt;br /&gt;</w:t>
        <w:br/>
        <w:t>(ЦДАМЛМ, ф. 464, оп. 1, М 1244, арк. 3)</w:t>
      </w:r>
    </w:p>
    <w:p>
      <w:r>
        <w:br/>
        <w:t>[СКОВОРОДА І БІСНУВАТИЙ]&lt;br /&gt;</w:t>
        <w:br/>
        <w:t>Людина і машипа&lt;br /&gt;</w:t>
        <w:br/>
        <w:t>техніка&lt;br /&gt;</w:t>
        <w:br/>
        <w:t>(ЦДАМЛМ, ф. 464, оп. 1, № 1194, арк. 14)&lt;br /&gt;</w:t>
        <w:br/>
        <w:t>* Епоха Відродження. Англія.&lt;br /&gt;</w:t>
        <w:br/>
        <w:t>Класичні письменники.&lt;br /&gt;</w:t>
        <w:br/>
        <w:t>Ральф Дойстер.&lt;br /&gt;</w:t>
        <w:br/>
        <w:t>Народне начало.&lt;br /&gt;</w:t>
        <w:br/>
        <w:t>Лілі, Бен-Джонсон. Марло (білий вірш). Грін?&lt;br /&gt;</w:t>
        <w:br/>
        <w:t>Всі вони: шлях тісного зближення з народом.&lt;br /&gt;</w:t>
        <w:br/>
        <w:t>Театр часів Шекспіра.&lt;br /&gt;</w:t>
        <w:br/>
        <w:t>(ЦДАМЛМ, ф. 464, оп. 1, Яв 1195, арк. 10)&lt;br /&gt;</w:t>
        <w:br/>
        <w:t>Архімедова спіраль&lt;br /&gt;</w:t>
        <w:br/>
        <w:t>Гранат, т. 13, ст. 88 після 320-ї</w:t>
      </w:r>
    </w:p>
    <w:p>
      <w:r>
        <w:br/>
        <w:t>Гіппократ Хіоський, що стояв поза Піфагорейською школою,—&lt;br /&gt;</w:t>
        <w:br/>
        <w:t>пропорціональність площин круга квадратам їх радіусів. Це при-&lt;br /&gt;</w:t>
        <w:br/>
        <w:t>вело до відшукання квадратури круга.&lt;br /&gt;</w:t>
        <w:br/>
        <w:t>Гез. Гранат, т. 13, ст. 51 (Нідерланди й Маргарита Пармська).&lt;br /&gt;</w:t>
        <w:br/>
        <w:t>(ЦДАМЛМ, ф. 464, оп. 1, Яв 1195, арк. 11)&lt;br /&gt;</w:t>
        <w:br/>
        <w:t>Веданти.&lt;br /&gt;</w:t>
        <w:br/>
        <w:t>Кріпацтво. Земля. Вугілля. Сміх (Арістотель, Кант, опреділення&lt;br /&gt;</w:t>
        <w:br/>
        <w:t>сміху).&lt;br /&gt;</w:t>
        <w:br/>
        <w:t>Сковорода, твердо ставши на обох ногах, поволі&lt;br /&gt;</w:t>
        <w:br/>
        <w:t>така в його погляді ненависть.&lt;br /&gt;</w:t>
        <w:br/>
        <w:t>Жало комарине.&lt;br /&gt;</w:t>
        <w:br/>
        <w:t>(ЦДАМЛМ, ф. 464, оп. 1, № 1198, арк. 2)&lt;br /&gt;</w:t>
        <w:br/>
        <w:t>СКОВОРОДИНІВСЬКІ ФРАГМЕНТИ"</w:t>
      </w:r>
    </w:p>
    <w:p>
      <w:r>
        <w:br/>
        <w:t>[1. СУПЕРЕЧКА З ЧЕНЦЯМИ]&lt;br /&gt;</w:t>
        <w:br/>
        <w:t>Ієрон:&lt;br /&gt;</w:t>
        <w:br/>
        <w:t>Ні, справді.&lt;br /&gt;</w:t>
        <w:br/>
        <w:t>Нехай ти нас, ченців, не любиш,&lt;br /&gt;</w:t>
        <w:br/>
        <w:t>нехай ти маніхействуєш і Нову Людину&lt;br /&gt;</w:t>
        <w:br/>
        <w:t>знічев'я мрієш утворити.&lt;br /&gt;</w:t>
        <w:br/>
        <w:t>(Сковорода загруз бровою)&lt;br /&gt;</w:t>
        <w:br/>
        <w:t>Але скажи — ти ж маєш бога?&lt;br /&gt;</w:t>
        <w:br/>
        <w:t>(Сковорода всміхнувсь)&lt;br /&gt;</w:t>
        <w:br/>
        <w:t>Невже нічого він тобі не каже,&lt;br /&gt;</w:t>
        <w:br/>
        <w:t>що край наш унія терзає,&lt;br /&gt;</w:t>
        <w:br/>
        <w:t>що наш народ — це жертва рання?&lt;br /&gt;</w:t>
        <w:br/>
        <w:t>Сковорода:&lt;br /&gt;</w:t>
        <w:br/>
        <w:t>На фоні сміху рококо?&lt;br /&gt;</w:t>
        <w:br/>
        <w:t>На тлі байдужого пізнання?&lt;br /&gt;</w:t>
        <w:br/>
        <w:t>Ієрон:&lt;br /&gt;</w:t>
        <w:br/>
        <w:t>Чи, може, ти, глухим дзвонивши, й сам уже&lt;br /&gt;</w:t>
        <w:br/>
        <w:t>оглух навіки?&lt;br /&gt;</w:t>
        <w:br/>
        <w:t>Сковорода:&lt;br /&gt;</w:t>
        <w:br/>
        <w:t>До кого говорить таке, до ко'—?&lt;br /&gt;</w:t>
        <w:br/>
        <w:t>Я ж в а м дзвоню, я ж вам дзвоню, каліки!&lt;br /&gt;</w:t>
        <w:br/>
        <w:t>Ви ж той народ обплутали&lt;br /&gt;</w:t>
        <w:br/>
        <w:t>обрядами, послушенством, царем,&lt;br /&gt;</w:t>
        <w:br/>
        <w:t>з дворянством хитрим перемітили,&lt;br /&gt;</w:t>
        <w:br/>
        <w:t>церковними землями його у рабство закріпачили,&lt;br /&gt;</w:t>
        <w:br/>
        <w:t>а зверху ще й богом придушили — на!&lt;br /&gt;</w:t>
        <w:br/>
        <w:t>лежи, мій рідний, богоносний.&lt;br /&gt;</w:t>
        <w:br/>
        <w:t>Хмельницького забули? — стережіться!&lt;br /&gt;</w:t>
        <w:br/>
        <w:t>А цей рідний, богоносний —&lt;br /&gt;</w:t>
        <w:br/>
        <w:t>ви чуєте? — встає! Колись-таки устане —&lt;br /&gt;</w:t>
        <w:br/>
        <w:t>і отоді вже вам буде саксаган.&lt;br /&gt;</w:t>
        <w:br/>
        <w:t>Тут твердо кашлянув Кирило&lt;br /&gt;</w:t>
        <w:br/>
        <w:t>і так немовби пі до кого,&lt;br /&gt;</w:t>
        <w:br/>
        <w:t>а сам, як шулий віл,— униз забуцав,&lt;br /&gt;</w:t>
        <w:br/>
        <w:t>тенором, як по воді талапнув:&lt;br /&gt;</w:t>
        <w:br/>
        <w:t>— Ну от між нами й розмир!&lt;br /&gt;</w:t>
        <w:br/>
        <w:t>А чого?&lt;br /&gt;</w:t>
        <w:br/>
        <w:t>Ми ж тільки взяли тебе на спит —&lt;br /&gt;</w:t>
        <w:br/>
        <w:t>чи підеш з нами.&lt;br /&gt;</w:t>
        <w:br/>
        <w:t>Не підеш у єпископи —&lt;br /&gt;</w:t>
        <w:br/>
        <w:t>виходить, ти не наш&lt;br /&gt;</w:t>
        <w:br/>
        <w:t>і нічого тараракать.&lt;br /&gt;</w:t>
        <w:br/>
        <w:t>Ми ж, хоч і думаєм з тобою розмаїто,&lt;br /&gt;</w:t>
        <w:br/>
        <w:t>а прийшли до тебе, як до свого.&lt;br /&gt;</w:t>
        <w:br/>
        <w:t>Ти ж весь час&lt;br /&gt;</w:t>
        <w:br/>
        <w:t>як на бруску нас тримаєш.&lt;br /&gt;</w:t>
        <w:br/>
        <w:t>Правду отець Досифей казав.&lt;br /&gt;</w:t>
        <w:br/>
        <w:t>(Оріхові голови вколючились з усіх боків в Сковороду і ждали,&lt;br /&gt;</w:t>
        <w:br/>
        <w:t>що він скаже)&lt;br /&gt;</w:t>
        <w:br/>
        <w:t>Від песподіваної думки&lt;br /&gt;</w:t>
        <w:br/>
        <w:t>Сковороду немовби аж підкинуло! —&lt;br /&gt;</w:t>
        <w:br/>
        <w:t>але тут раптом блиснуло&lt;br /&gt;</w:t>
        <w:br/>
        <w:t>і все підскочило й засяяло, як мисль,&lt;br /&gt;</w:t>
        <w:br/>
        <w:t>лише тенор ні на мить&lt;br /&gt;</w:t>
        <w:br/>
        <w:t>не вгавав,&lt;br /&gt;</w:t>
        <w:br/>
        <w:t>як талалай:&lt;br /&gt;</w:t>
        <w:br/>
        <w:t>— Так де ж тоді шукать нам правди, де?&lt;br /&gt;</w:t>
        <w:br/>
        <w:t>— ...я тут, тут, тут,—&lt;br /&gt;</w:t>
        <w:br/>
        <w:t>затріпотіло в листі&lt;br /&gt;</w:t>
        <w:br/>
        <w:t>(Грім десь ледве, стороною)&lt;br /&gt;</w:t>
        <w:br/>
        <w:t>і ще раз навхрест блиснувши, як в комедіях&lt;br /&gt;</w:t>
        <w:br/>
        <w:t>Арістофана,&lt;br /&gt;</w:t>
        <w:br/>
        <w:t>перед тобою сміх душить свій почало —&lt;br /&gt;</w:t>
        <w:br/>
        <w:t>ой, клобуки, та перестаньте ж!..&lt;br /&gt;</w:t>
        <w:br/>
        <w:t>Я виливаю, власне, вирізую,&lt;br /&gt;</w:t>
        <w:br/>
        <w:t>не з воску, а з міді та каменю.&lt;br /&gt;</w:t>
        <w:br/>
        <w:t>Сміх.&lt;br /&gt;</w:t>
        <w:br/>
        <w:t>Ви ножі, а я брусок,&lt;br /&gt;</w:t>
        <w:br/>
        <w:t>і я гостритиму вас,&lt;br /&gt;</w:t>
        <w:br/>
        <w:t>аж поки не перегострю!&lt;br /&gt;</w:t>
        <w:br/>
        <w:t>Я вирізую пе з воску,&lt;br /&gt;</w:t>
        <w:br/>
        <w:t>а з міді та каменю —&lt;br /&gt;</w:t>
        <w:br/>
        <w:t>і мій жереб — з голяками—&lt;br /&gt;</w:t>
        <w:br/>
        <w:t>[2. ПРОЗРІННЯ]&lt;br /&gt;</w:t>
        <w:br/>
        <w:t>...І переповнився Сковорода ненавистю до тих,&lt;br /&gt;</w:t>
        <w:br/>
        <w:t>кого раніш немов не помічав&lt;br /&gt;</w:t>
        <w:br/>
        <w:t>эа своїм богом, аа гармонією,—&lt;br /&gt;</w:t>
        <w:br/>
        <w:t>Лиэавета, любительниця муз і Малоросії,&lt;br /&gt;</w:t>
        <w:br/>
        <w:t>гетьмани й гетьманчики, що раді&lt;br /&gt;</w:t>
        <w:br/>
        <w:t>свій народ продать за титул, за садибу,&lt;br /&gt;</w:t>
        <w:br/>
        <w:t>і всі пани і присно з ними сущії&lt;br /&gt;</w:t>
        <w:br/>
        <w:t>під мудрим скіпетром премудрої&lt;br /&gt;</w:t>
        <w:br/>
        <w:t>Катерини,—&lt;br /&gt;</w:t>
        <w:br/>
        <w:t>о, як усіх він ненавидів, звірів неситих,&lt;br /&gt;</w:t>
        <w:br/>
        <w:t>лютих звірів!</w:t>
      </w:r>
    </w:p>
    <w:p>
      <w:r>
        <w:br/>
        <w:t>[3. СКОВОРОДА У КИЄВІ. ПЕРЕД ПОВСТАННЯМ]&lt;br /&gt;</w:t>
        <w:br/>
        <w:t>За пустирями — бастіон&lt;br /&gt;</w:t>
        <w:br/>
        <w:t>бупдючпо-високо у небо цілив.&lt;br /&gt;</w:t>
        <w:br/>
        <w:t>Під ним — Золоті ворота.&lt;br /&gt;</w:t>
        <w:br/>
        <w:t>Засипані були землею,&lt;br /&gt;</w:t>
        <w:br/>
        <w:t>як і вся воля, що з козаками крізь них&lt;br /&gt;</w:t>
        <w:br/>
        <w:t>проходила.&lt;br /&gt;</w:t>
        <w:br/>
        <w:t>Пішов ліворуч,&lt;br /&gt;</w:t>
        <w:br/>
        <w:t>де древні вали,&lt;br /&gt;</w:t>
        <w:br/>
        <w:t>крізь Львівські ворота&lt;br /&gt;</w:t>
        <w:br/>
        <w:t>у нижній Київ.&lt;br /&gt;</w:t>
        <w:br/>
        <w:t>Софія вслід йому ревниво заблищала.&lt;br /&gt;</w:t>
        <w:br/>
        <w:t>А скрізь по Києву,&lt;br /&gt;</w:t>
        <w:br/>
        <w:t>мов заворушення якесь,—&lt;br /&gt;</w:t>
        <w:br/>
        <w:t>і шепотіли люди, прислухаючись до ревища,&lt;br /&gt;</w:t>
        <w:br/>
        <w:t>хто радісно, хто з жахом:&lt;br /&gt;</w:t>
        <w:br/>
        <w:t>хлоп?&lt;br /&gt;</w:t>
        <w:br/>
        <w:t>не буде хлоп!</w:t>
      </w:r>
    </w:p>
    <w:p>
      <w:r>
        <w:br/>
        <w:t>[4. СКОВОРОДА У КИЄВІ. ПЕРЕД ПОВСТАННЯМ.&lt;br /&gt;</w:t>
        <w:br/>
        <w:t>ЗАРАЗ ГРИМНЕ...]&lt;br /&gt;</w:t>
        <w:br/>
        <w:t>І мовчки злилися гармати на чернь,&lt;br /&gt;</w:t>
        <w:br/>
        <w:t>в якій фітіль от-от, здається, догоряв...&lt;br /&gt;</w:t>
        <w:br/>
        <w:t>Так смішно стало, як почув лірника,&lt;br /&gt;</w:t>
        <w:br/>
        <w:t>що співав його псальму&lt;br /&gt;</w:t>
        <w:br/>
        <w:t>про мир душевний,</w:t>
      </w:r>
    </w:p>
    <w:p>
      <w:r>
        <w:br/>
        <w:t>про птицю-голубицю.&lt;br /&gt;</w:t>
        <w:br/>
        <w:t>Як він далеко тепер від цього.&lt;br /&gt;</w:t>
        <w:br/>
        <w:t>Наростай, могутня хвиле!&lt;br /&gt;</w:t>
        <w:br/>
        <w:t>Знеси, зруйнуй, поглинь,&lt;br /&gt;</w:t>
        <w:br/>
        <w:t>потопи білу гниль!</w:t>
      </w:r>
    </w:p>
    <w:p>
      <w:r>
        <w:br/>
        <w:t>[5. ПОВСТАННЯ]&lt;br /&gt;</w:t>
        <w:br/>
        <w:t>...А за Голосієвом раз по раз бухало&lt;br /&gt;</w:t>
        <w:br/>
        <w:t>і розбухало,&lt;br /&gt;</w:t>
        <w:br/>
        <w:t>і хтось клепав у міліони кос&lt;br /&gt;</w:t>
        <w:br/>
        <w:t>і підтинав бур'ян&lt;br /&gt;</w:t>
        <w:br/>
        <w:t>один за одним&lt;br /&gt;</w:t>
        <w:br/>
        <w:t>у ручку —&lt;br /&gt;</w:t>
        <w:br/>
        <w:t>ану лиш разом —&lt;br /&gt;</w:t>
        <w:br/>
        <w:t>раз!</w:t>
      </w:r>
    </w:p>
    <w:p>
      <w:r>
        <w:br/>
        <w:t>[6. РОЗДУМ СЕРЕД НОЧІ]&lt;br /&gt;</w:t>
        <w:br/>
        <w:t>Світ спить,&lt;br /&gt;</w:t>
        <w:br/>
        <w:t>а ми його піснями заколисуєм:&lt;br /&gt;</w:t>
        <w:br/>
        <w:t>сни... спи... місце добре, нічого боятись!&lt;br /&gt;</w:t>
        <w:br/>
        <w:t>О горе мені, книжнику і сладкопівцю —&lt;br /&gt;</w:t>
        <w:br/>
        <w:t>земля колись устане й попитає:&lt;br /&gt;</w:t>
        <w:br/>
        <w:t>а ти для мене що зробив?!</w:t>
      </w:r>
    </w:p>
    <w:p>
      <w:r>
        <w:br/>
        <w:t>[7. БОГ]&lt;br /&gt;</w:t>
        <w:br/>
        <w:t>А бог один,&lt;br /&gt;</w:t>
        <w:br/>
        <w:t>і, може, там якраз,&lt;br /&gt;</w:t>
        <w:br/>
        <w:t>де ту гармонію розбито.&lt;br /&gt;</w:t>
        <w:br/>
        <w:t>(Розум,&lt;br /&gt;</w:t>
        <w:br/>
        <w:t>о розум хай буде нам богом!)</w:t>
      </w:r>
    </w:p>
    <w:p>
      <w:r>
        <w:br/>
        <w:t>[8. СМІХ]&lt;br /&gt;</w:t>
        <w:br/>
        <w:t>"Краще б ти сміявся,&lt;br /&gt;</w:t>
        <w:br/>
        <w:t>як... як всі...&lt;br /&gt;</w:t>
        <w:br/>
        <w:t>А то..." —</w:t>
      </w:r>
    </w:p>
    <w:p>
      <w:r>
        <w:br/>
        <w:t>(Ішов 1 — над вухом сміявсь Вольтер — оглянувся Сковорода —&lt;br /&gt;</w:t>
        <w:br/>
        <w:t>нікого!)&lt;br /&gt;</w:t>
        <w:br/>
        <w:t>І танцювали вкруг дерева,&lt;br /&gt;</w:t>
        <w:br/>
        <w:t>хрести кривилися на банях,&lt;br /&gt;</w:t>
        <w:br/>
        <w:t>і сама дзвіниця, в боки взявшись,&lt;br /&gt;</w:t>
        <w:br/>
        <w:t>ух, як пішла, та ух пішла!&lt;br /&gt;</w:t>
        <w:br/>
        <w:t>Туп! Туп!&lt;br /&gt;</w:t>
        <w:br/>
        <w:t>вогко, тало&lt;br /&gt;</w:t>
        <w:br/>
        <w:t>засміявся пан Туптало.&lt;br /&gt;</w:t>
        <w:br/>
        <w:t>* * *&lt;br /&gt;</w:t>
        <w:br/>
        <w:t>...Тупотить прозорим степом,&lt;br /&gt;</w:t>
        <w:br/>
        <w:t>копотить,&lt;br /&gt;</w:t>
        <w:br/>
        <w:t>тупо-тупо-тупотить...&lt;br /&gt;</w:t>
        <w:br/>
        <w:t>Тут з-за хмари сонце вийшло&lt;br /&gt;</w:t>
        <w:br/>
        <w:t>та як приснуло у сміх!&lt;br /&gt;</w:t>
        <w:br/>
        <w:t>Засміялись виднокруги,&lt;br /&gt;</w:t>
        <w:br/>
        <w:t>затрусилися од сміху&lt;br /&gt;</w:t>
        <w:br/>
        <w:t>і озера, і ліси...&lt;br /&gt;</w:t>
        <w:br/>
        <w:t>А трава — то вже й не може —&lt;br /&gt;</w:t>
        <w:br/>
        <w:t>досміялася до того,&lt;br /&gt;</w:t>
        <w:br/>
        <w:t>що від реготу зів'яла,&lt;br /&gt;</w:t>
        <w:br/>
        <w:t>перегнулась і тремтить.</w:t>
      </w:r>
    </w:p>
    <w:p>
      <w:r>
        <w:br/>
        <w:t>[9. У ПОЛІ]&lt;br /&gt;</w:t>
        <w:br/>
        <w:t>За городищем, туди од боку,&lt;br /&gt;</w:t>
        <w:br/>
        <w:t>над нивою, над колосом,&lt;br /&gt;</w:t>
        <w:br/>
        <w:t>що з перебіжним блеском вітер&lt;br /&gt;</w:t>
        <w:br/>
        <w:t>його розхиляв і кошлав,—&lt;br /&gt;</w:t>
        <w:br/>
        <w:t>рясніло людом.&lt;br /&gt;</w:t>
        <w:br/>
        <w:t>Серпи рясніли низько.&lt;br /&gt;</w:t>
        <w:br/>
        <w:t>І такої тужної співала тая нива:&lt;br /&gt;</w:t>
        <w:br/>
        <w:t>Жніте, женчики, розживайтеся,&lt;br /&gt;</w:t>
        <w:br/>
        <w:t>на чорну хмару оглядайтеся.&lt;br /&gt;</w:t>
        <w:br/>
        <w:t>А поміж них&lt;br /&gt;</w:t>
        <w:br/>
        <w:t>підгінчий з нагавм.</w:t>
      </w:r>
    </w:p>
    <w:p>
      <w:r>
        <w:br/>
        <w:t>Неправильно прочитана чернетка. Треба: "Мов...".— Ред.&lt;br /&gt;</w:t>
        <w:br/>
        <w:t>* * *</w:t>
      </w:r>
    </w:p>
    <w:p>
      <w:r>
        <w:br/>
        <w:t>Пурхнув горобець повз соняшник —&lt;br /&gt;</w:t>
        <w:br/>
        <w:t>і той хитається в зворотний ритм...&lt;br /&gt;</w:t>
        <w:br/>
        <w:t>Затанцював над флейтою метелик,&lt;br /&gt;</w:t>
        <w:br/>
        <w:t>і полеті-і-ів, розтрушуючи ритм.&lt;br /&gt;</w:t>
        <w:br/>
        <w:t>Загавкав десь собака, овечки замекали,&lt;br /&gt;</w:t>
        <w:br/>
        <w:t>і тільки пуга: ллясь! ллясь!</w:t>
      </w:r>
    </w:p>
    <w:p>
      <w:r>
        <w:br/>
        <w:t>[10. СОНЦЕ]&lt;br /&gt;</w:t>
        <w:br/>
        <w:t>А сонце&lt;br /&gt;</w:t>
        <w:br/>
        <w:t>розкреслилось,&lt;br /&gt;</w:t>
        <w:br/>
        <w:t>заклекотало в просторінь проміннями,&lt;br /&gt;</w:t>
        <w:br/>
        <w:t>і знову назад їх в себе криваво&lt;br /&gt;</w:t>
        <w:br/>
        <w:t>повпивало,&lt;br /&gt;</w:t>
        <w:br/>
        <w:t>немов із безвісти клипки...</w:t>
      </w:r>
    </w:p>
    <w:p>
      <w:r>
        <w:br/>
        <w:t>[11. ВІЧНІСТЬ І МИТЬ]&lt;br /&gt;</w:t>
        <w:br/>
        <w:t>І думав Сковорода:&lt;br /&gt;</w:t>
        <w:br/>
        <w:t>гармонія не в тиші.&lt;br /&gt;</w:t>
        <w:br/>
        <w:t>Біліони літ матерія бунтує,&lt;br /&gt;</w:t>
        <w:br/>
        <w:t>одміняється і гасне,&lt;br /&gt;</w:t>
        <w:br/>
        <w:t>а ми ще й досі&lt;br /&gt;</w:t>
        <w:br/>
        <w:t>круг своєї душі.&lt;br /&gt;</w:t>
        <w:br/>
        <w:t>А ми ще й досі&lt;br /&gt;</w:t>
        <w:br/>
        <w:t>пісень про цупдру укладаєм,&lt;br /&gt;</w:t>
        <w:br/>
        <w:t>коли той цундра&lt;br /&gt;</w:t>
        <w:br/>
        <w:t>зовсім не такий.</w:t>
      </w:r>
    </w:p>
    <w:p>
      <w:r>
        <w:br/>
        <w:t>[12. МОНОЛОГ СКОВОРОДИ]&lt;br /&gt;</w:t>
        <w:br/>
        <w:t>З заплющеними очима, підсумовуючи, в своїх розумних руках оти-&lt;br /&gt;</w:t>
        <w:br/>
        <w:t>ми мудрими системами, мов іграшками, перекидається:&lt;br /&gt;</w:t>
        <w:br/>
        <w:t>Огонь. Печаль (леліє світ. Калина&lt;br /&gt;</w:t>
        <w:br/>
        <w:t>хитне. Ця мисль — як смуга в житі.&lt;br /&gt;</w:t>
        <w:br/>
        <w:t>Мисль —&lt;br /&gt;</w:t>
        <w:br/>
        <w:t>як лінія). Тяжіння. Рух (...літайка</w:t>
      </w:r>
    </w:p>
    <w:p>
      <w:r>
        <w:br/>
        <w:t>пролопотить крилом. Лопух схитне —&lt;br /&gt;</w:t>
        <w:br/>
        <w:t>цяткований, цятастий — цоп! —&lt;br /&gt;</w:t>
        <w:br/>
        <w:t>Свідомість.&lt;br /&gt;</w:t>
        <w:br/>
        <w:t>Матерія.) — то жук упав. А лі —&lt;br /&gt;</w:t>
        <w:br/>
        <w:t>ні я, пі ти. Поки що ти.— Холодне.&lt;br /&gt;</w:t>
        <w:br/>
        <w:t>То жук упав. І знов. Калину клю' —&lt;br /&gt;</w:t>
        <w:br/>
        <w:t>недосвіток — і знову мисль поллється.&lt;br /&gt;</w:t>
        <w:br/>
        <w:t>І знову мисль. І знов поллється мисль,—&lt;br /&gt;</w:t>
        <w:br/>
        <w:t>Огонь. Печаль. Тяжіння. Рух. Свідомість.&lt;br /&gt;</w:t>
        <w:br/>
        <w:t>Матерія. І знов поллється мисль.</w:t>
      </w:r>
    </w:p>
    <w:p>
      <w:r>
        <w:br/>
        <w:t>словничок&lt;br /&gt;</w:t>
        <w:br/>
        <w:t>ДО ПОЕМИ-СИМФОНІЇ "СКОВОРОДА"</w:t>
      </w:r>
    </w:p>
    <w:p>
      <w:r>
        <w:br/>
        <w:t>Барма — піна на варенні, накип, пінка при варінні меду, варен-&lt;br /&gt;</w:t>
        <w:br/>
        <w:t>ня тощо; шумовиння, шумовина&lt;br /&gt;</w:t>
        <w:br/>
        <w:t>Бебехи — нутрощі&lt;br /&gt;</w:t>
        <w:br/>
        <w:t>Бебехнути — сильно кинути щось, ударити&lt;br /&gt;</w:t>
        <w:br/>
        <w:t>Бебехнутись — упасти, гепнутися&lt;br /&gt;</w:t>
        <w:br/>
        <w:t>Бевзь — дурисвіт, бовдур&lt;br /&gt;</w:t>
        <w:br/>
        <w:t>Бевкати — дзвонити у дзвони; молоти дурниці&lt;br /&gt;</w:t>
        <w:br/>
        <w:t>Безліч — множина, незчисленність&lt;br /&gt;</w:t>
        <w:br/>
        <w:t>Б е с е д а — слово, розмова, бесіда&lt;br /&gt;</w:t>
        <w:br/>
        <w:t>Гей — понукання для корів, волів; вигук&lt;br /&gt;</w:t>
        <w:br/>
        <w:t>Гепнутись — упасти, бебехнутись&lt;br /&gt;</w:t>
        <w:br/>
        <w:t>Гибель — загин; загибель; сила-силенна&lt;br /&gt;</w:t>
        <w:br/>
        <w:t>Гнилички — дикі груші&lt;br /&gt;</w:t>
        <w:br/>
        <w:t>Гупнути — тупнути; приглушено ударити об щось&lt;br /&gt;</w:t>
        <w:br/>
        <w:t>[Гурт] — багато (Не гурту тебе того розуму.)&lt;br /&gt;</w:t>
        <w:br/>
        <w:t>Жовтожар — оранжевий, жовтогарячий колір&lt;br /&gt;</w:t>
        <w:br/>
        <w:t>Забаламутити — одурити, забити памороки, затуманити&lt;br /&gt;</w:t>
        <w:br/>
        <w:t>Забаляндрасити — почати базікати *&lt;br /&gt;</w:t>
        <w:br/>
        <w:t>Забелькотати — говорити невиразно, скоромовкою&lt;br /&gt;</w:t>
        <w:br/>
        <w:t>Забіснуватпся — оскаженіти&lt;br /&gt;</w:t>
        <w:br/>
        <w:t>Заблимати — замерехтіти, замиготіти (І ледве-ледве забли-&lt;br /&gt;</w:t>
        <w:br/>
        <w:t>мала його убога думка.)&lt;br /&gt;</w:t>
        <w:br/>
        <w:t>Забої сто — з вибоями сніг *, багато снігу&lt;br /&gt;</w:t>
        <w:br/>
        <w:t>Забрезкнути — стати водянистим, покритися слизом (про ква-&lt;br /&gt;</w:t>
        <w:br/>
        <w:t>шення та ін.) *&lt;br /&gt;</w:t>
        <w:br/>
        <w:t>Завалий — неповороткий *&lt;br /&gt;</w:t>
        <w:br/>
        <w:t>[Завидно] — заздрісно (Завидно, що в когось видно.)&lt;br /&gt;</w:t>
        <w:br/>
        <w:t>Завількуватий — про дерево: з хвилястими звивинами *&lt;br /&gt;</w:t>
        <w:br/>
        <w:t>Завількувато — лукаво, хитро&lt;br /&gt;</w:t>
        <w:br/>
        <w:t>Заворонитись — (Сквирський повіт) загавитись, піймати&lt;br /&gt;</w:t>
        <w:br/>
        <w:t>гаву&lt;br /&gt;</w:t>
        <w:br/>
        <w:t>Зав'ялий — прив'ялий *&lt;br /&gt;</w:t>
        <w:br/>
        <w:t>Загавити — відвернути чиюсь увагу, заморочити&lt;br /&gt;</w:t>
        <w:br/>
        <w:t>[Загадати]—запропонувати для розгадування (Загадку зага-&lt;br /&gt;</w:t>
        <w:br/>
        <w:t>дати.)&lt;br /&gt;</w:t>
        <w:br/>
        <w:t>Заглинутись — похлинутися, вдавитися *&lt;br /&gt;</w:t>
        <w:br/>
        <w:t>З а гніт — палаючий жар, солома чи тріски* для загнічування&lt;br /&gt;</w:t>
        <w:br/>
        <w:t>хліба&lt;br /&gt;</w:t>
        <w:br/>
        <w:t>Загонистий — вимогливий, запальний *&lt;br /&gt;</w:t>
        <w:br/>
        <w:t>Зажохатпся — занедужати од спеки *&lt;br /&gt;</w:t>
        <w:br/>
        <w:t>Зажохнутись — здохнути од спеки *&lt;br /&gt;</w:t>
        <w:br/>
        <w:t>Заззяти — засяти, засяяти, засікти&lt;br /&gt;</w:t>
        <w:br/>
        <w:t>За карлючкувато — з багатьма закарлючками&lt;br /&gt;</w:t>
        <w:br/>
        <w:t>Замурзувато — прислівник від замурзувати; заяложено&lt;br /&gt;</w:t>
        <w:br/>
        <w:t>36 езу митись — здуріти, одуріти; знавісніти; ошаліти, ошале-&lt;br /&gt;</w:t>
        <w:br/>
        <w:t>ніти&lt;br /&gt;</w:t>
        <w:br/>
        <w:t>Збитошник — (Сквирський повіт) пустун, штукар; капосник&lt;br /&gt;</w:t>
        <w:br/>
        <w:t>З б і д н ю в а т и с ь — прикидатися бідним&lt;br /&gt;</w:t>
        <w:br/>
        <w:t>Збогарадитись — випросити, вимолити; спромогтися на що-&lt;br /&gt;</w:t>
        <w:br/>
        <w:t>небудь&lt;br /&gt;</w:t>
        <w:br/>
        <w:t>Збуйпувати — зашуміти дуже сильно, забушувати, забурхати&lt;br /&gt;</w:t>
        <w:br/>
        <w:t>(Збуйнували вітри.)&lt;br /&gt;</w:t>
        <w:br/>
        <w:t>З в и ш к и — висотою, заввишки&lt;br /&gt;</w:t>
        <w:br/>
        <w:t>Звірокруг — зодіак&lt;br /&gt;</w:t>
        <w:br/>
        <w:t>Зорювати — спати, ночувати на повітрі, просто неба&lt;br /&gt;</w:t>
        <w:br/>
        <w:t>Зсинобожитись — прикинутися бідним, нещасним&lt;br /&gt;</w:t>
        <w:br/>
        <w:t>Зубельний — зайвий, запасний (с. Піски)&lt;br /&gt;</w:t>
        <w:br/>
        <w:t>Кислички — дикі яблука&lt;br /&gt;</w:t>
        <w:br/>
        <w:t>Киць-баба — гра на зразок піжмурок *&lt;br /&gt;</w:t>
        <w:br/>
        <w:t>Кралька — ряст, золотоцвіт*, Chrysanthemum&lt;br /&gt;</w:t>
        <w:br/>
        <w:t>Курай, кураїна — трава біля вибалків, не біля самої води,&lt;br /&gt;</w:t>
        <w:br/>
        <w:t>а трошки вище. На толоках теж росте, але не так&lt;br /&gt;</w:t>
        <w:br/>
        <w:t>Л іщи н а — горіхи (падають лузани), горішина, горіх, горіш-&lt;br /&gt;</w:t>
        <w:br/>
        <w:t>ник&lt;br /&gt;</w:t>
        <w:br/>
        <w:t>Лопушаний — небагатий на розум, (Дурні л о п у ш а н і.)&lt;br /&gt;</w:t>
        <w:br/>
        <w:t>Луки — по-подільськи пологи (поліг)&lt;br /&gt;</w:t>
        <w:br/>
        <w:t>Наводити — намішати&lt;br /&gt;</w:t>
        <w:br/>
        <w:t>На гідний — зручний для здійснення чого-небудь (про час, ви-&lt;br /&gt;</w:t>
        <w:br/>
        <w:t>падок тощо) (Н а г і д н и й випадок.)&lt;br /&gt;</w:t>
        <w:br/>
        <w:t>[Напашений] — про худобу, яка вдосталь напаслась (Скотина&lt;br /&gt;</w:t>
        <w:br/>
        <w:t>н а п а ш е н а.)&lt;br /&gt;</w:t>
        <w:br/>
        <w:t>[На рони ти]—нагубити цвіту, листя, пір'я (Наронила пір'-&lt;br /&gt;</w:t>
        <w:br/>
        <w:t>ячка повен сад.)&lt;br /&gt;</w:t>
        <w:br/>
        <w:t>На свою руч горнути — казати на свою користь* (На&lt;br /&gt;</w:t>
        <w:br/>
        <w:t>свою руч горнеш.)&lt;br /&gt;</w:t>
        <w:br/>
        <w:t>Не до ш п е т и — не до речі *&lt;br /&gt;</w:t>
        <w:br/>
        <w:t>Нездольний — слабий, нездоровий&lt;br /&gt;</w:t>
        <w:br/>
        <w:t>Нездоров'я — хворість, слабість&lt;br /&gt;</w:t>
        <w:br/>
        <w:t>[Н у ж д а т и] — приневолювати (Нуждають мене — приневолю-&lt;br /&gt;</w:t>
        <w:br/>
        <w:t>ють.)&lt;br /&gt;</w:t>
        <w:br/>
        <w:t>О д п о т і й — той, хто дуже потіє (?)&lt;br /&gt;</w:t>
        <w:br/>
        <w:t>Переквітувати — відцвісти, перецвісти, відцвістися; відкра-&lt;br /&gt;</w:t>
        <w:br/>
        <w:t>суватися, відквітувати (про злаки.)&lt;br /&gt;</w:t>
        <w:br/>
        <w:t>Переночувати (кого)—пустити на ночівлю, на нічліг когось&lt;br /&gt;</w:t>
        <w:br/>
        <w:t>Плюсміх — плюсклий, слизький сміх (?)&lt;br /&gt;</w:t>
        <w:br/>
        <w:t>Подільшливий — подільчивий&lt;br /&gt;</w:t>
        <w:br/>
        <w:t>[Посіпати] — натрудити (Посіпаєш собі руки.)&lt;br /&gt;</w:t>
        <w:br/>
        <w:t>Придолинок — улоговина, балка, вибалок, видолинок; устя до-&lt;br /&gt;</w:t>
        <w:br/>
        <w:t>лини.&lt;br /&gt;</w:t>
        <w:br/>
        <w:t>[При тяти]—урізати; прищипнути (При тяв йому носа&lt;br /&gt;</w:t>
        <w:br/>
        <w:t>добре.)&lt;br /&gt;</w:t>
        <w:br/>
        <w:t>Простота — невчена наївна людина, простий народ *&lt;br /&gt;</w:t>
        <w:br/>
        <w:t>Рвйкрок — різкий, рішучий крок&lt;br /&gt;</w:t>
        <w:br/>
        <w:t>Розкущитися — розростися кущем *&lt;br /&gt;</w:t>
        <w:br/>
        <w:t>Розпадина — (у скелі) розщелина&lt;br /&gt;</w:t>
        <w:br/>
        <w:t>Розпалина — тріщина, щілина&lt;br /&gt;</w:t>
        <w:br/>
        <w:t>Розпур ха тись — пурхати без угаву (Пішов горобчик у тан-&lt;br /&gt;</w:t>
        <w:br/>
        <w:t>ці—розпурхався і т. д.)</w:t>
      </w:r>
    </w:p>
    <w:p>
      <w:r>
        <w:br/>
        <w:t>Розтрудити — роздавити, наїхавши (Мою сестру коні р о з т р у-&lt;br /&gt;</w:t>
        <w:br/>
        <w:t>д и л и.)&lt;br /&gt;</w:t>
        <w:br/>
        <w:t>Розхиляти — пахиляти в різні боки * (Вітер розхиляє; Чо-&lt;br /&gt;</w:t>
        <w:br/>
        <w:t>ловіче, що ти знаєш, що смерть гостей розхиляє, та й на&lt;br /&gt;</w:t>
        <w:br/>
        <w:t>тебе посягає.)&lt;br /&gt;</w:t>
        <w:br/>
        <w:t>Рудобривий— рижобровий *&lt;br /&gt;</w:t>
        <w:br/>
        <w:t>Рухомість — рухоме майно (Свитка — вся рухомість при&lt;br /&gt;</w:t>
        <w:br/>
        <w:t>йому.)&lt;br /&gt;</w:t>
        <w:br/>
        <w:t>Р у ч и й — удатний * (Коли б мені хоч зо жменю людей р у ч о г о&lt;br /&gt;</w:t>
        <w:br/>
        <w:t>плеча.)&lt;br /&gt;</w:t>
        <w:br/>
        <w:t>Рядовий — черговий, наступний (Рядову чарку підносить.)&lt;br /&gt;</w:t>
        <w:br/>
        <w:t>Р я с й ц я — складка (За тими рясицями сидять воші копи-&lt;br /&gt;</w:t>
        <w:br/>
        <w:t>цями.)&lt;br /&gt;</w:t>
        <w:br/>
        <w:t>Саксаган — кінець *, смерть (Там йому с а к с а г а н.)&lt;br /&gt;</w:t>
        <w:br/>
        <w:t>Сам — тільки, лише (Постіль — самая солома.)&lt;br /&gt;</w:t>
        <w:br/>
        <w:t>Сваркий — сварливий, сердитий (С в а р к и й пан.)&lt;br /&gt;</w:t>
        <w:br/>
        <w:t>С в и д — ряст; рано (Скосити у с в и д — недозріло *; У с в и д бра-&lt;br /&gt;</w:t>
        <w:br/>
        <w:t>ти льон.)&lt;br /&gt;</w:t>
        <w:br/>
        <w:t>С в і т а ч — маленький залізний свічник біля ікони.&lt;br /&gt;</w:t>
        <w:br/>
        <w:t>Сидень — нерухомий (Філософ-с и д е н ь)&lt;br /&gt;</w:t>
        <w:br/>
        <w:t>[Сильний] — який дає силу (Пив сильну воду, а другий без-&lt;br /&gt;</w:t>
        <w:br/>
        <w:t>сильну); густий (Сильний ліс); багато, велика кількість&lt;br /&gt;</w:t>
        <w:br/>
        <w:t>(Сильні сніги залягають.)&lt;br /&gt;</w:t>
        <w:br/>
        <w:t>С о н ю р а — людина, що багато спить, сплюха&lt;br /&gt;</w:t>
        <w:br/>
        <w:t>Спрозорити — наврочити *&lt;br /&gt;</w:t>
        <w:br/>
        <w:t>Сумирно — лагідно (Чебрець запах сумирно.)&lt;br /&gt;</w:t>
        <w:br/>
        <w:t>Сутеніти — вечоріти, темніти&lt;br /&gt;</w:t>
        <w:br/>
        <w:t>[Талалай]—базіка, дерев'яне калатало (Не вгавав, як тала-&lt;br /&gt;</w:t>
        <w:br/>
        <w:t>л а й.)&lt;br /&gt;</w:t>
        <w:br/>
        <w:t>Т і с н й к — тесля (В тісні руки взяти — "в ежовые рукавицы".)&lt;br /&gt;</w:t>
        <w:br/>
        <w:t>Тіснитися — тиснутися * (Тісняться, наче хліб у печі.)&lt;br /&gt;</w:t>
        <w:br/>
        <w:t>Торохта — плітки * (Люди про неї т о р о х т у пустили.)&lt;br /&gt;</w:t>
        <w:br/>
        <w:t>Торохтело — дерев'яний балабончик у корови, вола *&lt;br /&gt;</w:t>
        <w:br/>
        <w:t>[Тужавіти] — тверднути, підмерзати (Тужавіє грязь.)&lt;br /&gt;</w:t>
        <w:br/>
        <w:t>У голос ударитись — заплакати, заридати&lt;br /&gt;</w:t>
        <w:br/>
        <w:t>Упрозелень — зеленасто *&lt;br /&gt;</w:t>
        <w:br/>
        <w:t>[Цвістися] — квітнути, квітувати (Калина ц в і л а с я.)&lt;br /&gt;</w:t>
        <w:br/>
        <w:t>Цвіткований — прибраний квітами, заквітчаний&lt;br /&gt;</w:t>
        <w:br/>
        <w:t>Ц и н д р и — іскри, що відскакують (від розпеченого заліза)&lt;br /&gt;</w:t>
        <w:br/>
        <w:t>Цинобра — кіновар&lt;br /&gt;</w:t>
        <w:br/>
        <w:t>Ц і н ь —оливо, цинк&lt;br /&gt;</w:t>
        <w:br/>
        <w:t>Цок — вигук&lt;br /&gt;</w:t>
        <w:br/>
        <w:t>ЦУР — геть; хай буде так&lt;br /&gt;</w:t>
        <w:br/>
        <w:t>Цуркё (цуркеньке)— крупне * (Ц у р к 6 сіль; вугілля ц у р-&lt;br /&gt;</w:t>
        <w:br/>
        <w:t>к еньке.)&lt;br /&gt;</w:t>
        <w:br/>
        <w:t>Чалитись — мати дружбу, водитися з ким (Я до них, шалапу-&lt;br /&gt;</w:t>
        <w:br/>
        <w:t>тів, не ч а л ю с ь.)&lt;br /&gt;</w:t>
        <w:br/>
        <w:t>[Чалітися] — сивіти (Чаліється борода.)&lt;br /&gt;</w:t>
        <w:br/>
        <w:t>Ч а м у р — розчин вапна з піском *&lt;br /&gt;</w:t>
        <w:br/>
        <w:t>Чварснути — сказати щось незрозумілою мовою&lt;br /&gt;</w:t>
        <w:br/>
        <w:t>Чвиркати — плювати, бриднути&lt;br /&gt;</w:t>
        <w:br/>
        <w:t>Ч е в р і т и — хиріти, миршавіти (Просо ч е в р і є.)&lt;br /&gt;</w:t>
        <w:br/>
        <w:t>Челюсті — частина кухонної печі (дугоподібний отвір.)&lt;br /&gt;</w:t>
        <w:br/>
        <w:t>Черга — послідовність&lt;br /&gt;</w:t>
        <w:br/>
        <w:t>Чергпнькати — скрипіти</w:t>
      </w:r>
    </w:p>
    <w:p>
      <w:r>
        <w:br/>
        <w:t>Череватий — а великим черевом&lt;br /&gt;</w:t>
        <w:br/>
        <w:t>Чичморіти — їсти багато, жадібно&lt;br /&gt;</w:t>
        <w:br/>
        <w:t>Ч у х р а н — машина на суконній фабриці, розчісує шерсть&lt;br /&gt;</w:t>
        <w:br/>
        <w:t>Шаркнути — провести мантачкою по косі для гостріння&lt;br /&gt;</w:t>
        <w:br/>
        <w:t>(Ш а р к н е по косі разів зо два лопаткою — і пішов косити.)&lt;br /&gt;</w:t>
        <w:br/>
        <w:t>Шарконути — різонути косою*. (Шарконуть, як кропиву,&lt;br /&gt;</w:t>
        <w:br/>
        <w:t>панів.)&lt;br /&gt;</w:t>
        <w:br/>
        <w:t>Шарнути — кинутися шукати *. (Ш а р н у т и по церквах.)&lt;br /&gt;</w:t>
        <w:br/>
        <w:t>Ш а т н о — нарядно, в пишному одязі *&lt;br /&gt;</w:t>
        <w:br/>
        <w:t>Швайка — шпиль, шпиць (в переклад з Д. Гофштейна)&lt;br /&gt;</w:t>
        <w:br/>
        <w:t>Шелест — галас, шум (Шелесту багато; наробили ш е-&lt;br /&gt;</w:t>
        <w:br/>
        <w:t>л е с ту.)&lt;br /&gt;</w:t>
        <w:br/>
        <w:t>Ш е х —сигнальний пістолетний постріл *&lt;br /&gt;</w:t>
        <w:br/>
        <w:t>Ш и л я г а — по-подільськи шелюга, лозина — найбільше у берегах&lt;br /&gt;</w:t>
        <w:br/>
        <w:t>буває&lt;br /&gt;</w:t>
        <w:br/>
        <w:t>Широкославний — що має велику славу (за аналогією мож-&lt;br /&gt;</w:t>
        <w:br/>
        <w:t>на: широкозелеиий — до природи, І ч[астина поеми]).&lt;br /&gt;</w:t>
        <w:br/>
        <w:t>Ш к о д н і ш — ще більш жалко&lt;br /&gt;</w:t>
        <w:br/>
        <w:t>Шолуминня — кукурудзяне бадилля *&lt;br /&gt;</w:t>
        <w:br/>
        <w:t>Шпетний — акуратний (Вбиралася шпетно.)&lt;br /&gt;</w:t>
        <w:br/>
        <w:t>Ш пу в а ти — сильно дути (Зимою у нас добре буря шпує.)&lt;br /&gt;</w:t>
        <w:br/>
        <w:t>Шулий — віл з рогами вниз&lt;br /&gt;</w:t>
        <w:br/>
        <w:t>Яловий — безплідний&lt;br /&gt;</w:t>
        <w:br/>
        <w:t>Ялозний — нечистий; марудний, клопітний. (Ялозне це діло.)&lt;br /&gt;</w:t>
        <w:br/>
        <w:t>Ялося (ятися, нятися) — починалося, бралося&lt;br /&gt;</w:t>
        <w:br/>
        <w:t>Ярий — весняний; молодий; палкий, палаючий&lt;br /&gt;</w:t>
        <w:br/>
        <w:t>Ясир — юрба * (Такий ясир, що ніде повернуться.)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Сковорода (симфонія)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