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Скорпіон</w:t>
      </w:r>
    </w:p>
    <w:p>
      <w:r>
        <w:br/>
        <w:t xml:space="preserve"> Блаженні дні і ночі на селі,&lt;br /&gt;</w:t>
        <w:br/>
        <w:t>Землі Волинської родюче лоно&lt;br /&gt;</w:t>
        <w:br/>
        <w:t>І дух полів, і голоси з балкона,&lt;br /&gt;</w:t>
        <w:br/>
        <w:t>І крекіт жаб на вітровім крилі.</w:t>
      </w:r>
    </w:p>
    <w:p>
      <w:r>
        <w:br/>
        <w:t>А в плесі тихім, мов на синім шклі&lt;br /&gt;</w:t>
        <w:br/>
        <w:t>Вже позначились клешні Скорпіона,&lt;br /&gt;</w:t>
        <w:br/>
        <w:t>І Антарес, як іскорка червона,&lt;br /&gt;</w:t>
        <w:br/>
        <w:t>Уже горів в надобрієвій млі.</w:t>
      </w:r>
    </w:p>
    <w:p>
      <w:r>
        <w:br/>
        <w:t>Я од’їздив, і оком астролога&lt;br /&gt;</w:t>
        <w:br/>
        <w:t>Допитувався в зір, яка дорога&lt;br /&gt;</w:t>
        <w:br/>
        <w:t>Мене провадить у майбутні дні.</w:t>
      </w:r>
    </w:p>
    <w:p>
      <w:r>
        <w:br/>
        <w:t>А Скорпій гас в красі своій недобрій,&lt;br /&gt;</w:t>
        <w:br/>
        <w:t>І друг Стрілець виносив понад обрій&lt;br /&gt;</w:t>
        <w:br/>
        <w:t>Свій срібний лук і приязні огні.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Скорпіон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