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вже канікули</w:t>
      </w:r>
    </w:p>
    <w:p>
      <w:r>
        <w:br/>
        <w:t xml:space="preserve"> 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</w:r>
    </w:p>
    <w:p>
      <w:r>
        <w:br/>
        <w:t>Жовтень каже: — Дощ я висію&lt;br /&gt;</w:t>
        <w:br/>
        <w:t>й чисте небо вам готове!&lt;br /&gt;</w:t>
        <w:br/>
        <w:t>Ми ж на свята у Киргизію&lt;br /&gt;</w:t>
        <w:br/>
        <w:t>і — в похід на Алатоо...</w:t>
      </w:r>
    </w:p>
    <w:p>
      <w:r>
        <w:br/>
        <w:t>Землю білою нам дратвою&lt;br /&gt;</w:t>
        <w:br/>
        <w:t>Дід Мороз прошив на славу.&lt;br /&gt;</w:t>
        <w:br/>
        <w:t>В ці ж канікули ми в Латвію&lt;br /&gt;</w:t>
        <w:br/>
        <w:t>гайнемо на Даугаву!</w:t>
      </w:r>
    </w:p>
    <w:p>
      <w:r>
        <w:br/>
        <w:t>Травень каже: — Повзеленюю&lt;br /&gt;</w:t>
        <w:br/>
        <w:t>буйним зіллям кожну хату.&lt;br /&gt;</w:t>
        <w:br/>
        <w:t>Ми ж на свята — у Вірменію,&lt;br /&gt;</w:t>
        <w:br/>
        <w:t>до підніжжя Арарату!</w:t>
      </w:r>
    </w:p>
    <w:p>
      <w:r>
        <w:br/>
        <w:t>По дощах земля стужавіє —&lt;br /&gt;</w:t>
        <w:br/>
        <w:t>здійсним літні мри давні:&lt;br /&gt;</w:t>
        <w:br/>
        <w:t>в червні їдемо в Молдавію,&lt;br /&gt;</w:t>
        <w:br/>
        <w:t>до Дністра, в зелені плавні!</w:t>
      </w:r>
    </w:p>
    <w:p>
      <w:r>
        <w:br/>
        <w:t>А з Молдавії у Грузію&lt;br /&gt;</w:t>
        <w:br/>
        <w:t>нам дорога недалека.&lt;br /&gt;</w:t>
        <w:br/>
        <w:t>З усіма своїми друзями&lt;br /&gt;</w:t>
        <w:br/>
        <w:t>ми знайомі ще з Артека.</w:t>
      </w:r>
    </w:p>
    <w:p>
      <w:r>
        <w:br/>
        <w:t>Про кіно, було, там споримо&lt;br /&gt;</w:t>
        <w:br/>
        <w:t>чи про книжку, що читаєм.&lt;br /&gt;</w:t>
        <w:br/>
        <w:t>Вам цікаво, як говоримо,&lt;br /&gt;</w:t>
        <w:br/>
        <w:t>коли мов усіх не знаєм?</w:t>
      </w:r>
    </w:p>
    <w:p>
      <w:r>
        <w:br/>
        <w:t>Хто грузинською, марійською...&lt;br /&gt;</w:t>
        <w:br/>
        <w:t>Коли ж разом братнім клубом&lt;br /&gt;</w:t>
        <w:br/>
        <w:t>всі говоримо російською,&lt;br /&gt;</w:t>
        <w:br/>
        <w:t>бо її, як рідну, любим.</w:t>
      </w:r>
    </w:p>
    <w:p>
      <w:r>
        <w:br/>
        <w:t>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вже канікули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