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Скорбна мати</w:t>
      </w:r>
    </w:p>
    <w:p>
      <w:r>
        <w:br/>
        <w:t xml:space="preserve"> &lt;blockquote&gt;Пам'яті моєї матері&lt;/blockquote&gt;</w:t>
      </w:r>
    </w:p>
    <w:p>
      <w:r>
        <w:br/>
        <w:t>І&lt;br /&gt;</w:t>
        <w:br/>
        <w:t>Проходила по полю&lt;br /&gt;</w:t>
        <w:br/>
        <w:t>Обніжками, межами.&lt;br /&gt;</w:t>
        <w:br/>
        <w:t>Біль серце опромінив&lt;br /&gt;</w:t>
        <w:br/>
        <w:t>Блискучими пожалій.&lt;br /&gt;</w:t>
        <w:br/>
        <w:t>Поглянула — скрізь тихо.&lt;br /&gt;</w:t>
        <w:br/>
        <w:t>Чийсь труп в житах чорнів...&lt;br /&gt;</w:t>
        <w:br/>
        <w:t>Спросоння колосочки:&lt;br /&gt;</w:t>
        <w:br/>
        <w:t>Ой радуйся, Маріє!&lt;br /&gt;</w:t>
        <w:br/>
        <w:t>Спросоння колосочки:&lt;br /&gt;</w:t>
        <w:br/>
        <w:t>Побудь, побудь із нами!&lt;br /&gt;</w:t>
        <w:br/>
        <w:t>Спинилась Божа Мати,&lt;br /&gt;</w:t>
        <w:br/>
        <w:t>Заплакала сльозами.&lt;br /&gt;</w:t>
        <w:br/>
        <w:t>Не місяць, і не зорі,&lt;br /&gt;</w:t>
        <w:br/>
        <w:t>І дніти мов не дніло.&lt;br /&gt;</w:t>
        <w:br/>
        <w:t>Як страшно!.. людське серце&lt;br /&gt;</w:t>
        <w:br/>
        <w:t>До краю обідніло.</w:t>
      </w:r>
    </w:p>
    <w:p>
      <w:r>
        <w:br/>
        <w:t>II&lt;br /&gt;</w:t>
        <w:br/>
        <w:t>Проходила по полю —&lt;br /&gt;</w:t>
        <w:br/>
        <w:t>Зелене зеленіє...&lt;br /&gt;</w:t>
        <w:br/>
        <w:t>Назустріч Учні Сипа:&lt;br /&gt;</w:t>
        <w:br/>
        <w:t>Возрадуйся, Маріє!&lt;br /&gt;</w:t>
        <w:br/>
        <w:t>Возрадуйся, Маріє:&lt;br /&gt;</w:t>
        <w:br/>
        <w:t>Шукаємо Ісуса.&lt;br /&gt;</w:t>
        <w:br/>
        <w:t>Скажи, як нам простіше&lt;br /&gt;</w:t>
        <w:br/>
        <w:t>Пройти до Еммауса?&lt;br /&gt;</w:t>
        <w:br/>
        <w:t>Звела Марія руки,&lt;br /&gt;</w:t>
        <w:br/>
        <w:t>Безкровні, як лілеї:&lt;br /&gt;</w:t>
        <w:br/>
        <w:t>Пе до Юдеї шлях вам,&lt;br /&gt;</w:t>
        <w:br/>
        <w:t>Вертайте й з Галілеї.&lt;br /&gt;</w:t>
        <w:br/>
        <w:t>Ідіте на Вкраїну,&lt;br /&gt;</w:t>
        <w:br/>
        <w:t>Заходьте в кожну хату —&lt;br /&gt;</w:t>
        <w:br/>
        <w:t>Ачей вам там покажуть&lt;br /&gt;</w:t>
        <w:br/>
        <w:t>Хоч тінь Його розп'яту.</w:t>
      </w:r>
    </w:p>
    <w:p>
      <w:r>
        <w:br/>
        <w:t>III&lt;br /&gt;</w:t>
        <w:br/>
        <w:t>Проходила по полю.&lt;br /&gt;</w:t>
        <w:br/>
        <w:t>В могилах поле мріє —&lt;br /&gt;</w:t>
        <w:br/>
        <w:t>Назустріч вітер віє —&lt;br /&gt;</w:t>
        <w:br/>
        <w:t>Христос воскрес, Маріє!&lt;br /&gt;</w:t>
        <w:br/>
        <w:t>Христос воскрес? — не чула,&lt;br /&gt;</w:t>
        <w:br/>
        <w:t>Не відаю, не знаю.&lt;br /&gt;</w:t>
        <w:br/>
        <w:t>Не буть ніколи раю&lt;br /&gt;</w:t>
        <w:br/>
        <w:t>У цім кривавім краю.&lt;br /&gt;</w:t>
        <w:br/>
        <w:t>Христос воскрес, Маріє!&lt;br /&gt;</w:t>
        <w:br/>
        <w:t>Ми — квіти звіробою,&lt;br /&gt;</w:t>
        <w:br/>
        <w:t>Із кроні тут юрбою&lt;br /&gt;</w:t>
        <w:br/>
        <w:t>Зросли на полі бою.&lt;br /&gt;</w:t>
        <w:br/>
        <w:t>Мовчать далекі села.&lt;br /&gt;</w:t>
        <w:br/>
        <w:t>В могилах поле мріє.&lt;br /&gt;</w:t>
        <w:br/>
        <w:t>А квітка лебедіє:&lt;br /&gt;</w:t>
        <w:br/>
        <w:t>О згляпьсь хоч ти, Маріє!</w:t>
      </w:r>
    </w:p>
    <w:p>
      <w:r>
        <w:br/>
        <w:t>IV&lt;br /&gt;</w:t>
        <w:br/>
        <w:t>Проходила по полю...&lt;br /&gt;</w:t>
        <w:br/>
        <w:t>— І цій країні вмерти? —&lt;br /&gt;</w:t>
        <w:br/>
        <w:t>Де Він родився вдруге,-&lt;br /&gt;</w:t>
        <w:br/>
        <w:t>Яку любив до смерті?&lt;br /&gt;</w:t>
        <w:br/>
        <w:t>Поглянула — скрізь тихо.&lt;br /&gt;</w:t>
        <w:br/>
        <w:t>Буяє дике жито.&lt;br /&gt;</w:t>
        <w:br/>
        <w:t>— За що тебе розп'ято?&lt;br /&gt;</w:t>
        <w:br/>
        <w:t>За що тебе убито?&lt;br /&gt;</w:t>
        <w:br/>
        <w:t>Не витримала суму,&lt;br /&gt;</w:t>
        <w:br/>
        <w:t>Не витримала муки,-&lt;br /&gt;</w:t>
        <w:br/>
        <w:t>Упала на обніжок,&lt;br /&gt;</w:t>
        <w:br/>
        <w:t>Хрестом розп'явши руки!..&lt;br /&gt;</w:t>
        <w:br/>
        <w:t>Над Нею колосочки&lt;br /&gt;</w:t>
        <w:br/>
        <w:t>"Ой радуйся!" —шептали.&lt;br /&gt;</w:t>
        <w:br/>
        <w:t>А янголи на небі —&lt;br /&gt;</w:t>
        <w:br/>
        <w:t>Не чули і не знали.&lt;br /&gt;</w:t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Скорбна 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