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Сіро в небі, згасли зорі...</w:t>
      </w:r>
    </w:p>
    <w:p>
      <w:r>
        <w:br/>
        <w:t xml:space="preserve"> Сіро в небі, згасли зорі,&lt;br /&gt;</w:t>
        <w:br/>
        <w:t>Глухо стогнуть чайки в морі,&lt;br /&gt;</w:t>
        <w:br/>
        <w:t>Хвиля груди підійма.</w:t>
      </w:r>
    </w:p>
    <w:p>
      <w:r>
        <w:br/>
        <w:t>Промінь боязко прогляне,&lt;br /&gt;</w:t>
        <w:br/>
        <w:t>І надія-квітка в’яне,&lt;br /&gt;</w:t>
        <w:br/>
        <w:t>Розпач душу обійма.</w:t>
      </w:r>
    </w:p>
    <w:p>
      <w:r>
        <w:br/>
        <w:t>І встають палкі питання:&lt;br /&gt;</w:t>
        <w:br/>
        <w:t>Коли скінчаться страждання,&lt;br /&gt;</w:t>
        <w:br/>
        <w:t>Повернеться серцю міч?</w:t>
      </w:r>
    </w:p>
    <w:p>
      <w:r>
        <w:br/>
        <w:t>Розійдуться чорні хмари,&lt;br /&gt;</w:t>
        <w:br/>
        <w:t>Розіллються сонця чари&lt;br /&gt;</w:t>
        <w:br/>
        <w:t>І порветься глупа ніч?</w:t>
      </w:r>
    </w:p>
    <w:p>
      <w:r>
        <w:br/>
        <w:t>Та мовчить природа-мати,&lt;br /&gt;</w:t>
        <w:br/>
        <w:t>Більше ж ні в кого спитати,&lt;br /&gt;</w:t>
        <w:br/>
        <w:t>Я самотній, я один.</w:t>
      </w:r>
    </w:p>
    <w:p>
      <w:r>
        <w:br/>
        <w:t>Лиш навкруг безкрає море:&lt;br /&gt;</w:t>
        <w:br/>
        <w:t>З кимсь таємно гра-говоре,&lt;br /&gt;</w:t>
        <w:br/>
        <w:t>Вириваючись з глибин.</w:t>
      </w:r>
    </w:p>
    <w:p>
      <w:r>
        <w:br/>
        <w:t>Я підслухав тую мову —&lt;br /&gt;</w:t>
        <w:br/>
        <w:t>Грізну, горду і чудову —&lt;br /&gt;</w:t>
        <w:br/>
        <w:t>Про невпинну боротьбу.</w:t>
      </w:r>
    </w:p>
    <w:p>
      <w:r>
        <w:br/>
        <w:t>Про щасливу перемогу,&lt;br /&gt;</w:t>
        <w:br/>
        <w:t>Чорних сил сумну тривогу,&lt;br /&gt;</w:t>
        <w:br/>
        <w:t>Божевільство і ганьбу.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Сіро в небі, згасли зорі...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