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Сірко</w:t>
      </w:r>
    </w:p>
    <w:p>
      <w:r>
        <w:br/>
        <w:t xml:space="preserve"> Був колись Сірко собака,&lt;br /&gt;</w:t>
        <w:br/>
        <w:t>Жив у чоловіка,&lt;br /&gt;</w:t>
        <w:br/>
        <w:t>І була йому робота&lt;br /&gt;</w:t>
        <w:br/>
        <w:t>Дуже невелика.</w:t>
      </w:r>
    </w:p>
    <w:p>
      <w:r>
        <w:br/>
        <w:t>Од вовків глядіть худобу,&lt;br /&gt;</w:t>
        <w:br/>
        <w:t>Звіра одганяти,&lt;br /&gt;</w:t>
        <w:br/>
        <w:t>А удень, як наїсися,&lt;br /&gt;</w:t>
        <w:br/>
        <w:t>То лягай і спати.</w:t>
      </w:r>
    </w:p>
    <w:p>
      <w:r>
        <w:br/>
        <w:t>Та Сірко наш був лінивий,&lt;br /&gt;</w:t>
        <w:br/>
        <w:t>Спав і день, і нічку,&lt;br /&gt;</w:t>
        <w:br/>
        <w:t>А як спить, вовки і вкрадуть&lt;br /&gt;</w:t>
        <w:br/>
        <w:t>Гуску чи теличку.</w:t>
      </w:r>
    </w:p>
    <w:p>
      <w:r>
        <w:br/>
        <w:t>Та Сірко наш не зважає,&lt;br /&gt;</w:t>
        <w:br/>
        <w:t>Знову ляже спати,&lt;br /&gt;</w:t>
        <w:br/>
        <w:t>Злодій прийде та й потягне&lt;br /&gt;</w:t>
        <w:br/>
        <w:t>Все добро із хати.</w:t>
      </w:r>
    </w:p>
    <w:p>
      <w:r>
        <w:br/>
        <w:t>Чоловік Сіркові каже:&lt;br /&gt;</w:t>
        <w:br/>
        <w:t>"Гей, Сірку, не спи ти,&lt;br /&gt;</w:t>
        <w:br/>
        <w:t>Дурно хліб не можна їсти,&lt;br /&gt;</w:t>
        <w:br/>
        <w:t>Треба заробити!"</w:t>
      </w:r>
    </w:p>
    <w:p>
      <w:r>
        <w:br/>
        <w:t>На хазяїна розсердивсь&lt;br /&gt;</w:t>
        <w:br/>
        <w:t>Наш Сірко кудлатий.&lt;br /&gt;</w:t>
        <w:br/>
        <w:t>"Коли так, піду я світа&lt;br /&gt;</w:t>
        <w:br/>
        <w:t>Кращого шукати!"</w:t>
      </w:r>
    </w:p>
    <w:p>
      <w:r>
        <w:br/>
        <w:t>Ось він з двору вибігає&lt;br /&gt;</w:t>
        <w:br/>
        <w:t>І біжить до лісу,&lt;br /&gt;</w:t>
        <w:br/>
        <w:t>Там він зараз зостріває&lt;br /&gt;</w:t>
        <w:br/>
        <w:t>Вовчика-гульвісу.</w:t>
      </w:r>
    </w:p>
    <w:p>
      <w:r>
        <w:br/>
        <w:t>"А здоров лиш вовче-брате!&lt;br /&gt;</w:t>
        <w:br/>
        <w:t>Гризтися нам буде,&lt;br /&gt;</w:t>
        <w:br/>
        <w:t>Надокучили сердиті&lt;br /&gt;</w:t>
        <w:br/>
        <w:t>Всі мені ті люде.</w:t>
      </w:r>
    </w:p>
    <w:p>
      <w:r>
        <w:br/>
        <w:t>Будем ми з тобою жити,&lt;br /&gt;</w:t>
        <w:br/>
        <w:t>Здобувати їжу&lt;br /&gt;</w:t>
        <w:br/>
        <w:t>І щодня з тобою будем&lt;br /&gt;</w:t>
        <w:br/>
        <w:t>Страву мати свіжу.</w:t>
      </w:r>
    </w:p>
    <w:p>
      <w:r>
        <w:br/>
        <w:t>Знаю я, куди пролізти,&lt;br /&gt;</w:t>
        <w:br/>
        <w:t>Де живуть ягнята,&lt;br /&gt;</w:t>
        <w:br/>
        <w:t>Буде наша і теличка,&lt;br /&gt;</w:t>
        <w:br/>
        <w:t>Гуси й поросята".</w:t>
      </w:r>
    </w:p>
    <w:p>
      <w:r>
        <w:br/>
        <w:t>Вовк Сіркові радий дуже,&lt;br /&gt;</w:t>
        <w:br/>
        <w:t>Зараз побратались,&lt;br /&gt;</w:t>
        <w:br/>
        <w:t>А як тільки стала нічка —&lt;br /&gt;</w:t>
        <w:br/>
        <w:t>З лісу вдвох побрались.</w:t>
      </w:r>
    </w:p>
    <w:p>
      <w:r>
        <w:br/>
        <w:t>У село приходять тихо,&lt;br /&gt;</w:t>
        <w:br/>
        <w:t>Сплять давно вже люде.&lt;br /&gt;</w:t>
        <w:br/>
        <w:t>До кошари вдвох підлізли:&lt;br /&gt;</w:t>
        <w:br/>
        <w:t>"Тут нам здобич буде!"</w:t>
      </w:r>
    </w:p>
    <w:p>
      <w:r>
        <w:br/>
        <w:t>Каже вовк: "Ти все тут знаєш,&lt;br /&gt;</w:t>
        <w:br/>
        <w:t>Лізь же ти в кошару&lt;br /&gt;</w:t>
        <w:br/>
        <w:t>Та відтіль мені і кинеш&lt;br /&gt;</w:t>
        <w:br/>
        <w:t>Хоч ягняток з пару".</w:t>
      </w:r>
    </w:p>
    <w:p>
      <w:r>
        <w:br/>
        <w:t>А Сірко ще й радий дуже,&lt;br /&gt;</w:t>
        <w:br/>
        <w:t>Вліз він потихеньку&lt;br /&gt;</w:t>
        <w:br/>
        <w:t>І вовкові викидає&lt;br /&gt;</w:t>
        <w:br/>
        <w:t>Вже вівцю ситеньку.</w:t>
      </w:r>
    </w:p>
    <w:p>
      <w:r>
        <w:br/>
        <w:t>Вовк вівцю схопив та драла,&lt;br /&gt;</w:t>
        <w:br/>
        <w:t>В гай мерщій тікає,&lt;br /&gt;</w:t>
        <w:br/>
        <w:t>Наш Сірко з кошари виліз —&lt;br /&gt;</w:t>
        <w:br/>
        <w:t>Аж вовка немає.</w:t>
      </w:r>
    </w:p>
    <w:p>
      <w:r>
        <w:br/>
        <w:t>Озирнувсь Сірко, поглянув&lt;br /&gt;</w:t>
        <w:br/>
        <w:t>Та із серця каже:&lt;br /&gt;</w:t>
        <w:br/>
        <w:t>"Одурив мене вовцюга,&lt;br /&gt;</w:t>
        <w:br/>
        <w:t>Постривай же, враже!"</w:t>
      </w:r>
    </w:p>
    <w:p>
      <w:r>
        <w:br/>
        <w:t>Я й без тебе їсти буду,&lt;br /&gt;</w:t>
        <w:br/>
        <w:t>Ще для мене буде",&lt;br /&gt;</w:t>
        <w:br/>
        <w:t>Плиг ізнов тоді в кошару,&lt;br /&gt;</w:t>
        <w:br/>
        <w:t>А в кошарі люде.</w:t>
      </w:r>
    </w:p>
    <w:p>
      <w:r>
        <w:br/>
        <w:t>Бо вони уже почули,&lt;br /&gt;</w:t>
        <w:br/>
        <w:t>Як в хліві товклося,&lt;br /&gt;</w:t>
        <w:br/>
        <w:t>І Сіркові упійматись&lt;br /&gt;</w:t>
        <w:br/>
        <w:t>Зараз довелося.</w:t>
      </w:r>
    </w:p>
    <w:p>
      <w:r>
        <w:br/>
        <w:t>"А! Піймався,— кажуть,— вовче!&lt;br /&gt;</w:t>
        <w:br/>
        <w:t>А давайте бити,&lt;br /&gt;</w:t>
        <w:br/>
        <w:t>Щоб не лазив у кошару&lt;br /&gt;</w:t>
        <w:br/>
        <w:t>Він овець давити".</w:t>
      </w:r>
    </w:p>
    <w:p>
      <w:r>
        <w:br/>
        <w:t>А Сірко кричить: "Не вовк я,&lt;br /&gt;</w:t>
        <w:br/>
        <w:t>Я їй-бо собака!"&lt;br /&gt;</w:t>
        <w:br/>
        <w:t>Та дарма! По спині в нього&lt;br /&gt;</w:t>
        <w:br/>
        <w:t>Вже гуля ломака!</w:t>
      </w:r>
    </w:p>
    <w:p>
      <w:r>
        <w:br/>
        <w:t>Як взялись Сірка періщить&lt;br /&gt;</w:t>
        <w:br/>
        <w:t>Добрими дрючками:&lt;br /&gt;</w:t>
        <w:br/>
        <w:t>"Коли ти собака,— кажуть,—&lt;br /&gt;</w:t>
        <w:br/>
        <w:t>Так не лазь з вовками!"</w:t>
      </w:r>
    </w:p>
    <w:p>
      <w:r>
        <w:br/>
        <w:t>Довелось би пропадати,&lt;br /&gt;</w:t>
        <w:br/>
        <w:t>Мабуть би, і вбили.&lt;br /&gt;</w:t>
        <w:br/>
        <w:t>Та Сірко побачив дірку —&lt;br /&gt;</w:t>
        <w:br/>
        <w:t>Плиг туди щосили!</w:t>
      </w:r>
    </w:p>
    <w:p>
      <w:r>
        <w:br/>
        <w:t>Ледве втік, боїться й вити&lt;br /&gt;</w:t>
        <w:br/>
        <w:t>Та біжить додому,&lt;br /&gt;</w:t>
        <w:br/>
        <w:t>В двір убіг і потихеньку&lt;br /&gt;</w:t>
        <w:br/>
        <w:t>Вліз він у солому.</w:t>
      </w:r>
    </w:p>
    <w:p>
      <w:r>
        <w:br/>
        <w:t>Ніч пролежав, день пролежав,&lt;br /&gt;</w:t>
        <w:br/>
        <w:t>Боки все боліли,&lt;br /&gt;</w:t>
        <w:br/>
        <w:t>А як знову він одужав&lt;br /&gt;</w:t>
        <w:br/>
        <w:t>І набрався сили,</w:t>
      </w:r>
    </w:p>
    <w:p>
      <w:r>
        <w:br/>
        <w:t>То нікуди вже не бігав&lt;br /&gt;</w:t>
        <w:br/>
        <w:t>Він ніколи з дому,&lt;br /&gt;</w:t>
        <w:br/>
        <w:t>І про те, що з ним зробилось,&lt;br /&gt;</w:t>
        <w:br/>
        <w:t>Не казав нікому.</w:t>
      </w:r>
    </w:p>
    <w:p>
      <w:r>
        <w:br/>
        <w:t>І зробився працьовитий:&lt;br /&gt;</w:t>
        <w:br/>
        <w:t>Ніч усю ганяє,&lt;br /&gt;</w:t>
        <w:br/>
        <w:t>Береже комору й стайню,&lt;br /&gt;</w:t>
        <w:br/>
        <w:t>Звіра одганяє.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