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Сирітка</w:t>
      </w:r>
    </w:p>
    <w:p>
      <w:r>
        <w:br/>
        <w:t xml:space="preserve"> &lt;p&gt;Канарка-мати покинула своїх дітей. Не хотіла виховувати їх у неволі.</w:t>
      </w:r>
    </w:p>
    <w:p>
      <w:r>
        <w:br/>
        <w:t>Коли господар те помітив і витяг із клітки гніздо, там було троє мертвих пташенят, а четверте ще ворушилося. Він хотів усіх викинути, та мені жаль стало ще живенького, і я взяв його до себе.</w:t>
      </w:r>
    </w:p>
    <w:p>
      <w:r>
        <w:br/>
        <w:t>Поклав його у вату, зігрів своїм диханням. Потім почав годувати.</w:t>
      </w:r>
    </w:p>
    <w:p>
      <w:r>
        <w:br/>
        <w:t>Воно, маленьке, як горіх, і ще голісіньке, беззвучно і з великим трудом роззявляло ротик : не мало сили.</w:t>
      </w:r>
    </w:p>
    <w:p>
      <w:r>
        <w:br/>
        <w:t>Згодом почало цвірінькати і обростати жовтим пір'ячком.</w:t>
      </w:r>
    </w:p>
    <w:p>
      <w:r>
        <w:br/>
        <w:t>Коли тепер я підходив до нього й кликав: "Сирітко"! — воно зараз же відзивалося: "Цінь-цінь"!</w:t>
      </w:r>
    </w:p>
    <w:p>
      <w:r>
        <w:br/>
        <w:t>І роззявляло широко ротик.</w:t>
      </w:r>
    </w:p>
    <w:p>
      <w:r>
        <w:br/>
        <w:t>Я був емігрантом, був одинокий, і Сирітка мене помалу радувала й тішила.</w:t>
      </w:r>
    </w:p>
    <w:p>
      <w:r>
        <w:br/>
        <w:t>Вона росла й помітно вбиралася у ясно-жовте пір'ячко.</w:t>
      </w:r>
    </w:p>
    <w:p>
      <w:r>
        <w:br/>
        <w:t>От уже й літає по кімнаті.</w:t>
      </w:r>
    </w:p>
    <w:p>
      <w:r>
        <w:br/>
        <w:t>Весела, бадьора, утішна, повна життя.</w:t>
      </w:r>
    </w:p>
    <w:p>
      <w:r>
        <w:br/>
        <w:t>Струнка, уся жовта, а голівка сіра з чорним чубиком, неначе коронована.</w:t>
      </w:r>
    </w:p>
    <w:p>
      <w:r>
        <w:br/>
        <w:t>Мені, самотньому, було любо з цією істотою.</w:t>
      </w:r>
    </w:p>
    <w:p>
      <w:r>
        <w:br/>
        <w:t>Цілий день вона в клопотах, усе якусь роботу собі знайде: або ниточку з занавіски тягне, або стінку довбає, або нишпорить по різних закуточках...</w:t>
      </w:r>
    </w:p>
    <w:p>
      <w:r>
        <w:br/>
        <w:t>І в тому все її життя.</w:t>
      </w:r>
    </w:p>
    <w:p>
      <w:r>
        <w:br/>
        <w:t>Дивлячись на неї, я думав: "Бідна, бідна! Ти не зазнаєш волі у своєму житті! Не відчуєш розкоші гарячого сонця і холоднуватих лісів! Твій рідний край далеко-далеко, де цвіте вічно весна. Ти його не побачиш... А, може, й я не побачу вже свого?.."</w:t>
      </w:r>
    </w:p>
    <w:p>
      <w:r>
        <w:br/>
        <w:t>Коли я виходив із дому, і, повертаючись, не бачив у кімнаті своєї пташини, гукав:</w:t>
      </w:r>
    </w:p>
    <w:p>
      <w:r>
        <w:br/>
        <w:t>— Сирітко! Де ти? Зараз же чув:</w:t>
      </w:r>
    </w:p>
    <w:p>
      <w:r>
        <w:br/>
        <w:t>—Тінь, тінь!</w:t>
      </w:r>
    </w:p>
    <w:p>
      <w:r>
        <w:br/>
        <w:t>І голодна пташка вилітала або з-під стола, або з-під ліжка, сідала на мою долоню або на рамено й вимагала їсти.</w:t>
      </w:r>
    </w:p>
    <w:p>
      <w:r>
        <w:br/>
        <w:t>Так усе літо ми жили, як добрі приятелі, й тішилися обопільною дружбою.</w:t>
      </w:r>
    </w:p>
    <w:p>
      <w:r>
        <w:br/>
        <w:t>Настала холодна осінь.</w:t>
      </w:r>
    </w:p>
    <w:p>
      <w:r>
        <w:br/>
        <w:t>Вільні птахи відлітали в теплі краї.</w:t>
      </w:r>
    </w:p>
    <w:p>
      <w:r>
        <w:br/>
        <w:t>Сирітка все сиділа на вікні, пильно приглядалася до них, проводила їх сумним поглядом...</w:t>
      </w:r>
    </w:p>
    <w:p>
      <w:r>
        <w:br/>
        <w:t>Уже не з такою дитячою вірою сідала мені на долоню, а сторожко, обережно.</w:t>
      </w:r>
    </w:p>
    <w:p>
      <w:r>
        <w:br/>
        <w:t>Сонце сховалося у хмари, падали дощі.</w:t>
      </w:r>
    </w:p>
    <w:p>
      <w:r>
        <w:br/>
        <w:t>Засумувала.</w:t>
      </w:r>
    </w:p>
    <w:p>
      <w:r>
        <w:br/>
        <w:t>— Сирітко! Де ти?</w:t>
      </w:r>
    </w:p>
    <w:p>
      <w:r>
        <w:br/>
        <w:t>— Цінь-цінь!</w:t>
      </w:r>
    </w:p>
    <w:p>
      <w:r>
        <w:br/>
        <w:t>— Де твоя воля?</w:t>
      </w:r>
    </w:p>
    <w:p>
      <w:r>
        <w:br/>
        <w:t>— Щнь-цінь!</w:t>
      </w:r>
    </w:p>
    <w:p>
      <w:r>
        <w:br/>
        <w:t>— Лети ж, лети до мене, моя кришечко, моя дитинко люба!.. Не хочеш? Уже боїшся мене?..</w:t>
      </w:r>
    </w:p>
    <w:p>
      <w:r>
        <w:br/>
        <w:t>Упали сніги. Морози заволокли візерунками вікна.</w:t>
      </w:r>
    </w:p>
    <w:p>
      <w:r>
        <w:br/>
        <w:t>Сирітка сидить на вікні й сумно дивиться на біле зимове вбрання, якого ще не бачила...</w:t>
      </w:r>
    </w:p>
    <w:p>
      <w:r>
        <w:br/>
        <w:t>Якось одного разу через відчинені двері вона вилетіла на мороз.</w:t>
      </w:r>
    </w:p>
    <w:p>
      <w:r>
        <w:br/>
        <w:t>їй одразу стало весело, радісно. Сіла на перше дерево й перелітала з гілки на гілку.</w:t>
      </w:r>
    </w:p>
    <w:p>
      <w:r>
        <w:br/>
        <w:t>Я вискочив за нею.</w:t>
      </w:r>
    </w:p>
    <w:p>
      <w:r>
        <w:br/>
        <w:t>— Сирітко! Де ти?</w:t>
      </w:r>
    </w:p>
    <w:p>
      <w:r>
        <w:br/>
        <w:t>— Цінь-цінь!</w:t>
      </w:r>
    </w:p>
    <w:p>
      <w:r>
        <w:br/>
        <w:t>Кликав, кликав. Вона відзивалася, проте не летіла до мене.</w:t>
      </w:r>
    </w:p>
    <w:p>
      <w:r>
        <w:br/>
        <w:t>— Сирітко! Де твоя воля?</w:t>
      </w:r>
    </w:p>
    <w:p>
      <w:r>
        <w:br/>
        <w:t>Нічого вже не відповіла, з усією енергією полетіла ген-ген... У цю ж мить звідусіль налетіла ціла зграя горобців й кинулася на неї. Так почали клювати, що жовте пір'ячко летіло за вітром...</w:t>
      </w:r>
    </w:p>
    <w:p>
      <w:r>
        <w:br/>
        <w:t>Це була її перша зустріч з братами. Вернула назад і сховалася між гілками голого дерева.</w:t>
      </w:r>
    </w:p>
    <w:p>
      <w:r>
        <w:br/>
        <w:t>— Сирітко, де ти? Тихо.</w:t>
      </w:r>
    </w:p>
    <w:p>
      <w:r>
        <w:br/>
        <w:t>— Де твоя воля? Тихо.</w:t>
      </w:r>
    </w:p>
    <w:p>
      <w:r>
        <w:br/>
        <w:t>— Ходи до мене, моя дитинко, бо загинеш на морозі!..</w:t>
      </w:r>
    </w:p>
    <w:p>
      <w:r>
        <w:br/>
        <w:t>Наблизився вечір. Я поліз на дерево, щоб її піймати. Вона здіймалася все вище й вище...</w:t>
      </w:r>
    </w:p>
    <w:p>
      <w:r>
        <w:br/>
        <w:t>Надійшла холодна, морозна ніч.</w:t>
      </w:r>
    </w:p>
    <w:p>
      <w:r>
        <w:br/>
        <w:t>Уже нічого не міг зробити й лишив свою вихованку на власну її волю.</w:t>
      </w:r>
    </w:p>
    <w:p>
      <w:r>
        <w:br/>
        <w:t>Ледве розвиднілося, а я був уже під деревом.</w:t>
      </w:r>
    </w:p>
    <w:p>
      <w:r>
        <w:br/>
        <w:t>Придивився й побачив: моя пташка сидить високо на гілці.</w:t>
      </w:r>
    </w:p>
    <w:p>
      <w:r>
        <w:br/>
        <w:t>— Сирітко, це ти? Тихо.</w:t>
      </w:r>
    </w:p>
    <w:p>
      <w:r>
        <w:br/>
        <w:t>Хотів вилізти на дерево. Воно хитнулося всіма гілками й жовтеньке замерзле тільце, як грудочка, упало додолу...</w:t>
      </w:r>
    </w:p>
    <w:p>
      <w:r>
        <w:br/>
        <w:t>Підняв його й поклав на долоню.</w:t>
      </w:r>
    </w:p>
    <w:p>
      <w:r>
        <w:br/>
        <w:t>— Сирітко, це ти? Тихо.</w:t>
      </w:r>
    </w:p>
    <w:p>
      <w:r>
        <w:br/>
        <w:t>— Це твоя воля? Тихо...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