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Сіре каченя</w:t>
      </w:r>
    </w:p>
    <w:p>
      <w:r>
        <w:br/>
        <w:t xml:space="preserve"> &lt;p&gt;СІРЕ КАЧЕНЯ</w:t>
      </w:r>
    </w:p>
    <w:p>
      <w:r>
        <w:br/>
        <w:t>Оповідання</w:t>
      </w:r>
    </w:p>
    <w:p>
      <w:r>
        <w:br/>
        <w:t>Тиша.</w:t>
      </w:r>
    </w:p>
    <w:p>
      <w:r>
        <w:br/>
        <w:t>Сплять очерети, сплять надбережні трави, сплять і ситі квіти, напоєні ароматним нектаром.</w:t>
      </w:r>
    </w:p>
    <w:p>
      <w:r>
        <w:br/>
        <w:t>Не гудуть над ними бджоли, не гойдає їх теплий вітер, не голубить ласкаве сонце. Як укуталось воно звечора в багряну хмару, та й лягло на спочинок за дальніми горами, за дрімучими лісами у сизуватій млі.</w:t>
      </w:r>
    </w:p>
    <w:p>
      <w:r>
        <w:br/>
        <w:t>Згас день. Настала ніч, засвітивши в небі ясні зорі — ближні й дальні. З холодної височини вдивляються вони в замріяне озеро, вдивляються, мов у дзеркало, милуючись своєю красою, і мерехтять, мерехтять...</w:t>
      </w:r>
    </w:p>
    <w:p>
      <w:r>
        <w:br/>
        <w:t>Здається, що в тому озері лягло ще одне таке ж бездонне, всіяне зорями небо — і тільки ступнеш з берега, як одразу ж потрапиш в його неосяжну глибочінь.</w:t>
      </w:r>
    </w:p>
    <w:p>
      <w:r>
        <w:br/>
        <w:t>Ніщо не порушує тиші ночі. Все спить. І сплять спокійно під маминими крилами пухнасті каченята. Може, сняться їм дивовижні сни, тільки хто ж про це знає?</w:t>
      </w:r>
    </w:p>
    <w:p>
      <w:r>
        <w:br/>
        <w:t>Так минула тепла весняна ніч.</w:t>
      </w:r>
    </w:p>
    <w:p>
      <w:r>
        <w:br/>
        <w:t>Сонце ще не зійшло, та на сході легким багрянцем зайнялося небо. В ньому вже згасли зорі. Лише одна, вечорова зірка, тьмяно посилала у Всесвіт своє меркнуче світло.</w:t>
      </w:r>
    </w:p>
    <w:p>
      <w:r>
        <w:br/>
        <w:t>Над озером плавали довгі коси туманів, а на траві, на квітах і на листочках лози, що схилила своє гілля до самісінької води, виблискували рясні й чисті-чисті краплинки роси.</w:t>
      </w:r>
    </w:p>
    <w:p>
      <w:r>
        <w:br/>
        <w:t>Раптом під лозяним гіллям ударила щука, полюючи на малька. Завирувала вода, розійшлися на всі боки хвильки — аж до латаття, де солодко спала біла ніжна лілея.</w:t>
      </w:r>
    </w:p>
    <w:p>
      <w:r>
        <w:br/>
        <w:t>"Не будіть мене... Не будіть! Я ще хочу трохи подрімати".</w:t>
      </w:r>
    </w:p>
    <w:p>
      <w:r>
        <w:br/>
        <w:t>"Як можна дрімати, коли на сході вже засвітилася зоря,— озвалася поруч жовта лілея, розгортаючи вперше на світанні свої пелюстки в набряклому бутоні.— Я хочу бачити схід сонця. Хочу відчути його тепло".</w:t>
      </w:r>
    </w:p>
    <w:p>
      <w:r>
        <w:br/>
        <w:t>І сонце, немовби підслухало бажання жовтої лілеї, визирнуло з-за обрію, щедро сипонувши багрянцем в запашні луги, у заводі дрімливі та в замріяні озера широкого й роздольного деснянського краю. Воно обцілувало кожну травинку і кожний листочок, омитий ранковою росою, на дихаючи їх своїм щедрим життєдайним теплом.</w:t>
      </w:r>
    </w:p>
    <w:p>
      <w:r>
        <w:br/>
        <w:t>Прокинувся й вітер, розправив крила, війнув ними, і загойдалися від того подиху дерева, вклоняючись одне одному зеленими шапками.</w:t>
      </w:r>
    </w:p>
    <w:p>
      <w:r>
        <w:br/>
        <w:t>"Доброго ранку! Доброго ранку!"</w:t>
      </w:r>
    </w:p>
    <w:p>
      <w:r>
        <w:br/>
        <w:t>Не дрімали й каченята. Разом з мамою вони вже були на воді, слухаючи її повчання.</w:t>
      </w:r>
    </w:p>
    <w:p>
      <w:r>
        <w:br/>
        <w:t>— Ках! Ках! Дивіться ж, дітки, не випливайте без мене на чисті плеса, щоб не стряслася з вами біда. Вас може схопити хижий коршак і нещадна щука... Можете й заблудитися. Бач, які тут високі та густі очерети.</w:t>
      </w:r>
    </w:p>
    <w:p>
      <w:r>
        <w:br/>
        <w:t>Каченята обіцяли нікуди від мами не відпливати.</w:t>
      </w:r>
    </w:p>
    <w:p>
      <w:r>
        <w:br/>
        <w:t>— От і любенькі! А тепер я покажу вам місце, де найбільше росте смачної ряски.</w:t>
      </w:r>
    </w:p>
    <w:p>
      <w:r>
        <w:br/>
        <w:t>Всі рушили слідом за мамою, а сіреньке каченя, побачивши, як повз нього прошмигнула срібна верховодка, кинулось її наздоганяти, та спритна рибка несподівано зникла в рясних водоростях. Треба зачекати, мусить же вона звідти випливти.</w:t>
      </w:r>
    </w:p>
    <w:p>
      <w:r>
        <w:br/>
        <w:t>Сіре каченя так захопилося полюванням, що й не помітило, як в голубому небі з'явився коршак. Зірким оком він уже обрав для себе жертву і каменем ринув униз.</w:t>
      </w:r>
    </w:p>
    <w:p>
      <w:r>
        <w:br/>
        <w:t>Швидко по воді майнула тінь. І коли б каченя вчасно не сховалося в глибині, можливо, гострі кігті й сильний загнутий дзьоб хижака розривали б зараз на частки тепле тільце.</w:t>
      </w:r>
    </w:p>
    <w:p>
      <w:r>
        <w:br/>
        <w:t>Опинившись в очеретах, каченя трохи отямилось. Але страх іще був таким відчутним, що воно почало благати:</w:t>
      </w:r>
    </w:p>
    <w:p>
      <w:r>
        <w:br/>
        <w:t>— Ма-а! Мамочко, хороша моя, де ви? Озовіться, братики! Озовіться, сестриці!</w:t>
      </w:r>
    </w:p>
    <w:p>
      <w:r>
        <w:br/>
        <w:t>Та ніхто на те благання не відгукнувся. Страх згодом минув, і каченяті знову захотілося випливти з очеретів.</w:t>
      </w:r>
    </w:p>
    <w:p>
      <w:r>
        <w:br/>
        <w:t>Оглянувши небо й переконавшись, що в ньому не ширяє небезпечний ворог, воно рушило вздовж берега. У воді чітко відбивалася кожна травинка і густі зарості холодної м'яти, між якою наче хто навмисне рясно-рясно розсипав голубі зірочки незабудок.</w:t>
      </w:r>
    </w:p>
    <w:p>
      <w:r>
        <w:br/>
        <w:t>Але хто це шарудить в очеретах, отам, попереду? Каченя зупинилось і почало стежити. На воді з'явився човен, а в ньому старий рибалка у приношеному одягу, в солом'яному брилі, з веслом у руках.</w:t>
      </w:r>
    </w:p>
    <w:p>
      <w:r>
        <w:br/>
        <w:t>Помітивши каченя, він гукнув, підманюючи його до себе:</w:t>
      </w:r>
    </w:p>
    <w:p>
      <w:r>
        <w:br/>
        <w:t>— Тась! Тась! Тась!..</w:t>
      </w:r>
    </w:p>
    <w:p>
      <w:r>
        <w:br/>
        <w:t>Але воно лишалося на місці, тільки дуже пильно стежило очима за кожним дідовим рухом.</w:t>
      </w:r>
    </w:p>
    <w:p>
      <w:r>
        <w:br/>
        <w:t>— Ну, підпливай же, підпливай ближче, не бійся.—</w:t>
      </w:r>
    </w:p>
    <w:p>
      <w:r>
        <w:br/>
        <w:t>І дід витягнув з кишені окраєць хліба, відламав кілька дрібних шматочків, кинув на воду.</w:t>
      </w:r>
    </w:p>
    <w:p>
      <w:r>
        <w:br/>
        <w:t>— їж!</w:t>
      </w:r>
    </w:p>
    <w:p>
      <w:r>
        <w:br/>
        <w:t>Каченя схопило перший шматочок, проковтнуло.</w:t>
      </w:r>
    </w:p>
    <w:p>
      <w:r>
        <w:br/>
        <w:t>— Що, смачно?</w:t>
      </w:r>
    </w:p>
    <w:p>
      <w:r>
        <w:br/>
        <w:t>За хвилину жодного не лишилося на воді.</w:t>
      </w:r>
    </w:p>
    <w:p>
      <w:r>
        <w:br/>
        <w:t>— Ну і досить. Це мені буде,— сказав рибалка і поклав решту окрайця знову до кишені.— А ти чого ж це тут блукаєш само? Де твоя мати? Заблудилося, мабуть? Ах ти, розбишако! Гляди, щоб тебе шуліка не вхопив! — І дід, взявши до рук весло, тихо погнав човна до найбільшого плеса.</w:t>
      </w:r>
    </w:p>
    <w:p>
      <w:r>
        <w:br/>
        <w:t>Увагу каченяти привернув барвистий метелик. Він літав над прибережним різнотрав'ям, немовби вишукував найяскравішу квіточку, щоб сісти на ній і дати перепочинок своїм натрудженим крильцям. Потім несподівано шугонув угору, а тоді — вниз, пролетів над самісінькою водою й нарешті сів на білу, ніжну й духмяну лілею.</w:t>
      </w:r>
    </w:p>
    <w:p>
      <w:r>
        <w:br/>
        <w:t>Сірому каченяті дуже захотілося зблизька глянути на того метелика. Але не встигло воно підпливти, як непосидячий пустун майнув у повітря і швидко зник з очей.</w:t>
      </w:r>
    </w:p>
    <w:p>
      <w:r>
        <w:br/>
        <w:t>Довелось повертати назад...</w:t>
      </w:r>
    </w:p>
    <w:p>
      <w:r>
        <w:br/>
        <w:t>Ой, що це? З-під латаття, блискаючи лускою, випливла й застигла здоровенна щука. Це була лише мить, але досить страшна. Широко розкрилася паща з дрібними й гострими зубами... Ривок — і, мов стріла, щука кинулась на свою здобич.</w:t>
      </w:r>
    </w:p>
    <w:p>
      <w:r>
        <w:br/>
        <w:t>Сірому каченяті не жити, коли б воно блискавично не метнулося до густих заростів водяної кропивки. Поблизу знявся плескіт, вирування, і страхітлива щука хтозна-де поділася.</w:t>
      </w:r>
    </w:p>
    <w:p>
      <w:r>
        <w:br/>
        <w:t>Серце пташеняти билося швидко й тривожно від тільки що пережитого страху. Лишатись на кропивці було небезпечно, бо тут його міг знову атакувати коршак і хтозна, чи цього разу пощастило б від нього втекти. Тому треба якнайшвидше потрапити до захисних очеретів і нікуди-нікуди звідти не вирушати.</w:t>
      </w:r>
    </w:p>
    <w:p>
      <w:r>
        <w:br/>
        <w:t>Але як це перепливти через чисте плесо, де нещодавно був такий несподіваний напад? А що, коли хижа щука, причаївшись під лататтям, тільки й жде тієї хвилини, коли на прозоре розводдя знову випливе сіре каченя?</w:t>
      </w:r>
    </w:p>
    <w:p>
      <w:r>
        <w:br/>
        <w:t>Тоді смерть, неминуча, страшна... Тоді взкє не бачити ні рідної мами, ні братиків, ні сестричок.</w:t>
      </w:r>
    </w:p>
    <w:p>
      <w:r>
        <w:br/>
        <w:t>І все ж, хоч і дуже страшно, але гаяти часу не слід, потрібно звідси негайно втікати.</w:t>
      </w:r>
    </w:p>
    <w:p>
      <w:r>
        <w:br/>
        <w:t>Ширяючи очима по небу і не менш зірко стежачи за водою, сіре каченя, швидко підгортаючи ніжками воду, поспішило до рятівних очеретів.</w:t>
      </w:r>
    </w:p>
    <w:p>
      <w:r>
        <w:br/>
        <w:t>Ось уже недалеко заповітний берег з густими очеретами. І раптом в них з'являється водяний щур. Сіре каченя скам'яніло від жаху. Та небезпечний звір, мабуть, не помітив його, бо поплив собі на той бік озера і зник у густих заростях трав.</w:t>
      </w:r>
    </w:p>
    <w:p>
      <w:r>
        <w:br/>
        <w:t>Так минув цей, сповнений несподіванок, тривог і жахів, день. А як сонце зникло за обрієм, додому повернулася мама, і братики, і сестрички.</w:t>
      </w:r>
    </w:p>
    <w:p>
      <w:r>
        <w:br/>
        <w:t>Мама була дуже невдоволена сірим каченям і скубону-ла-таки його добре за крильце і за чубик, суворо наказавши ніколи більше не відлучатися.</w:t>
      </w:r>
    </w:p>
    <w:p>
      <w:r>
        <w:br/>
        <w:t>А потім всі вони табунцем, як учора, і позавчора, і в попередні дні, вирушили на острівець, вмостилися під тепли* ми маминими крилами на спочинок.</w:t>
      </w:r>
    </w:p>
    <w:p>
      <w:r>
        <w:br/>
        <w:t>Так минали дні і ночі.</w:t>
      </w:r>
    </w:p>
    <w:p>
      <w:r>
        <w:br/>
        <w:t>Каченята підросли, вкрилися пір'ям. Вони вже вільно могли перелітати через найбільші розводдя рідного озера. І ось одного ранку мама сказала:</w:t>
      </w:r>
    </w:p>
    <w:p>
      <w:r>
        <w:br/>
        <w:t>Ках! Ках! Сьогодні, діти мої, будемо гартувати крила.</w:t>
      </w:r>
    </w:p>
    <w:p>
      <w:r>
        <w:br/>
        <w:t>А навіщо їх гартувати? — поцікавилось сіре каченя, і мама почала розповідати:</w:t>
      </w:r>
    </w:p>
    <w:p>
      <w:r>
        <w:br/>
        <w:t>Скоро настане такий час, коли нам доведеться відлітати до теплих країв. Далекий то буде шлях і дуже важкий. Перед нами будуть ріки, і степи широкі, і моря глибокі... А на тих морях, можливо, бушуватимуть могутні шторми, здійматимуть хвилі, мов гори. Не сядеш на них і не нап'єшся прісної води, бо вода в морях солона. Отож, дітки мої, щоб перелетіти через всі перепони, треба мати дужі крила.</w:t>
      </w:r>
    </w:p>
    <w:p>
      <w:r>
        <w:br/>
        <w:t>Ой мамочко! — закричало сіре каченя.— І навіщо нам так далеко відлітати?</w:t>
      </w:r>
    </w:p>
    <w:p>
      <w:r>
        <w:br/>
        <w:t>Ках! Ках! — і мама усміхнулася.— Ви ще не знаєте. Ви ніколи не бачили снігу. А промине літо, почнеться холод з дощами осінніми... А там ударять морози, скують кригою ріки й озера... Що будемо їсти? Ні, таки пора нам гартувати крила.</w:t>
      </w:r>
    </w:p>
    <w:p>
      <w:r>
        <w:br/>
        <w:t>І цього дня не забути довіку, бо перед очима в сірого каченяти розкрився небачений досі, дивний і такий широкий простір, якому, здається, нема кінця-краю.</w:t>
      </w:r>
    </w:p>
    <w:p>
      <w:r>
        <w:br/>
        <w:t>Внизу пропливали луги з голубими озерами, з копицями сіна. Паслася на тих лугах худоба, виднілися села й селища, синіли смугами ліси, зеленіли гаї, а поміж ними, звиваючись у берегах, блискала під сонцем річка, і їй теж, здавалося, не було кінця-краю.</w:t>
      </w:r>
    </w:p>
    <w:p>
      <w:r>
        <w:br/>
        <w:t>Цілий день з невеличкими перепочинками качиний виводок літав над деснянським краєм і тільки надвечір, добре притомившись, повернувся до рідного острівця.</w:t>
      </w:r>
    </w:p>
    <w:p>
      <w:r>
        <w:br/>
        <w:t>Тепер уже ніхто з каченят не лаштувався під мамині крила, а всі розміщувались у траві й по черзі вартували, щоб не потрапити часом під нищівну зброю мисливця.</w:t>
      </w:r>
    </w:p>
    <w:p>
      <w:r>
        <w:br/>
        <w:t>І все ж така зустріч незабаром відбулася. Ще не зійшло сонце, тільки горіла на сході багряна зоря, а над водою плавали пасма туманів, коли це раптом в очереті почувся тривожний мамин крик:</w:t>
      </w:r>
    </w:p>
    <w:p>
      <w:r>
        <w:br/>
        <w:t>— Ках! Ках! Мисливець!..</w:t>
      </w:r>
    </w:p>
    <w:p>
      <w:r>
        <w:br/>
        <w:t>Сіре каченя помітило чоловіка у високих гумових чоботях, у піджаці, підперезаному шкіряним поясом, на якому звисали ремінні петельки, а в них гойдалися почеплені за шию, підстрелені крижні й качки. Це було страшне видовище. Сіре каченя пильно стежило за найменшим рухом мисливця.</w:t>
      </w:r>
    </w:p>
    <w:p>
      <w:r>
        <w:br/>
        <w:t>І стежив за ним так само пильно старший братик, але необережно він зачепив крилами очеретинку... В ту ж мить мисливець зупинився. З чорного ствола блиснув вогонь. Повисла в повітрі хмарка диму.</w:t>
      </w:r>
    </w:p>
    <w:p>
      <w:r>
        <w:br/>
        <w:t>Скрикнув від болю братик і скрикнула сестричка. Закружляли вони обоє на воді, б'ючи по ній крилами. А трохи осторонь знявся в повітря качиний табунець. Пролунав ще один постріл, і все стихло.</w:t>
      </w:r>
    </w:p>
    <w:p>
      <w:r>
        <w:br/>
        <w:t>Сіре каченя перелякалося, але йому кортіло дізнатись, чому скрикнули братик з сестричкою, чому не полетіли разом з мамою?</w:t>
      </w:r>
    </w:p>
    <w:p>
      <w:r>
        <w:br/>
        <w:t>Воно обережно наближалось, хоч і не випливало з густих очеретів, аби не потрапити на очі нещадному мисливцеві.</w:t>
      </w:r>
    </w:p>
    <w:p>
      <w:r>
        <w:br/>
        <w:t>Нерухомо лежав братик, а сестриця ще ледь ворушила крилом. Та ось те крило здригнулося востаннє й заклякло навіки.</w:t>
      </w:r>
    </w:p>
    <w:p>
      <w:r>
        <w:br/>
        <w:t>І вже зовсім несподівано з надбережної осоки кинувся в озеро капловухий собака й поплив до очеретів.</w:t>
      </w:r>
    </w:p>
    <w:p>
      <w:r>
        <w:br/>
        <w:t>Заметалось сіре каченя, шугонуло в повітря. Услід йому пролунав трохи запізнілий постріл. Тонко й моторошно просвистіли смертельні дробинки, не зачепивши навіть пір'ячка.</w:t>
      </w:r>
    </w:p>
    <w:p>
      <w:r>
        <w:br/>
        <w:t>Озеро з мисливцем залишилося позаду, і тільки тепер трохи отямилось каченя.</w:t>
      </w:r>
    </w:p>
    <w:p>
      <w:r>
        <w:br/>
        <w:t>"Де ж моя мама? Де інші братики й сестрички? Куди полетіли? Як їх розшукати?</w:t>
      </w:r>
    </w:p>
    <w:p>
      <w:r>
        <w:br/>
        <w:t>Над головою синіло небо і лежала земля в осінній позолоті.</w:t>
      </w:r>
    </w:p>
    <w:p>
      <w:r>
        <w:br/>
        <w:t>Виблискували під сонцем ближні й дальні озера, голубіла Десна.</w:t>
      </w:r>
    </w:p>
    <w:p>
      <w:r>
        <w:br/>
        <w:t>Але й там цього ранку гриміли постріли.</w:t>
      </w:r>
    </w:p>
    <w:p>
      <w:r>
        <w:br/>
        <w:t>Довго літало сіре каченя, поки, нарешті, помітило в дальніх лугах велике озеро, заросле густими очеретами. Між ними вилискували чисті плеса, на яких плавала табунцями дичина.</w:t>
      </w:r>
    </w:p>
    <w:p>
      <w:r>
        <w:br/>
        <w:t>"Певне, тут і моя мама".</w:t>
      </w:r>
    </w:p>
    <w:p>
      <w:r>
        <w:br/>
        <w:t>Сіре каченя спустилося на воду, але ні мами, ні братиків, ні сестричок тут не знайшло.</w:t>
      </w:r>
    </w:p>
    <w:p>
      <w:r>
        <w:br/>
        <w:t>"Що ж робити? Де їх шукати? Мабуть, перебуду до вечора, а на заході сонця повернуся до рідного озера, і там напевне зустрінуся з ними".</w:t>
      </w:r>
    </w:p>
    <w:p>
      <w:r>
        <w:br/>
        <w:t>Минув день. Сховалось за обрієм сонце, але ще багряніла зоря.</w:t>
      </w:r>
    </w:p>
    <w:p>
      <w:r>
        <w:br/>
        <w:t>Сіре каченя кружляло над рідним озером, пильно розглядаючи з висоти, чи не причаївся десь мисливець. І тільки потім, переконавшись, що ніякої загрози нема, каменем ринуло вниз, сховалося в очеретах.</w:t>
      </w:r>
    </w:p>
    <w:p>
      <w:r>
        <w:br/>
        <w:t>— Мамо! — гукало воно стиха.— Мамо, озовіться! Братики й сестриці, озовіться!</w:t>
      </w:r>
    </w:p>
    <w:p>
      <w:r>
        <w:br/>
        <w:t>Але ніхто не відгукнувся. Навколо стояли високі очерети й густа рогоза. І не ворушився на лозяному кущі жоден листочок — така була тиша.</w:t>
      </w:r>
    </w:p>
    <w:p>
      <w:r>
        <w:br/>
        <w:t>Уже зовсім на заході згасла зоря. Засяяли в небі перші зірки, зазираючи в озеро, принісши з неосяжного й холодного простору свою космічну красу.</w:t>
      </w:r>
    </w:p>
    <w:p>
      <w:r>
        <w:br/>
        <w:t>Сірому каченяті пора б уже спати, але воно все ще прислухалось, чи не хурчать у повітрі крила, все ждало, коли ж, нарешті, повернуться рідні.</w:t>
      </w:r>
    </w:p>
    <w:p>
      <w:r>
        <w:br/>
        <w:t>"Невже побоялися сюди летіти й заночували на іншому озері?"</w:t>
      </w:r>
    </w:p>
    <w:p>
      <w:r>
        <w:br/>
        <w:t>Втома брала своє, і сіре каченя вирушило на острівець, примостилося в траві.</w:t>
      </w:r>
    </w:p>
    <w:p>
      <w:r>
        <w:br/>
        <w:t>Та спати довелось недовго, бо почувся тихий шум. Каченя розплющило очі. Навколо лежала густа пітьма. Зникли зірки. Заступили їх непроглядні хмари, з яких сіявся дрібний холодний дощ.</w:t>
      </w:r>
    </w:p>
    <w:p>
      <w:r>
        <w:br/>
        <w:t>Світанок теж був холодний, дощовий. Та, незважаючи на це, сіре каченя знову подалось на розшуки мами і повернулося в вечірніх сутінках до рідного озера ні з чим.</w:t>
      </w:r>
    </w:p>
    <w:p>
      <w:r>
        <w:br/>
        <w:t>Так минула друга, третя і минали наступні ночі. Сіре каченя тепер уже нікуди не відлітало, а жило на озері, харчуючись різною поживою.</w:t>
      </w:r>
    </w:p>
    <w:p>
      <w:r>
        <w:br/>
        <w:t>І ось одного ранку на тихому озері з'явився рибальський човник, а в ньому той самий дідусь, який кидав весною сірому каченяті шматочки хліба. Тільки тепер на дідусеві шапка, теплий піджак, гумові чоботи.</w:t>
      </w:r>
    </w:p>
    <w:p>
      <w:r>
        <w:br/>
        <w:t>Сіре каченя зараз пильно стежило за рибалкою. Ось він зупинився поблизу лозяного куща, поклав весло й почав опускати в воду сіть, позначену зверху пробковими й дерез'яними поплавцями, що лягали на поверхні, мов намисто. Потім не поспішаючи взяв у руки довгий дрючок з металевим дірчастим наконечником і з розмаху вдарив ним під лозяним кущем, а тоді між лататтям, ще по водяній кропивці, заганяючи сполохану рибу в сіть.</w:t>
      </w:r>
    </w:p>
    <w:p>
      <w:r>
        <w:br/>
        <w:t>Добре прошурувавши місцинку, він поклав дрючок у човен, а сам, з'єднавши два кінці сіті, почав витягати її з води.</w:t>
      </w:r>
    </w:p>
    <w:p>
      <w:r>
        <w:br/>
        <w:t>Це все так зацікавило сіре каченя, що воно зважилось підпливти ближче, аби краще бачити, який же улов матиме добрий дідусь.</w:t>
      </w:r>
    </w:p>
    <w:p>
      <w:r>
        <w:br/>
        <w:t>У сіті блискали лускою верховодки, тріпотіли окунці, краснопірки, карасі. Дрібнішу рибу дідусь викидав у воду, щоб підростала, а крупнішу лишав у човні.</w:t>
      </w:r>
    </w:p>
    <w:p>
      <w:r>
        <w:br/>
        <w:t>Та чому це раптом завирувала вода й почала смикатися сіть у дідових руках? Невже потрапив великий окунь, чи лящ, чи короп?.. А може, сом?</w:t>
      </w:r>
    </w:p>
    <w:p>
      <w:r>
        <w:br/>
        <w:t>— Піймалася нарешті,— сказав рибалка, і сіре каченя побачило здоровенну щуку.</w:t>
      </w:r>
    </w:p>
    <w:p>
      <w:r>
        <w:br/>
        <w:t>Може, це та сама, від якої колись воно ледве не загинуло?</w:t>
      </w:r>
    </w:p>
    <w:p>
      <w:r>
        <w:br/>
        <w:t>Блискаючи лускою, щука металась у воді, а розкрита паща з гострими зубами надійно застряла у плетиві міцної сітки. Цупкими руками звично схопив її дідусь за голову і вкинув у човен. Саме в цю хвилину помітив сіре каченя.</w:t>
      </w:r>
    </w:p>
    <w:p>
      <w:r>
        <w:br/>
        <w:t>— Ти?! Живе, здоровісіньке? — скрикнув він радісно, наче зустрівся з давнім другом.— Оце й досі само тут плаваєш? А де ж твоя мати? Де братики, сестрички?</w:t>
      </w:r>
    </w:p>
    <w:p>
      <w:r>
        <w:br/>
        <w:t>Сіре каченя хоч нічогісінько не розуміло з того, про що питався дідусь, проте нікуди від нього не відпливало.</w:t>
      </w:r>
    </w:p>
    <w:p>
      <w:r>
        <w:br/>
        <w:t>Якого ж тобі дати гостинця? Може, рибки чи, може...— і дідусь тут же вийняв з кишені піджака житній пахучий окраєць, відламав, як і колись, кілька дрібненьких шматочків, кинув на воду.</w:t>
      </w:r>
    </w:p>
    <w:p>
      <w:r>
        <w:br/>
        <w:t>їж! Я лиха тобі не заподію. З птахами в мене давня дружба. Оце б розказати комусь, як знову зустрівся з тобою — гляди що й не повірять... їж, їж, я ще тобі дам хлібця. А може, додому тебе взяти? Перебудеш зиму в хлівці з моїми свійськими качками, а весною випущу тебе на волю. Плавай тоді і живи собі на здоров'я! Ну, а якщо здумаєш відлітати в ірій,— обов'язково додому повертайся-Хіба є ще десь у світі отака краса, як у нашому деснянському краю? Та, може, ще і подружку запросиш... Прилітайте разом. У нас тут он яке роздолля!..</w:t>
      </w:r>
    </w:p>
    <w:p>
      <w:r>
        <w:br/>
        <w:t>Весною зустрінемось... Чуєш? А зараз я ще закину сіть під вербою — там яма глибоченька.— І дідусь, взявши до рук почорніле від давнини весло, погнав свого човника по тихому плесу.</w:t>
      </w:r>
    </w:p>
    <w:p>
      <w:r>
        <w:br/>
        <w:t>Сіре каченя дивилося йому вслід, доки не зник він зовсім за густою стінкою високих очеретів.</w:t>
      </w:r>
    </w:p>
    <w:p>
      <w:r>
        <w:br/>
        <w:t>З кожним днем все дужче жовтіли й блякли трави. Сонце підводилось пізно. Іноді його заступали хмари, і з них цілісінькиїсі день періщив надокучливий дощ. А якщо не-було дощу, холодними ранками слалися над озером тумани, часом такі густі, що в них губилися береги, дальні очерети і плеса.</w:t>
      </w:r>
    </w:p>
    <w:p>
      <w:r>
        <w:br/>
        <w:t>Але траплялися, хоч і рідко, погожі дні з ясним небом,, з такою голубінню, що, здавалося, гряде весна. І в тій голубизні все частіше з'являлися журавлині косяки.</w:t>
      </w:r>
    </w:p>
    <w:p>
      <w:r>
        <w:br/>
        <w:t>Сіре каченя стежило за ними й розуміло, що відлітають, птахи до теплих країв, про які розповідала мама. Але чому журавлині крики такі тужливі й сумні? їх чути вдень, їх. чути іноді навіть вночі. І страшать вони, і водночас владно кличуть за собою.</w:t>
      </w:r>
    </w:p>
    <w:p>
      <w:r>
        <w:br/>
        <w:t>"Може, й мені пора вирушати в дорогу? Тільки як же вирушати, коли я тієї дороги не знаю. Ще ждатиму. Мусять же прилетіти до мене мама, братики й сестрички".</w:t>
      </w:r>
    </w:p>
    <w:p>
      <w:r>
        <w:br/>
        <w:t>Ждало їх сіре каченя, та вони не з'являлись. А через кілька днів з півночі повіяли холодні вітри, пригнали з собою хмари, і, диво дивне: з них сіявсь не дощ, а злітали міріади жвавих метеликів. І від них усе навкруги побіліло. Лише вода здавалася чорнішою, аніж завжди.</w:t>
      </w:r>
    </w:p>
    <w:p>
      <w:r>
        <w:br/>
        <w:t>"Це, певне, сніг",— здогадалося сіре каченя. Та ще більше здивувалося воно, коли наступного ранку під берегами з'явилася крига, така слизька, що по ній ну зовсім же неможна ходити.</w:t>
      </w:r>
    </w:p>
    <w:p>
      <w:r>
        <w:br/>
        <w:t>І тепер каченя зрозуміло, що годі чекати на маму, братиків і сестричок. Певне, їх підстрелили десь зіркі миелив-.ці. Залишатися довше тут не можна, бо насуватиметься голодна й невблаганна смерть.</w:t>
      </w:r>
    </w:p>
    <w:p>
      <w:r>
        <w:br/>
        <w:t>Хоч і не хотілося покидати рідне озеро, та іншого виходу не було.</w:t>
      </w:r>
    </w:p>
    <w:p>
      <w:r>
        <w:br/>
        <w:t>Помітивши в небі запізнілий табунець, що відлітав до теплого краю, сіре каченя змахнуло крилами і, наздогнавши птахів, приєдналося до них.</w:t>
      </w:r>
    </w:p>
    <w:p>
      <w:r>
        <w:br/>
        <w:t>Приєдналося й полетіло в далекий, важкий і невідомий йому ірій.</w:t>
      </w:r>
    </w:p>
    <w:p>
      <w:r>
        <w:br/>
        <w:t>А через дві ночі вдарив лютий мороз, скував ріки, заводі, озера, та ще й покрив їх білим-білим, мов лебединий пух, снігом.</w:t>
      </w:r>
    </w:p>
    <w:p>
      <w:r>
        <w:br/>
        <w:t>Лежати йому тепер аж до весни.</w:t>
      </w:r>
    </w:p>
    <w:p>
      <w:r>
        <w:br/>
        <w:t>березень, 1964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Сіре каченя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