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Синьосвітна богиня</w:t>
      </w:r>
    </w:p>
    <w:p>
      <w:r>
        <w:br/>
        <w:t xml:space="preserve"> &lt;p&gt;Високий, трохи вузький у плечах Си поглядав на Ма, стримуючи легке роздратування. Яке їй діло, де він буває у вільний час? Та хоча б і розповів — хіба зрозуміє? Тільки й знає твердити: поверхня Землі — не наша сфера, туди не варто потикатися, навіть зазирнути заборонено. А чому? Хто заборонив? Давні звичаї? І що їй сказати, як пояснити, що й вона, і все її покоління безнадійно відстали, що слова про традицію — це ширма, якою вони хочуть відгородитися від невідомого, незрозумілого, якого вони смертельно бояться. Страх — ось їхній психологічний комплекс! А мати дивилася на нього люблячими очима і думала: молоде, вважає, що йому все дозволено… І в кого він такий удався? Вищий за своїх однолітків на цілу голову, мрійник, запальний, ма-буть, такий, як і оті, що живуть на поверхні…</w:t>
      </w:r>
    </w:p>
    <w:p>
      <w:r>
        <w:br/>
        <w:t>— Так де ж ти все-таки був? — Обличчя матері набирає суворого виразу, але це зовсім не впливає на юнака. Він знизує плечима.</w:t>
      </w:r>
    </w:p>
    <w:p>
      <w:r>
        <w:br/>
        <w:t>— Хіба не однаково?</w:t>
      </w:r>
    </w:p>
    <w:p>
      <w:r>
        <w:br/>
        <w:t>— Авжеж, ні. Ти ще не закріпив трудових навичок, замість відпочити перед заняттями гасаєш невідомо де.</w:t>
      </w:r>
    </w:p>
    <w:p>
      <w:r>
        <w:br/>
        <w:t>— Гасаєш… — повторив Си. — А от і не гасаю!</w:t>
      </w:r>
    </w:p>
    <w:p>
      <w:r>
        <w:br/>
        <w:t>— А що ж ти робиш?</w:t>
      </w:r>
    </w:p>
    <w:p>
      <w:r>
        <w:br/>
        <w:t>— Я вивчаю світ!</w:t>
      </w:r>
    </w:p>
    <w:p>
      <w:r>
        <w:br/>
        <w:t>Це спантеличило Ма. Вона похитала головою:</w:t>
      </w:r>
    </w:p>
    <w:p>
      <w:r>
        <w:br/>
        <w:t>— Це дуже небезпечно…</w:t>
      </w:r>
    </w:p>
    <w:p>
      <w:r>
        <w:br/>
        <w:t>Він так і знав: страх! А що, коли б розповів, як саме вивчає світ, і не цей, а той, заборонений, неприступ-ний, повний сонячного сяйва вдень і мерехтіння зірок уночі? Вона, мабуть, затремтіла б з переляку!</w:t>
      </w:r>
    </w:p>
    <w:p>
      <w:r>
        <w:br/>
        <w:t>— Отже, домовились: зараз ти нікуди не підеш. Спожиєш необхідні калорії, а завтра — на практичні за-няття.</w:t>
      </w:r>
    </w:p>
    <w:p>
      <w:r>
        <w:br/>
        <w:t>— У нас завжди тільки практичні заняття, — з досадою мовив. Си роздирало подвійне почуття: він мав слухатися матір, але зараз не міг не піти.— Заспокойся, Ма,—обома руками легенько стиснув їй плечі. — Я швидко повернуся.</w:t>
      </w:r>
    </w:p>
    <w:p>
      <w:r>
        <w:br/>
        <w:t>— Будь обачний.</w:t>
      </w:r>
    </w:p>
    <w:p>
      <w:r>
        <w:br/>
        <w:t>"І чого боятися? — думав, ступнувши на рухому стрічку хідника. — Невже Ма здогадується? То мусила б радіти — адже мені так гарно…"</w:t>
      </w:r>
    </w:p>
    <w:p>
      <w:r>
        <w:br/>
        <w:t>Си довго кружляв тунелями, аж поки не дістався до свого потаємного спостережного пункту. Це був йо-го, тільки його куточок у цьому безконечному плетиві підземних магістралей.</w:t>
      </w:r>
    </w:p>
    <w:p>
      <w:r>
        <w:br/>
        <w:t>Якось після занять у цеху він попросився допомогти майстрові Слю лагодити вентилятора. Роботи там було небагато — замінити гідравлічний підшипник, — і, звичайно, Слю зі своїм помічником упоралися б самі, але майстрові сподобалася старанність хлопця, і він узяв його з собою.</w:t>
      </w:r>
    </w:p>
    <w:p>
      <w:r>
        <w:br/>
        <w:t>Вентиляторна установка, точніше — повітряна турбіна діаметром біля п’яти метрів, працювала в одному з численних колодязів-люків, що виходили на поверхню Землі. Система таких турбін — це легені підземного світу. Вони цілодобово постачають свіже повітря у майстерні, фабрики, заводи та житла їхнього міста. Си наза-вжди запам’ятав ті хвилини, коли вони міняли підшипника. На той час Слю вимкнув турбіну, і юнак, просунувшись поміж лопатями, зазирнув туди, де ще ніколи не бував, — на поверхню Землі. Хлопець одразу ж ввібрав у себе широкі простори, замкнуті рожевим вечірнім небом, дерева, зелену траву, щебет птаха і голос… дівчини! Вона пройшла неподалік од люка, порослого травою, і, певне, не помітила його. Обізвалась до когось там, а Си аж рота роззявив із подиву. "Мабуть, вона десь тут мешкає, — подумав. — От вилізу колись…"</w:t>
      </w:r>
    </w:p>
    <w:p>
      <w:r>
        <w:br/>
        <w:t>Кілька разів потім пробирався до вентиляційного колодязя, зупиняв турбіну і виглядав назовні. Бачив сонячний день, місячну ніч, якось спостерігав дощ, а дівчина не з’являлась. Повертався до житла розчарований, але наміру свого не облишив — чогось йому дуже кортіло порозмовляти з тією дівчиною. Нарешті пощастило: одного разу тільки-но виткнувся з колодязя, як побачив її! Брела по траві, хвиськаючи лозинкою, а коли їхні погляди зустрілися, стала як укопана.</w:t>
      </w:r>
    </w:p>
    <w:p>
      <w:r>
        <w:br/>
        <w:t>— О, а ти де тут узявся? Як тебе звати?</w:t>
      </w:r>
    </w:p>
    <w:p>
      <w:r>
        <w:br/>
        <w:t>— Си. Я звідти, — вказав на округлий борт люка.</w:t>
      </w:r>
    </w:p>
    <w:p>
      <w:r>
        <w:br/>
        <w:t>— Ти з підземелля? Ой, як цікаво! Мама каже: там виробниче відділення планети. Але я ще не бачила. Ти мені покажеш?</w:t>
      </w:r>
    </w:p>
    <w:p>
      <w:r>
        <w:br/>
        <w:t>— Хоч зараз.</w:t>
      </w:r>
    </w:p>
    <w:p>
      <w:r>
        <w:br/>
        <w:t>— Зараз мені пора додому.</w:t>
      </w:r>
    </w:p>
    <w:p>
      <w:r>
        <w:br/>
        <w:t>— Приходь завтра, тільки раніше. Згода?</w:t>
      </w:r>
    </w:p>
    <w:p>
      <w:r>
        <w:br/>
        <w:t>— Прийду.</w:t>
      </w:r>
    </w:p>
    <w:p>
      <w:r>
        <w:br/>
        <w:t>Дівчина сяйнула до нього усмішкою і помахала білою рукою.</w:t>
      </w:r>
    </w:p>
    <w:p>
      <w:r>
        <w:br/>
        <w:t>— До побачення!</w:t>
      </w:r>
    </w:p>
    <w:p>
      <w:r>
        <w:br/>
        <w:t>— Ти ж тільки нікому…</w:t>
      </w:r>
    </w:p>
    <w:p>
      <w:r>
        <w:br/>
        <w:t>— Ні-ні, це наша таємниця! — І побігла, толочачи траву. А він пильно дивився услід, аж поки її граціозна постать не зникла за деревами.</w:t>
      </w:r>
    </w:p>
    <w:p>
      <w:r>
        <w:br/>
        <w:t>Як він ждав цього побачення! Діставшись до вентиляційного колодязя, став у повітряному потоці, притулившись до стіни спиною, і жадібно ковтав свіже, прохолодне повітря. Си вже знав, як потамувати шал вітру, — підвів руку до заглибини в бетоні і торкнувся вимикача. Повітряний потік одразу почав слабнути, стихати, крильчатка ще трохи покрутилася за інерцією і зупинилась. Тепер можна вилазити. А що, як хтось увімкне?.. Ціла ж служба стежить за роботою турбін. Він вилізе, а тим часом черговий увімкне. Як же тоді назад? Звичай-но, десь є транспортні тунелі, які виходять на поверхню Землі, але де вони? Перебравши всі можливі й немож-ливі способи забезпечити собі шлях додому, Си вирішив: будь що буде і подрався нагору.</w:t>
      </w:r>
    </w:p>
    <w:p>
      <w:r>
        <w:br/>
        <w:t>Диск сонця застряв між деревами і густо розфарбовував усе червонуватим світлом. Си зажмурився і впав у траву. Було незвично відчувати м’якість землі і зім’ятої зелені, чути шелестіння, якесь попискування, ледь вловиме дзеленчання. Звуки і запахи заполонили його миттю, живі звуки, живі запахи, зовсім не такі, як у них під землею. Підвів голову: чи не видно дівчини? Ні, нема. Може, вона й забула про нього? Але ж казала: її цікавить підземний світ. А його оцей, піднебесний. Як вони тут живуть?</w:t>
      </w:r>
    </w:p>
    <w:p>
      <w:r>
        <w:br/>
        <w:t>Незабаром помітив постать своєї незнайомки — легка, рухлива, ніби не йде, а летить. Біла коротенька сукенка, засмаглі ноги. Вже здалеку усміхається, і та усмішка дивує хлопця: такої міміки там, серед своїх, йому не доводилось бачити. Ці, піднебесні, якісь дивні…</w:t>
      </w:r>
    </w:p>
    <w:p>
      <w:r>
        <w:br/>
        <w:t>Схопився і подався навстріч.</w:t>
      </w:r>
    </w:p>
    <w:p>
      <w:r>
        <w:br/>
        <w:t>— Здрастуй!</w:t>
      </w:r>
    </w:p>
    <w:p>
      <w:r>
        <w:br/>
        <w:t>— Здрастуй!</w:t>
      </w:r>
    </w:p>
    <w:p>
      <w:r>
        <w:br/>
        <w:t>— Я рада, що ти прийшов. — її сині очі сяяли якось особливо, наче там приховані світильники.</w:t>
      </w:r>
    </w:p>
    <w:p>
      <w:r>
        <w:br/>
        <w:t>— Яка ти… Незвичайна.</w:t>
      </w:r>
    </w:p>
    <w:p>
      <w:r>
        <w:br/>
        <w:t>— Це мені всі кажуть: незвичайна, гарна, приваблива, цікава. А ти скажи щось інакше!</w:t>
      </w:r>
    </w:p>
    <w:p>
      <w:r>
        <w:br/>
        <w:t>Си ще раз поглянув на її очі, наче на осцилограф, і промовив:</w:t>
      </w:r>
    </w:p>
    <w:p>
      <w:r>
        <w:br/>
        <w:t>— Ти Синьосвітна Богиня!</w:t>
      </w:r>
    </w:p>
    <w:p>
      <w:r>
        <w:br/>
        <w:t>Вона заплескала в долоні:</w:t>
      </w:r>
    </w:p>
    <w:p>
      <w:r>
        <w:br/>
        <w:t>— Подібного я ще не чула. Оригінально!</w:t>
      </w:r>
    </w:p>
    <w:p>
      <w:r>
        <w:br/>
        <w:t>Си серйозно запитав:</w:t>
      </w:r>
    </w:p>
    <w:p>
      <w:r>
        <w:br/>
        <w:t>— А приємно бути богинею?</w:t>
      </w:r>
    </w:p>
    <w:p>
      <w:r>
        <w:br/>
        <w:t>— Ще не знаю, бо щойно нею стала.</w:t>
      </w:r>
    </w:p>
    <w:p>
      <w:r>
        <w:br/>
        <w:t>— У нас кажуть: ви всі тут боги.</w:t>
      </w:r>
    </w:p>
    <w:p>
      <w:r>
        <w:br/>
        <w:t>— Цікаво… Отже, ти мене слухатимеш?</w:t>
      </w:r>
    </w:p>
    <w:p>
      <w:r>
        <w:br/>
        <w:t>— Це мій обов’язок.</w:t>
      </w:r>
    </w:p>
    <w:p>
      <w:r>
        <w:br/>
        <w:t>— Ага, от і добре…</w:t>
      </w:r>
    </w:p>
    <w:p>
      <w:r>
        <w:br/>
        <w:t>Дівчині було приємно грати таку роль. Звеліла йти до річки, і хоч хлопець зовсім не хотів купатися, зму-сила забрести в воду. Він тільки фіксував, з якою енергією Синьосвітна Богиня розбризкує текучі мінерали. Стояв у спецівці по пояс у воді, не відриваючи погляду від дівчини.</w:t>
      </w:r>
    </w:p>
    <w:p>
      <w:r>
        <w:br/>
        <w:t>— Ти не любиш купатися? — гукнула вона.</w:t>
      </w:r>
    </w:p>
    <w:p>
      <w:r>
        <w:br/>
        <w:t>— А навіщо?</w:t>
      </w:r>
    </w:p>
    <w:p>
      <w:r>
        <w:br/>
        <w:t>— Ну… приємно!</w:t>
      </w:r>
    </w:p>
    <w:p>
      <w:r>
        <w:br/>
        <w:t>— А корисно?</w:t>
      </w:r>
    </w:p>
    <w:p>
      <w:r>
        <w:br/>
        <w:t>— Може, й корисно… Головне ж — приємно. Дивись!</w:t>
      </w:r>
    </w:p>
    <w:p>
      <w:r>
        <w:br/>
        <w:t>Вона кинулася пливти, легко змахуючи руками, бурунячи прозору воду. Певно, їй і справді було приємно, бо довго не хотіла вилазити. І сонце ніби чекало на неї — великий кармінний диск непорушно стояв на обрії, з’єднуючи небо і землю. Облиті рожевим світлом трави, річка, дерева, дівчина — все це вражало юнака. Звичайно, він уже багато чув про Живу Природу, бачив навіть фільми, але щоб отак віч-на-віч… Легенда, казка наяву! В його пам’яті зафіксовано давній переказ про зустріч отакого, як він, юнака з подібною богинею. Погляд її очей спопелив того хлопця, а він ось дивиться-вдивляється і нічого, поки що нічого!</w:t>
      </w:r>
    </w:p>
    <w:p>
      <w:r>
        <w:br/>
        <w:t>Синьосвітна усміхнулася:</w:t>
      </w:r>
    </w:p>
    <w:p>
      <w:r>
        <w:br/>
        <w:t>— Чого ти так дивишся?</w:t>
      </w:r>
    </w:p>
    <w:p>
      <w:r>
        <w:br/>
        <w:t>— Мені цікаво.</w:t>
      </w:r>
    </w:p>
    <w:p>
      <w:r>
        <w:br/>
        <w:t>— А що саме тобі цікаво?</w:t>
      </w:r>
    </w:p>
    <w:p>
      <w:r>
        <w:br/>
        <w:t>— Усе. Що ви робите отут, на поверхні?</w:t>
      </w:r>
    </w:p>
    <w:p>
      <w:r>
        <w:br/>
        <w:t>— Вчимося, займаємося мистецтвом… А ви?</w:t>
      </w:r>
    </w:p>
    <w:p>
      <w:r>
        <w:br/>
        <w:t>— Дорослі працюють, юні вчаться працювати, — сказав Си. — А що таке мистецтво?</w:t>
      </w:r>
    </w:p>
    <w:p>
      <w:r>
        <w:br/>
        <w:t>— Хіба ти не знаєш?</w:t>
      </w:r>
    </w:p>
    <w:p>
      <w:r>
        <w:br/>
        <w:t>— Ні. Там тільки виробництво. Наш сектор виготовляє білки, а мистецтво… Це, певно, полімери?</w:t>
      </w:r>
    </w:p>
    <w:p>
      <w:r>
        <w:br/>
        <w:t>Синьосвітна засміялась:</w:t>
      </w:r>
    </w:p>
    <w:p>
      <w:r>
        <w:br/>
        <w:t>— Який ти чудний! Полімери… Мистецтво — це компонування кольорів, звуків. От я, наприклад, коха-юся в музиці. Мене хвилює звучання променів. Ось бачиш — фоноскоп, — дістала з сумочки невеличку тьмяну призму, — зараз ми почуємо, як звучить Сонце.</w:t>
      </w:r>
    </w:p>
    <w:p>
      <w:r>
        <w:br/>
        <w:t>І справді, як тільки на призму впало сонячне сяйво, почулися звуки — притишені, мов зітхання. Си з ці-кавістю спостерігав, як ці коливання повітря впливали на дівчину. Обличчя її набрало якогось іншого виразу, очі наче дивились і не бачили, змінився навіть ритм дихання.</w:t>
      </w:r>
    </w:p>
    <w:p>
      <w:r>
        <w:br/>
        <w:t>— Ти справді Богиня! Ти змусила зазвучати Сонце.</w:t>
      </w:r>
    </w:p>
    <w:p>
      <w:r>
        <w:br/>
        <w:t>— І зорі теж мені підвладні. Ось зараз Сонце сховається, і ми послухаємо музику зірок!</w:t>
      </w:r>
    </w:p>
    <w:p>
      <w:r>
        <w:br/>
        <w:t>— Але я вже мушу йти, вже подають сигнал.</w:t>
      </w:r>
    </w:p>
    <w:p>
      <w:r>
        <w:br/>
        <w:t>— Який сигнал?</w:t>
      </w:r>
    </w:p>
    <w:p>
      <w:r>
        <w:br/>
        <w:t>— Я його чую. А ти ні?</w:t>
      </w:r>
    </w:p>
    <w:p>
      <w:r>
        <w:br/>
        <w:t>— Не вигадуй. Просто ти пообіцяв мамі…</w:t>
      </w:r>
    </w:p>
    <w:p>
      <w:r>
        <w:br/>
        <w:t>— Пообіцяв. Але сигнал… Я мушу, мушу йти.</w:t>
      </w:r>
    </w:p>
    <w:p>
      <w:r>
        <w:br/>
        <w:t>Хлопець занепокоївся.</w:t>
      </w:r>
    </w:p>
    <w:p>
      <w:r>
        <w:br/>
        <w:t>— Я теж зараз піду, — трохи розчаровано сказала дівчина.</w:t>
      </w:r>
    </w:p>
    <w:p>
      <w:r>
        <w:br/>
        <w:t>— Не гнівайся, Богине. По сигналу кожен з нас мусить бути на своєму місці.</w:t>
      </w:r>
    </w:p>
    <w:p>
      <w:r>
        <w:br/>
        <w:t>Си підступив до дівчини, вдивлявся в її очі.</w:t>
      </w:r>
    </w:p>
    <w:p>
      <w:r>
        <w:br/>
        <w:t>— Ти знову так дивишся… Це небезпечно!</w:t>
      </w:r>
    </w:p>
    <w:p>
      <w:r>
        <w:br/>
        <w:t>— Я знаю. Я чув легенду: очі богинь спопеляють.</w:t>
      </w:r>
    </w:p>
    <w:p>
      <w:r>
        <w:br/>
        <w:t>— І не боїшся?</w:t>
      </w:r>
    </w:p>
    <w:p>
      <w:r>
        <w:br/>
        <w:t>— Так то ж у казці. А насправді… Я можу навіть доторкнутися до тебе. Дозволяєш?</w:t>
      </w:r>
    </w:p>
    <w:p>
      <w:r>
        <w:br/>
        <w:t>Тієї самої миті він відчув гострий імпульс застереження, заборони. Але бажання діткнутися до дівчини було таке сильне, що ця психічна енергія вмить перемогла, відкинула усі бар’єри. Дівчина не встигла й губів розтулити, як він обома руками міцно вхопив її за талію.</w:t>
      </w:r>
    </w:p>
    <w:p>
      <w:r>
        <w:br/>
        <w:t>— От ба…</w:t>
      </w:r>
    </w:p>
    <w:p>
      <w:r>
        <w:br/>
        <w:t>Си не договорив — руки відсмикнулися самі собою, усе тіло йому скорчилось, наче од високовольтного удару, він тут же упав на землю і закляк.</w:t>
      </w:r>
    </w:p>
    <w:p>
      <w:r>
        <w:br/>
        <w:t>— Що з тобою? — скрикнула дівчина.</w:t>
      </w:r>
    </w:p>
    <w:p>
      <w:r>
        <w:br/>
        <w:t>Хлопець мовчав.</w:t>
      </w:r>
    </w:p>
    <w:p>
      <w:r>
        <w:br/>
        <w:t>— Тобі погано?..</w:t>
      </w:r>
    </w:p>
    <w:p>
      <w:r>
        <w:br/>
        <w:t>Схилилась — не дише.</w:t>
      </w:r>
    </w:p>
    <w:p>
      <w:r>
        <w:br/>
        <w:t>Чимдуж побігла до мами, і в очах її був переляк. Ледве спромоглася розповісти про пригоду. Страх не облишив дівчини навіть після того, як їй пояснили, що біороботам не можна доторкатися до людей, що на та-кий випадок запрограмоване коротке замикання їхнього організму.</w:t>
      </w:r>
    </w:p>
    <w:p>
      <w:r>
        <w:br/>
        <w:t>Синьосвітна Богиня не спала всю ніч, все допитувалась: чи його оживлять? Мама гладила їй руку і тихо казала:</w:t>
      </w:r>
    </w:p>
    <w:p>
      <w:r>
        <w:br/>
        <w:t>— Оживлять, оживлять. Спи, дитинко, оживлять…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Синьосвітна богиня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