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Синя мла</w:t>
      </w:r>
    </w:p>
    <w:p>
      <w:r>
        <w:br/>
        <w:t xml:space="preserve"> "То буе ні день, ні ніг".&lt;br /&gt;</w:t>
        <w:br/>
        <w:t>Байрон.</w:t>
      </w:r>
    </w:p>
    <w:p>
      <w:r>
        <w:br/>
        <w:t>То був ні день, ні ніч,&lt;br /&gt;</w:t>
        <w:br/>
        <w:t>бо сонце й місяць&lt;br /&gt;</w:t>
        <w:br/>
        <w:t>на небесах стояли в відстані далекій,&lt;br /&gt;</w:t>
        <w:br/>
        <w:t>в одних просторах і в однім часі.&lt;br /&gt;</w:t>
        <w:br/>
        <w:t>А на землі порожній десь за обрій&lt;br /&gt;</w:t>
        <w:br/>
        <w:t>лише одна лежала проста стежка,&lt;br /&gt;</w:t>
        <w:br/>
        <w:t>неначе промінь соняшний&lt;br /&gt;</w:t>
        <w:br/>
        <w:t>або крик розпачу&lt;br /&gt;</w:t>
        <w:br/>
        <w:t>посеред пустелі.&lt;br /&gt;</w:t>
        <w:br/>
        <w:t>З одного боку в неї бовваніли&lt;br /&gt;</w:t>
        <w:br/>
        <w:t>жахіття стоптаних хлібів,&lt;br /&gt;</w:t>
        <w:br/>
        <w:t>серед яких німотно входили&lt;br /&gt;</w:t>
        <w:br/>
        <w:t>у прілий ґрунт аж чорні від часу&lt;br /&gt;</w:t>
        <w:br/>
        <w:t>і від повітря і від дощів колишніх&lt;br /&gt;</w:t>
        <w:br/>
        <w:t>солом'яні кагати та скирти.</w:t>
      </w:r>
    </w:p>
    <w:p>
      <w:r>
        <w:br/>
        <w:t>Ніде ні жайворінка, ні крука,&lt;br /&gt;</w:t>
        <w:br/>
        <w:t>ні зайця, ні лисиці, ні собаки&lt;br /&gt;</w:t>
        <w:br/>
        <w:t>таємне око б не помітило.&lt;br /&gt;</w:t>
        <w:br/>
        <w:t>І людський крик якби гукнув з розпуки,&lt;br /&gt;</w:t>
        <w:br/>
        <w:t>то, мабуть, би упали сонце й місяць&lt;br /&gt;</w:t>
        <w:br/>
        <w:t>в сумні,&lt;br /&gt;</w:t>
        <w:br/>
        <w:t>неначе смерть, простори.&lt;br /&gt;</w:t>
        <w:br/>
        <w:t>А з боку другого виднілося&lt;br /&gt;</w:t>
        <w:br/>
        <w:t>із далини порожнє місто;&lt;br /&gt;</w:t>
        <w:br/>
        <w:t>на вежах висіли&lt;br /&gt;</w:t>
        <w:br/>
        <w:t>важкіші від найважчого каміння дзвони;&lt;br /&gt;</w:t>
        <w:br/>
        <w:t>а повиламлювані лутки й двері&lt;br /&gt;</w:t>
        <w:br/>
        <w:t>гойдалися ще моторошніше,&lt;br /&gt;</w:t>
        <w:br/>
        <w:t>ніж перебиті свіжо руки;&lt;br /&gt;</w:t>
        <w:br/>
        <w:t>а вікна без шибок чорніли їм&lt;br /&gt;</w:t>
        <w:br/>
        <w:t>такими дірами,&lt;br /&gt;</w:t>
        <w:br/>
        <w:t>як мають людські черепи.</w:t>
      </w:r>
    </w:p>
    <w:p>
      <w:r>
        <w:br/>
        <w:t>Єдиная жива істота, півень,&lt;br /&gt;</w:t>
        <w:br/>
        <w:t>свій глас у неміренність подавав.&lt;br /&gt;</w:t>
        <w:br/>
        <w:t>І те самотнє "кукуріку"&lt;br /&gt;</w:t>
        <w:br/>
        <w:t>було таке стрімучо-просте,&lt;br /&gt;</w:t>
        <w:br/>
        <w:t>як і стежка та,&lt;br /&gt;</w:t>
        <w:br/>
        <w:t>якою я ішов, шукаючи людину...&lt;br /&gt;</w:t>
        <w:br/>
        <w:t>Від нього нерухоме місто&lt;br /&gt;</w:t>
        <w:br/>
        <w:t>обкручувалося на місці враз&lt;br /&gt;</w:t>
        <w:br/>
        <w:t>і дірами своїми чорними&lt;br /&gt;</w:t>
        <w:br/>
        <w:t>ставало вкопано до півня&lt;br /&gt;</w:t>
        <w:br/>
        <w:t>і луною відповідало:&lt;br /&gt;</w:t>
        <w:br/>
        <w:t>"У-У-У" • • •</w:t>
      </w:r>
    </w:p>
    <w:p>
      <w:r>
        <w:br/>
        <w:t>І став я на Карпатах.</w:t>
      </w:r>
    </w:p>
    <w:p>
      <w:r>
        <w:br/>
        <w:t>І там над гонами долин&lt;br /&gt;</w:t>
        <w:br/>
        <w:t>верба аж до небес гула&lt;br /&gt;</w:t>
        <w:br/>
        <w:t>і тишу до своїх вершин&lt;br /&gt;</w:t>
        <w:br/>
        <w:t>галуззям молодим тягла.</w:t>
      </w:r>
    </w:p>
    <w:p>
      <w:r>
        <w:br/>
        <w:t>І дівчина під нею вверх&lt;br /&gt;</w:t>
        <w:br/>
        <w:t>дивилася поміж гілля,&lt;br /&gt;</w:t>
        <w:br/>
        <w:t>і світ в її зіницях мерк,&lt;br /&gt;</w:t>
        <w:br/>
        <w:t>мов необроблена рілля.&lt;br /&gt;</w:t>
        <w:br/>
        <w:t>І я спитав: "Це, Віро, ти?"&lt;br /&gt;</w:t>
        <w:br/>
        <w:t>Вона ж, не добра і не зла,&lt;br /&gt;</w:t>
        <w:br/>
        <w:t>із мовчазної самоти&lt;br /&gt;</w:t>
        <w:br/>
        <w:t>угору пальцем повела:</w:t>
      </w:r>
    </w:p>
    <w:p>
      <w:r>
        <w:br/>
        <w:t>Я глянув над себе в безодню,&lt;br /&gt;</w:t>
        <w:br/>
        <w:t>аж лапами сонце тримає орел&lt;br /&gt;</w:t>
        <w:br/>
        <w:t>І крила у сутність безводну&lt;br /&gt;</w:t>
        <w:br/>
        <w:t>небесних просторів прогінно продер.</w:t>
      </w:r>
    </w:p>
    <w:p>
      <w:r>
        <w:br/>
        <w:t>Його ж голова там держала&lt;br /&gt;</w:t>
        <w:br/>
        <w:t>вінок із зірок ще й горілу траву,&lt;br /&gt;</w:t>
        <w:br/>
        <w:t>а вколо червоні кружала&lt;br /&gt;</w:t>
        <w:br/>
        <w:t>були, ніби хвиля від грудки в ставу.</w:t>
      </w:r>
    </w:p>
    <w:p>
      <w:r>
        <w:br/>
        <w:t>Та дівчина палець-принуку&lt;br /&gt;</w:t>
        <w:br/>
        <w:t>держала, немов на клятьбу,&lt;br /&gt;</w:t>
        <w:br/>
        <w:t>і випав орлиний без звуку&lt;br /&gt;</w:t>
        <w:br/>
        <w:t>йінок на високу вербу,&lt;br /&gt;</w:t>
        <w:br/>
        <w:t>й те диво небесне, сузірне&lt;br /&gt;</w:t>
        <w:br/>
        <w:t>взяла вона в руки малі&lt;br /&gt;</w:t>
        <w:br/>
        <w:t>й мені на чоло непокірне&lt;br /&gt;</w:t>
        <w:br/>
        <w:t>поклала в німому жалі.</w:t>
      </w:r>
    </w:p>
    <w:p>
      <w:r>
        <w:br/>
        <w:t>І я похилився, неначе чавун,&lt;br /&gt;</w:t>
        <w:br/>
        <w:t>простіший за стежку недавню, самітню,&lt;br /&gt;</w:t>
        <w:br/>
        <w:t>аби повалитись без крику та лун&lt;br /&gt;</w:t>
        <w:br/>
        <w:t>в єдину безодню, в єдину всесвітню,&lt;br /&gt;</w:t>
        <w:br/>
        <w:t>що йшла по землі і на Захід і Схід,&lt;br /&gt;</w:t>
        <w:br/>
        <w:t>поволі страшні розгортаючи кручі,&lt;br /&gt;</w:t>
        <w:br/>
        <w:t>куди не дивився вже наш білий світ,&lt;br /&gt;</w:t>
        <w:br/>
        <w:t>бо там валували тумани тягучі.&lt;br /&gt;</w:t>
        <w:br/>
        <w:t>А далі, по той бік, піскам на затрим&lt;br /&gt;</w:t>
        <w:br/>
        <w:t>стирчало каміння без тіні та віття,&lt;br /&gt;</w:t>
        <w:br/>
        <w:t>що їх відкілясь накотили вітри&lt;br /&gt;</w:t>
        <w:br/>
        <w:t>на протязі темного тисячоліття.&lt;br /&gt;</w:t>
        <w:br/>
        <w:t>І шляхом, похожим на жовтий язик,&lt;br /&gt;</w:t>
        <w:br/>
        <w:t>із глибу пустелі, з безмежної плями,&lt;br /&gt;</w:t>
        <w:br/>
        <w:t>без жадного прапору, зброї й музик&lt;br /&gt;</w:t>
        <w:br/>
        <w:t>народи бігом простували до ями.&lt;br /&gt;</w:t>
        <w:br/>
        <w:t>Гей, мріє, мріє у жалях,&lt;br /&gt;</w:t>
        <w:br/>
        <w:t>на рідні полети поля:&lt;br /&gt;</w:t>
        <w:br/>
        <w:t>вночі там півень з-за могил&lt;br /&gt;</w:t>
        <w:br/>
        <w:t>співанням крутить небосхил,&lt;br /&gt;</w:t>
        <w:br/>
        <w:t>скирти ж, як і зарослий шлях,&lt;br /&gt;</w:t>
        <w:br/>
        <w:t>тримає непорушно жах.&lt;br /&gt;</w:t>
        <w:br/>
        <w:t>І ти впади вогнем туди,&lt;br /&gt;</w:t>
        <w:br/>
        <w:t>нехай з них полум'я і дим&lt;br /&gt;</w:t>
        <w:br/>
        <w:t>похиляться через віки&lt;br /&gt;</w:t>
        <w:br/>
        <w:t>і я побачу з-під руки&lt;br /&gt;</w:t>
        <w:br/>
        <w:t>червоні ночі, чорні дні,&lt;br /&gt;</w:t>
        <w:br/>
        <w:t>і тих людей, що йдуть і йдуть&lt;br /&gt;</w:t>
        <w:br/>
        <w:t>за зорями в останню путь,&lt;br /&gt;</w:t>
        <w:br/>
        <w:t>аби пропасти в западні!&lt;br /&gt;</w:t>
        <w:br/>
        <w:t>Скирти ж десь чорніли, забиті токами,&lt;br /&gt;</w:t>
        <w:br/>
        <w:t>мов лицарі давні в важенні щити,&lt;br /&gt;</w:t>
        <w:br/>
        <w:t>а люду без ліку, а люду без тями&lt;br /&gt;</w:t>
        <w:br/>
        <w:t>до вічної бігло своєї метрі.&lt;br /&gt;</w:t>
        <w:br/>
        <w:t>І кожна людина, розставивши руки,&lt;br /&gt;</w:t>
        <w:br/>
        <w:t>догонила голуба, зірку що ніс,&lt;br /&gt;</w:t>
        <w:br/>
        <w:t>похожу на той діямант, що для штуки&lt;br /&gt;</w:t>
        <w:br/>
        <w:t>царівна дарує чужинцеві з кіс.&lt;br /&gt;</w:t>
        <w:br/>
        <w:t>І щойно закляту і птицю й зірницю&lt;br /&gt;</w:t>
        <w:br/>
        <w:t>над прірвою там доганяли вони,&lt;br /&gt;</w:t>
        <w:br/>
        <w:t>то зараз же й падали в грізну криницю&lt;br /&gt;</w:t>
        <w:br/>
        <w:t>з висот, у підземні густі тумани.&lt;br /&gt;</w:t>
        <w:br/>
        <w:t>А зорі і птахи під груди орлині&lt;br /&gt;</w:t>
        <w:br/>
        <w:t>знімалися швидко в летючі ключі,&lt;br /&gt;</w:t>
        <w:br/>
        <w:t>та й сипались в сонце, неначе в долині&lt;br /&gt;</w:t>
        <w:br/>
        <w:t>мошка у підпалену скирту вночі.&lt;br /&gt;</w:t>
        <w:br/>
        <w:t>І сонце росло,&lt;br /&gt;</w:t>
        <w:br/>
        <w:t>й надувалось вогнями,&lt;br /&gt;</w:t>
        <w:br/>
        <w:t>пружинили хвилі сліпучі на ньому,&lt;br /&gt;</w:t>
        <w:br/>
        <w:t>з його берегів&lt;br /&gt;</w:t>
        <w:br/>
        <w:t>випадали на землю ...&lt;br /&gt;</w:t>
        <w:br/>
        <w:t>Здавалося, падають з неба&lt;br /&gt;</w:t>
        <w:br/>
        <w:t>розпечені&lt;br /&gt;</w:t>
        <w:br/>
        <w:t>та велетенські підкови!</w:t>
      </w:r>
    </w:p>
    <w:p>
      <w:r>
        <w:br/>
        <w:t>Горіли долини,&lt;br /&gt;</w:t>
        <w:br/>
        <w:t>горіла пустеля&lt;br /&gt;</w:t>
        <w:br/>
        <w:t>і посеред неї&lt;br /&gt;</w:t>
        <w:br/>
        <w:t>дивезна дорога,&lt;br /&gt;</w:t>
        <w:br/>
        <w:t>похожа на довгий, предовгий&lt;br /&gt;</w:t>
        <w:br/>
        <w:t>підпалений хвіст,&lt;br /&gt;</w:t>
        <w:br/>
        <w:t>який ворушився&lt;br /&gt;</w:t>
        <w:br/>
        <w:t>в розбурханім шматті вогню...&lt;br /&gt;</w:t>
        <w:br/>
        <w:t>І зірвав вінок з чола я&lt;br /&gt;</w:t>
        <w:br/>
        <w:t>та в розколину-безодню&lt;br /&gt;</w:t>
        <w:br/>
        <w:t>розпачливо кинув.&lt;br /&gt;</w:t>
        <w:br/>
        <w:t>І котився стрибаючи він до мети&lt;br /&gt;</w:t>
        <w:br/>
        <w:t>й гублячи зорі свої.&lt;br /&gt;</w:t>
        <w:br/>
        <w:t>А дівчина закричала *&lt;br /&gt;</w:t>
        <w:br/>
        <w:t>до орла й пустелі:&lt;br /&gt;</w:t>
        <w:br/>
        <w:t>"Де ж та Правда-Віра,&lt;br /&gt;</w:t>
        <w:br/>
        <w:t>сонце його?"</w:t>
      </w:r>
    </w:p>
    <w:p>
      <w:r>
        <w:br/>
        <w:t>І в відповідь їй&lt;br /&gt;</w:t>
        <w:br/>
        <w:t>погойднув&lt;br /&gt;</w:t>
        <w:br/>
        <w:t>просторами птах:&lt;br /&gt;</w:t>
        <w:br/>
        <w:t>виривав він крила&lt;br /&gt;</w:t>
        <w:br/>
        <w:t>з безрухих небес.</w:t>
      </w:r>
    </w:p>
    <w:p>
      <w:r>
        <w:br/>
        <w:t>І випало сонце з пазурів орлиних&lt;br /&gt;</w:t>
        <w:br/>
        <w:t>та й заревло страшно у пащу земну.&lt;br /&gt;</w:t>
        <w:br/>
        <w:t>І згасла пожежа від лету несвіцького сонця,&lt;br /&gt;</w:t>
        <w:br/>
        <w:t>немов у кімнаті свіча&lt;br /&gt;</w:t>
        <w:br/>
        <w:t>від раптом закритої книги.</w:t>
      </w:r>
    </w:p>
    <w:p>
      <w:r>
        <w:br/>
        <w:t>І на прірву, на чорний космічний поріг&lt;br /&gt;</w:t>
        <w:br/>
        <w:t>відпочити навіки орел уже став&lt;br /&gt;</w:t>
        <w:br/>
        <w:t>й над безоднями крила у чорнім пері,&lt;br /&gt;</w:t>
        <w:br/>
        <w:t>як морські береги, в далечінь розіклав.</w:t>
      </w:r>
    </w:p>
    <w:p>
      <w:r>
        <w:br/>
        <w:t>І на них, ще густіші за кригу страхіть,&lt;br /&gt;</w:t>
        <w:br/>
        <w:t>синій іній осів, синя мла налягла,&lt;br /&gt;</w:t>
        <w:br/>
        <w:t>і два місяці жухлі, похожі на мідь,&lt;br /&gt;</w:t>
        <w:br/>
        <w:t>засвітили в орла з-під страшного чола&lt;br /&gt;</w:t>
        <w:br/>
        <w:t>та й у чорну пустелю самотньо горять&lt;br /&gt;</w:t>
        <w:br/>
        <w:t>з-над безодні, останньої в світі труни.&lt;br /&gt;</w:t>
        <w:br/>
        <w:t>А в повітрі зависли склянисті моря,&lt;br /&gt;</w:t>
        <w:br/>
        <w:t>мов завмерлі громи, глушини, глушини...&lt;br /&gt;</w:t>
        <w:br/>
        <w:t>глушини. . 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Синя мла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