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приїхав</w:t>
      </w:r>
    </w:p>
    <w:p>
      <w:r>
        <w:br/>
        <w:t xml:space="preserve"> &lt;p&gt;На початку серпня, коли в Ковбиші, велике село по обидва боки вузенької річки в очереті та верболозах, з'їжджаються до батьків усі колишні ковбишівці, що отам по війні подалися з дому шукати постійного заробітку і щонедільного вихідного, коли по дворах тільки й чути: "Папа, а как зараз навпростець дійти до лавки?", а батько, намагаючись у всьому догодити дітям, одказує: "Та как? Отако грядками і йди. А там — низом. Хіба ти забув?"; або: "Мамо, як у вас нащот стірального порошка? Нєт? Дак я пришлю по приїзду" і т. п.—отож на початку серпня, сонячного суботнього передобіддя, приїхали гості й до Никифора Дзякупа та Параски Дзякунки: син Павло, рудий, витрішкатий, уже з пузцем і в капроновому капелюсі у дрібних дірочках, невістка Рита, товстенька, як куховарка, балакуча й догідлива (про таких кажуть: "Тільки в хату —вже й своя"), та одинадцятимісячний онук Борко, такий собі некрикливий витрішкатенький опецьок з ріденьким, рудим, як у батька, чубчиком.</w:t>
      </w:r>
    </w:p>
    <w:p>
      <w:r>
        <w:br/>
        <w:t>— Таж викапаний татусь! — щасливо цокотіла Дзякунка, обціловуючи внука.— Дивися, Никифоре, і ніздрічки такі, як у Павлуші малого були, й гузенце важкеньке...— Вона також була руда, син Павло удався в неї, а онук — у Павла, того й раділа. А навтішавшись Борком, заходилася цілувати невістку та дякувати їй, що отак догодила, що такого онука гарного "привела".</w:t>
      </w:r>
    </w:p>
    <w:p>
      <w:r>
        <w:br/>
        <w:t>Приїхав Павло не поїздом і не автобусом, як багато інших колишніх ковбишівців, а власним "Москвичем" тютюнового кольору. "Москвич" був новий, і все в нього блищало: фарба, скло, нікельовані буфери, циферблати на приладах...</w:t>
      </w:r>
    </w:p>
    <w:p>
      <w:r>
        <w:br/>
        <w:t>Сидіння було заслано двома вовняними килимами, а заднє та бокові стекла завішено репсовими фіранками. Все те Павло придбав заздалегідь, ще тоді, як для машини його майбутньої тільки-но одливалися десь на заводах перші деталі.</w:t>
      </w:r>
    </w:p>
    <w:p>
      <w:r>
        <w:br/>
        <w:t>Через "Москвича" Павло й не одружувався так довго, хоч мав уже за тридцять. Спершу думав: брати дружину на сто п'ятдесят карбованців у місяць, та ще живучи в гуртожитку, не годиться. Коли ж дали йому за стаж та мовчазну працьовитість кімнату в новому будинку й перевели із слюсарів у майстри, розмірковував так: наскладаю грошей на машину і все, що до неї треба — килими, фіранки, брезент і металеві каністри під бензин та мастило, тоді вже й жінку шукатиму, бо як одружишся зараз, то машини вже не купиш, ляснуть гроші на меблі, одяг та всякі дрібниці, що придумаються жінці, бо жінки всі такі.</w:t>
      </w:r>
    </w:p>
    <w:p>
      <w:r>
        <w:br/>
        <w:t>Навіть у відпустку до батьків не їздив три останні роки. Адже, щоб їхати, крути не крути, а півтори-дві сотні викинеш: дорога, гостинці, новий костюм... Не заявишся ж у приношеному! То брав відпускні, клав на книжку і знову працював.</w:t>
      </w:r>
    </w:p>
    <w:p>
      <w:r>
        <w:br/>
        <w:t>Тепер Павло мав усе: квартиру, жінку, машину, сина, двісті карбованців заробітку разом з премією — і почував себе так, як йому й хотілося: спокійно, впевнено і незалежно.</w:t>
      </w:r>
    </w:p>
    <w:p>
      <w:r>
        <w:br/>
        <w:t>"Москвича" у двір батькові одразу не завів, а лишив коло воріт, тільки стекла позапинав брезентовими фартушками, спеціально для цього й пошитими, та колеса понакривав обрізками, що зосталися од тих фартушків, аби не пеклися на сонці.</w:t>
      </w:r>
    </w:p>
    <w:p>
      <w:r>
        <w:br/>
        <w:t>— Ти, Павле, отуди під грушу поставив би його, в холодок,— радив старий Дзякун і любовно та обережно обторкував "Москвича" долонею.</w:t>
      </w:r>
    </w:p>
    <w:p>
      <w:r>
        <w:br/>
        <w:t>— Нічого, хай тут постоїть, щоб під рукою був,— поважно одказав Павло.</w:t>
      </w:r>
    </w:p>
    <w:p>
      <w:r>
        <w:br/>
        <w:t>Батько зрозумів його й замовк, тільки прикахикував значно та погладжував великим пальцем вуса, то лівий, то правий, та усміхався тонко: правильно, хай люди бачать, через вигін з усіх боків видно.</w:t>
      </w:r>
    </w:p>
    <w:p>
      <w:r>
        <w:br/>
        <w:t>Доки в хаті варилося й смажилося, чоловіки час від часу виходили з двору до машини, походжали навколо неї повільно і врочисто або й так собі стояли, як два лелеки біля гнізда з лелеченятами.</w:t>
      </w:r>
    </w:p>
    <w:p>
      <w:r>
        <w:br/>
        <w:t>— Та й скільки ж людей під твоїм руководительством? — питався сина Никифор.</w:t>
      </w:r>
    </w:p>
    <w:p>
      <w:r>
        <w:br/>
        <w:t>— Уся зміна. Двадцять сім чоловік.</w:t>
      </w:r>
    </w:p>
    <w:p>
      <w:r>
        <w:br/>
        <w:t>— О-о! — підкидаючи брови вгору, казав Дзякун.— Багатенько. Ти ж дивись там з ними ладь, бо люди — це таке: не догодиш — з'їдять.</w:t>
      </w:r>
    </w:p>
    <w:p>
      <w:r>
        <w:br/>
        <w:t>— Про це будьте ввєрені. Я ще в полковій школі навчився з ними, як був помкомвзводом по стройовій підготовці. Теж тридцять душ було. І всі слухали... У мене так: робиш — роби. А не послухав раз, удруге — подавай заяву. Або на такі наряди посаджу, що в получку тільки розпишеться.</w:t>
      </w:r>
    </w:p>
    <w:p>
      <w:r>
        <w:br/>
        <w:t>— А то ж як! — охоче погодився з сином Никифор.— Робиш — роби. А ні — то дивись...</w:t>
      </w:r>
    </w:p>
    <w:p>
      <w:r>
        <w:br/>
        <w:t>І засміявся дрібненько.</w:t>
      </w:r>
    </w:p>
    <w:p>
      <w:r>
        <w:br/>
        <w:t>Мимо машини та батька з сином у нових капелюхах з дірочками (Павло привіз такий самий капелюх і старому) проходили люди, здоровкалися шанобливо, на що Павло одказував, дивлячись понад їхніми головами на річку: "С-с-тє!"</w:t>
      </w:r>
    </w:p>
    <w:p>
      <w:r>
        <w:br/>
        <w:t>Дехто й зупинявся, вітав гостя з приїздом, Никифора з гостями, розпитував, де та ким Павло працює, які гроші заробляє тощо, а на припослідок обходив машину, зазирав до кабіни крізь щілини між фіранками й цікавився, скільки "це добро" коштує.</w:t>
      </w:r>
    </w:p>
    <w:p>
      <w:r>
        <w:br/>
        <w:t>— Ану ж, Павлушо, скажи! — торкаючи вуса великим пальцем та веселіючи очима, воркотав Никифор і напружувався весь, аж старечі його м'язи твердішали, а під ложечкою лоскотало.</w:t>
      </w:r>
    </w:p>
    <w:p>
      <w:r>
        <w:br/>
        <w:t>— Всі гроші,— з холодною посмішкою, що й не схожа була на посмішку, казав Павло і дивився своїми малорухомими риб'ячими очима поверх цікавого дядька.</w:t>
      </w:r>
    </w:p>
    <w:p>
      <w:r>
        <w:br/>
        <w:t>Зодягнений він був у новісінький костюм приблизно такого ж кольору, як і "Москвич", взутий у новісінькі жовті черевики на товстій підошві, а тугу, в рудих латочках шию міцно стискав комір нейлонової сорочки без краватки: Павло не любив краваток. Коли він говорив з дядьками, то тримав руки складеними на грудях і повільно та незалежно розгойдувався, стаючи то на носки, то на підбори нових своїх черевиків, причому розпірка на піджаці ззаду то сходилася, то розходилася.</w:t>
      </w:r>
    </w:p>
    <w:p>
      <w:r>
        <w:br/>
        <w:t>Тим часом у хаті не вгавала балачка.</w:t>
      </w:r>
    </w:p>
    <w:p>
      <w:r>
        <w:br/>
        <w:t>— Павлушу на роботі цінують,— розказувала Рита, підмітаючи долівку мокрим віником.— Премія щомісяця йде, дві грамоти одержав...</w:t>
      </w:r>
    </w:p>
    <w:p>
      <w:r>
        <w:br/>
        <w:t>— Та він у нас такий, що і зробить, і змовчить, як треба, і таршого послухає,— озвалася од печі Дзякунка.— Ізмалечку такий.</w:t>
      </w:r>
    </w:p>
    <w:p>
      <w:r>
        <w:br/>
        <w:t>— В квартирі в нас,— вела далі Рита,— все є: гарнітур житомирський, холодильник "Донбас", телевізор "Огонек", стіральпа машина "Ністра", пилосос... "Буран", правда, бо "Ракет" саме в магазинах не було. Грошей вистачає й на щодень, і на книжку Павлуша в зарплату кладе щомісяця. А буває, в суботу й неділю проскоче в Ростов чи Ворошиловград — все одно ж робити нічого, то, дивись, десятку-дві підробив. Треба ж машину окупити. Та й на бензин...</w:t>
      </w:r>
    </w:p>
    <w:p>
      <w:r>
        <w:br/>
        <w:t>— А чого ж,—раділа Дзякупка.—І людям услуже, й копійку заробить. Воно так: копійка до копійки — та вже й руб! Їж, Борисику, їж, мій ласунчику, гам,— піжпо сокотіла до онука, що стояв біля лави, брав жменею крижалки смаженої картоплі, розкладені рядочком на газеті, аби швидше холонули, і мовчки, зосереджено спроваджував у рот. Коли рядочок кінчався, Борко обертався до баби, наставивши на неї малорухомі батькові очі, й казав:</w:t>
      </w:r>
    </w:p>
    <w:p>
      <w:r>
        <w:br/>
        <w:t>— Сє копи.</w:t>
      </w:r>
    </w:p>
    <w:p>
      <w:r>
        <w:br/>
        <w:t>Дзякунка вихоплювала зі сковороди, що шкварчала на жарові під челюстями, підрум'янені кружальця і, перекидаючи з долоні на долоню, біжка несла онукові.</w:t>
      </w:r>
    </w:p>
    <w:p>
      <w:r>
        <w:br/>
        <w:t>— Зараз не можна гамочки, моя крихто,— розкладала картоплю в рядочок і студила на неї.— Жижа! А як вичахне, тоді гам.</w:t>
      </w:r>
    </w:p>
    <w:p>
      <w:r>
        <w:br/>
        <w:t>І питалася в невістки:</w:t>
      </w:r>
    </w:p>
    <w:p>
      <w:r>
        <w:br/>
        <w:t>—— Де ж ви його, доцю, хрестили, онучка мого сахарненького? Є у вас там церква поблизу?</w:t>
      </w:r>
    </w:p>
    <w:p>
      <w:r>
        <w:br/>
        <w:t>— Ніде не хрестили,— одказала Рита.— Кумів назвали, так, шуткома — Павлушиного начальника цеху і його жінку, а не хрестили.</w:t>
      </w:r>
    </w:p>
    <w:p>
      <w:r>
        <w:br/>
        <w:t>Дзякунка аж у поли вдарила.</w:t>
      </w:r>
    </w:p>
    <w:p>
      <w:r>
        <w:br/>
        <w:t>— О бо-оже, то це він у вас так нехрещений і живе?</w:t>
      </w:r>
    </w:p>
    <w:p>
      <w:r>
        <w:br/>
        <w:t>— Так і живо,— зніяковіла Рита.— А що ж тут такого?</w:t>
      </w:r>
    </w:p>
    <w:p>
      <w:r>
        <w:br/>
        <w:t>— Е, дочко, так не можна. Не годиться, щоб воно нехристом росло. Не цуценя ж, а людина. Ні, ні. Завтра дасть бог неділю, подамося в Опішнє або Покрівське й похрестимо. Будь-що. Бо яке ж воно...</w:t>
      </w:r>
    </w:p>
    <w:p>
      <w:r>
        <w:br/>
        <w:t>— Та я й не проти,— повагавшись, мовила Рита.—Тільки Павлуші не кажіть, того що йому не можна...</w:t>
      </w:r>
    </w:p>
    <w:p>
      <w:r>
        <w:br/>
        <w:t>— Ну, як не можна, то й не можна,— перейшла на шепіт Дзякунка.— Антобузом з'їздимо, не яка далечінь. Ми швиденько. А скажемо — на базар.</w:t>
      </w:r>
    </w:p>
    <w:p>
      <w:r>
        <w:br/>
        <w:t>...Обідали довго й з горілкою: Павло вніс із багажника старанно закутушкану пляшку "Російської", сам розлив усім порівну, сам і тост виголосив:</w:t>
      </w:r>
    </w:p>
    <w:p>
      <w:r>
        <w:br/>
        <w:t>— Ну, за встрєчу. За знайомство з невісткою та онуком.</w:t>
      </w:r>
    </w:p>
    <w:p>
      <w:r>
        <w:br/>
        <w:t>— І щоб усе було харашо,— вставила Дзякунка.</w:t>
      </w:r>
    </w:p>
    <w:p>
      <w:r>
        <w:br/>
        <w:t>— Всьо в наших руках,— сказав Павло.</w:t>
      </w:r>
    </w:p>
    <w:p>
      <w:r>
        <w:br/>
        <w:t>— Як умієш жити, то все харашо й буде,— багатозначно вирік Дзякун.</w:t>
      </w:r>
    </w:p>
    <w:p>
      <w:r>
        <w:br/>
        <w:t>— За здоров'я наших батьків,— і моїх, і твоїх, Павлушо,—сказала Рита і почаркувалася з свекром та свекрухою.</w:t>
      </w:r>
    </w:p>
    <w:p>
      <w:r>
        <w:br/>
        <w:t>Випили і взялися до їжі: смаженої картоплі з малосольними огірками, холодного курячого борщу на вершкові та жовтках, пухких пирогів з усякою начинкою та сметани. Тільки Борко вже не їв, а мовчки ліз дідові на коліна, торкав його за вуса й зосереджено сопів. Дзякун розчулився, легенько надавив недавно вставленими зубами рожевий онуковий палець, а невістці сказав повчально:</w:t>
      </w:r>
    </w:p>
    <w:p>
      <w:r>
        <w:br/>
        <w:t>— Тепер, дочко, твої батьки — і Павлушині батьки, а Павлушині — і твої.</w:t>
      </w:r>
    </w:p>
    <w:p>
      <w:r>
        <w:br/>
        <w:t>— Так оце кортить сватів побачити хоч одним оком,— медовим голоском мовила Дзякунка. Вона вже й сп'яніла і ледь не обмовилася була про завтрашні хрестини, та вчасно схаменулася.— А тут же й недалеко. Скільки, старий, од нас до Шишак?</w:t>
      </w:r>
    </w:p>
    <w:p>
      <w:r>
        <w:br/>
        <w:t>— Навпростець верстов сімдесят буде,— прикинув Никифор.</w:t>
      </w:r>
    </w:p>
    <w:p>
      <w:r>
        <w:br/>
        <w:t>— А я от скільки не наблюдаю життя,— повільно й таким тоном, що примушує слухати, сказав Павло,— то зробив вивод, що жінчиним і чоловіковим батькам бачитися не треба. Ті не понаравляться тим, ті — тим, слово за слово... Ті нашепчуть дочці, ті — сипові. І пішло: лайки, ссори...</w:t>
      </w:r>
    </w:p>
    <w:p>
      <w:r>
        <w:br/>
        <w:t>Никифор аж прикахикнув удоволено: ай розумний, шеймин хлопець! Справді, хто б це гнав новісіньку машину грунтовою дорогою до Шишак і назад! Що вона — на дурину досталася? А свати, як схотять породичатися зблизька, то приїдуть і автобусом.</w:t>
      </w:r>
    </w:p>
    <w:p>
      <w:r>
        <w:br/>
        <w:t>По обіді Павло урочисто одімкнув чемодани й роздав подарунки: матері чорну лискучу плюшку, так круто посипану нафталіном, що в хаті одразу запахло промтоварною крамницею, глибокі калоші на червоній підкладці, а батькові костюм, сірий у сосонку,— за шістнадцять карбованців і сорок дві копійки. Рита подарувала свекрові зелену нейлонову сорочку з твердим, ніби луб'яним коміром, а свекрусі в'язану кофту й донську пухову хустку — все дороге й гарне, придбане за дві виховательські зарплати.</w:t>
      </w:r>
    </w:p>
    <w:p>
      <w:r>
        <w:br/>
        <w:t>Никифор тут же все й надів: хай дивляться люди, що діти привезли. А Дзякунка поховала своє добро в скриню, шкодуючи, що не може й вона, як чоловік, прибратися в нове — не сезон.</w:t>
      </w:r>
    </w:p>
    <w:p>
      <w:r>
        <w:br/>
        <w:t>Потім Рита приколихала Борка, взяла сапку й пішла на грядки, хоч її відмовляли, а Павло завів машину під грушу, перевдягнувся і пішов у повітку спочивати на пахучому цьогорічному сінові.</w:t>
      </w:r>
    </w:p>
    <w:p>
      <w:r>
        <w:br/>
        <w:t>Коли до повітки навшпиньки увійшов Никифор, щоб подивитися, чи добре синові лежиться та чи не тягне йому в якусь щілину, Павло спитав у нього крізь дрімоту:</w:t>
      </w:r>
    </w:p>
    <w:p>
      <w:r>
        <w:br/>
        <w:t>— А риба, тату, в нашій річці е?</w:t>
      </w:r>
    </w:p>
    <w:p>
      <w:r>
        <w:br/>
        <w:t>— Є, синок. Щучки, карасі, лини... Раки трапляються, ну мало. Як хочеш, то я візьму завтра кімлі в Семена Портнівського, та й підеш з кимось із хлопців повтішаєшся.</w:t>
      </w:r>
    </w:p>
    <w:p>
      <w:r>
        <w:br/>
        <w:t>— Я й сам піймаю. Аби кімля добра, не драна.</w:t>
      </w:r>
    </w:p>
    <w:p>
      <w:r>
        <w:br/>
        <w:t>— І то таке,— погодився Никифор, міркуючи сам собі, що й тут правда на синовому боці: сам що піймав, те й твоє, а вдвох, то на двох і ділити треба.</w:t>
      </w:r>
    </w:p>
    <w:p>
      <w:r>
        <w:br/>
        <w:t>В хаті Дзякунка поквапливим шепотом оповіла чоловікова що онук їхній не хрещений, що завтра вони з Ритою — тільки щоб Павлуша, боже сохрани, не довідався, бо йому не можна,— подадуться в Опішнє або в Покрівське просто додому до батюшки і що Рита на це пристала.</w:t>
      </w:r>
    </w:p>
    <w:p>
      <w:r>
        <w:br/>
        <w:t>— Отаку жінку Павлуша знайшов,— аж похлиналася радісним шепотом Дзякунка.— Що розумна, що культурна, а що ще й проста!</w:t>
      </w:r>
    </w:p>
    <w:p>
      <w:r>
        <w:br/>
        <w:t>— Павлушко наш ні в чому не прошибе,— гордовито мовив Никифор.— В нього й по роботі порядок, і дома, і в машині. Бачила, як там усе заслано та блищить? О-о-о!</w:t>
      </w:r>
    </w:p>
    <w:p>
      <w:r>
        <w:br/>
        <w:t>І раділи, обоє: Дзякунка вголос дякувала богу до ікони, а Дзякун повільно розгладжував вуса великим пальцем.</w:t>
      </w:r>
    </w:p>
    <w:p>
      <w:r>
        <w:br/>
        <w:t>Тоді домовилися, що покличуть на завтра Дзякунчину сестру-одиначку, щоб витопила й приготувала все до гулянки — ніби просто так, заради приїзду гостей — і що Никифор допоможе їй поратися. А ще порішили, кого кликати: тільки своїх, родичів. І перерахували всіх по пальцях. Набралося чимало, душ п'ятнадцять, то п'ятьох, із Забродівського хутора, одкинули: почують од когось — пообижаються та й забудуть, а не прочують — ще краще.</w:t>
      </w:r>
    </w:p>
    <w:p>
      <w:r>
        <w:br/>
        <w:t>Кінчили раду тим, що Дзякун сказав:</w:t>
      </w:r>
    </w:p>
    <w:p>
      <w:r>
        <w:br/>
        <w:t>— Купиш в Опішньому мняса. Спечемо каклст до картоплі штук сорок. Я колись, як був у городі, їв у чайній, так добрі.</w:t>
      </w:r>
    </w:p>
    <w:p>
      <w:r>
        <w:br/>
        <w:t>Никифор одрахував із свого гаманця десять карбованців од пенсії і подав жінці.</w:t>
      </w:r>
    </w:p>
    <w:p>
      <w:r>
        <w:br/>
        <w:t>— А чи зуміємо ж? — стурбувалася Параска.</w:t>
      </w:r>
    </w:p>
    <w:p>
      <w:r>
        <w:br/>
        <w:t>— Чом не зуміємо,— одказав Никифор.— Я позичу в директорші машинку та м'ясо скручу, а ви з Ритою поліпите, як вернетесь. Не велика мудрація.</w:t>
      </w:r>
    </w:p>
    <w:p>
      <w:r>
        <w:br/>
        <w:t>Потоптався по хаті й рушив до дверей.</w:t>
      </w:r>
    </w:p>
    <w:p>
      <w:r>
        <w:br/>
        <w:t>— Піду подивлюся, як там машина.</w:t>
      </w:r>
    </w:p>
    <w:p>
      <w:r>
        <w:br/>
        <w:t>Другого дня, як сонце тільки-но стало над опішняпськими крутоярами, Дзякунка й Рита з Борком на руках, святково вдягнені й схвильовані своєю таємницею, вже були на базарі. Скупилися швидко. І Дзякунка між ділом розпитала у базарових опішнян, де краще охрестити дитину, — тут а чи в Покрівському. Баби наввипередки радили їхати її Покрівське: там батюшка молодий, має добрий бас і молитву читає всю. А тутешній уже такий шкарбун, що тільки крекче та кашляє і ні читати не бачить, ні по пам'яті не вчеше — забуває.</w:t>
      </w:r>
    </w:p>
    <w:p>
      <w:r>
        <w:br/>
        <w:t>Покрівського попа застали вдома. Дін стояв на ґанку в хромових офіцерських чоботях та новій, либонь, недільній рясі, сипав курям пшеницю з коряка і рокотав басом:</w:t>
      </w:r>
    </w:p>
    <w:p>
      <w:r>
        <w:br/>
        <w:t>— Ціпоньки-ціпоньки, путь-путь-путь...</w:t>
      </w:r>
    </w:p>
    <w:p>
      <w:r>
        <w:br/>
        <w:t>Забачивши прихожан, він анітрохи не знітився, кивнув привітно і посипав курям доти, доки не кінчилося зерно. Тоді одніс коряк у веранду, повернувся й сказав:</w:t>
      </w:r>
    </w:p>
    <w:p>
      <w:r>
        <w:br/>
        <w:t>— Проходьте до господи.</w:t>
      </w:r>
    </w:p>
    <w:p>
      <w:r>
        <w:br/>
        <w:t>Батюшка був і справді молодий, гарний з лиця, добре виголеного побіля жовтуватої, з полиском, борідки, ще й духами міцно пах. Останнє Дзякунці не сподобалося. "Надушився, як парубок",— подумала.</w:t>
      </w:r>
    </w:p>
    <w:p>
      <w:r>
        <w:br/>
        <w:t>У світлиці, завішаній образами — в рушниках і без них, стояла півсутінь, бо віконниці од сонячного боку було зачинено, на покутті тихо горіла лампадка, і пахло пирогами з капустою.</w:t>
      </w:r>
    </w:p>
    <w:p>
      <w:r>
        <w:br/>
        <w:t>Рита з Борком, що посапував уві сні, стала на порозі, тихо поздоровкалась і втупила очі в підлогу, а Дзякунка познамувалася до батюшки і перехрестилася до ікон, що ледь жевріли в світлі лампадки. Тоді сказала:</w:t>
      </w:r>
    </w:p>
    <w:p>
      <w:r>
        <w:br/>
        <w:t>— Хлопчика, святий отче, привезли охрестити. То не відмовте, бо здалеку ми.</w:t>
      </w:r>
    </w:p>
    <w:p>
      <w:r>
        <w:br/>
        <w:t>— Кума? — спитав піп, глянувши на Риту.</w:t>
      </w:r>
    </w:p>
    <w:p>
      <w:r>
        <w:br/>
        <w:t>— Невістка, батюшка. А то — внук, Борко.</w:t>
      </w:r>
    </w:p>
    <w:p>
      <w:r>
        <w:br/>
        <w:t>— Угу. Хреститься вмієте? — поцікавився батюшка в Рити.— Ні? — Зітхнув не тяжко і не сумно, а як людина, якій це не в новину, увімкнув електричну плитку й поставив па неї велику луджену миску з водою. Потім підійшов до Рити, заглянув в обличчя Боркові й сказав лагідно: — Спить младепсць? Хай поспить, поки вода нагріється. А хреститься, жінко, так: складаєте тросперстя, кладете його па чоло, потім на живіт, па право й ліве плече. Спробуйте.— І ледь посміхнувся.</w:t>
      </w:r>
    </w:p>
    <w:p>
      <w:r>
        <w:br/>
        <w:t>Рііта звела руку, що стала раптом важкою, і перехрестилася.</w:t>
      </w:r>
    </w:p>
    <w:p>
      <w:r>
        <w:br/>
        <w:t>— Оттак,— вдоволено прогув отець.— Просто і красиво. Звичаї предків своїх треба знати.— І звернувся вже до Дзякунки: — Хто ж буде младенця держати? Вам, ви ж знаєте, не можна. Матері — теж.</w:t>
      </w:r>
    </w:p>
    <w:p>
      <w:r>
        <w:br/>
        <w:t>— А як матушку попросить? Може б, вона... Бо ми ж у такий світ забилися... Уважте вже, святий отче,— заблагала Дзякунка.</w:t>
      </w:r>
    </w:p>
    <w:p>
      <w:r>
        <w:br/>
        <w:t>— Гаразд,— погодився отець. Попробував пальцем воду, зняв миску й поставив її па стілець, ближче до покуття.— Крижмо є? — спитав, ідучи до дверей, що вели, мабуть, на кухню, де побрязкував посуд.</w:t>
      </w:r>
    </w:p>
    <w:p>
      <w:r>
        <w:br/>
        <w:t>— Є, отче, е,— поквапливо одказала Дзякунка й вийняла з кошика сувійчик ситцю.</w:t>
      </w:r>
    </w:p>
    <w:p>
      <w:r>
        <w:br/>
        <w:t>Незабаром батюшка повернувся й зодяг єпітрахиль, що тьмяно сіяла сріблом та золотом, і в світлиці стало ще урочистіше. Потім увійшла матушка у всьому темному, привіталася тихо, взяла з рук у Рити Борка і посміхнулася їм ласкаво.</w:t>
      </w:r>
    </w:p>
    <w:p>
      <w:r>
        <w:br/>
        <w:t>Батюшка правив по пам'яті й швидко, як би добрий тесля тесав. Бас його приглушено рокотав до ікон і то гучнішав, то спадав до проникливого шепоту; час від часу він хрестився тричі, пружно та замашно (тоді хрестилася й матушка) і вклонявся іконам — самою головою, як розбалуваний увагою публіки актор.</w:t>
      </w:r>
    </w:p>
    <w:p>
      <w:r>
        <w:br/>
        <w:t>Борко, голенький, загорнутий лише в ситець — крижмо, вп'явся опуклими оченятами в лампадку, посміхався і вказував на неї пальцем.</w:t>
      </w:r>
    </w:p>
    <w:p>
      <w:r>
        <w:br/>
        <w:t>Та ось батюшка вмовк, узяв зі столика ножиці й вистрггг у Борковому чубчикові хрестик, промовляючи: "Во ім'я отця, і сина, і святаго духа". Тоді вмісив пучку рудого волосся у віск і вкинув у миску з водою. Матушка розгорнула Борка, подала голенького на руки батюшці, і він умочив його ноженятами в воду — раз, вдруге і втретє, примовляючи через паузи: "Во ім'я отця... і сина... і святаго духа. Амінь",</w:t>
      </w:r>
    </w:p>
    <w:p>
      <w:r>
        <w:br/>
        <w:t>Рита почувалася немовби в напівсні, немовби в тому, що відбувалося зараз, замкнувся весь світ і не було надворі ні сонця, ні попових курей, ні накоченої, аж блискучої дороги степової від Опішнього сюди.</w:t>
      </w:r>
    </w:p>
    <w:p>
      <w:r>
        <w:br/>
        <w:t>— Дар божий,— м'яко пробасив батюшка і чимось намастив Боркові лобик, ніжки, рученята. В світлиці запахло оливою.</w:t>
      </w:r>
    </w:p>
    <w:p>
      <w:r>
        <w:br/>
        <w:t>— Отрекаєтесь лі от діявола? — спитав піп.</w:t>
      </w:r>
    </w:p>
    <w:p>
      <w:r>
        <w:br/>
        <w:t>— Отрекаюсь,— прошепотіла матушка.</w:t>
      </w:r>
    </w:p>
    <w:p>
      <w:r>
        <w:br/>
        <w:t>— Дуньте і плюньте.</w:t>
      </w:r>
    </w:p>
    <w:p>
      <w:r>
        <w:br/>
        <w:t>Матушка тричі легенько дмухнула і тричі легенько сплюнула. І коли отець проспівав: "Єліце во Криста крестітеся і влєкостеся",— віддала Борка Риті й сказала:</w:t>
      </w:r>
    </w:p>
    <w:p>
      <w:r>
        <w:br/>
        <w:t>— Можна вдягати. А крижмо візьміть собі... Далеко вам їхати? Нічого, скоро буде автобус,—поторкала тонким пальчиком Борків ніс, усміхнулася й, кивнувши свекрусі та невістці, вийшла.</w:t>
      </w:r>
    </w:p>
    <w:p>
      <w:r>
        <w:br/>
        <w:t>— Скільки ж з нас? — шепотом спитала Дзякунка.</w:t>
      </w:r>
    </w:p>
    <w:p>
      <w:r>
        <w:br/>
        <w:t>— Як з усіх,— зітхнув батюшка.— П'ять. А якщо дитину держить матушка — десять.</w:t>
      </w:r>
    </w:p>
    <w:p>
      <w:r>
        <w:br/>
        <w:t>Дзякунка дістала з-за пазухи білий вузлик, розв'язала його зубами й подала попові теплу десятку.</w:t>
      </w:r>
    </w:p>
    <w:p>
      <w:r>
        <w:br/>
        <w:t>"Ач, яку грінку вбив за півчаса",— подумала неприязно і попросила смиренно:</w:t>
      </w:r>
    </w:p>
    <w:p>
      <w:r>
        <w:br/>
        <w:t>— На часточку, батюшка, запишете Микиту, Марфу</w:t>
      </w:r>
    </w:p>
    <w:p>
      <w:r>
        <w:br/>
        <w:t>і новопреставленого Мефодія.</w:t>
      </w:r>
    </w:p>
    <w:p>
      <w:r>
        <w:br/>
        <w:t>— Гаразд,— пообіцяв молодик, навіть не пробуючи запам'ятати імена усопших.</w:t>
      </w:r>
    </w:p>
    <w:p>
      <w:r>
        <w:br/>
        <w:t>Коли опинилися за ворітьми, Рита сказала, ледь примруживши гарненькі очі:</w:t>
      </w:r>
    </w:p>
    <w:p>
      <w:r>
        <w:br/>
        <w:t>— Такий красивий та привітний...</w:t>
      </w:r>
    </w:p>
    <w:p>
      <w:r>
        <w:br/>
        <w:t>Дзякунка помітила той дівоцький прижмур і мовила сердито:</w:t>
      </w:r>
    </w:p>
    <w:p>
      <w:r>
        <w:br/>
        <w:t>— Еге ж, за десятку можна і в янгола обернутися, лодім виденько до антобуза, бо пече так, що ще й мнясо пропахне, то будуть нам хрестини.</w:t>
      </w:r>
    </w:p>
    <w:p>
      <w:r>
        <w:br/>
        <w:t>І вперше подумала про невістку погано:</w:t>
      </w:r>
    </w:p>
    <w:p>
      <w:r>
        <w:br/>
        <w:t>"Ба, як швидко придивилася. Для такої треба добру вуздечку..."</w:t>
      </w:r>
    </w:p>
    <w:p>
      <w:r>
        <w:br/>
        <w:t>Павло прокинувся рано і, доки батько сходив по кімлю, встиг уже спорядити вдягачку на рибу: знайшов у повітці стару батькову сорочку, драну на ліктях, полатані, батькові ж таки, штани, що не сходилися йому в поясі, то доточив петельку з мотузочка, та шкарубкі чоботи з відстрялими підошвами — хоч і тектимуть, зате ноги не попробиває на корчах і очеретяній стерні.</w:t>
      </w:r>
    </w:p>
    <w:p>
      <w:r>
        <w:br/>
        <w:t>Так у дранті й до річки надумав був іти, але батько розрадив:</w:t>
      </w:r>
    </w:p>
    <w:p>
      <w:r>
        <w:br/>
        <w:t>— Ні, синок,— сказав,— куди ж воно... Це як селянинові, то і в такому личило б вигін перескочити. А тобі, при твоїй должності, при своїй машині, костюм он який — і таке дрантя... Ти краще бери кімлю, а я це обмундирування пронесу під полою. Торбу злагодив?</w:t>
      </w:r>
    </w:p>
    <w:p>
      <w:r>
        <w:br/>
        <w:t>Павло показав чималу брезентову шаньку, пошиту разом з фартушками на стекла — воду в радіатор заливати.</w:t>
      </w:r>
    </w:p>
    <w:p>
      <w:r>
        <w:br/>
        <w:t>І рушили: попереду Павло в новому костюмі, черевиках та брилі, позаду Никифор з торбою, дрантям та чобітьми під полою.</w:t>
      </w:r>
    </w:p>
    <w:p>
      <w:r>
        <w:br/>
        <w:t>— Якби сонечко вгріло,— гомонів Дзякун,— і вода потеплішала б, і риба стала під берег, бо зараз вона гуляє.</w:t>
      </w:r>
    </w:p>
    <w:p>
      <w:r>
        <w:br/>
        <w:t>— Я й гулящу піймаю,— сказав Павло.</w:t>
      </w:r>
    </w:p>
    <w:p>
      <w:r>
        <w:br/>
        <w:t>Коло річки він перебрався в лахміття і зразу став ніяким не майстром заводським і не поважним гостем, а звичайнісіньким собі ковбишівським дядьком, що прийшов помогти бабам мочити коноплі — так попростішав ураз і навіть ре-готнув, оглянувши себе. А Никифорові аж прикро стало від того синового вигляду: наче перекинувся Павло із пана в попихачі...</w:t>
      </w:r>
    </w:p>
    <w:p>
      <w:r>
        <w:br/>
        <w:t>"Аби хоч не побачив хто",— подумав та й порадив синові:</w:t>
      </w:r>
    </w:p>
    <w:p>
      <w:r>
        <w:br/>
        <w:t>— Ти отамо поміж хвойлівськими очеретами бовтайся. Там линки є і з берега не видно, хто воно та що. А я перегодом прийду з одежею.</w:t>
      </w:r>
    </w:p>
    <w:p>
      <w:r>
        <w:br/>
        <w:t>І поспішив помагати жінчиній сестрі поратися коло печі, бо знав, що в неї до цього кебети не лишньої. Хіба не вивернула колись на різдво чавуняку холодцю. Тоді виправдовувалася, жалібно й гугняво: "Як воньо ж бо тут пече, а там тече, а тут тобі рьогач спав!" Никифор аж сплюнув сердито од тої згадки і майже підтюпцем подався додому.</w:t>
      </w:r>
    </w:p>
    <w:p>
      <w:r>
        <w:br/>
        <w:t>Павло вбрів у воду, шахнув одразу по груди, ахнув і заіржав — така вона була холодна. "Погано, що штани не застібаються. Треба було б свій комбінезон вдягти,— покаявся.— Так новісінький же ще..."</w:t>
      </w:r>
    </w:p>
    <w:p>
      <w:r>
        <w:br/>
        <w:t>За першою заставкою попалася в кімлю щука, золена й прудка. Павло кілька разів хапав її, та все невдало, щука випорскувала з пальців, доки не шубовснула у воду.</w:t>
      </w:r>
    </w:p>
    <w:p>
      <w:r>
        <w:br/>
        <w:t>— От тобі вже нема однієї—сердито буркнув Павло.— Так наловиш, роззяво!</w:t>
      </w:r>
    </w:p>
    <w:p>
      <w:r>
        <w:br/>
        <w:t>А тут па додачу в паху так жальнуло, мов старою кропивою, що аж присів і процідив крізь зуби: "І-і-іх! Треба було таки надіти комбінезон, хай він пропаде!"</w:t>
      </w:r>
    </w:p>
    <w:p>
      <w:r>
        <w:br/>
        <w:t>Заставив іще раз і довго грузився в муляці поперед кімлі, тримаючи її одною рукою, а другого ширяв у воду, як бовтом, та приказував: "Іди, іди... Виллазь!" Тоді рвучко витяг снасть — порожньо, сама ряска, сувої куширу, очо ретяні дудки та равлики. Сонце світило просто в кімлю, і все те зелене добро з водяного царства сліпило очі колючими кришталевими промінцями. Павло став поволі перегрібати п'ятірнею кушир і раптом: ляп-ляп — карась, широкий, у долоню, і червоний, мов з міді. Не роздивляючись, спровадив у брезентову торбу, що вже намокла і торохтіла.</w:t>
      </w:r>
    </w:p>
    <w:p>
      <w:r>
        <w:br/>
        <w:t>Далі він уже не чув, кусало його чи ні, а тихо крався поміж лататтям, розсовуючи його грудьми, нечутне занурював кімлю і товк ногами та веслом, по-хлоп'ячому приказував: "А дзінь-дзінь, щучка... Дзінь-дзінь-дзінь!"</w:t>
      </w:r>
    </w:p>
    <w:p>
      <w:r>
        <w:br/>
        <w:t>Коли піймав другу щуку і вкинув у торбу, подумав: "Оце було б дві".</w:t>
      </w:r>
    </w:p>
    <w:p>
      <w:r>
        <w:br/>
        <w:t>А як попалася й третя, аж уголос сказав:</w:t>
      </w:r>
    </w:p>
    <w:p>
      <w:r>
        <w:br/>
        <w:t>— А це було б уже три!</w:t>
      </w:r>
    </w:p>
    <w:p>
      <w:r>
        <w:br/>
        <w:t>Інколи ставав перепочити і слухав, як позаду нього сичать, влягаючись на своє місце, кушир та латаття, як сонечко гріс сухі плечі, а вода під берегом уже пе студить груди, обліплені сорочкою, а зогріває, ніжить м'яко, що отак би й заснув у її теплих обіймах... У незболочених закапелках при самому березі вода стояла така прозора, що видно було дно: тонкорунну зелену травицю, верболозове гілля, обліплене важкими зеленими кім'яхами бодяги, та муляву рибку дрібненьку, що стояла косячками проти тихої, ледь помітної течії.</w:t>
      </w:r>
    </w:p>
    <w:p>
      <w:r>
        <w:br/>
        <w:t>Неподалік на чистоводді, лишаючи за собою два тонкі водяні вуса, плив вуж. Поволі похолонуло в грудях, але він згадав, що вужі не кусаються, що в дитинстві навіть носив їх, ті холодні, гнучкі веретена, за пазухою, то тільки лоскотпо було — і заспокоївся. Од першої тої згадки про дитинство прокинулася й друга, третя... Як голяка ловив старим кошиком без дужок в'юнів та бобурців; як мало пе щодня, влітку і взимку, продирався в лузі крізь гущавину з сокирчиною за паском, і кожен пень був йому не просто пнем; а щасливою знахідкою, купкою дров; як пас череду отуто на прирічкових низах та пік у кізячковому жару степову картоплю, таку піскувату, що й хліба до неї пе треба; як ходив місячними вечорами зі своїми однокашниками молоденькою сивою сосною посеред села — "парубкував", а що дівчата-підлітки охочіше горнулися до старших, то зробили бубну, доп'яли десь стареньку балалайку і зманювали їх тим нехитрим оркестром до себе, хоча й цілуватися що не тямили, а тільки гогошились: торохтіли в бубну, тюгукали та свистіли в чотири пальці...</w:t>
      </w:r>
    </w:p>
    <w:p>
      <w:r>
        <w:br/>
        <w:t>Потім його виряджали у ФЗУ, і дівчатка співали йому під бубну з балалайкою прощальної пісні:</w:t>
      </w:r>
    </w:p>
    <w:p>
      <w:r>
        <w:br/>
        <w:t>Последний нынишний денечек Гуляю с вами я, друззя...</w:t>
      </w:r>
    </w:p>
    <w:p>
      <w:r>
        <w:br/>
        <w:t>І Настя Кушнірівська співала, вимовляючи не "друззя", а "друздя". А як ручкалися на прощання, чого ніколи раніше не робили, і розходилися, Настя вбгала йому в долоню напахчену дешевими духами хусточку з двома літерами, вишитими зеленою ниткою: Н+П. Любила ж, видно... А він, замість обняти, пригорнути дівчину, бувало, перечіпав її, ніби ненароком, або штовхав зненацька на соснину й реготів пришелепкувато. Да... Бачив її, як приїздив три роки тому до батька. За офіцера вийшла. Гарна зробилася, товстенька, щоки цвітуть... Ну, та й він не прогадав. Рита жінка добра, хоч і погулювала колись, чув од хлопців по роботі. Зате зараз ні-ні. Воно й краще, як замолоду покрутить, замужем смирніша буде...</w:t>
      </w:r>
    </w:p>
    <w:p>
      <w:r>
        <w:br/>
        <w:t>— Еге, чого ж це я стою,— сказав сам собі.— Там першу щуку прогавив, тепер — розмечтався. Уже б досі десятків зо два піймав.</w:t>
      </w:r>
    </w:p>
    <w:p>
      <w:r>
        <w:br/>
        <w:t>І заходився ловити: то мовчки, зосереджено, то з радісними вигуками, як траплялася добра рибина, то з піснею на одне слово: "Тру-ру-ру, тру-ру-ру..."</w:t>
      </w:r>
    </w:p>
    <w:p>
      <w:r>
        <w:br/>
        <w:t>В полудень прийшов Никифор з костюмом, черевиками та брилем. Аж тоді Павло вибрів на берег і, почуваючи млосну дріж у ногах, помився та перевдягся.</w:t>
      </w:r>
    </w:p>
    <w:p>
      <w:r>
        <w:br/>
        <w:t>— Чималенько накишкав,— сказав Никифор, виважуючи торбу. А сам подумав: "За що не візьметься, бісів хлопець, все в нього до ладу получаєцця! "</w:t>
      </w:r>
    </w:p>
    <w:p>
      <w:r>
        <w:br/>
        <w:t>Назад ішли помалу, бо Павло таки добряче натрудив ноги, ледве переставляв їх і вже вкотре шкодував: "Якби ота перша не втекла, якраз нормально було б. П'ятнадцять штук. А так тільки чотирнадцять".</w:t>
      </w:r>
    </w:p>
    <w:p>
      <w:r>
        <w:br/>
        <w:t>І та перша — п'ятнадцята — щука здавалася йому зараз найбільшою...</w:t>
      </w:r>
    </w:p>
    <w:p>
      <w:r>
        <w:br/>
        <w:t>— Якщо вже кликати когось із чужих, то нужних людей, полєзних, — сказав Павло, дізнавшись про гулянку — Голову колгоспу чи ще когось, хто вам пригодиться.</w:t>
      </w:r>
    </w:p>
    <w:p>
      <w:r>
        <w:br/>
        <w:t>— А що голова,— обережно заперечив Дзякун.— Поки на роботу ходили, поти й голова — голова. А зараз йому до нас діла немає, нам до нього. Пшеницю в механізаторів купуємо, пенція по закону йде. Хіба Митра Лободу гукнуть, лісника. То такий чоловік, що без нього не обернешся: дров треба — до Митра, сіна корові на зиму — до Митра, коней грядку виорати чи торфу привезти — знову ж таки до Митра.</w:t>
      </w:r>
    </w:p>
    <w:p>
      <w:r>
        <w:br/>
        <w:t>Так і порішили: кликати лісника та ще директора школи з директоршею. Останніх Павло забажав. Як-не-як — люди вони культурні, шановані в селі, до того ж якби не директор, бути б Павлові й досі слюсарем. То ж бо директор тяг його до сьомого класу, можна сказати, за вуха: просив, умовляв, примушував — і таки вивів у люди. Адже перше, що в Павла спитали, коли висували в майстри — яка освіта. Сім класів. Не п'ять і не шість, а сім! Може, це й виручило, бо кандидатур на бригадирство було аж три.</w:t>
      </w:r>
    </w:p>
    <w:p>
      <w:r>
        <w:br/>
        <w:t>І ще домовилися: родичі посходяться й самі, а Митра Лободу та директора з директоршею слід привезти машиною. Це раз. Друге: родичі, як люди свої, питимуть і самогонку, а чужим треба взяти лавочної, бо — невдобно. Митро, правда, такий, що й гарячу смолу питиме, а директора й директоршу треба пригостити по-культурному...</w:t>
      </w:r>
    </w:p>
    <w:p>
      <w:r>
        <w:br/>
        <w:t>Надвечір стали сходитися гості, ближні й дальні дзякунівські родичі — брати, сестри, племінники й племінниці, навіть один онук, сержант понадстрокової служби. Жіноцтво, перецілувавшись, мерщій розв'язувало вузлики й обдаровувало Борка гостинцями, які він мовчки на вибір поїдав, з усіх боків обдивлялося Риту, нову свою родичку, і, вдоволене, заходилося допомагати поратися коло риби, печі та столів. Чоловіки ж повсідалися під грушею біля "Москвича", закурили і завели свою балачку: розпитували у Павла про ті краї, де він живе, про те, чи й досі є в Ростові вурки, про роботу, "квартирю" і знов-таки про заробітки. І за всім цим у кожного чаїлося найголовніше питання: де можна взяти такі гроші, щоб купити машину? Однак про це мовчали, вважаючи, що то "не вашого ума діло". Тільки сержант-надстроковик ні про що Павла не розпитував, а сам, улучивши мовчанку, поривався розповідати і починав здалеку: "А вот в нашій часті, де я служу..." Він щойно приїхав у відпуску і тепер з нетерпінням ждав, коли вона закінчиться: адже в частині його вже, мабуть, оформили на нове, незвичне й красиве звання — прапорщик! Одначе сержанта слухали не так уважно, як Павла — кожен служив свого часу,— і часто перебивали.</w:t>
      </w:r>
    </w:p>
    <w:p>
      <w:r>
        <w:br/>
        <w:t>Коли сонце торкнулося очеретів понад річкою, Павло розчохлив машину й поїхав за почесними гостями, міркуючи по дорозі, як бути: забрати директора з директоршею і Лободу разом чи привезти їх окремо. І що взяти — коньяку та шампанського чи горілки та вина. Так, вагаючись, і до крамниці увійшов.</w:t>
      </w:r>
    </w:p>
    <w:p>
      <w:r>
        <w:br/>
        <w:t>У крамниці було велелюдно, як і всякого недільного дня: чоловіки брали по маленькій і йшли в берег посидіти, жінки розкошелювалися на "концерви" з риби та чорне якесь повидло, дітвора товпилася за цукерками.</w:t>
      </w:r>
    </w:p>
    <w:p>
      <w:r>
        <w:br/>
        <w:t>Павло привітався до всіх своїм "С-с-тє!" і, відчуваючи, що усі на нього дивляться, сказав до продавщиці несподівано для себе самого:</w:t>
      </w:r>
    </w:p>
    <w:p>
      <w:r>
        <w:br/>
        <w:t>— Дві коньяку, дві —шампанського.</w:t>
      </w:r>
    </w:p>
    <w:p>
      <w:r>
        <w:br/>
        <w:t>І виклав на прилавок аж чотири десятки, хоч треба було три.</w:t>
      </w:r>
    </w:p>
    <w:p>
      <w:r>
        <w:br/>
        <w:t>Коли виходив з пляшками, почув за спиною нетерплячий шепіт, від якого приємно замлоїло в грудях:</w:t>
      </w:r>
    </w:p>
    <w:p>
      <w:r>
        <w:br/>
        <w:t>— Хто ж то воно?</w:t>
      </w:r>
    </w:p>
    <w:p>
      <w:r>
        <w:br/>
        <w:t>— Та Павло Дзякунів, хіба не впізнали?</w:t>
      </w:r>
    </w:p>
    <w:p>
      <w:r>
        <w:br/>
        <w:t>— Ти ди', яким козирем став.</w:t>
      </w:r>
    </w:p>
    <w:p>
      <w:r>
        <w:br/>
        <w:t>— Видно ж, і грошви!..</w:t>
      </w:r>
    </w:p>
    <w:p>
      <w:r>
        <w:br/>
        <w:t>Директор школи Іван Лукич, а по-ковбишівськи просто Лукич, зустрів Павла надворі з помийною цеберкою в руках — поросяті виносив,— розчулився вкрай, забідкався, що не може в такому вигляді обняти дорогого гостя. Лукич був людиною м'якої, навіть ніжної вдачі, понад усе любив діяльність і мав у селі безліч обов'язків: директорував, читав лекції на фермах та польовому стані, збирав місцевий фольклор, завідував народним музеєм, співав у клубному хорі, грав найскладніші ролі в п'єсах, які сам же й ставив, був членом сільвикопкому й головою товариського суду...</w:t>
      </w:r>
    </w:p>
    <w:p>
      <w:r>
        <w:br/>
        <w:t>Вислухавши Павлове запрошення їхати в гості машиною, Лукич благальне замахав руками, знявши їх догори:</w:t>
      </w:r>
    </w:p>
    <w:p>
      <w:r>
        <w:br/>
        <w:t>— Що ти, що ти, Павлику, ми люди не горді, прийдемо й пішки. Скільки ж тут їхати! І загукав на грядки до дружини:</w:t>
      </w:r>
    </w:p>
    <w:p>
      <w:r>
        <w:br/>
        <w:t>— Наташо Пилипівно! А кидай лишень сапу та перевдягайся, Павлуша ось кличе нас у гості. Він провів Павла до машини і все казав:</w:t>
      </w:r>
    </w:p>
    <w:p>
      <w:r>
        <w:br/>
        <w:t>— Повиростали мої орлики, розлетілися межи люди. От і ти — мужчина вже, повноцінний громадянин. Так і мусить бути.—І додав латиною улюблену свою завчену ще в інституті фразу.</w:t>
      </w:r>
    </w:p>
    <w:p>
      <w:r>
        <w:br/>
        <w:t>Митро Лобода, уже напідпитку, погодився їхати не одразу.</w:t>
      </w:r>
    </w:p>
    <w:p>
      <w:r>
        <w:br/>
        <w:t>— До мене сьогодні дзвонили з області, приставний буде. Роботу перевірятиме,— сказав і подивився уздовж вулиці так, ніби "приставник" мав ось зараз виткнутися з-за крайньої хати. В селі знали, що Митра хлібом не годуй, а дай повеличатися службою. Якщо до нього, приміром, звертався По допомогу хтось із рядових селян, Митро казав: "Ніколи сьогодні. Жду приставника з району",— якщо ж хтось із поважніших — голова кооперації, бригадир чи лавочник, брав вище: область.</w:t>
      </w:r>
    </w:p>
    <w:p>
      <w:r>
        <w:br/>
        <w:t>Так і стояли перед ворітьми: Митро не поспішав йти в двір, Павло — сідати за руль, бо знав, що "полєзні дюди" люблять поноровитися. І чим дрібніші за посадою, тим дужче.</w:t>
      </w:r>
    </w:p>
    <w:p>
      <w:r>
        <w:br/>
        <w:t>— Ну що ж...— сказав Павло по довгій мовчанці й ступив крок до машини.— Якщо таке діло, то...</w:t>
      </w:r>
    </w:p>
    <w:p>
      <w:r>
        <w:br/>
        <w:t>— А може, його сьогодні й не буде, чорт-тього зна! —•швидко сказав Митро.</w:t>
      </w:r>
    </w:p>
    <w:p>
      <w:r>
        <w:br/>
        <w:t>За мить він уже хряпнув дверцятами, опустив скло й відкинувся на спинку сидіння.</w:t>
      </w:r>
    </w:p>
    <w:p>
      <w:r>
        <w:br/>
        <w:t>— Паняй! — кинув недбало, ніби Павло був його власним шофером.</w:t>
      </w:r>
    </w:p>
    <w:p>
      <w:r>
        <w:br/>
        <w:t>Павло не образився. Він звик терпіти потрібних людей, то тільки посміхнувся й погнав машину.</w:t>
      </w:r>
    </w:p>
    <w:p>
      <w:r>
        <w:br/>
        <w:t>— Багато бензину жере? — спитав Митро так, немовби він також мав машину і вона "жерла" багато бензину.</w:t>
      </w:r>
    </w:p>
    <w:p>
      <w:r>
        <w:br/>
        <w:t>— Смотря яка дорога,— одказав Павло.</w:t>
      </w:r>
    </w:p>
    <w:p>
      <w:r>
        <w:br/>
        <w:t>Далі не знайшлося про що говорити, дарма що колись разом училися в школі, писали бузиновим чорнилом, билися в кулі, парубкували в сосні з обклеєною газетами балалайкою, щоб не розпалася, та саморобною бубною.</w:t>
      </w:r>
    </w:p>
    <w:p>
      <w:r>
        <w:br/>
        <w:t>Коли те було!</w:t>
      </w:r>
    </w:p>
    <w:p>
      <w:r>
        <w:br/>
        <w:t>Гулянки, однак, не вийшло. Почалося з того, що Домаха, Дзякунчина сестра, яка старшинувала коло печі, забула про рибу, і вона пригоріла одним боком. Промазав і Дзякун, підпоївши лісника в коморі, доки домовлявся з ним про вільху на шалівку. А оскільки розмова мала бути відвертою, то й сам хильнув. Отож, коли гості випили по першій, Митро ні сіло ні впало з'єрепенився, що перед ним пе поставили, як перед директором, коньяку, розсердився, пив домашню чарку за чаркою і тільки з сержантом.</w:t>
      </w:r>
    </w:p>
    <w:p>
      <w:r>
        <w:br/>
        <w:t>— Служба!— гукав через стіл.— Давай удвохі За армію. Люблю армію! Там — усі рівні! П'ємо за армію.</w:t>
      </w:r>
    </w:p>
    <w:p>
      <w:r>
        <w:br/>
        <w:t>Директор, аби якось приборкати колишнього свого учня, пересів разом з коньяком до нього, гладив плечі, шепотів на вухо, мабуть, щось лагідне й примирливе, бо лице так і промінилося батьківською ласкою, але це, либонь, ще дужче розджохкувало Лободу, бо він виривався з обіймів і сікався до Павла:</w:t>
      </w:r>
    </w:p>
    <w:p>
      <w:r>
        <w:br/>
        <w:t>— Ти, хамаршельда! Чуєш? Признавайся: на чому латаєшся, що таким паном прикотив? Заробив? Брехня! Мовчиш! Тож-то й воно!.. Солдат, починай:</w:t>
      </w:r>
    </w:p>
    <w:p>
      <w:r>
        <w:br/>
        <w:t>Дальяевосточная-а, Опорра прочная-а...</w:t>
      </w:r>
    </w:p>
    <w:p>
      <w:r>
        <w:br/>
        <w:t>— Ти закусюй, Митре,— холодно сказав Павло.</w:t>
      </w:r>
    </w:p>
    <w:p>
      <w:r>
        <w:br/>
        <w:t>— Що — Митре? У Митра, думаєш, менше грошей, ніж у тебе? Дзуськи! У Митра, щоб ти знав, на кожному дубі — хромові чоботи висять! І на кожній вільсі!..</w:t>
      </w:r>
    </w:p>
    <w:p>
      <w:r>
        <w:br/>
        <w:t>— Не треба, не треба, Митрику,— воркотав директор.— Висять, віримо. От і добре... А тепер заспіваємо. Помагай, Наташо Пилипівно.</w:t>
      </w:r>
    </w:p>
    <w:p>
      <w:r>
        <w:br/>
        <w:t>І почав чистісіньким тенором:</w:t>
      </w:r>
    </w:p>
    <w:p>
      <w:r>
        <w:br/>
        <w:t>Ой гаю мій, гаю, Зелений мій гаю,</w:t>
      </w:r>
    </w:p>
    <w:p>
      <w:r>
        <w:br/>
        <w:t>Чом на тобі, гаю, Листя, листячка немає...</w:t>
      </w:r>
    </w:p>
    <w:p>
      <w:r>
        <w:br/>
        <w:t>Митро й справді принишк, мов дитина, якій дали циці, похилив голову й тихо заплакав.</w:t>
      </w:r>
    </w:p>
    <w:p>
      <w:r>
        <w:br/>
        <w:t>— ...А вот в нашей часті, де я в даний момент служу, — розповідав Риті сержант, перекрикуючи пісню,— у кожного молодшого командира, як і в офіцерів, три форми: парадна, вихідна й робоча. В даний момент на мені парадна...</w:t>
      </w:r>
    </w:p>
    <w:p>
      <w:r>
        <w:br/>
        <w:t>— А чого б мені не випити, Лукич, скажіть,— з п'яною делікатністю допитувався в директора Дзякун, коли пісня скінчилася,— як до мене син приїхав? Та ще який! Ви ж не дасте збрехати: якби щоб не таке врем'я, як тоді було, хіба б він не вивчився на инжинера чи ще когось? Вивчився б. В нього й зараз двадцять сім душ. І всі слухають. Бо — вміє...</w:t>
      </w:r>
    </w:p>
    <w:p>
      <w:r>
        <w:br/>
        <w:t>— Павлуша — золото,— погоджувався директор, смакуючи непідгорілим риб'ячим боком,—уважний, витриманий... Золото!</w:t>
      </w:r>
    </w:p>
    <w:p>
      <w:r>
        <w:br/>
        <w:t>Почувши цю розмову, Митро Лобода вибрався з-за столу, хисткою ходою підійшов до Павла й міцно, як арканом, обійняв його за шию.</w:t>
      </w:r>
    </w:p>
    <w:p>
      <w:r>
        <w:br/>
        <w:t>— А пам'ятаєш, друг Павло, як ми з тобою... У-у-у! Не згадуй! Думаєш, я забув? Ні! То твоя молодиця? — тицьнув пальцем у Риту.— Ей, молодице приєжджа! Хочеш, я тобі розкажу, який твій чоловік у дитинстві, ще до ФЗУ, був?.. Руде, скупе, витрішкувате... Тільки ти, Павлушо, не обижайся, я по-дружеськи...— і засміявся хрипко.— їй-богу, не брешу! А тепер диви: пан, хамаршельда! Ні, скажи хоч ти, бо він не хоче, на чому він латається, га?</w:t>
      </w:r>
    </w:p>
    <w:p>
      <w:r>
        <w:br/>
        <w:t>—Додому, Митрику, додому. Спать,—лагідно порадив Лукич, геть розм'якнувши від чарки.— А завтра із свіжими силами — до праці.</w:t>
      </w:r>
    </w:p>
    <w:p>
      <w:r>
        <w:br/>
        <w:t>— Ні, хай скаже! — п'яно реготів Митро і так стис Павлові шию, що той аж побуряковів, підвівся, виважуючи на собі лісника, й під вигуки захоплення та регіт компанії поніс його з хати.</w:t>
      </w:r>
    </w:p>
    <w:p>
      <w:r>
        <w:br/>
        <w:t>Опинившись за ворітьми на лавочці, Митро скрипнув зубами, глибоко зітхнув і сказав уже крізь сон:</w:t>
      </w:r>
    </w:p>
    <w:p>
      <w:r>
        <w:br/>
        <w:t>— Нас — не проведеш. Ні-і-і...</w:t>
      </w:r>
    </w:p>
    <w:p>
      <w:r>
        <w:br/>
        <w:t>Надворі, низько над полтавським шляхом, світив повний місяць. Од хати й хлівчиків на землі лежали довгі тіні. Під призьбою, облиті світлом з вікон, цвіли й по-нічпому пахли жовті гвоздики, а під грушею прохолодно блищав "Москвич".</w:t>
      </w:r>
    </w:p>
    <w:p>
      <w:r>
        <w:br/>
        <w:t>Павло постояв посеред двору, прислухаючись до німотної тиші в селі, і пішов до машини знімати акумулятор, розмірковуючи, що тут, звісно, можна б цього й не робити, але хто його знає, на гріх, як кажуть, і курка свисне...</w:t>
      </w:r>
    </w:p>
    <w:p>
      <w:r>
        <w:br/>
        <w:t>У хаті заспівали гуртової "Ой ти, Галю", і Павло, одгвинчуючи акумулятор, теж підмугикнув:</w:t>
      </w:r>
    </w:p>
    <w:p>
      <w:r>
        <w:br/>
        <w:t>Поїхали з нами,</w:t>
      </w:r>
    </w:p>
    <w:p>
      <w:r>
        <w:br/>
        <w:t>З нами, козаками,</w:t>
      </w:r>
    </w:p>
    <w:p>
      <w:r>
        <w:br/>
        <w:t>Краще тобі буде,</w:t>
      </w:r>
    </w:p>
    <w:p>
      <w:r>
        <w:br/>
        <w:t>Ніж в рідної мами...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приїхав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