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Остапа</w:t>
      </w:r>
    </w:p>
    <w:p>
      <w:r>
        <w:br/>
        <w:t xml:space="preserve"> &lt;p&gt;Одного гарного весняного ранку входить до мене Молодий, безвусий ще хлопчик, може 15—18 літ, у якімось спортовім, не шитім, а плетенім із синьої волічки убранні, що щільно облягає його молоде пахуче тіло, і в плащику, на взір сокольського, надітім лиш на один рукав, а другий висить на шовковім шнурі з кутасами, що оперізує шию І звисає на груди.</w:t>
      </w:r>
    </w:p>
    <w:p>
      <w:r>
        <w:br/>
        <w:t>— Gunn Morn*,— промовив, він з віденським акцентом; І взагалі кажу, що дальша наша розмова велася німецькою мовою, причім я мав нагоду любуватися оригінальними зворотами віденського діалекту з його oes замість sie* і т. д.</w:t>
      </w:r>
    </w:p>
    <w:p>
      <w:r>
        <w:br/>
        <w:t>Питаю його, як називається.</w:t>
      </w:r>
    </w:p>
    <w:p>
      <w:r>
        <w:br/>
        <w:t>— Я ніяк не називаюся.</w:t>
      </w:r>
    </w:p>
    <w:p>
      <w:r>
        <w:br/>
        <w:t>— А яке ж твоє, ім’я?</w:t>
      </w:r>
    </w:p>
    <w:p>
      <w:r>
        <w:br/>
        <w:t>— Син Остапа.</w:t>
      </w:r>
    </w:p>
    <w:p>
      <w:r>
        <w:br/>
        <w:t>— А як тебе кличуть?</w:t>
      </w:r>
    </w:p>
    <w:p>
      <w:r>
        <w:br/>
        <w:t>— Du або Schweinskerl*.</w:t>
      </w:r>
    </w:p>
    <w:p>
      <w:r>
        <w:br/>
        <w:t>"Ну,— подумав я,— в гарній ти там кумпанії жив".</w:t>
      </w:r>
    </w:p>
    <w:p>
      <w:r>
        <w:br/>
        <w:t>А він промовив швидко, зажмуривши очі, мов когут при піянні:</w:t>
      </w:r>
    </w:p>
    <w:p>
      <w:r>
        <w:br/>
        <w:t>— Отcе я приїхав з Відня і зайшов до вас,</w:t>
      </w:r>
    </w:p>
    <w:p>
      <w:r>
        <w:br/>
        <w:t>— Що ж вас пригнало?</w:t>
      </w:r>
    </w:p>
    <w:p>
      <w:r>
        <w:br/>
        <w:t>— Я син Остапа.</w:t>
      </w:r>
    </w:p>
    <w:p>
      <w:r>
        <w:br/>
        <w:t>— Якого Остапа?</w:t>
      </w:r>
    </w:p>
    <w:p>
      <w:r>
        <w:br/>
        <w:t>— Не знаєте Остапа? Його в Відні всі називали не інакше, як Остап.</w:t>
      </w:r>
    </w:p>
    <w:p>
      <w:r>
        <w:br/>
        <w:t>— Не можу знати. Може, Остап Терлецький?</w:t>
      </w:r>
    </w:p>
    <w:p>
      <w:r>
        <w:br/>
        <w:t>— Тер-тер-тер-ррр,— затеркотів син Остапа.— Прокляте свинство називатися так, що чоловік мусить зламати язик, аби вимовити його. Я приїхав по спадок по Остапі.</w:t>
      </w:r>
    </w:p>
    <w:p>
      <w:r>
        <w:br/>
        <w:t>— То дуже гарно. Але він не обтяжить вас дуже. По Остапі лишилася лиш купка паперів, старі штани та кілька пар подертих черевиків.</w:t>
      </w:r>
    </w:p>
    <w:p>
      <w:r>
        <w:br/>
        <w:t>— Що ви се говорите? Остап був маючий чоловік, його спадщину обчислено на 100 000 ринських. Віддайте їх мені заразі</w:t>
      </w:r>
    </w:p>
    <w:p>
      <w:r>
        <w:br/>
        <w:t>— Я? Відки ж я до того приходжу?</w:t>
      </w:r>
    </w:p>
    <w:p>
      <w:r>
        <w:br/>
        <w:t>— Бо ви взяли ті гроші.</w:t>
      </w:r>
    </w:p>
    <w:p>
      <w:r>
        <w:br/>
        <w:t>— Хто вам се сказав?</w:t>
      </w:r>
    </w:p>
    <w:p>
      <w:r>
        <w:br/>
        <w:t>— Я знаю.</w:t>
      </w:r>
    </w:p>
    <w:p>
      <w:r>
        <w:br/>
        <w:t>— Гроші мусили би бути в суді або в поліції в депозиті.</w:t>
      </w:r>
    </w:p>
    <w:p>
      <w:r>
        <w:br/>
        <w:t>— Я не хочу йти до суду. Йдіть самі.</w:t>
      </w:r>
    </w:p>
    <w:p>
      <w:r>
        <w:br/>
        <w:t>— А маєте які документи, папери?</w:t>
      </w:r>
    </w:p>
    <w:p>
      <w:r>
        <w:br/>
        <w:t>— Нащо мені? Я сам документ.</w:t>
      </w:r>
    </w:p>
    <w:p>
      <w:r>
        <w:br/>
        <w:t>— Ну, я без документів нічого для вас не можу зробити.</w:t>
      </w:r>
    </w:p>
    <w:p>
      <w:r>
        <w:br/>
        <w:t>— А в мене одинокий документ отсе! — і, винявши з-за пазухи невеличкий блискучий револьвер, поблискав ним до сонця, а потім намірився до мене.</w:t>
      </w:r>
    </w:p>
    <w:p>
      <w:r>
        <w:br/>
        <w:t>— Одна хвилина, і вас нема,— граціозно жартував він, усміхаючися ангельським усміхом.</w:t>
      </w:r>
    </w:p>
    <w:p>
      <w:r>
        <w:br/>
        <w:t>— А в такім разі хто вам поможе відзискати спадок? Без мене його не доб’єтеся.</w:t>
      </w:r>
    </w:p>
    <w:p>
      <w:r>
        <w:br/>
        <w:t>— Verdammte Canaille!* — буркнув він і сховав револьвер.</w:t>
      </w:r>
    </w:p>
    <w:p>
      <w:r>
        <w:br/>
        <w:t>— Що ж ви вмієте? — запитав я, щоб перейти на іншу тему.</w:t>
      </w:r>
    </w:p>
    <w:p>
      <w:r>
        <w:br/>
        <w:t>— Нічого.</w:t>
      </w:r>
    </w:p>
    <w:p>
      <w:r>
        <w:br/>
        <w:t>— Вмієте читати, писати?</w:t>
      </w:r>
    </w:p>
    <w:p>
      <w:r>
        <w:br/>
        <w:t>— Ну, те вмію.</w:t>
      </w:r>
    </w:p>
    <w:p>
      <w:r>
        <w:br/>
        <w:t>— Все-таки щось ліпше, як нічого. Чим бажаєте заробляти?</w:t>
      </w:r>
    </w:p>
    <w:p>
      <w:r>
        <w:br/>
        <w:t>— Я не буду заробляти, буду жить з ренти.</w:t>
      </w:r>
    </w:p>
    <w:p>
      <w:r>
        <w:br/>
        <w:t>— Ну, та рента вилами на воді писана (тут він засміявся до розпуку, так поскоботала його невідома йому руська приповідка),— а все-таки треба би знати хоч якесь ремесло.</w:t>
      </w:r>
    </w:p>
    <w:p>
      <w:r>
        <w:br/>
        <w:t>— Я не ремісник, я панич. Люблю пси, коні і кокоток.</w:t>
      </w:r>
    </w:p>
    <w:p>
      <w:r>
        <w:br/>
        <w:t>— Будете що їсти? — питаю і підсуваю йому тарілку з свіжими вишнями та суницями.</w:t>
      </w:r>
    </w:p>
    <w:p>
      <w:r>
        <w:br/>
        <w:t>— Я того свинства не їм. Пообідаю в своїм готелі.</w:t>
      </w:r>
    </w:p>
    <w:p>
      <w:r>
        <w:br/>
        <w:t>— Ну, то ходім до суду,— мовив я.</w:t>
      </w:r>
    </w:p>
    <w:p>
      <w:r>
        <w:br/>
        <w:t>— Нема пощо до суду,— мовив він рішучо. — Ведіть мене до дирекції поліції. Вона усе знає і, певне, скаже мені, що знає про мій спадок.</w:t>
      </w:r>
    </w:p>
    <w:p>
      <w:r>
        <w:br/>
        <w:t>Ми пішли. На трамваї він почав якусь сварку з кондуктором, зчинився крик, трамвай зупинився, і поліцай арештував його, наложивши йому кайданки на руки за те, що всім грозив револьвером. Він наробив страшенного вереску, кидався і копався, мов навіжений, кусав усіх і дряпав нігтями до крові, так що публіка мусила висісти з вагона і кондуктор позамикав двері на ключ. Поки доїхали, він устиг порозбивати всі шибки в вагоні, всі дзеркала і поперед усього скляну баню електричної лампи, не перестаючи при тім вити, та ревти, та вищати, імітуючи різні звірячі голоси.</w:t>
      </w:r>
    </w:p>
    <w:p>
      <w:r>
        <w:br/>
        <w:t>Отак ми серед величезного здвигу народу помаленьку доїхали до поліції. Розуміється, два поліцаї ухопили його за ноги і, завдавши його собі на плечі, понесли. Та й несли ж вони його! Щохвиля розскакувалися так, що його ноги розхилялися, аж кості тріщали. Він у страшнім болю кидався і ревів, та гатив поліціянтів іззаду кулаками, та микав їм з лютості волосся цілими жмутами, дер їх нігтями, поки зовсім не окровавив їх. Та вони геройськи витерпіли біль і не пустили його з рук аж біля входу директорської канцелярії. І тут нараз яка ж зміна! Замість шаленого крикуна просто хлопчик-душка. Мов малпочка, сердечно регочучись, він поскакав по канцелярії та й гиц на коліна до старого директора. Обхопив за голову та й став сміючись цілувати його лице і колючу бороду.</w:t>
      </w:r>
    </w:p>
    <w:p>
      <w:r>
        <w:br/>
        <w:t>— Gutnamd, Alterchen! — промовив він.— Ich lieb oes! ich lieb oes! ich lieb oes!* — приспівував він над його вухами, та нараз зайшовся таким проразливим реготом, що директор аж залякав, зіпхнув його зі своїх колін і копнув ногою.</w:t>
      </w:r>
    </w:p>
    <w:p>
      <w:r>
        <w:br/>
        <w:t>Йому се було байдуже. Вивернувши кілька козликів на дивані, він знов штрикнув на коліна директора і почав цілувати його.</w:t>
      </w:r>
    </w:p>
    <w:p>
      <w:r>
        <w:br/>
        <w:t>Поліцаї здали рапорт про його поведення в трамваї, а я розповів коротко, що вважаю хлопця божевільним і прошу віддати його на клініку для обсервації. При моїх словах хлопець страшенно закричав і кинувся до мене.</w:t>
      </w:r>
    </w:p>
    <w:p>
      <w:r>
        <w:br/>
        <w:t>— Ви розумієте по-руськи? — запитав я.</w:t>
      </w:r>
    </w:p>
    <w:p>
      <w:r>
        <w:br/>
        <w:t>— Розумію. Остап навчив. Ви скомпромітували мене. Ви назвали мене божевільним. Ви хочете заперти мене в дім варіятів! Ось вам за се!</w:t>
      </w:r>
    </w:p>
    <w:p>
      <w:r>
        <w:br/>
        <w:t>І він виняв свій револьвер і хотів стрілити. Та в тій хвилі директор іззаду відібрав йому револьвер. Він кинувся на директора зі страшенним криком, думав би, що видре йому очі, та директор одним повільним замахом руки і стисненням одного місця його шиї довів його до того, що він моментально зблід, як труп, і без духу повалився на долівку.</w:t>
      </w:r>
    </w:p>
    <w:p>
      <w:r>
        <w:br/>
        <w:t>Він лежав так добру хвилю, потім чихнув здоровенно, підкинувся весь над землею, мов риба, що вискакує з води. встав, випрямився, позіхнув, потім преспокійно видобув із своєї пазухи другий револьвер і, виціливши спокійно, поки ще директор успів йому перешкодити, вистрілив мені в голову.</w:t>
      </w:r>
    </w:p>
    <w:p>
      <w:r>
        <w:br/>
        <w:t>Я закричав страшенно — і прокинувся. Голова справді боліла, але я даремно шукав крові, що плила б від дійсного прострілу. Значить, то був тільки сон.</w:t>
      </w:r>
    </w:p>
    <w:p>
      <w:r>
        <w:br/>
        <w:t>_______________</w:t>
      </w:r>
    </w:p>
    <w:p>
      <w:r>
        <w:br/>
        <w:t>* Доброго ранку (нім. діал.).— Ред.</w:t>
      </w:r>
    </w:p>
    <w:p>
      <w:r>
        <w:br/>
        <w:t>* Ви (нім.).— Ред.</w:t>
      </w:r>
    </w:p>
    <w:p>
      <w:r>
        <w:br/>
        <w:t>* Ти або свиня (нім.).— Ред.</w:t>
      </w:r>
    </w:p>
    <w:p>
      <w:r>
        <w:br/>
        <w:t>* Клятий хам! (нім.) — Ред.</w:t>
      </w:r>
    </w:p>
    <w:p>
      <w:r>
        <w:br/>
        <w:t>* Добрий вечір, старенький! Я люблю вас! я люблю вас! я люблю вас! (нім. діал.) 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Остапа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