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Сім</w:t>
      </w:r>
    </w:p>
    <w:p>
      <w:r>
        <w:br/>
        <w:t xml:space="preserve"> (поема)</w:t>
      </w:r>
    </w:p>
    <w:p>
      <w:r>
        <w:br/>
      </w:r>
    </w:p>
    <w:p>
      <w:r>
        <w:br/>
        <w:t>ВIКТОРУ КIБЕНКУ&lt;br /&gt;</w:t>
        <w:br/>
        <w:t>МИКОЛI ВАIЦУКУ&lt;br /&gt;</w:t>
        <w:br/>
        <w:t>ВАСИЛЮ IГНАТЕНКУ&lt;br /&gt;</w:t>
        <w:br/>
        <w:t>МИКОЛI ТИТЕНКУ&lt;br /&gt;</w:t>
        <w:br/>
        <w:t>ВОЛОДИМИРУ ТИЩУРI&lt;br /&gt;</w:t>
        <w:br/>
        <w:t>ВОЛОДИМИРУ ПРАВИКУ&lt;br /&gt;</w:t>
        <w:br/>
        <w:t>(Мов з козацького реєстру,&lt;br /&gt;</w:t>
        <w:br/>
        <w:t>Чи не правда?)...</w:t>
      </w:r>
    </w:p>
    <w:p>
      <w:r>
        <w:br/>
        <w:t>І всi шестеро — пожежники,&lt;br /&gt;</w:t>
        <w:br/>
        <w:t>Тiльки сьомий,&lt;br /&gt;</w:t>
        <w:br/>
        <w:t>ВОЛОДИМИР ШЕВЧЕНКО, —&lt;br /&gt;</w:t>
        <w:br/>
        <w:t>Кiнорежисер…&lt;br /&gt;</w:t>
        <w:br/>
        <w:t>Де ви тепер,&lt;br /&gt;</w:t>
        <w:br/>
        <w:t>Матерiв своїх дiти,&lt;br /&gt;</w:t>
        <w:br/>
        <w:t>Колисаєте сон?&lt;br /&gt;</w:t>
        <w:br/>
        <w:t>…Вдарило в очi свiтло,&lt;br /&gt;</w:t>
        <w:br/>
        <w:t>Яснiше тисячi сонць</w:t>
      </w:r>
    </w:p>
    <w:p>
      <w:r>
        <w:br/>
        <w:t>1&lt;br /&gt;</w:t>
        <w:br/>
        <w:t>Струсонуло цiлим свiтом.&lt;br /&gt;</w:t>
        <w:br/>
        <w:t>В Страхолiссi перед свiтом&lt;br /&gt;</w:t>
        <w:br/>
        <w:t>Брязнув дуб тисячолiтнiй —&lt;br /&gt;</w:t>
        <w:br/>
        <w:t>Охнула земля.&lt;br /&gt;</w:t>
        <w:br/>
        <w:t>Тiльки — пилу мертва хмарка,&lt;br /&gt;</w:t>
        <w:br/>
        <w:t>Та ще крук зловтiшне каркнув:&lt;br /&gt;</w:t>
        <w:br/>
        <w:t>— От i всi кiнцi,&lt;br /&gt;</w:t>
        <w:br/>
        <w:t>Хлопцi-молодцi!&lt;br /&gt;</w:t>
        <w:br/>
        <w:t>Самоїли дух i тiло,&lt;br /&gt;</w:t>
        <w:br/>
        <w:t>доки й корiнь переїли! — І регоче, гад.&lt;br /&gt;</w:t>
        <w:br/>
        <w:t>Аж мороз — до п'ят.</w:t>
      </w:r>
    </w:p>
    <w:p>
      <w:r>
        <w:br/>
        <w:t>Дзьоб нацiливши, мов жерло,&lt;br /&gt;</w:t>
        <w:br/>
        <w:t>Карка: — Ну, нарештi зжерли —&lt;br /&gt;</w:t>
        <w:br/>
        <w:t>Та не просто дуб&lt;br /&gt;</w:t>
        <w:br/>
        <w:t>На криничний зруб,&lt;br /&gt;</w:t>
        <w:br/>
        <w:t>А тисячолiтнiй символ,&lt;br /&gt;</w:t>
        <w:br/>
        <w:t>Пiд яким щодня мiсили&lt;br /&gt;</w:t>
        <w:br/>
        <w:t>Для дiтей казки:&lt;br /&gt;</w:t>
        <w:br/>
        <w:t>"Ми, бач, козаки!"</w:t>
      </w:r>
    </w:p>
    <w:p>
      <w:r>
        <w:br/>
        <w:t>А тепер вже дiло часу —&lt;br /&gt;</w:t>
        <w:br/>
        <w:t>Розжувать i стовбур в масу,&lt;br /&gt;</w:t>
        <w:br/>
        <w:t>Щоб i знак погиб,&lt;br /&gt;</w:t>
        <w:br/>
        <w:t>І — вперед, углиб:&lt;br /&gt;</w:t>
        <w:br/>
        <w:t>Позаяк струбили жертву,&lt;br /&gt;</w:t>
        <w:br/>
        <w:t>Саме час наспiв&lt;br /&gt;</w:t>
        <w:br/>
        <w:t>Одне одного дожерти&lt;br /&gt;</w:t>
        <w:br/>
        <w:t>Під застольний спiв.</w:t>
      </w:r>
    </w:p>
    <w:p>
      <w:r>
        <w:br/>
        <w:t>Слава Богу зуби добрi&lt;br /&gt;</w:t>
        <w:br/>
        <w:t>(Як-не-як, а й корiнь дроблять):&lt;br /&gt;</w:t>
        <w:br/>
        <w:t>На здоровля — їж,&lt;br /&gt;</w:t>
        <w:br/>
        <w:t>Тiльки чимскорiш,&lt;br /&gt;</w:t>
        <w:br/>
        <w:t>Щоб, дивися, кляте плем'я&lt;br /&gt;</w:t>
        <w:br/>
        <w:t>Не взялося їсти землю...&lt;br /&gt;</w:t>
        <w:br/>
        <w:t>І регоче, гад,&lt;br /&gt;</w:t>
        <w:br/>
        <w:t>Аж мороз — до п'ят.</w:t>
      </w:r>
    </w:p>
    <w:p>
      <w:r>
        <w:br/>
        <w:t>— Дай-но, — карка, — свiте, сили&lt;br /&gt;</w:t>
        <w:br/>
        <w:t>Дожувать їм врештi символ&lt;br /&gt;</w:t>
        <w:br/>
        <w:t>І себе самих — без солi,&lt;br /&gt;</w:t>
        <w:br/>
        <w:t>Щоб земля їх не носила.&lt;br /&gt;</w:t>
        <w:br/>
        <w:t>Порятуй нас, доле,&lt;br /&gt;</w:t>
        <w:br/>
        <w:t>Вiд цiєї поторочi,&lt;br /&gt;</w:t>
        <w:br/>
        <w:t>Хай самих себе поточать&lt;br /&gt;</w:t>
        <w:br/>
        <w:t>Шашiллю до пiр'я,&lt;br /&gt;</w:t>
        <w:br/>
        <w:t>Щоб на цьому свiтi&lt;br /&gt;</w:t>
        <w:br/>
        <w:t>Хоч зостались звiрi!</w:t>
      </w:r>
    </w:p>
    <w:p>
      <w:r>
        <w:br/>
        <w:t>Я кажу йому:&lt;br /&gt;</w:t>
        <w:br/>
        <w:t>— Чи так же&lt;br /&gt;</w:t>
        <w:br/>
        <w:t>Завинився рiд наш, враже!&lt;br /&gt;</w:t>
        <w:br/>
        <w:t>Люди ж ми таки.&lt;br /&gt;</w:t>
        <w:br/>
        <w:t>Ну... не козаки,&lt;br /&gt;</w:t>
        <w:br/>
        <w:t>Але щось i ми робили,&lt;br /&gt;</w:t>
        <w:br/>
        <w:t>А не тiльки пхали рило&lt;br /&gt;</w:t>
        <w:br/>
        <w:t>До масних корит.</w:t>
      </w:r>
    </w:p>
    <w:p>
      <w:r>
        <w:br/>
        <w:t>Щось i ми намудрували&lt;br /&gt;</w:t>
        <w:br/>
        <w:t>А поглянь: летить&lt;br /&gt;</w:t>
        <w:br/>
        <w:t>За космiчнi перевали&lt;br /&gt;</w:t>
        <w:br/>
        <w:t>Син землi.&lt;br /&gt;</w:t>
        <w:br/>
        <w:t>Живий.&lt;br /&gt;</w:t>
        <w:br/>
        <w:t>Не робот!&lt;br /&gt;</w:t>
        <w:br/>
        <w:t>Вiн же, гад, поляскав чобiт,&lt;br /&gt;</w:t>
        <w:br/>
        <w:t>В зуби —&lt;br /&gt;</w:t>
        <w:br/>
        <w:t>Сигарету.&lt;br /&gt;</w:t>
        <w:br/>
        <w:t>Рiже:&lt;br /&gt;</w:t>
        <w:br/>
        <w:t>— В космос чи до чорта,&lt;br /&gt;</w:t>
        <w:br/>
        <w:t>Тiльки — чимскорiше, щоби&lt;br /&gt;</w:t>
        <w:br/>
        <w:t>Вас змело з планети,&lt;br /&gt;</w:t>
        <w:br/>
        <w:t>Як страшнi хвороби!</w:t>
      </w:r>
    </w:p>
    <w:p>
      <w:r>
        <w:br/>
        <w:t>Вашi чола розпад мiтить,&lt;br /&gt;</w:t>
        <w:br/>
        <w:t>Ви себе як бiовид&lt;br /&gt;</w:t>
        <w:br/>
        <w:t>Вичерпали з тої митi,&lt;br /&gt;</w:t>
        <w:br/>
        <w:t>Коли в генах,&lt;br /&gt;</w:t>
        <w:br/>
        <w:t>як бандити,&lt;br /&gt;</w:t>
        <w:br/>
        <w:t>Скальпелем лишили слiд.</w:t>
      </w:r>
    </w:p>
    <w:p>
      <w:r>
        <w:br/>
        <w:t>Коли гуси ("гуси бiлi-i-i!")&lt;br /&gt;</w:t>
        <w:br/>
        <w:t>Спритний геноiнженер&lt;br /&gt;</w:t>
        <w:br/>
        <w:t>Перевiв з краси&lt;br /&gt;</w:t>
        <w:br/>
        <w:t>в дебiлiв, —&lt;br /&gt;</w:t>
        <w:br/>
        <w:t>I поперли в свiт наш бiлий&lt;br /&gt;</w:t>
        <w:br/>
        <w:t>Ордн тлустих ненажер,</w:t>
      </w:r>
    </w:p>
    <w:p>
      <w:r>
        <w:br/>
        <w:t>Коли ти в зерно природи&lt;br /&gt;</w:t>
        <w:br/>
        <w:t>Увiгнав по лiкоть шприц,&lt;br /&gt;</w:t>
        <w:br/>
        <w:t>Щоб нагодувать народи&lt;br /&gt;</w:t>
        <w:br/>
        <w:t>Хлiбом збочених пшениць.&lt;br /&gt;</w:t>
        <w:br/>
        <w:t>Що ж, возрадуйся тепер:&lt;br /&gt;</w:t>
        <w:br/>
        <w:t>М'ясо&lt;br /&gt;</w:t>
        <w:br/>
        <w:t>з вилупкiв дебелих,&lt;br /&gt;</w:t>
        <w:br/>
        <w:t>Хлiб iз хворого зерна&lt;br /&gt;</w:t>
        <w:br/>
        <w:t>Доти їли,&lt;br /&gt;</w:t>
        <w:br/>
        <w:t>що в дебiлiв&lt;br /&gt;</w:t>
        <w:br/>
        <w:t>З'їхали самi сповна.</w:t>
      </w:r>
    </w:p>
    <w:p>
      <w:r>
        <w:br/>
        <w:t>— Ну, кажу — так це знедавна:&lt;br /&gt;</w:t>
        <w:br/>
        <w:t>Гени, коди, ДНК...&lt;br /&gt;</w:t>
        <w:br/>
        <w:t>А ранiш велося справно,&lt;br /&gt;</w:t>
        <w:br/>
        <w:t>Вiд природного струмка.</w:t>
      </w:r>
    </w:p>
    <w:p>
      <w:r>
        <w:br/>
        <w:t>— Що?! — Вiн з подиву аж звився. —&lt;br /&gt;</w:t>
        <w:br/>
        <w:t>Та на всiх дiлах i мислях&lt;br /&gt;</w:t>
        <w:br/>
        <w:t>Ваших —&lt;br /&gt;</w:t>
        <w:br/>
        <w:t>озирнись!&lt;br /&gt;</w:t>
        <w:br/>
        <w:t>Ще задовго до потопу&lt;br /&gt;</w:t>
        <w:br/>
        <w:t>Знак гадючий&lt;br /&gt;</w:t>
        <w:br/>
        <w:t>мiзантропа&lt;br /&gt;</w:t>
        <w:br/>
        <w:t>Кiльцями повивсь!&lt;br /&gt;</w:t>
        <w:br/>
        <w:t>Хочеш глянуть в ретро? На! Знiмаю ретуш.</w:t>
      </w:r>
    </w:p>
    <w:p>
      <w:r>
        <w:br/>
        <w:t>2&lt;br /&gt;</w:t>
        <w:br/>
        <w:t>На вилах — вола.&lt;br /&gt;</w:t>
        <w:br/>
        <w:t>На хрестi — Христа.&lt;br /&gt;</w:t>
        <w:br/>
        <w:t>Гуса Яна—&lt;br /&gt;</w:t>
        <w:br/>
        <w:t>На майданi…&lt;br /&gt;</w:t>
        <w:br/>
        <w:t>То куди вже далi, пане?!&lt;br /&gt;</w:t>
        <w:br/>
        <w:t>Бабця вироста&lt;br /&gt;</w:t>
        <w:br/>
        <w:t>Нишком з-пiд хреста.&lt;br /&gt;</w:t>
        <w:br/>
        <w:t>Пiдкида хмизку в багатгя...&lt;br /&gt;</w:t>
        <w:br/>
        <w:t>О Пречиста Дiво-Мати —&lt;br /&gt;</w:t>
        <w:br/>
        <w:t>Простота ж свята!&lt;br /&gt;</w:t>
        <w:br/>
        <w:t>Хоче прислужитись Яну:&lt;br /&gt;</w:t>
        <w:br/>
        <w:t>Пiдсуває п'ятипало&lt;br /&gt;</w:t>
        <w:br/>
        <w:t>(Бач, i руцi не вiдпали!)&lt;br /&gt;</w:t>
        <w:br/>
        <w:t>Та ворушить хмиз...&lt;br /&gt;</w:t>
        <w:br/>
        <w:t>Що ж ти очi вниз?!&lt;br /&gt;</w:t>
        <w:br/>
        <w:t>Це ж твоя — людська! — подоба,&lt;br /&gt;</w:t>
        <w:br/>
        <w:t>А не сатанинська проба:&lt;br /&gt;</w:t>
        <w:br/>
        <w:t>Бiс тут нi при чiм.&lt;br /&gt;</w:t>
        <w:br/>
        <w:t>О, береш в прицiл&lt;br /&gt;</w:t>
        <w:br/>
        <w:t>Знову Понтiя Пiлата!&lt;br /&gt;</w:t>
        <w:br/>
        <w:t>Але ж Понтiй теж, сказати б,&lt;br /&gt;</w:t>
        <w:br/>
        <w:t>Твiй по кровi брат!</w:t>
      </w:r>
    </w:p>
    <w:p>
      <w:r>
        <w:br/>
        <w:t>І регоче, гад,&lt;br /&gt;</w:t>
        <w:br/>
        <w:t>Аж мороз — до п'ят.</w:t>
      </w:r>
    </w:p>
    <w:p>
      <w:r>
        <w:br/>
        <w:t>— Гей, — почав я грiзно, — круче,&lt;br /&gt;</w:t>
        <w:br/>
        <w:t>Щось ти взяв занадто круто, —&lt;br /&gt;</w:t>
        <w:br/>
        <w:t>Та й затнувсь, бо власнi пальцi —&lt;br /&gt;</w:t>
        <w:br/>
        <w:t>Достеменно як у бабцi&lt;br /&gt;</w:t>
        <w:br/>
        <w:t>Звiдти... з-за хреста.&lt;br /&gt;</w:t>
        <w:br/>
        <w:t>Зцiпило уста.&lt;br /&gt;</w:t>
        <w:br/>
        <w:t>А вiн маже,&lt;br /&gt;</w:t>
        <w:br/>
        <w:t>Сила вража:&lt;br /&gt;</w:t>
        <w:br/>
        <w:t>— Бачу не дiйшло.&lt;br /&gt;</w:t>
        <w:br/>
        <w:t>Може, щоб велось яснiше.&lt;br /&gt;</w:t>
        <w:br/>
        <w:t>Перекинемось на вiршi?&lt;br /&gt;</w:t>
        <w:br/>
        <w:t>Згода?&lt;br /&gt;</w:t>
        <w:br/>
        <w:t>Почали:&lt;br /&gt;</w:t>
        <w:br/>
        <w:t>"Великоднiй дощ&lt;br /&gt;</w:t>
        <w:br/>
        <w:t>тротуаром шов-&lt;br /&gt;</w:t>
        <w:br/>
        <w:t>ковая зелена&lt;br /&gt;</w:t>
        <w:br/>
        <w:t>ярилась з-пiд землi.&lt;br /&gt;</w:t>
        <w:br/>
        <w:t>Це Христос воскрес&lt;br /&gt;</w:t>
        <w:br/>
        <w:t>мертвих воскресити...&lt;br /&gt;</w:t>
        <w:br/>
        <w:t>Гарно вишито, панотче?&lt;br /&gt;</w:t>
        <w:br/>
        <w:t>Тiльки ж чом боян примовчав,&lt;br /&gt;</w:t>
        <w:br/>
        <w:t>Як воскреслi пiд хрестом&lt;br /&gt;</w:t>
        <w:br/>
        <w:t>Воскресителя Iсуса&lt;br /&gt;</w:t>
        <w:br/>
        <w:t>Прибивали в тiлi й дусi&lt;br /&gt;</w:t>
        <w:br/>
        <w:t>До грiхiв своїх,&lt;br /&gt;</w:t>
        <w:br/>
        <w:t>як брусiв,&lt;br /&gt;</w:t>
        <w:br/>
        <w:t>Щовеликдень молотком?!&lt;br /&gt;</w:t>
        <w:br/>
        <w:t>Щоб на свята Великоднi&lt;br /&gt;</w:t>
        <w:br/>
        <w:t>Вiдмоливши всенародно&lt;br /&gt;</w:t>
        <w:br/>
        <w:t>Крашанку Христову,&lt;br /&gt;</w:t>
        <w:br/>
        <w:t>Согрiшити знову...</w:t>
      </w:r>
    </w:p>
    <w:p>
      <w:r>
        <w:br/>
        <w:t>Отакi дiла,&lt;br /&gt;</w:t>
        <w:br/>
        <w:t>Мосцiпане:&lt;br /&gt;</w:t>
        <w:br/>
        <w:t>На вилах — вола.&lt;br /&gt;</w:t>
        <w:br/>
        <w:t>На хрестi — Христа.&lt;br /&gt;</w:t>
        <w:br/>
        <w:t>Гуса Яна —&lt;br /&gt;</w:t>
        <w:br/>
        <w:t>На майданi...&lt;br /&gt;</w:t>
        <w:br/>
        <w:t>Далi нiкуди, миряни:&lt;br /&gt;</w:t>
        <w:br/>
        <w:t>Ваше плем'я окаянне&lt;br /&gt;</w:t>
        <w:br/>
        <w:t>Виродилося в нiнащо,&lt;br /&gt;</w:t>
        <w:br/>
        <w:t>Бо коли своє, найкраще,&lt;br /&gt;</w:t>
        <w:br/>
        <w:t>Палить, аж сопе,&lt;br /&gt;</w:t>
        <w:br/>
        <w:t>І на себе, в ямi сидя,&lt;br /&gt;</w:t>
        <w:br/>
        <w:t>Землю з червами i гиддю&lt;br /&gt;</w:t>
        <w:br/>
        <w:t>Весело гребе,&lt;br /&gt;</w:t>
        <w:br/>
        <w:t>То, вважай, у бiовидi&lt;br /&gt;</w:t>
        <w:br/>
        <w:t>Вижило себе.&lt;br /&gt;</w:t>
        <w:br/>
        <w:t>Прожило себе!</w:t>
      </w:r>
    </w:p>
    <w:p>
      <w:r>
        <w:br/>
        <w:t>А рекли ж "Вiнець!"&lt;br /&gt;</w:t>
        <w:br/>
        <w:t>Щоб на вас правець!&lt;br /&gt;</w:t>
        <w:br/>
        <w:t>Ще й заглавними аршинно&lt;br /&gt;</w:t>
        <w:br/>
        <w:t>Величалися:&lt;br /&gt;</w:t>
        <w:br/>
        <w:t>"ЛЮДИНА!"&lt;br /&gt;</w:t>
        <w:br/>
        <w:t>Теж менi святi&lt;br /&gt;</w:t>
        <w:br/>
        <w:t>Браття во Христi!&lt;br /&gt;</w:t>
        <w:br/>
        <w:t>Та у кожнiм з вас змiїна,&lt;br /&gt;</w:t>
        <w:br/>
        <w:t>Схована пiд одежину&lt;br /&gt;</w:t>
        <w:br/>
        <w:t>Била в три хвости&lt;br /&gt;</w:t>
        <w:br/>
        <w:t>Ще у сповитку —</w:t>
      </w:r>
    </w:p>
    <w:p>
      <w:r>
        <w:br/>
        <w:t>Загнаний в кутку:&lt;br /&gt;</w:t>
        <w:br/>
        <w:t>— Гей, — кричу я, — ти&lt;br /&gt;</w:t>
        <w:br/>
        <w:t>Переходиш мiру, враже!&lt;br /&gt;</w:t>
        <w:br/>
        <w:t>Не вичорнюй менi в сажi&lt;br /&gt;</w:t>
        <w:br/>
        <w:t>Золотi слова:&lt;br /&gt;</w:t>
        <w:br/>
        <w:t>"Шовковая, зелена..."&lt;br /&gt;</w:t>
        <w:br/>
        <w:t>Певно, що — трава.</w:t>
      </w:r>
    </w:p>
    <w:p>
      <w:r>
        <w:br/>
        <w:t>— А по тiй травi, —&lt;br /&gt;</w:t>
        <w:br/>
        <w:t>Кряче вiн менi, —&lt;br /&gt;</w:t>
        <w:br/>
        <w:t>iз дiрою в головi&lt;br /&gt;</w:t>
        <w:br/>
        <w:t>Пiд обрiзом у прицiлi&lt;br /&gt;</w:t>
        <w:br/>
        <w:t>Тягнуть голову артiлi...&lt;br /&gt;</w:t>
        <w:br/>
        <w:t>Ех, дiла землi!&lt;br /&gt;</w:t>
        <w:br/>
        <w:t>А по тiй травi&lt;br /&gt;</w:t>
        <w:br/>
        <w:t>За дiла кривi&lt;br /&gt;</w:t>
        <w:br/>
        <w:t>На вiдплату в повну мiру&lt;br /&gt;</w:t>
        <w:br/>
        <w:t>Пiвсела везуть в сибiри&lt;br /&gt;</w:t>
        <w:br/>
        <w:t>Да по тiй травi,&lt;br /&gt;</w:t>
        <w:br/>
        <w:t>Все по тiй травi...</w:t>
      </w:r>
    </w:p>
    <w:p>
      <w:r>
        <w:br/>
        <w:t>— Постривай, — кажу, —&lt;br /&gt;</w:t>
        <w:br/>
        <w:t>Це ж покiль межу&lt;br /&gt;</w:t>
        <w:br/>
        <w:t>Ми гуртом не розсотали,&lt;br /&gt;</w:t>
        <w:br/>
        <w:t>Та коли б не... (що си стало&lt;br /&gt;</w:t>
        <w:br/>
        <w:t>З пам'яттю?) Коли б не той...&lt;br /&gt;</w:t>
        <w:br/>
        <w:t>З прiзвищем iз сталi.</w:t>
      </w:r>
    </w:p>
    <w:p>
      <w:r>
        <w:br/>
        <w:t>Вiн же — в регiт, гад,&lt;br /&gt;</w:t>
        <w:br/>
        <w:t>Аж мороз — до п'ят:&lt;br /&gt;</w:t>
        <w:br/>
        <w:t>— Он завiв куди?!&lt;br /&gt;</w:t>
        <w:br/>
        <w:t>Лiпше ти зажди&lt;br /&gt;</w:t>
        <w:br/>
        <w:t>Та скажи на ласку й милiсть,&lt;br /&gt;</w:t>
        <w:br/>
        <w:t>Чи не ви тодi,&lt;br /&gt;</w:t>
        <w:br/>
        <w:t>Колiнкуючи, молились:&lt;br /&gt;</w:t>
        <w:br/>
        <w:t>"Батъку Сталiне, веди нас&lt;br /&gt;</w:t>
        <w:br/>
        <w:t>(Себто весь народ)&lt;br /&gt;</w:t>
        <w:br/>
        <w:t>До нових висот!"</w:t>
      </w:r>
    </w:p>
    <w:p>
      <w:r>
        <w:br/>
        <w:t>І валили ходом хресним,&lt;br /&gt;</w:t>
        <w:br/>
        <w:t>I йому творили меси.&lt;br /&gt;</w:t>
        <w:br/>
        <w:t>Хто ж вас тяг — повiдай чесно, —&lt;br /&gt;</w:t>
        <w:br/>
        <w:t>Всiх за язика?&lt;br /&gt;</w:t>
        <w:br/>
        <w:t>Ну! Чия рука?&lt;br /&gt;</w:t>
        <w:br/>
        <w:t>…………………………………………….</w:t>
      </w:r>
    </w:p>
    <w:p>
      <w:r>
        <w:br/>
        <w:t>З&lt;br /&gt;</w:t>
        <w:br/>
        <w:t>— Ач, ми як заговорили! —&lt;br /&gt;</w:t>
        <w:br/>
        <w:t>Чорно вдаривши у крила,&lt;br /&gt;</w:t>
        <w:br/>
        <w:t>Аж затiпавсь крук. —&lt;br /&gt;</w:t>
        <w:br/>
        <w:t>А ходи сюди, промовцю.&lt;br /&gt;</w:t>
        <w:br/>
        <w:t>Вiдступись на пiвстолiття,&lt;br /&gt;</w:t>
        <w:br/>
        <w:t>Саме в тридцять сьоме лiто,&lt;br /&gt;</w:t>
        <w:br/>
        <w:t>І повiдай:&lt;br /&gt;</w:t>
        <w:br/>
        <w:t>що це?&lt;br /&gt;</w:t>
        <w:br/>
        <w:t>Дивися i слiпни:&lt;br /&gt;</w:t>
        <w:br/>
        <w:t>у страдницьку путь&lt;br /&gt;</w:t>
        <w:br/>
        <w:t>Народного маршала бранцем ведугь.&lt;br /&gt;</w:t>
        <w:br/>
        <w:t>Обiрванi з м'ясом,&lt;br /&gt;</w:t>
        <w:br/>
        <w:t>висять нагороди,&lt;br /&gt;</w:t>
        <w:br/>
        <w:t>Ще вчора — народний, вже — "ворог народу"&lt;br /&gt;</w:t>
        <w:br/>
        <w:t>Сьогоднi.&lt;br /&gt;</w:t>
        <w:br/>
        <w:t>А де ж твiй народ?&lt;br /&gt;</w:t>
        <w:br/>
        <w:t>Е нi, не вiдводъ свого погляду в Кут:&lt;br /&gt;</w:t>
        <w:br/>
        <w:t>Народного вчителя —&lt;br /&gt;</w:t>
        <w:br/>
        <w:t>в'язнем ведуть&lt;br /&gt;</w:t>
        <w:br/>
        <w:t>За те лиш, що мову плекав твого роду,&lt;br /&gt;</w:t>
        <w:br/>
        <w:t>Ото й сподобився на "ворог народу".&lt;br /&gt;</w:t>
        <w:br/>
        <w:t>То де ж твiй народ?</w:t>
      </w:r>
    </w:p>
    <w:p>
      <w:r>
        <w:br/>
        <w:t>Чому ж твої очi скакають,&lt;br /&gt;</w:t>
        <w:br/>
        <w:t>Як ртуть?&lt;br /&gt;</w:t>
        <w:br/>
        <w:t>Дивися!&lt;br /&gt;</w:t>
        <w:br/>
        <w:t>Впiзнав?&lt;br /&gt;</w:t>
        <w:br/>
        <w:t>Твого діда ведуть&lt;br /&gt;</w:t>
        <w:br/>
        <w:t>За те, що (ну й пам'ять у них!)&lt;br /&gt;</w:t>
        <w:br/>
        <w:t>в тридцять третiм,&lt;br /&gt;</w:t>
        <w:br/>
        <w:t>Рятуючи рiд вiд голодноi смертi,&lt;br /&gt;</w:t>
        <w:br/>
        <w:t>Сховав зо три жменi вiвса з недороду,&lt;br /&gt;</w:t>
        <w:br/>
        <w:t>Здобувши на старостi — "ворог народу".&lt;br /&gt;</w:t>
        <w:br/>
        <w:t>Так де ж твiй народ?!</w:t>
      </w:r>
    </w:p>
    <w:p>
      <w:r>
        <w:br/>
        <w:t>Чому ж вiн, зашивши переляком рот,&lt;br /&gt;</w:t>
        <w:br/>
        <w:t>Спiвучий та добрий,&lt;br /&gt;</w:t>
        <w:br/>
        <w:t>нiмує, мов риба,&lt;br /&gt;</w:t>
        <w:br/>
        <w:t>Чи, в погрiб забившись,&lt;br /&gt;</w:t>
        <w:br/>
        <w:t>налякано клiпа&lt;br /&gt;</w:t>
        <w:br/>
        <w:t>i шепче сусiдовi крадьки в рукав:&lt;br /&gt;</w:t>
        <w:br/>
        <w:t>"Та вiн же не винен,&lt;br /&gt;</w:t>
        <w:br/>
        <w:t>а ,, ворон"... украв".&lt;br /&gt;</w:t>
        <w:br/>
        <w:t>Оце твiй народ?!</w:t>
      </w:r>
    </w:p>
    <w:p>
      <w:r>
        <w:br/>
        <w:t>А вашi ж дiди&lt;br /&gt;</w:t>
        <w:br/>
        <w:t>починались красиво, як день,&lt;br /&gt;</w:t>
        <w:br/>
        <w:t>Як ранок вселюдський, вони, молодi.&lt;br /&gt;</w:t>
        <w:br/>
        <w:t>починали!&lt;br /&gt;</w:t>
        <w:br/>
        <w:t>Яких вони свiтовi надарували пiсень, Яку вони мову,&lt;br /&gt;</w:t>
        <w:br/>
        <w:t>розбивши закови упень,&lt;br /&gt;</w:t>
        <w:br/>
        <w:t>Вписали в державнi Богдановi унiверсали!&lt;br /&gt;</w:t>
        <w:br/>
        <w:t>Вони своїх коней пустили не вчвал,&lt;br /&gt;</w:t>
        <w:br/>
        <w:t>І вiдстань, i час подолали&lt;br /&gt;</w:t>
        <w:br/>
        <w:t>а в галоп.&lt;br /&gt;</w:t>
        <w:br/>
        <w:t>в єдиному летi:&lt;br /&gt;</w:t>
        <w:br/>
        <w:t>Воскреслi з болiт Берестечка, взяли Перекоп,—&lt;br /&gt;</w:t>
        <w:br/>
        <w:t>i досi вiд захвату — сльози в зiницях&lt;br /&gt;</w:t>
        <w:br/>
        <w:t>планети!</w:t>
      </w:r>
    </w:p>
    <w:p>
      <w:r>
        <w:br/>
        <w:t>Якi в них буди Наливайки,&lt;br /&gt;</w:t>
        <w:br/>
        <w:t>Сiрки,&lt;br /&gt;</w:t>
        <w:br/>
        <w:t>Богуни!&lt;br /&gt;</w:t>
        <w:br/>
        <w:t>Який у них гетьман родився, щоб їх освятити!&lt;br /&gt;</w:t>
        <w:br/>
        <w:t>О, знали б високi, як низько падуть їх сини, —&lt;br /&gt;</w:t>
        <w:br/>
        <w:t>Вонн ще в колисцi волiли б себе задушити!</w:t>
      </w:r>
    </w:p>
    <w:p>
      <w:r>
        <w:br/>
        <w:t>4&lt;br /&gt;</w:t>
        <w:br/>
        <w:t>Та хто ж ти врештi?! І з яких болiт&lt;br /&gt;</w:t>
        <w:br/>
        <w:t>Явився, враже?! За яким це правом&lt;br /&gt;</w:t>
        <w:br/>
        <w:t>Клюєш в ребро, де так менi болить,&lt;br /&gt;</w:t>
        <w:br/>
        <w:t>Що кров скипає сизим переплавом?&lt;br /&gt;</w:t>
        <w:br/>
        <w:t>І хто тебе послав чинити суд&lt;br /&gt;</w:t>
        <w:br/>
        <w:t>Над волею моею безборонно,&lt;br /&gt;</w:t>
        <w:br/>
        <w:t>Так, нiби ти єдиний знаєш суть,&lt;br /&gt;</w:t>
        <w:br/>
        <w:t>Так, нiби ти один — закон в законi?!</w:t>
      </w:r>
    </w:p>
    <w:p>
      <w:r>
        <w:br/>
        <w:t>–Чого це ти раптом засмикавсь, як лис?&lt;br /&gt;</w:t>
        <w:br/>
        <w:t>Кого ти питаєш? У себе вдивись.&lt;br /&gt;</w:t>
        <w:br/>
        <w:t>Який ще там ворон? — зайшовся до слiз. —&lt;br /&gt;</w:t>
        <w:br/>
        <w:t>Твiй ворон давно, мов колiно, облiз.&lt;br /&gt;</w:t>
        <w:br/>
        <w:t>Ти стiлъки його по катренах тягав,&lt;br /&gt;</w:t>
        <w:br/>
        <w:t>Що вiн перевiвся на зайвий тягар.&lt;br /&gt;</w:t>
        <w:br/>
        <w:t>I навiть маля, розжувавши твiй вiрш,&lt;br /&gt;</w:t>
        <w:br/>
        <w:t>Сприймає його за курча — i не бiльш.&lt;br /&gt;</w:t>
        <w:br/>
        <w:t>Я — з'ява страшнiша. Я — з костi твоєї&lt;br /&gt;</w:t>
        <w:br/>
        <w:t>І шкіри.&lt;br /&gt;</w:t>
        <w:br/>
        <w:t>Колись величавсь песимiзмом i вельми&lt;br /&gt;</w:t>
        <w:br/>
        <w:t>Цінивсь,&lt;br /&gt;</w:t>
        <w:br/>
        <w:t>Так ти ж мене зраджував стiлъки, що,&lt;br /&gt;</w:t>
        <w:br/>
        <w:t>втративши вiру,&lt;br /&gt;</w:t>
        <w:br/>
        <w:t>Я з жовчю злигався. І маєш нащадка —&lt;br /&gt;</w:t>
        <w:br/>
        <w:t>Цинізм.&lt;br /&gt;</w:t>
        <w:br/>
        <w:t>………………………………………………….&lt;br /&gt;</w:t>
        <w:br/>
        <w:t>— Невже ж ми всi, — я вже волаю в пам'ять.—&lt;br /&gt;</w:t>
        <w:br/>
        <w:t>Невже не той обрали шлях i брiд?&lt;br /&gt;</w:t>
        <w:br/>
        <w:t>Невже ж дiди, конаючи на палях,&lt;br /&gt;</w:t>
        <w:br/>
        <w:t>Не виправдали на землi наш рiд?!</w:t>
      </w:r>
    </w:p>
    <w:p>
      <w:r>
        <w:br/>
        <w:t>— Ти знов хитруєш утекти&lt;br /&gt;</w:t>
        <w:br/>
        <w:t>Вiд сповiдi в дiдiвську славу?&lt;br /&gt;</w:t>
        <w:br/>
        <w:t>Так то ж вони дiстали право&lt;br /&gt;</w:t>
        <w:br/>
        <w:t>Людьми назватись, а — не ти!</w:t>
      </w:r>
    </w:p>
    <w:p>
      <w:r>
        <w:br/>
        <w:t>Хiба ж не я… хiба ж не ми&lt;br /&gt;</w:t>
        <w:br/>
        <w:t>У рукопашному стремлiннi&lt;br /&gt;</w:t>
        <w:br/>
        <w:t>В космiчнi гони безгомiннi&lt;br /&gt;</w:t>
        <w:br/>
        <w:t>Ішли одчайно проти тьми</w:t>
      </w:r>
    </w:p>
    <w:p>
      <w:r>
        <w:br/>
        <w:t>Непiзнаного, щоб пiзнати&lt;br /&gt;</w:t>
        <w:br/>
        <w:t>Таїнь свiтiв надсвiтлових,&lt;br /&gt;</w:t>
        <w:br/>
        <w:t>i умирали, як солдати,&lt;br /&gt;</w:t>
        <w:br/>
        <w:t>В ядрi розлущуючи атом&lt;br /&gt;</w:t>
        <w:br/>
        <w:t>задля живих!</w:t>
      </w:r>
    </w:p>
    <w:p>
      <w:r>
        <w:br/>
        <w:t>–Задля живих?! — Вiн звивсь,&lt;br /&gt;</w:t>
        <w:br/>
        <w:t>як вурдалака,&lt;br /&gt;</w:t>
        <w:br/>
        <w:t>i в божевiльнiм реготі осiв:&lt;br /&gt;</w:t>
        <w:br/>
        <w:t>— Спасибi ж вам за попiл Нагасакi&lt;br /&gt;</w:t>
        <w:br/>
        <w:t>Від iменi грядущих Хiросiм!</w:t>
      </w:r>
    </w:p>
    <w:p>
      <w:r>
        <w:br/>
        <w:t>Та хто ж вам видав дозвiл, волохатим,&lt;br /&gt;</w:t>
        <w:br/>
        <w:t>Що ледве злiзли iз дерев на твердь,&lt;br /&gt;</w:t>
        <w:br/>
        <w:t>Лапищами терзать невинний атом&lt;br /&gt;</w:t>
        <w:br/>
        <w:t>І, в зраненому, розбудити смерть?!</w:t>
      </w:r>
    </w:p>
    <w:p>
      <w:r>
        <w:br/>
        <w:t>Нездарнi лад навести в рiднiй хатi,&lt;br /&gt;</w:t>
        <w:br/>
        <w:t>Ще не пiзнали таїнства огню,&lt;br /&gt;</w:t>
        <w:br/>
        <w:t>А вже до нъого тягнетесь, рукатi,&lt;br /&gt;</w:t>
        <w:br/>
        <w:t>Щоб землю з небом випалить на пню!</w:t>
      </w:r>
    </w:p>
    <w:p>
      <w:r>
        <w:br/>
        <w:t>Чи вам одним земля — у нагороду&lt;br /&gt;</w:t>
        <w:br/>
        <w:t>Що ви й прибрали всю до рук?&lt;br /&gt;</w:t>
        <w:br/>
        <w:t>На неї мають право вiд природи&lt;br /&gt;</w:t>
        <w:br/>
        <w:t>Роса i сарна, соловiй... i крук.</w:t>
      </w:r>
    </w:p>
    <w:p>
      <w:r>
        <w:br/>
        <w:t>Трощiтъ себе до атомного пилу,&lt;br /&gt;</w:t>
        <w:br/>
        <w:t>Гребiть судомно золото до ям,&lt;br /&gt;</w:t>
        <w:br/>
        <w:t>Та не тягнiть же землю у могилу&lt;br /&gt;</w:t>
        <w:br/>
        <w:t>Вона дарована не тiльки вам!</w:t>
      </w:r>
    </w:p>
    <w:p>
      <w:r>
        <w:br/>
        <w:t>(Квiтка стояла так грацiозно. Нiжка&lt;br /&gt;</w:t>
        <w:br/>
        <w:t>в грайливiм па.&lt;br /&gt;</w:t>
        <w:br/>
        <w:t>— Тiльки ж чому це пiд віями сльози? —&lt;br /&gt;</w:t>
        <w:br/>
        <w:t>Я запитав у пании.</w:t>
      </w:r>
    </w:p>
    <w:p>
      <w:r>
        <w:br/>
        <w:t>–Хто вас образив? Де ваша хустка?&lt;br /&gt;</w:t>
        <w:br/>
        <w:t>Тихо торкнув мiзинним.&lt;br /&gt;</w:t>
        <w:br/>
        <w:t>...Скриппула жерстю синя пелюстка.&lt;br /&gt;</w:t>
        <w:br/>
        <w:t>Сухо розпавшись тлiном.</w:t>
      </w:r>
    </w:p>
    <w:p>
      <w:r>
        <w:br/>
        <w:t>Божа коровка — мов короговка,&lt;br /&gt;</w:t>
        <w:br/>
        <w:t>Радiсть яка малечi!&lt;br /&gt;</w:t>
        <w:br/>
        <w:t>А придивився — лиш оболонка&lt;br /&gt;</w:t>
        <w:br/>
        <w:t>Мертвої порожнечi.</w:t>
      </w:r>
    </w:p>
    <w:p>
      <w:r>
        <w:br/>
        <w:t>Сiв на травинку коник, як понi.&lt;br /&gt;</w:t>
        <w:br/>
        <w:t>Вусики пружать в парi.&lt;br /&gt;</w:t>
        <w:br/>
        <w:t>Мав упiймати диво в долонi —&lt;br /&gt;</w:t>
        <w:br/>
        <w:t>Нiжки сухi вiдпали.</w:t>
      </w:r>
    </w:p>
    <w:p>
      <w:r>
        <w:br/>
        <w:t>Клени на майсъке вибрались вiче&lt;br /&gt;</w:t>
        <w:br/>
        <w:t>Похизуватись клечанням.&lt;br /&gt;</w:t>
        <w:br/>
        <w:t>А придивився: жовтi, як свiчi,&lt;br /&gt;</w:t>
        <w:br/>
        <w:t>В присмерку поминальнiм.</w:t>
      </w:r>
    </w:p>
    <w:p>
      <w:r>
        <w:br/>
        <w:t>— Хто ж це накоїв? — стиснуло горло.&lt;br /&gt;</w:t>
        <w:br/>
        <w:t>Сиво мовчало груддя...&lt;br /&gt;</w:t>
        <w:br/>
        <w:t>Вдарив у скроню каменем ворон:&lt;br /&gt;</w:t>
        <w:br/>
        <w:t>— Люди!)</w:t>
      </w:r>
    </w:p>
    <w:p>
      <w:r>
        <w:br/>
        <w:t>...Отямився.&lt;br /&gt;</w:t>
        <w:br/>
        <w:t>Зв'язав уривки нитi&lt;br /&gt;</w:t>
        <w:br/>
        <w:t>Розмови.&lt;br /&gt;</w:t>
        <w:br/>
        <w:t>Повернувсь вiд забутгя:&lt;br /&gt;</w:t>
        <w:br/>
        <w:t>— Ти змiшуєш в одне усе на свiтi, —&lt;br /&gt;</w:t>
        <w:br/>
        <w:t>І нас, i їх женеш пiд каятгя&lt;br /&gt;</w:t>
        <w:br/>
        <w:t>Однакове&lt;br /&gt;</w:t>
        <w:br/>
        <w:t>Але ж не ми пiдпалювали хату&lt;br /&gt;</w:t>
        <w:br/>
        <w:t>У Хiросiмi з ядерних трутiв.&lt;br /&gt;</w:t>
        <w:br/>
        <w:t>Чому ж ми мусимо покутувати&lt;br /&gt;</w:t>
        <w:br/>
        <w:t>Чужi грiхи?..</w:t>
      </w:r>
    </w:p>
    <w:p>
      <w:r>
        <w:br/>
        <w:t>Вiн люто протруїв&lt;br /&gt;</w:t>
        <w:br/>
        <w:t>Мене пекелъним оком.&lt;br /&gt;</w:t>
        <w:br/>
        <w:t>i цинiчно&lt;br /&gt;</w:t>
        <w:br/>
        <w:t>Уже й не каркнув — змiєм просичав:&lt;br /&gt;</w:t>
        <w:br/>
        <w:t>— А хто ж мене, слiпого, научав,&lt;br /&gt;</w:t>
        <w:br/>
        <w:t>Що всi ми — люди? i права довiчнi&lt;br /&gt;</w:t>
        <w:br/>
        <w:t>На рiвнiсть нам природа воздзла,&lt;br /&gt;</w:t>
        <w:br/>
        <w:t>Яка б у тебе шкiра не була, —&lt;br /&gt;</w:t>
        <w:br/>
        <w:t>Нам важитъ тiльки те, що ти —&lt;br /&gt;</w:t>
        <w:br/>
        <w:t>Людина,&lt;br /&gt;</w:t>
        <w:br/>
        <w:t>Що спiлъний дiм усiм —&lt;br /&gt;</w:t>
        <w:br/>
        <w:t>земля єдина.&lt;br /&gt;</w:t>
        <w:br/>
        <w:t>І нам за неї, як за матiр дiтям,&lt;br /&gt;</w:t>
        <w:br/>
        <w:t>Щомитi звiтувати перед свiтом&lt;br /&gt;</w:t>
        <w:br/>
        <w:t>Без позиркiв на раси й колъори,&lt;br /&gt;</w:t>
        <w:br/>
        <w:t>На гербовi печатi й прапори.</w:t>
      </w:r>
    </w:p>
    <w:p>
      <w:r>
        <w:br/>
        <w:t>Куди ж ти дививсь,&lt;br /&gt;</w:t>
        <w:br/>
        <w:t>коли дiти твоєї надiї,&lt;br /&gt;</w:t>
        <w:br/>
        <w:t>Руйнуючи спокiй iще праслов'янсъких&lt;br /&gt;</w:t>
        <w:br/>
        <w:t>пластiв,&lt;br /&gt;</w:t>
        <w:br/>
        <w:t>Заклали реактор, як мiну повiльної дiї,&lt;br /&gt;</w:t>
        <w:br/>
        <w:t>Пiд саму колиску твоїх однокровних братiв!</w:t>
      </w:r>
    </w:p>
    <w:p>
      <w:r>
        <w:br/>
        <w:t>Невже ти хотiв ошукати природу закляттям,&lt;br /&gt;</w:t>
        <w:br/>
        <w:t>Що в нас пак i смерчi ласкавiшi,&lt;br /&gt;</w:t>
        <w:br/>
        <w:t>нiж за бугром?&lt;br /&gt;</w:t>
        <w:br/>
        <w:t>Отямся ж нарештi!&lt;br /&gt;</w:t>
        <w:br/>
        <w:t>Нещадний однаково атом&lt;br /&gt;</w:t>
        <w:br/>
        <w:t>Що в них над Гудзоном,&lt;br /&gt;</w:t>
        <w:br/>
        <w:t>що в нас над билинним Днiпром!&lt;br /&gt;</w:t>
        <w:br/>
        <w:t>Однаково дiлиться вiн до межi рокової.&lt;br /&gt;</w:t>
        <w:br/>
        <w:t>Чи вiдаєш ти, що за нею гряде з пелени,&lt;br /&gt;</w:t>
        <w:br/>
        <w:t>Коли над планетою виросте гриб сатани,&lt;br /&gt;</w:t>
        <w:br/>
        <w:t>Посiяний слiпо з твоєї гординi людської?!</w:t>
      </w:r>
    </w:p>
    <w:p>
      <w:r>
        <w:br/>
        <w:t>Та є ще страшнiше, нiж вибух ракети&lt;br /&gt;</w:t>
        <w:br/>
        <w:t>нещадний,&lt;br /&gt;</w:t>
        <w:br/>
        <w:t>Коли без удару, нечутно, немов з-пiд поли,&lt;br /&gt;</w:t>
        <w:br/>
        <w:t>Повзтимуть крiзь тебе у жили невинних&lt;br /&gt;</w:t>
        <w:br/>
        <w:t>нащадкiв&lt;br /&gt;</w:t>
        <w:br/>
        <w:t>Зловiснi потоки з отруєної золи&lt;br /&gt;</w:t>
        <w:br/>
        <w:t>Кульгавих реакторiв, ще не доношених вченим, —&lt;br /&gt;</w:t>
        <w:br/>
        <w:t>Нездарних калiк, що поквапно пiшли в серiал,&lt;br /&gt;</w:t>
        <w:br/>
        <w:t>Вони прогризають наскрiзно бетон i метал&lt;br /&gt;</w:t>
        <w:br/>
        <w:t>Ножем променевим i вирок пiдписують генам.</w:t>
      </w:r>
    </w:p>
    <w:p>
      <w:r>
        <w:br/>
        <w:t>О, як ця омана купує!&lt;br /&gt;</w:t>
        <w:br/>
        <w:t>Бо все — як було:&lt;br /&gt;</w:t>
        <w:br/>
        <w:t>І ночi, i днi пропливають&lt;br /&gt;</w:t>
        <w:br/>
        <w:t>у звичному плинi.&lt;br /&gt;</w:t>
        <w:br/>
        <w:t>І сонце щоранку пiдводитъ античне чоло,&lt;br /&gt;</w:t>
        <w:br/>
        <w:t>І мiсяць щовечiр гойдає колиску дитинi,&lt;br /&gt;</w:t>
        <w:br/>
        <w:t>Нуртує загал у робочiй, крутiй товчії,&lt;br /&gt;</w:t>
        <w:br/>
        <w:t>Будуються плани житейськi на завтрашнiй вечiр.&lt;br /&gt;</w:t>
        <w:br/>
        <w:t>І жони несуть з магазинiв у вулик сiм'ї&lt;br /&gt;</w:t>
        <w:br/>
        <w:t>Наїки, вгинаючи емансипованi плечi.&lt;br /&gt;</w:t>
        <w:br/>
        <w:t>І збори киплять, наганяючи переполох&lt;br /&gt;</w:t>
        <w:br/>
        <w:t>Вiтрами оновленъ на вигаслi душi i гасла.&lt;br /&gt;</w:t>
        <w:br/>
        <w:t>І маску нову примiряє старий демагог,&lt;br /&gt;</w:t>
        <w:br/>
        <w:t>Слизьким язиком натискаючи ревно&lt;br /&gt;</w:t>
        <w:br/>
        <w:t>на гласнiсть.</w:t>
      </w:r>
    </w:p>
    <w:p>
      <w:r>
        <w:br/>
        <w:t>І кожному свiтить своя, доморосла, мета,&lt;br /&gt;</w:t>
        <w:br/>
        <w:t>І кожен, як може,&lt;br /&gt;</w:t>
        <w:br/>
        <w:t>утверджує в нiй особисте:&lt;br /&gt;</w:t>
        <w:br/>
        <w:t>В димах Запорiжжя доварюють предки метал,&lt;br /&gt;</w:t>
        <w:br/>
        <w:t>Яким добивають в екстазi стiльцi&lt;br /&gt;</w:t>
        <w:br/>
        <w:t>їх сини-металiсти...</w:t>
      </w:r>
    </w:p>
    <w:p>
      <w:r>
        <w:br/>
        <w:t>Життя — як жипя. Не спинить його&lt;br /&gt;</w:t>
        <w:br/>
        <w:t>коловорот.&lt;br /&gt;</w:t>
        <w:br/>
        <w:t>i кожен по-своему радий маленькому щастю:&lt;br /&gt;</w:t>
        <w:br/>
        <w:t>Скрипить на негоду стареча застояна плоть,&lt;br /&gt;</w:t>
        <w:br/>
        <w:t>І скрикує плоть молода у зенiтi зачаття.&lt;br /&gt;</w:t>
        <w:br/>
        <w:t>Кого ж ви зачинаєте... на смерть,&lt;br /&gt;</w:t>
        <w:br/>
        <w:t>Коли у вашому спадковiм кодi&lt;br /&gt;</w:t>
        <w:br/>
        <w:t>Вже перетято сув'язь родоводу&lt;br /&gt;</w:t>
        <w:br/>
        <w:t>Ножем радiацiйним до осердь?!</w:t>
      </w:r>
    </w:p>
    <w:p>
      <w:r>
        <w:br/>
        <w:t>Чи вiдаєте, сотворивши плiд,&lt;br /&gt;</w:t>
        <w:br/>
        <w:t>Чи знаєте, що з вашої утроби&lt;br /&gt;</w:t>
        <w:br/>
        <w:t>У свiт полiзуть виродки безлобi,&lt;br /&gt;</w:t>
        <w:br/>
        <w:t>Яких ще не родив донинi свiт?!</w:t>
      </w:r>
    </w:p>
    <w:p>
      <w:r>
        <w:br/>
        <w:t>I вас пожеругь,&lt;br /&gt;</w:t>
        <w:br/>
        <w:t>i наплодять своє страхолiсся,&lt;br /&gt;</w:t>
        <w:br/>
        <w:t>Де замiсть чола i обличчя&lt;br /&gt;</w:t>
        <w:br/>
        <w:t>розвсрзнеться рот.&lt;br /&gt;</w:t>
        <w:br/>
        <w:t>І женщини вашi,&lt;br /&gt;</w:t>
        <w:br/>
        <w:t>уже вiд народження лисi,&lt;br /&gt;</w:t>
        <w:br/>
        <w:t>Народять химер,&lt;br /&gt;</w:t>
        <w:br/>
        <w:t>що зжують навiть слово "народ".</w:t>
      </w:r>
    </w:p>
    <w:p>
      <w:r>
        <w:br/>
        <w:t>І риби триокi повзтимуть в отруєнiй масi.&lt;br /&gt;</w:t>
        <w:br/>
        <w:t>І птицi безкрилi гiєнами в нiч прокричать.&lt;br /&gt;</w:t>
        <w:br/>
        <w:t>І ляже тотального розпаду брезкла печать&lt;br /&gt;</w:t>
        <w:br/>
        <w:t>На твiй бiовид,&lt;br /&gt;</w:t>
        <w:br/>
        <w:t>що недавно людьми називався.</w:t>
      </w:r>
    </w:p>
    <w:p>
      <w:r>
        <w:br/>
        <w:t>І мова, якою дiди дивували свiти,&lt;br /&gt;</w:t>
        <w:br/>
        <w:t>І пiсня твоя —&lt;br /&gt;</w:t>
        <w:br/>
        <w:t>занiмiють безгубо на камiнь.&lt;br /&gt;</w:t>
        <w:br/>
        <w:t>i все, що надбали тобi поколiння вiками, —&lt;br /&gt;</w:t>
        <w:br/>
        <w:t>Умре за межею, якої вже не перейти!</w:t>
      </w:r>
    </w:p>
    <w:p>
      <w:r>
        <w:br/>
        <w:t>Вiн каркав i тiпався,&lt;br /&gt;</w:t>
        <w:br/>
        <w:t>як в пропасницi,&lt;br /&gt;</w:t>
        <w:br/>
        <w:t>Аж тлiла на кiгтях руда роговиця,&lt;br /&gt;</w:t>
        <w:br/>
        <w:t>І темнi, як нiч, його демонсъкi крила,&lt;br /&gt;</w:t>
        <w:br/>
        <w:t>Здавалось, i сонце навiки закрили.</w:t>
      </w:r>
    </w:p>
    <w:p>
      <w:r>
        <w:br/>
        <w:t>І тiльки над Прип'яттю, дужо i владно,&lt;br /&gt;</w:t>
        <w:br/>
        <w:t>Якесь нетутешнє вставало свiчадо,&lt;br /&gt;</w:t>
        <w:br/>
        <w:t>I сяйво його пробивалось уперто&lt;br /&gt;</w:t>
        <w:br/>
        <w:t>Крiзь темiнь i крила, во злобi простертi,&lt;br /&gt;</w:t>
        <w:br/>
        <w:t>I лики якiсь, як сузiр'я, вогнiли.&lt;br /&gt;</w:t>
        <w:br/>
        <w:t>І їх було шiсть...&lt;br /&gt;</w:t>
        <w:br/>
        <w:t>I мене осiнило!</w:t>
      </w:r>
    </w:p>
    <w:p>
      <w:r>
        <w:br/>
        <w:t>5&lt;br /&gt;</w:t>
        <w:br/>
        <w:t>— Одринь, сатано! загримiв я у свiт&lt;br /&gt;</w:t>
        <w:br/>
        <w:t>троєкратно.&lt;br /&gt;</w:t>
        <w:br/>
        <w:t>Я ледь не повiрив у хиже пророцтво твоє,&lt;br /&gt;</w:t>
        <w:br/>
        <w:t>Та шестеро в робах, як в ризах, iз праху&lt;br /&gt;</w:t>
        <w:br/>
        <w:t>встає,&lt;br /&gt;</w:t>
        <w:br/>
        <w:t>І в сяєвi їхнiм апостольськiм меркне реактор.</w:t>
      </w:r>
    </w:p>
    <w:p>
      <w:r>
        <w:br/>
        <w:t>Встають i вiдходятъ в легенду&lt;br /&gt;</w:t>
        <w:br/>
        <w:t>Пророки завiтiв нових.&lt;br /&gt;</w:t>
        <w:br/>
        <w:t>I ризи у них iз брезенту&lt;br /&gt;</w:t>
        <w:br/>
        <w:t>i каски, як нiмби, у них.</w:t>
      </w:r>
    </w:p>
    <w:p>
      <w:r>
        <w:br/>
        <w:t>I в тисячу сонць їх зiницi&lt;br /&gt;</w:t>
        <w:br/>
        <w:t>Таку свiтлосилу несуть,&lt;br /&gt;</w:t>
        <w:br/>
        <w:t>Що навiть свинцевi гробницi&lt;br /&gt;</w:t>
        <w:br/>
        <w:t>Не в змозi‚ їм шлях перетнуть.</w:t>
      </w:r>
    </w:p>
    <w:p>
      <w:r>
        <w:br/>
        <w:t>Поглянь у їх лики!..&lt;br /&gt;</w:t>
        <w:br/>
        <w:t>Вiн вперше сахнувся, мов тхiр:&lt;br /&gt;</w:t>
        <w:br/>
        <w:t>— Ти ж знаєш, пiдступний, що я від&lt;br /&gt;</w:t>
        <w:br/>
        <w:t>народження свiту&lt;br /&gt;</w:t>
        <w:br/>
        <w:t>Не можу дивитись на сонце.&lt;br /&gt;</w:t>
        <w:br/>
        <w:t>А цi... твої свiтятъ&lt;br /&gt;</w:t>
        <w:br/>
        <w:t>Яснiше, нiж тисяча сонць, i випалюють зiр.&lt;br /&gt;</w:t>
        <w:br/>
        <w:t>Ти знову подвижникiв поперед себе&lt;br /&gt;</w:t>
        <w:br/>
        <w:t>Женеш, затуляючи власнi грiхи.&lt;br /&gt;</w:t>
        <w:br/>
        <w:t>Невже ти хоч нинi не втямив, лукавий,&lt;br /&gt;</w:t>
        <w:br/>
        <w:t>Що ними ти сам же себе побиваєш!&lt;br /&gt;</w:t>
        <w:br/>
        <w:t>Подвижники — виняток, їх — Одиницi.&lt;br /&gt;</w:t>
        <w:br/>
        <w:t>А виняток правило стверджує ще раз:&lt;br /&gt;</w:t>
        <w:br/>
        <w:t>Як низько в загалi скотилися ви!</w:t>
      </w:r>
    </w:p>
    <w:p>
      <w:r>
        <w:br/>
        <w:t>6&lt;br /&gt;</w:t>
        <w:br/>
        <w:t>Усе ще шалiв, але очi поволi вгасали,&lt;br /&gt;</w:t>
        <w:br/>
        <w:t>І крила, як стяги поразки, хилилися вниз,&lt;br /&gt;</w:t>
        <w:br/>
        <w:t>Бо там, де окреслювавсь обрiю синiй карниз,&lt;br /&gt;</w:t>
        <w:br/>
        <w:t>Яснiше вiд тисячi сонць&lt;br /&gt;</w:t>
        <w:br/>
        <w:t>пробивалось проміння списами.</w:t>
      </w:r>
    </w:p>
    <w:p>
      <w:r>
        <w:br/>
        <w:t>Воно струменiло могутньо вiд ликiв шести.&lt;br /&gt;</w:t>
        <w:br/>
        <w:t>І гостре його неземного зачаття свiтіння&lt;br /&gt;</w:t>
        <w:br/>
        <w:t>У все прозирало до первiсної наготи&lt;br /&gt;</w:t>
        <w:br/>
        <w:t>Вiд формули кровi до стронцiю душ&lt;br /&gt;</w:t>
        <w:br/>
        <w:t>i коріння.</w:t>
      </w:r>
    </w:p>
    <w:p>
      <w:r>
        <w:br/>
        <w:t>І видно було, як в магiчнiм кристалi, до тла:&lt;br /&gt;</w:t>
        <w:br/>
        <w:t>Вiд червiв, що точать пожадно живу бадилину,&lt;br /&gt;</w:t>
        <w:br/>
        <w:t>До жiнки, що суне в пелюшках за "трьошку"&lt;br /&gt;</w:t>
        <w:br/>
        <w:t>Дитину</w:t>
      </w:r>
    </w:p>
    <w:p>
      <w:r>
        <w:br/>
        <w:t>З похмiлля,&lt;br /&gt;</w:t>
        <w:br/>
        <w:t>бо матiр в собi вже давно пропила,&lt;br /&gt;</w:t>
        <w:br/>
        <w:t>до сина чийогось, — у нього ще й вус&lt;br /&gt;</w:t>
        <w:br/>
        <w:t>не зійшов, —&lt;br /&gt;</w:t>
        <w:br/>
        <w:t>А вiн уже корчиться в гиблiм чаду кокаїну,&lt;br /&gt;</w:t>
        <w:br/>
        <w:t>Зiжмаканий, наче папiр з-пiд брудних&lt;br /&gt;</w:t>
        <w:br/>
        <w:t>підошов,&lt;br /&gt;</w:t>
        <w:br/>
        <w:t>Де стоптано пам'ять — останню опору&lt;br /&gt;</w:t>
        <w:br/>
        <w:t>людини.&lt;br /&gt;</w:t>
        <w:br/>
        <w:t>До тих янголят, що в сирiтсъких будинках&lt;br /&gt;</w:t>
        <w:br/>
        <w:t>Ячать.&lt;br /&gt;</w:t>
        <w:br/>
        <w:t>І в кожне жiноче обличчя вглядаються, чулi.&lt;br /&gt;</w:t>
        <w:br/>
        <w:t>А їхнi вiдреченцi, наче данайськi зозулi,&lt;br /&gt;</w:t>
        <w:br/>
        <w:t>У гнiздах сусіднiх розбещену плоть веселять...</w:t>
      </w:r>
    </w:p>
    <w:p>
      <w:r>
        <w:br/>
        <w:t>Те свiтло не зна нi кордонiв, анi заборон.&lt;br /&gt;</w:t>
        <w:br/>
        <w:t>Воно проникає під кiтель, i шкiру, i попiл&lt;br /&gt;</w:t>
        <w:br/>
        <w:t>І важко iде в споночiлий вiд горя Чорнобиль,&lt;br /&gt;</w:t>
        <w:br/>
        <w:t>Як вiск, прошиваючи у саркофазi бетон.</w:t>
      </w:r>
    </w:p>
    <w:p>
      <w:r>
        <w:br/>
        <w:t>І перст його грiзний вказующе застерiга&lt;br /&gt;</w:t>
        <w:br/>
        <w:t>Межу, що встає за четвертим до розпачу&lt;br /&gt;</w:t>
        <w:br/>
        <w:t>зримо:&lt;br /&gt;</w:t>
        <w:br/>
        <w:t>Там привидом бiлим гойдаються ядернi зими,&lt;br /&gt;</w:t>
        <w:br/>
        <w:t>Де вмерзне у кригу останнього звiра нога,&lt;br /&gt;</w:t>
        <w:br/>
        <w:t>Коли чоловiцтво i далi...&lt;br /&gt;</w:t>
        <w:br/>
        <w:t>вiд себе повзтиме.</w:t>
      </w:r>
    </w:p>
    <w:p>
      <w:r>
        <w:br/>
        <w:t>— Тримайтеся, люди! — гримить з рокової&lt;br /&gt;</w:t>
        <w:br/>
        <w:t>версти.—&lt;br /&gt;</w:t>
        <w:br/>
        <w:t>Убийте зневiру: встає над проваллям оплотом&lt;br /&gt;</w:t>
        <w:br/>
        <w:t>Стiна порятунку, означена сяйвом шести&lt;br /&gt;</w:t>
        <w:br/>
        <w:t>Новiтнiх подвижникiв вашої ж кровi i плотi!</w:t>
      </w:r>
    </w:p>
    <w:p>
      <w:r>
        <w:br/>
        <w:t>[...А сьомий у зону ("Володю, куди?!")&lt;br /&gt;</w:t>
        <w:br/>
        <w:t>Летить. Кiнокамера плiвку жене.&lt;br /&gt;</w:t>
        <w:br/>
        <w:t>Вiн хоче те сяйво спинить назавжди&lt;br /&gt;</w:t>
        <w:br/>
        <w:t>І сам через мить спалахне.&lt;br /&gt;</w:t>
        <w:br/>
        <w:t>І в титрах за шостим на всi небеса височенно&lt;br /&gt;</w:t>
        <w:br/>
        <w:t>Огненним клинописом сьомий свiтає:&lt;br /&gt;</w:t>
        <w:br/>
        <w:t>"Шевченко"].</w:t>
      </w:r>
    </w:p>
    <w:p>
      <w:r>
        <w:br/>
        <w:t>А свiтло струмує живим джерелом по вiках —&lt;br /&gt;</w:t>
        <w:br/>
        <w:t>З глибин ханаанських по нинiшнiй день&lt;br /&gt;</w:t>
        <w:br/>
        <w:t>І годину.&lt;br /&gt;</w:t>
        <w:br/>
        <w:t>І ти осягаєш до зашпорiв у п'ястуках,</w:t>
      </w:r>
    </w:p>
    <w:p>
      <w:r>
        <w:br/>
        <w:t>Як дорого сплачено право назватись —&lt;br /&gt;</w:t>
        <w:br/>
        <w:t>Людина;</w:t>
      </w:r>
    </w:p>
    <w:p>
      <w:r>
        <w:br/>
        <w:t>Як ратно стояв за iм'я своє&lt;br /&gt;</w:t>
        <w:br/>
        <w:t>предкiвське рус,</w:t>
      </w:r>
    </w:p>
    <w:p>
      <w:r>
        <w:br/>
        <w:t>З кострів самозречення сам воскресаючи Руссю.&lt;br /&gt;</w:t>
        <w:br/>
        <w:t>Як віщо горів і горить, не згоряючи Гус,&lt;br /&gt;</w:t>
        <w:br/>
        <w:t>В стражданнях людських допиваючи чашу Ісуса.</w:t>
      </w:r>
    </w:p>
    <w:p>
      <w:r>
        <w:br/>
        <w:t>Та лінія свіла тече з Берестечка у Брест,&lt;br /&gt;</w:t>
        <w:br/>
        <w:t>Бо всі, хто на Волзі й під Жовтими Водами впали,&lt;br /&gt;</w:t>
        <w:br/>
        <w:t>Хоч скільки б віків поміж ними кордон мурували, —&lt;br /&gt;</w:t>
        <w:br/>
        <w:t>Єдині в часах, бо єдиний несли вони хрест,&lt;br /&gt;</w:t>
        <w:br/>
        <w:t>Де кров'ю впеклася присяга: "Вітчиза і честь!"</w:t>
      </w:r>
    </w:p>
    <w:p>
      <w:r>
        <w:br/>
        <w:t>І твердості їхнього духу немає рівні!&lt;br /&gt;</w:t>
        <w:br/>
        <w:t>Та все ж я стою ао останню годину і подих:&lt;br /&gt;</w:t>
        <w:br/>
        <w:t>Є вища звитяга, ніж в полі оружному подвиг, —&lt;br /&gt;</w:t>
        <w:br/>
        <w:t>Їх віра, в якій не хитнулися навіть у дні,</w:t>
      </w:r>
    </w:p>
    <w:p>
      <w:r>
        <w:br/>
        <w:t>Коли її чоботом стоптував сам напівбог,&lt;br /&gt;</w:t>
        <w:br/>
        <w:t>З чиїм вони іменем йшли на багнет, як на палю,&lt;br /&gt;</w:t>
        <w:br/>
        <w:t>На кого в глухих таборах Колими уповали&lt;br /&gt;</w:t>
        <w:br/>
        <w:t>По свій (в два аршини) останній промерзлий чертог?!</w:t>
      </w:r>
    </w:p>
    <w:p>
      <w:r>
        <w:br/>
        <w:t>Вже тим вони справдились свiту вiкам i добi,&lt;br /&gt;</w:t>
        <w:br/>
        <w:t>Що, вирвавши iдола з кров'ю рукою своєю,&lt;br /&gt;</w:t>
        <w:br/>
        <w:t>Самi ж i очистились змученою душею&lt;br /&gt;</w:t>
        <w:br/>
        <w:t>Від того,&lt;br /&gt;</w:t>
        <w:br/>
        <w:t>кому, може, вiрили бiлъш, як собi!</w:t>
      </w:r>
    </w:p>
    <w:p>
      <w:r>
        <w:br/>
        <w:t>Чи знайдеться мiра на бiлому свiтi всьому,&lt;br /&gt;</w:t>
        <w:br/>
        <w:t>Яка б осягнула страждання народу i силу&lt;br /&gt;</w:t>
        <w:br/>
        <w:t>Що навiть, зiрвавши з корогви&lt;br /&gt;</w:t>
        <w:br/>
        <w:t>несправджений символ,&lt;br /&gt;</w:t>
        <w:br/>
        <w:t>Не втратив дитинної вiри в корогву саму?!</w:t>
      </w:r>
    </w:p>
    <w:p>
      <w:r>
        <w:br/>
        <w:t>Вклонись йому, свiте! Можливо, своїми&lt;br /&gt;</w:t>
        <w:br/>
        <w:t>грудьми.&lt;br /&gt;</w:t>
        <w:br/>
        <w:t>Коли уже ядерний шнур засичав пiд тобою,&lt;br /&gt;</w:t>
        <w:br/>
        <w:t>Вiн ще раз тебе пiсля круппiвсъкого&lt;br /&gt;</w:t>
        <w:br/>
        <w:t>градобою —&lt;br /&gt;</w:t>
        <w:br/>
        <w:t>Вiд смертi вберiг непоправною смертю семи.&lt;br /&gt;</w:t>
        <w:br/>
        <w:t>Коли вiн таких&lt;br /&gt;</w:t>
        <w:br/>
        <w:t>колисає для людства синiв&lt;br /&gt;</w:t>
        <w:br/>
        <w:t>Йому не було i не буде вовiк недороду!&lt;br /&gt;</w:t>
        <w:br/>
        <w:t>Вклонiтъся, великi народи,&lt;br /&gt;</w:t>
        <w:br/>
        <w:t>моєму народу:&lt;br /&gt;</w:t>
        <w:br/>
        <w:t>Вiн навiть у пеклi душею до вас ясенiв!</w:t>
      </w:r>
    </w:p>
    <w:p>
      <w:r>
        <w:br/>
        <w:t>Вiн ще назове, не минаючи, всiх iмена,&lt;br /&gt;</w:t>
        <w:br/>
        <w:t>Хто зманював хитро його&lt;br /&gt;</w:t>
        <w:br/>
        <w:t>в алкоголънi затони,&lt;br /&gt;</w:t>
        <w:br/>
        <w:t>І вирубав лаври у головах Бородiна,&lt;br /&gt;</w:t>
        <w:br/>
        <w:t>І славу козацьку обпльовував жовчю багна,&lt;br /&gt;</w:t>
        <w:br/>
        <w:t>i шабаш чинив&lt;br /&gt;</w:t>
        <w:br/>
        <w:t>над останками Багратiона!</w:t>
      </w:r>
    </w:p>
    <w:p>
      <w:r>
        <w:br/>
        <w:t>Вiн все перебуде, бо вже на гiрких сухарях&lt;br /&gt;</w:t>
        <w:br/>
        <w:t>Усе перебув — i не вигаснув у милосердi.&lt;br /&gt;</w:t>
        <w:br/>
        <w:t>Вiн сирiт дрiбних (о ганьба! при живих&lt;br /&gt;</w:t>
        <w:br/>
        <w:t>матерях!)&lt;br /&gt;</w:t>
        <w:br/>
        <w:t>Отецькою ласкою вигрiє в лагiднiм серцi.</w:t>
      </w:r>
    </w:p>
    <w:p>
      <w:r>
        <w:br/>
        <w:t>7&lt;br /&gt;</w:t>
        <w:br/>
        <w:t>Та тiльки не вчiть його жити з чужих букварів.&lt;br /&gt;</w:t>
        <w:br/>
        <w:t>І, квiти з могил його вкравши, не спродуйте ницо&lt;br /&gt;</w:t>
        <w:br/>
        <w:t>Сп'янiлим з любовi. При світлі своїх прапорів&lt;br /&gt;</w:t>
        <w:br/>
        <w:t>Вiн бачить усе. І тяжка його в карi десниця.</w:t>
      </w:r>
    </w:p>
    <w:p>
      <w:r>
        <w:br/>
        <w:t>А вiн не забуде нiколи людського добра&lt;br /&gt;</w:t>
        <w:br/>
        <w:t>i в пам'ять запише усiх, не питаючи нацiй,&lt;br /&gt;</w:t>
        <w:br/>
        <w:t>Вiд юних солдатiв до вчених найвищих&lt;br /&gt;</w:t>
        <w:br/>
        <w:t>iнстанцiй,&lt;br /&gt;</w:t>
        <w:br/>
        <w:t>Хто нас в Страхолiссi закрив од чуми радiацiй,&lt;br /&gt;</w:t>
        <w:br/>
        <w:t>i горе навпiл роздiлив, i омився з Днiпра.</w:t>
      </w:r>
    </w:p>
    <w:p>
      <w:r>
        <w:br/>
        <w:t>Прийдiте до нього усi, в кого вiра живе&lt;br /&gt;</w:t>
        <w:br/>
        <w:t>На жито грядуще, на щедру годину i долю!&lt;br /&gt;</w:t>
        <w:br/>
        <w:t>О матiр Терезо, — стеблинка iндiйського поля,&lt;br /&gt;</w:t>
        <w:br/>
        <w:t>Ти вища, нiж мати, вознесена iменем "Божа",&lt;br /&gt;</w:t>
        <w:br/>
        <w:t>О, як ти на матiр мою милосердiєм схожа!&lt;br /&gt;</w:t>
        <w:br/>
        <w:t>Прийди i врачуй матерiв iз гiрких полинiв,&lt;br /&gt;</w:t>
        <w:br/>
        <w:t>Що в тузi сирiтсъкiй уже не чекають синів.</w:t>
      </w:r>
    </w:p>
    <w:p>
      <w:r>
        <w:br/>
        <w:t>Прийдiте пiд шати калини — слов'янського мирту&lt;br /&gt;</w:t>
        <w:br/>
        <w:t>Усi, хто не молить приречено долю сумирну,&lt;br /&gt;</w:t>
        <w:br/>
        <w:t>А в потi солонiм iз петри довiчноi вiри&lt;br /&gt;</w:t>
        <w:br/>
        <w:t>Возводить нащадкам собор всепланетного миру!&lt;br /&gt;</w:t>
        <w:br/>
        <w:t>Чи знаєш ти, свiте, як сиво ридає полин,&lt;br /&gt;</w:t>
        <w:br/>
        <w:t>Як тяжко, як тужно моєму народу болить!?&lt;br /&gt;</w:t>
        <w:br/>
        <w:t>…А свiтло сузiр'я семи лебедить,</w:t>
      </w:r>
    </w:p>
    <w:p>
      <w:r>
        <w:br/>
        <w:t>І ворон, ослiпiлий вiд нього,&lt;br /&gt;</w:t>
        <w:br/>
        <w:t>безкрило кона&lt;br /&gt;</w:t>
        <w:br/>
        <w:t>В травi...&lt;br /&gt;</w:t>
        <w:br/>
        <w:t>Шов-&lt;br /&gt;</w:t>
        <w:br/>
        <w:t>ковою зеленою&lt;br /&gt;</w:t>
        <w:br/>
        <w:t>Тичина пiшов.&lt;br /&gt;</w:t>
        <w:br/>
        <w:t>Озирнувшись на мить,&lt;br /&gt;</w:t>
        <w:br/>
        <w:t>Ворону кинув:&lt;br /&gt;</w:t>
        <w:br/>
        <w:t>— Каїне.&lt;br /&gt;</w:t>
        <w:br/>
        <w:t>Минуле, як рана, болить,&lt;br /&gt;</w:t>
        <w:br/>
        <w:t>Але тобi не покаюся,&lt;br /&gt;</w:t>
        <w:br/>
        <w:t>Бо все це — моє:&lt;br /&gt;</w:t>
        <w:br/>
        <w:t>Нi продать, нi купить.&lt;br /&gt;</w:t>
        <w:br/>
        <w:t>i менi, а не третьому,&lt;br /&gt;</w:t>
        <w:br/>
        <w:t>Нещадно його судить.&lt;br /&gt;</w:t>
        <w:br/>
        <w:t>I самому собi не прощатися.&lt;br /&gt;</w:t>
        <w:br/>
        <w:t>— очищатися.&lt;br /&gt;</w:t>
        <w:br/>
        <w:t>…Болить.</w:t>
      </w:r>
    </w:p>
    <w:p>
      <w:r>
        <w:br/>
        <w:t>1989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