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Сім мішків</w:t>
      </w:r>
    </w:p>
    <w:p>
      <w:r>
        <w:br/>
        <w:t xml:space="preserve"> &lt;p&gt;Міке Амагачана справедливо вважали за найскупішого і найпожадливішого ороча на всім узбережжі Охотського моря. Коли його запитували, чи багато кети заходить в річку Наватуму,— він завжди, зітхаючи, відповідав:</w:t>
      </w:r>
    </w:p>
    <w:p>
      <w:r>
        <w:br/>
        <w:t>— Мало, мало стало риби.</w:t>
      </w:r>
    </w:p>
    <w:p>
      <w:r>
        <w:br/>
        <w:t>Коли питали про білок або горностаїв чи лисиць,— у Міке була одна відповідь:</w:t>
      </w:r>
    </w:p>
    <w:p>
      <w:r>
        <w:br/>
        <w:t>— Мало, мало стало звіра.</w:t>
      </w:r>
    </w:p>
    <w:p>
      <w:r>
        <w:br/>
        <w:t>Він ніколи нікому не продавав ні риби, ні грибів, ні ягід, а коли здавав у факторію хутро, то в нього був такий стражденний вираз обличчя, ніби він знову ховав усіх своїх дітей, які вмерли з голоду тридцять років тому.</w:t>
      </w:r>
    </w:p>
    <w:p>
      <w:r>
        <w:br/>
        <w:t>Але скупість Міке стала відома всім після ось якого випадку. На рибальськім промислі працював один хлопець, що побував на всіх рибальнях далекосхідного узбережжя — від бухти Корфа до Шантарських островів, і знав мови узбережжя в обсязі, достатнім, щоб попросити їсти і вилаятись. Він спитав Міне його рідною мовою, чи вистачає води в Охотському морі. Міке, не замислюючись, відповів:</w:t>
      </w:r>
    </w:p>
    <w:p>
      <w:r>
        <w:br/>
        <w:t>— Мало, мало стало води.</w:t>
      </w:r>
    </w:p>
    <w:p>
      <w:r>
        <w:br/>
        <w:t>Регіт орочів з рибальської артілі, які чули цю розмову, ясно показав Міке, що він перебрав через край. А що орочі дуже балакучі, звістка про цей випадок швидко поширилась на захід і схід від Наватумської бухти.</w:t>
      </w:r>
    </w:p>
    <w:p>
      <w:r>
        <w:br/>
        <w:t>Не можна сказати, щоб це звело нанівець авторитет Міке серед орочів: він був дуже справедлива людина і, незважаючи на свої сімдесят п'ять років, чудовий мисливець і рибалка. Але неприємностей він зазнавав чимало, бо ороцька молодь часто глузувала з нього.</w:t>
      </w:r>
    </w:p>
    <w:p>
      <w:r>
        <w:br/>
        <w:t>Влітку, під час рибальства, коли в юрті не можна було продихнути від диму, хто-небудь з юнаків, ніби ненароком, питав Міке:</w:t>
      </w:r>
    </w:p>
    <w:p>
      <w:r>
        <w:br/>
        <w:t>— Чи не здається Міке, що в юртах стало мало диму?</w:t>
      </w:r>
    </w:p>
    <w:p>
      <w:r>
        <w:br/>
        <w:t>Міке кидав злий погляд і мовчав. Звісно, ніхто не бачив, як тридцять років тому, коли кета не пішла в річку, Міке змушений був спочатку з'їсти своїх оленів, потім зварити і з'їсти шкіряні речі, а тоді поховати чотирьох дітей і дружину. Самолюбство заважало йому розповісти цим жовторотим, що сувора природа його батьківщини не дозволяє бути марнотратним. Люди з пароплава приїдуть і поїдуть. А Міке житиме тут, серед снігових гір, де білка буває не щороку; коло ріки, куди риба заходить не завжди; на березі моря, до якого пароплав з продуктами пристає тільки двічі на рік. Ні, він не скупий,— він тільки ощадливий.</w:t>
      </w:r>
    </w:p>
    <w:p>
      <w:r>
        <w:br/>
        <w:t>Найдужче злив старого Кеня — його далекий родич. На всіх зборах, де обговорювалось питання про поставку риби або хутра з індивідуальної здобичі, Кеня позирав спочатку на Міке, а потім з усмішкою переводив погляд на своїх товаришів. Ті сміялися з одвертістю, властивою безпосереднім натурам.</w:t>
      </w:r>
    </w:p>
    <w:p>
      <w:r>
        <w:br/>
        <w:t>Одного разу, коли розпочався хід кети і всі орочі з найдальших гір з'їхались на узбережжя ловити рибу, приїхав інструктор райвиконкому і скликав збори.</w:t>
      </w:r>
    </w:p>
    <w:p>
      <w:r>
        <w:br/>
        <w:t>Люди сиділи на каменях, відшліфованих морською хвилею, і слухали доповідача, який розповідав, що підлий і лукавий ворог напав на нашу Батьківщину, що потрібна самовіддана допомога тилу фронтові.</w:t>
      </w:r>
    </w:p>
    <w:p>
      <w:r>
        <w:br/>
        <w:t>Схвильовані страшною звісткою про війну, орочі хвилину мовчали. Потім пролунали вигуки обурення проти підлого ворога. Всі заговорили разом, висловлюючи свою готовність стати на захист Батьківщини, а кілька юнаків вимагали, щоб їх негайно відправили на фронт.</w:t>
      </w:r>
    </w:p>
    <w:p>
      <w:r>
        <w:br/>
        <w:t>Але інструктор сказав:</w:t>
      </w:r>
    </w:p>
    <w:p>
      <w:r>
        <w:br/>
        <w:t>— Коли ви хочете допомогти фронтові,— працюйте на рибальні по-фронтовому. Більше ловіть риби, бо для армії треба багато продуктів. А робота в тилу так само потрібна і почесна, як і на фронті.</w:t>
      </w:r>
    </w:p>
    <w:p>
      <w:r>
        <w:br/>
        <w:t>Тоді встав Кеня і промовив:</w:t>
      </w:r>
    </w:p>
    <w:p>
      <w:r>
        <w:br/>
        <w:t>— Товариші, ми будемо працювати тепер і вдень і вночі, аж поки наша Червона Армія не переможе Гітлера. Та цього мало. Хай кожен з нас дасть від себе подарунок воїнам. Я закликаю вас усіх дати найцінніші подарунки, щоб воїни знали, що орочі завжди з ними і що орочі нічого не шкодують для своїх друзів.</w:t>
      </w:r>
    </w:p>
    <w:p>
      <w:r>
        <w:br/>
        <w:t>Коли Кеня сказав це, він ненароком глянув на Міке. Хлопці чекали цього погляду, але ніхто не зареготав, як бувало раніш у таких випадках. Тепер справа була надто серйозна, щоб сміятися.</w:t>
      </w:r>
    </w:p>
    <w:p>
      <w:r>
        <w:br/>
        <w:t>Міке раптом устав і мовчки вийшов. На хвилину запала тиша, яку порушували тільки пронизливі крики чайок, що, скориставшися з відсутності рибалок, хазяйнували на березі. Ззирнувшися, орочі мовчки засудили вчинок Міке і продовжували обговорювати питання.</w:t>
      </w:r>
    </w:p>
    <w:p>
      <w:r>
        <w:br/>
        <w:t>Тут усі були мисливці і знали, що значить не мати патрона, коли на тебе йде ведмідь. Тому люди одразу ш після зборів подались до юрт і наметів і принесли хутро, вироби з замші, оленячі унти і інше, на що багатий край. Все це вони склали в сім мішків і, залишивши їх під навісом, пішли ловити рибу.</w:t>
      </w:r>
    </w:p>
    <w:p>
      <w:r>
        <w:br/>
        <w:t>Ранком другого дня завідувач складу зшив нові брезентові мішки, в яких тільки й дозволяється возити хутро, і заходився укладати подарунки. Він перелічив залишені мішки і здивувався: їх стало вісім. Орочів ніяк не можна обвинуватити в недостатній цікавості, і тому незабаром коло мішків зібрався цілий натовп.</w:t>
      </w:r>
    </w:p>
    <w:p>
      <w:r>
        <w:br/>
        <w:t>Все, що було в мішках, витрусили на землю, і всі здивувались, побачивши, що в зайвому, восьмому, мішку, набитому найтугіше, серед шкірок білки і горностая були дві чорно-бурі лисиці дивної краси.</w:t>
      </w:r>
    </w:p>
    <w:p>
      <w:r>
        <w:br/>
        <w:t>Відбулися маленькі збори. Старики підрахували, скільки було здобуто шкір чорно-бурих лисиць, починаючи з 1917 року, і скільки їх було здано, і число тих і тих було однакове. Всі одностайно вирішили, що лисиць добуто в іншому районі, але хто їх піймав — лишилось таємницею.</w:t>
      </w:r>
    </w:p>
    <w:p>
      <w:r>
        <w:br/>
        <w:t>У декого з стариків майнула думка, що тут не обійшлось без участі шамана, але вголос ніхто цього не висловив.</w:t>
      </w:r>
    </w:p>
    <w:p>
      <w:r>
        <w:br/>
        <w:t>Все, що було в восьмому мішку, переписали, запакували в новий брезентовий мішок і відправили в район.</w:t>
      </w:r>
    </w:p>
    <w:p>
      <w:r>
        <w:br/>
        <w:t>Так піхто ніколи і не узнав би, чий то був мішок.</w:t>
      </w:r>
    </w:p>
    <w:p>
      <w:r>
        <w:br/>
        <w:t>Але ввечері під той день, коли сталася вся ця історія, маленький Мача поставив пастку на тюленя. Хлопчик не міг заснути і тричі за піч бігав подивитися, чи не спіймався вже тюлень. Вибігши з юрти останній раз, він побачив зігнуту постать Міке, що з мішком на спині простував до контори. Захоплений полюванням, Мача забув про нічну зустріч і тільки, може, черев тиждень розповів усім про те, що йому випадково довелось побачити уночі.</w:t>
      </w:r>
    </w:p>
    <w:p>
      <w:r>
        <w:br/>
        <w:t>Після цього, хоч відлюдний характер старого зовсім не змінився, молодь перестала глузувати з Міке.</w:t>
      </w:r>
    </w:p>
    <w:p>
      <w:r>
        <w:br/>
        <w:t>Навіть більше: молоді хлопці, і особливо Кеня, зустрічаючись з Міке, стали низько кланятися йому, значно нижче, ніж будь-якому іншому старикові.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Сім мішків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