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Силуети</w:t>
      </w:r>
    </w:p>
    <w:p>
      <w:r>
        <w:br/>
        <w:t xml:space="preserve"> &lt;p&gt;Глибокі борозни літ... І це — тоска... Куди сховаюсь від могил твоїх?</w:t>
      </w:r>
    </w:p>
    <w:p>
      <w:r>
        <w:br/>
        <w:t>...А втім, добре: і штучні вона мала, та з часом повипадали з омети. А постать її прибила чвиря. Знаєте — чвиря на глухім шляху. Мороз коле скло, мережить скло.</w:t>
      </w:r>
    </w:p>
    <w:p>
      <w:r>
        <w:br/>
        <w:t>Школа, клас...</w:t>
      </w:r>
    </w:p>
    <w:p>
      <w:r>
        <w:br/>
        <w:t>До повіту — 60, до станції — 80.</w:t>
      </w:r>
    </w:p>
    <w:p>
      <w:r>
        <w:br/>
        <w:t>Навкруги: глуш,</w:t>
      </w:r>
    </w:p>
    <w:p>
      <w:r>
        <w:br/>
        <w:t>глуш,</w:t>
      </w:r>
    </w:p>
    <w:p>
      <w:r>
        <w:br/>
        <w:t>глуш...</w:t>
      </w:r>
    </w:p>
    <w:p>
      <w:r>
        <w:br/>
        <w:t>Це глибокий чатинник моєї несибірської тайги.</w:t>
      </w:r>
    </w:p>
    <w:p>
      <w:r>
        <w:br/>
        <w:t>...Знаєте, милий друже, от мініатюрний фрагмент із забутої, розвіяної поеми "Азія".</w:t>
      </w:r>
    </w:p>
    <w:p>
      <w:r>
        <w:br/>
        <w:t>"...В п'ятому віці — дикім і далекім — від Уральських хребтів, від Волзьких скель до тихих голубих вод Дунаю: гуни, сармати, германці... І вбив син Мундцука свого брата Бледу. Скажений Аттіла, король гуннів.</w:t>
      </w:r>
    </w:p>
    <w:p>
      <w:r>
        <w:br/>
        <w:t>...Проходили віки. І прийшов глухий вік — XIV. І на невідомих азіятських верхів'ях підвелась грізна постать Темерлана..."</w:t>
      </w:r>
    </w:p>
    <w:p>
      <w:r>
        <w:br/>
        <w:t>Це nota bene до моєї віри: велика істина землі: сонце підводиться на сході.</w:t>
      </w:r>
    </w:p>
    <w:p>
      <w:r>
        <w:br/>
        <w:t>...Сосни гудуть-гудуть...</w:t>
      </w:r>
    </w:p>
    <w:p>
      <w:r>
        <w:br/>
        <w:t>— Чого так сосни гудуть?</w:t>
      </w:r>
    </w:p>
    <w:p>
      <w:r>
        <w:br/>
        <w:t>— Хуртовина. Вітри.</w:t>
      </w:r>
    </w:p>
    <w:p>
      <w:r>
        <w:br/>
        <w:t>Ох ви, сосни мої — азіятський край!</w:t>
      </w:r>
    </w:p>
    <w:p>
      <w:r>
        <w:br/>
        <w:t>...Школа, клас.</w:t>
      </w:r>
    </w:p>
    <w:p>
      <w:r>
        <w:br/>
        <w:t>Дітвора співає:</w:t>
      </w:r>
    </w:p>
    <w:p>
      <w:r>
        <w:br/>
        <w:t>— Ніхто не дасть нам ізбавлення: ні туз, ні дама, ні валет... ...Наталя Миколаївна стурбована. Наталя Миколаївна біжить:</w:t>
      </w:r>
    </w:p>
    <w:p>
      <w:r>
        <w:br/>
        <w:t>— Боже мій, діти! Не можна так співати: це ж пісня державна! Наталя Миколаївна скінчила прогімназію — то так далеко! — Нестір — сторож:</w:t>
      </w:r>
    </w:p>
    <w:p>
      <w:r>
        <w:br/>
        <w:t>— ...Миколаївно! А хіба вже, мать, нема!</w:t>
      </w:r>
    </w:p>
    <w:p>
      <w:r>
        <w:br/>
        <w:t>— Ах, Несторе! Боже мій! Чого ви турбуєтесь?.. Я як-небудь... Вона... "як-небудь". Нестір:</w:t>
      </w:r>
    </w:p>
    <w:p>
      <w:r>
        <w:br/>
        <w:t>— Ох, Миколаївно! Святий ви чоловік. Потому, як мені уздрівається: забули про нас буржуази... Пожалуйте, махорочки...</w:t>
      </w:r>
    </w:p>
    <w:p>
      <w:r>
        <w:br/>
        <w:t>Закурюють.</w:t>
      </w:r>
    </w:p>
    <w:p>
      <w:r>
        <w:br/>
        <w:t>...Нафти нема. Ночі довгі, як степові дороги на великій рівнині. На холодній печі, в ганчірках — фунт сухарів у кутку і старе тіло. А ще старе біля порога: Нестір.</w:t>
      </w:r>
    </w:p>
    <w:p>
      <w:r>
        <w:br/>
        <w:t>Тоді сни... А може, таємна ява?</w:t>
      </w:r>
    </w:p>
    <w:p>
      <w:r>
        <w:br/>
        <w:t>-...у другому двадцятого століття, двадцять років тому він приїхав, бадьорий і радісний, як сама юність.</w:t>
      </w:r>
    </w:p>
    <w:p>
      <w:r>
        <w:br/>
        <w:t>Стояв вересень. Стояли блакитні далекі простори. Тоді обрій цвів гарячими маками, і облітали пелюстки, і обгортали мозок.</w:t>
      </w:r>
    </w:p>
    <w:p>
      <w:r>
        <w:br/>
        <w:t>На серці співала струнка, біла, як молоко, береза: у неї пишні молоді перса, у неї золоті кучері...</w:t>
      </w:r>
    </w:p>
    <w:p>
      <w:r>
        <w:br/>
        <w:t>...(— Ляжу на твоє тьмяне лоно, мій коханий, невідомий обрію!..)</w:t>
      </w:r>
    </w:p>
    <w:p>
      <w:r>
        <w:br/>
        <w:t>...Над архіпелагом осель, у м'ятову даль линула березова пісня.</w:t>
      </w:r>
    </w:p>
    <w:p>
      <w:r>
        <w:br/>
        <w:t>...І курів далекий обрій, і пахли в мріях мальтійські мандарини й африканський мигдаль.</w:t>
      </w:r>
    </w:p>
    <w:p>
      <w:r>
        <w:br/>
        <w:t>-...Наталочко! Моє миле котятко! Я ввесь дзвеню цукровим троском... Там, десь, на Великих Зондських, на вулкані Смеру. Наталочко! Моя зелена наядо!</w:t>
      </w:r>
    </w:p>
    <w:p>
      <w:r>
        <w:br/>
        <w:t>Тоді кипіла скажено друга молодість, тоді не вірила, що йде тридцята весна, бо в очах темніло, а під ягодою тугої перси ревли від солодких мук отари самців.</w:t>
      </w:r>
    </w:p>
    <w:p>
      <w:r>
        <w:br/>
        <w:t>Вона:</w:t>
      </w:r>
    </w:p>
    <w:p>
      <w:r>
        <w:br/>
        <w:t>-...Олексо! Мій божевільний! Я п'янію... Налий усю мене столітнім медом, туманним хмелем, Олексо! Розірви мені сорочку!</w:t>
      </w:r>
    </w:p>
    <w:p>
      <w:r>
        <w:br/>
        <w:t>...Мчався багряний олень по горах, по долинах часу. Над байраками летіли журавлі! Курли! курли!</w:t>
      </w:r>
    </w:p>
    <w:p>
      <w:r>
        <w:br/>
        <w:t>І прокинулась ріка до порогів.</w:t>
      </w:r>
    </w:p>
    <w:p>
      <w:r>
        <w:br/>
        <w:t>(— Гей, ти, Дніпре! Гей, ти, сивий! Чи довго ще до навігації?)</w:t>
      </w:r>
    </w:p>
    <w:p>
      <w:r>
        <w:br/>
        <w:t>...Над оселями проходили сторожкі ночі. Проходили по осоках, по заводах і далі в простір, лісовими стежками, за узлісся.</w:t>
      </w:r>
    </w:p>
    <w:p>
      <w:r>
        <w:br/>
        <w:t>(— Ляжу на твоє тьмяне лоно, мій коханий, невідомий обрію!)</w:t>
      </w:r>
    </w:p>
    <w:p>
      <w:r>
        <w:br/>
        <w:t>-...Миколаївно! Чи чуєте?</w:t>
      </w:r>
    </w:p>
    <w:p>
      <w:r>
        <w:br/>
        <w:t>— Чую, Несторе.</w:t>
      </w:r>
    </w:p>
    <w:p>
      <w:r>
        <w:br/>
        <w:t>— Мабуть, прийшов кінець. З'їли сукині сини революцію.</w:t>
      </w:r>
    </w:p>
    <w:p>
      <w:r>
        <w:br/>
        <w:t>— Бог його знає, Несторе! Та тільки я думаю: все гарно буде. Отже, на тому тижні приїздили з наробразу, казали: все гарно буде.</w:t>
      </w:r>
    </w:p>
    <w:p>
      <w:r>
        <w:br/>
        <w:t>...А сосни гудуть-гудуть...</w:t>
      </w:r>
    </w:p>
    <w:p>
      <w:r>
        <w:br/>
        <w:t>— Чого так сосни гудуть?</w:t>
      </w:r>
    </w:p>
    <w:p>
      <w:r>
        <w:br/>
        <w:t>— Хуртовина. Вітри.</w:t>
      </w:r>
    </w:p>
    <w:p>
      <w:r>
        <w:br/>
        <w:t>Ох, ви, сосни мої — азіятський край!</w:t>
      </w:r>
    </w:p>
    <w:p>
      <w:r>
        <w:br/>
        <w:t>....Чиркнув сірник. Нестір запалив свічку:</w:t>
      </w:r>
    </w:p>
    <w:p>
      <w:r>
        <w:br/>
        <w:t>— Отож учора був на базарі, так оратор казав: такий із наших... Треба, каже (читає по записці)... двадцять п'ять архівоєнських комунізмів... Щоб, значить, була правда... Що ви на це скажете?</w:t>
      </w:r>
    </w:p>
    <w:p>
      <w:r>
        <w:br/>
        <w:t>...— Пф! — свічка погасла.</w:t>
      </w:r>
    </w:p>
    <w:p>
      <w:r>
        <w:br/>
        <w:t>— Бог його знає, Несторе!</w:t>
      </w:r>
    </w:p>
    <w:p>
      <w:r>
        <w:br/>
        <w:t>...Перший осадчий прийшов з Правобережжя через Сагайдак — великий чумацький шлях. Перша хата була на березі. Але ріку випивало сонце, а тросків підрізували роки, і відходила вода в долину. Тоді будівлі стояли на горбах, а вулицею летіли бенгальськими огнями піски.</w:t>
      </w:r>
    </w:p>
    <w:p>
      <w:r>
        <w:br/>
        <w:t>...Співала:</w:t>
      </w:r>
    </w:p>
    <w:p>
      <w:r>
        <w:br/>
        <w:t>— А я дівчина Наталка, а зовуть мене Полтавка...</w:t>
      </w:r>
    </w:p>
    <w:p>
      <w:r>
        <w:br/>
        <w:t>-...Наталочко! Моє миле котятко!</w:t>
      </w:r>
    </w:p>
    <w:p>
      <w:r>
        <w:br/>
        <w:t>...Він приїхав до бунту, коли в глибинах осель ріс бунт. Говорив про бунт — такий гострий, як бритва на горлі, такий грізний, як смерч в океані... шумують, шумують води: вал за валом. На сході — маяк. Рев сирени.</w:t>
      </w:r>
    </w:p>
    <w:p>
      <w:r>
        <w:br/>
        <w:t>...А друга молодість і в Нестора була: Наталя Миколаївна — це недосяжні кургани зір.</w:t>
      </w:r>
    </w:p>
    <w:p>
      <w:r>
        <w:br/>
        <w:t>...З Нестором Олекса й посадив цю сосну. Тоді, двадцять літ тому.</w:t>
      </w:r>
    </w:p>
    <w:p>
      <w:r>
        <w:br/>
        <w:t>...А бунт виріс і положив бритву на горло.</w:t>
      </w:r>
    </w:p>
    <w:p>
      <w:r>
        <w:br/>
        <w:t>Він:</w:t>
      </w:r>
    </w:p>
    <w:p>
      <w:r>
        <w:br/>
        <w:t>— Наталочко! Я йду туди, до них!</w:t>
      </w:r>
    </w:p>
    <w:p>
      <w:r>
        <w:br/>
        <w:t>— Іди, милий.</w:t>
      </w:r>
    </w:p>
    <w:p>
      <w:r>
        <w:br/>
        <w:t>Він пішов і не вернувся: не вертаються — хто в бунт. ...У Сибір на золоті розсипини по Володимирській пройшов каторжник. І не прийшов.</w:t>
      </w:r>
    </w:p>
    <w:p>
      <w:r>
        <w:br/>
        <w:t>...І знову сни... а може, таємна яв?.. Хіба знала, що в неї закоханий цей незграбний бородатий Нестір?</w:t>
      </w:r>
    </w:p>
    <w:p>
      <w:r>
        <w:br/>
        <w:t>...Плоть не розцвіла в закладний час. Від нього, від Олекси. І ніколи не було. Школа осунулась. Сосна росла й ховала дорогу, що на Сагайдак.</w:t>
      </w:r>
    </w:p>
    <w:p>
      <w:r>
        <w:br/>
        <w:t>У п'ятому двадцятого століття проходив останній шквал другої молодості. І після заняття з сумом дивилась (з сумом врізаної стеблини) на Нестора. Як вона хотіла, щоб він зрозумів її.</w:t>
      </w:r>
    </w:p>
    <w:p>
      <w:r>
        <w:br/>
        <w:t>Але не зрозумів, ї одійшла друга молодість... А третя ніколи не приходить.</w:t>
      </w:r>
    </w:p>
    <w:p>
      <w:r>
        <w:br/>
        <w:t>...Брели роки. Пролітали журавлі, горіли світанки, горіли зорі. А вранці в садках шуміла діямантова паморозь.</w:t>
      </w:r>
    </w:p>
    <w:p>
      <w:r>
        <w:br/>
        <w:t>-...Чи скоро земля воскресне? І біжить глибокий чатинник моєї несибірської тайги назустріч свіжому вітрові...</w:t>
      </w:r>
    </w:p>
    <w:p>
      <w:r>
        <w:br/>
        <w:t>День за днем, рік за роком — у вічність... (— Гей, ти, Дніпре! Гей, ти, сивий! Чи довго ще до навігації?)</w:t>
      </w:r>
    </w:p>
    <w:p>
      <w:r>
        <w:br/>
        <w:t>...Нестір ходив у суботу по пошту за десять верстов і приносив відтіля пошту й тютюн "Бурас" за дев'ятнадцять копійок, у синій обгортці. До глибокої ночі вони курили й грали у хвильки.</w:t>
      </w:r>
    </w:p>
    <w:p>
      <w:r>
        <w:br/>
        <w:t>...Азія — не Азія. Провінція — далі, провінція — глибше.</w:t>
      </w:r>
    </w:p>
    <w:p>
      <w:r>
        <w:br/>
        <w:t>Далекий орій димиться. Темний вітер, сіверко. Білий вітер. Замело доріжки, вовчі стежки, заячі сліди. Повстали замети, набії. За сараєм іржала, вила і рожала замети ніч.</w:t>
      </w:r>
    </w:p>
    <w:p>
      <w:r>
        <w:br/>
        <w:t>...А сосни гудуть — гудуть...</w:t>
      </w:r>
    </w:p>
    <w:p>
      <w:r>
        <w:br/>
        <w:t>— Чого так сосни гудуть.</w:t>
      </w:r>
    </w:p>
    <w:p>
      <w:r>
        <w:br/>
        <w:t>— Хуртовина. Вітри.</w:t>
      </w:r>
    </w:p>
    <w:p>
      <w:r>
        <w:br/>
        <w:t>Ох, ви, сосни мої — азіятський край!</w:t>
      </w:r>
    </w:p>
    <w:p>
      <w:r>
        <w:br/>
        <w:t>...Уранці підвівся багряний диск холодного сонця. І стояв чатинник, як бабусина казка. Стояв по груди в снігу. На вітах горіли червінці. Це остання згадка другої молодости.</w:t>
      </w:r>
    </w:p>
    <w:p>
      <w:r>
        <w:br/>
        <w:t>...Але скоро вітер знову підняв хмари. Вдарив в диск холодного сонця. Розбив диск холодного сонця.</w:t>
      </w:r>
    </w:p>
    <w:p>
      <w:r>
        <w:br/>
        <w:t>І знову фуга.</w:t>
      </w:r>
    </w:p>
    <w:p>
      <w:r>
        <w:br/>
        <w:t>...А в школу таки зібрались. У лахміттях федеративного добра.</w:t>
      </w:r>
    </w:p>
    <w:p>
      <w:r>
        <w:br/>
        <w:t>У школі біженець Стасик.</w:t>
      </w:r>
    </w:p>
    <w:p>
      <w:r>
        <w:br/>
        <w:t>Наталя Миколаївна читає історію: — Поляки гнітили український народ.</w:t>
      </w:r>
    </w:p>
    <w:p>
      <w:r>
        <w:br/>
        <w:t>Дітвора до хлопчиська:</w:t>
      </w:r>
    </w:p>
    <w:p>
      <w:r>
        <w:br/>
        <w:t>— Стасику! А ти ж полячок!</w:t>
      </w:r>
    </w:p>
    <w:p>
      <w:r>
        <w:br/>
        <w:t>— Бережись, Стасику, задавимо тебе вночі.</w:t>
      </w:r>
    </w:p>
    <w:p>
      <w:r>
        <w:br/>
        <w:t>І скаржилась Наталя Миколаївна. А Наталі Миколаївні кажуть:</w:t>
      </w:r>
    </w:p>
    <w:p>
      <w:r>
        <w:br/>
        <w:t>— Навіщо ж ви так говорите?</w:t>
      </w:r>
    </w:p>
    <w:p>
      <w:r>
        <w:br/>
        <w:t>— Боже мій, нас так учили в прогімназії.</w:t>
      </w:r>
    </w:p>
    <w:p>
      <w:r>
        <w:br/>
        <w:t>А то ще буває з Богом. Діти:</w:t>
      </w:r>
    </w:p>
    <w:p>
      <w:r>
        <w:br/>
        <w:t>— Ми в класі в Бога не віримо, а вдома віримо, бо й Наталя Миколаївна вдома вірить: ми самі бачили.</w:t>
      </w:r>
    </w:p>
    <w:p>
      <w:r>
        <w:br/>
        <w:t>І ще:</w:t>
      </w:r>
    </w:p>
    <w:p>
      <w:r>
        <w:br/>
        <w:t>— Наталю Миколаївно! А навіщо ви ікону зняли?</w:t>
      </w:r>
    </w:p>
    <w:p>
      <w:r>
        <w:br/>
        <w:t>— Ах, діти, ікон уже в класі не можна вішати: наробраз не дозволяє.</w:t>
      </w:r>
    </w:p>
    <w:p>
      <w:r>
        <w:br/>
        <w:t>...Давно це: до Наталі Миколаївни з'їжджались із сусідніх сіл учителі, учительки, фельшери й грали у фанта. Це теж спогади.</w:t>
      </w:r>
    </w:p>
    <w:p>
      <w:r>
        <w:br/>
        <w:t>А село темне й гниє в пранцях. Медикаменти за горами, за морями. В селі уміють лікувати бешиху.</w:t>
      </w:r>
    </w:p>
    <w:p>
      <w:r>
        <w:br/>
        <w:t>Вечір. У кімнаті самогонний апарат. Нестір:</w:t>
      </w:r>
    </w:p>
    <w:p>
      <w:r>
        <w:br/>
        <w:t>— Ну, вже завтра об'язательно продамо дві пляшки, а тоді й хліба купимо.</w:t>
      </w:r>
    </w:p>
    <w:p>
      <w:r>
        <w:br/>
        <w:t>— Купіть, Несторе!</w:t>
      </w:r>
    </w:p>
    <w:p>
      <w:r>
        <w:br/>
        <w:t>...Налили по рюмці. Випили... Темніє... І знову надворі фуга.</w:t>
      </w:r>
    </w:p>
    <w:p>
      <w:r>
        <w:br/>
        <w:t>...А сосни гудуть — гудуть...</w:t>
      </w:r>
    </w:p>
    <w:p>
      <w:r>
        <w:br/>
        <w:t>— Чого так сосни гудуть?</w:t>
      </w:r>
    </w:p>
    <w:p>
      <w:r>
        <w:br/>
        <w:t>...Хуртовина. Вітри.</w:t>
      </w:r>
    </w:p>
    <w:p>
      <w:r>
        <w:br/>
        <w:t>Ох, ви, сосни мої — азіятський край!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Силуети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