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Січ у поході</w:t>
      </w:r>
    </w:p>
    <w:p>
      <w:r>
        <w:br/>
        <w:t xml:space="preserve"> Сурма грає, в ряд ставай!&lt;br /&gt;</w:t>
        <w:br/>
        <w:t>Червоніє ленти цвіт.&lt;br /&gt;</w:t>
        <w:br/>
        <w:t>Позір молод хлопче май!&lt;br /&gt;</w:t>
        <w:br/>
        <w:t>Вправо! Вліво! Січ в похід!</w:t>
      </w:r>
    </w:p>
    <w:p>
      <w:r>
        <w:br/>
        <w:t>Маршерують, піснь лунає,&lt;br /&gt;</w:t>
        <w:br/>
        <w:t>Підоймає в жилах кров,&lt;br /&gt;</w:t>
        <w:br/>
        <w:t>В такт оден всім серце грає,&lt;br /&gt;</w:t>
        <w:br/>
        <w:t>Спільна думка морщить бров.</w:t>
      </w:r>
    </w:p>
    <w:p>
      <w:r>
        <w:br/>
        <w:t>В'ються наче довгий змій,&lt;br /&gt;</w:t>
        <w:br/>
        <w:t>Курінь в похід! Крок держи!&lt;br /&gt;</w:t>
        <w:br/>
        <w:t>Мов герої йдуть на бій&lt;br /&gt;</w:t>
        <w:br/>
        <w:t>Та не крови, не з людьми.</w:t>
      </w:r>
    </w:p>
    <w:p>
      <w:r>
        <w:br/>
        <w:t>Як ударить дзвін тривогу,&lt;br /&gt;</w:t>
        <w:br/>
        <w:t>Як затліє стріха хат,&lt;br /&gt;</w:t>
        <w:br/>
        <w:t>Линуть хлопці на підмогу,&lt;br /&gt;</w:t>
        <w:br/>
        <w:t>Чи там ворог, чи там брат.</w:t>
      </w:r>
    </w:p>
    <w:p>
      <w:r>
        <w:br/>
        <w:t>Наче в танець Січовик&lt;br /&gt;</w:t>
        <w:br/>
        <w:t>У огнисту скаче піч,&lt;br /&gt;</w:t>
        <w:br/>
        <w:t>Бо до жару з діда звик,&lt;br /&gt;</w:t>
        <w:br/>
        <w:t>Бо страху не знає "Січ".</w:t>
      </w:r>
    </w:p>
    <w:p>
      <w:r>
        <w:br/>
        <w:t>А за труд свій, за посвяту,&lt;br /&gt;</w:t>
        <w:br/>
        <w:t>Лаврів слави не беруть.&lt;br /&gt;</w:t>
        <w:br/>
        <w:t>Бо найкращу дасть їм плату&lt;br /&gt;</w:t>
        <w:br/>
        <w:t>Власне серце, власна грудь.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Січ у поході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