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Шурко в дідуся</w:t>
      </w:r>
    </w:p>
    <w:p>
      <w:r>
        <w:br/>
        <w:t xml:space="preserve"> &lt;p&gt;Влітку ми з Шурком жили у дідуся. Шурко — це мій менший брат. Він ще в школі не вчиться, а я вже до першого класу вступив. Тільки він усе одно мене не слухається… Ну й не треба!.. Коли ми приїхали, то відразу ж обнишпорили все подвір'я, облазили всі сараї й горища. Я знайшов скляну банку з-під варення і круглу залізну коробочку від гуталіну. А Шурко знайшов стару дверну ручку й велику калошу на праву ногу. Потім ми мало не побилися з ним на горищі через вудку. Я перший побачив вудку й сказав:</w:t>
      </w:r>
    </w:p>
    <w:p>
      <w:r>
        <w:br/>
        <w:t>— Цур, моя!</w:t>
      </w:r>
    </w:p>
    <w:p>
      <w:r>
        <w:br/>
        <w:t>Шурко теж побачив і ну кричати:</w:t>
      </w:r>
    </w:p>
    <w:p>
      <w:r>
        <w:br/>
        <w:t>— Цур, моя! Цур, моя!</w:t>
      </w:r>
    </w:p>
    <w:p>
      <w:r>
        <w:br/>
        <w:t>Я схопив вудку, а він теж учепився за неї і віднімає. Я розсердився — як смикону!.. Він одлетів убік і мало не впав. Тоді каже:</w:t>
      </w:r>
    </w:p>
    <w:p>
      <w:r>
        <w:br/>
        <w:t>— Подумаєш, дуже мені потрібна твоя вудка! У мене є калоша.</w:t>
      </w:r>
    </w:p>
    <w:p>
      <w:r>
        <w:br/>
        <w:t>— От і цілуйся зі своєю калошею, — кажу я, — а вудку нічого виривати з рук.</w:t>
      </w:r>
    </w:p>
    <w:p>
      <w:r>
        <w:br/>
        <w:t>Я відшукав у сараї заступ і пішов копати черв'яків, щоб ловити рибу, а Шурко пішов до бабусі і став просити у неї сірників.</w:t>
      </w:r>
    </w:p>
    <w:p>
      <w:r>
        <w:br/>
        <w:t>— Навіщо тобі сірники? — запитує бабуся.</w:t>
      </w:r>
    </w:p>
    <w:p>
      <w:r>
        <w:br/>
        <w:t>— Я, — каже, — розкладу на подвір'ї вогнище, зверху покладу калошу, калоша розплавиться, і з неї вийде гума.</w:t>
      </w:r>
    </w:p>
    <w:p>
      <w:r>
        <w:br/>
        <w:t>— Ще що вигадай! — замахала руками бабуся. — Ти тут і будинок весь спалиш своїми пустощами. Ні, голубе, і не проси. Що це за розваги з вогнем! І слухати нічого не хочу.</w:t>
      </w:r>
    </w:p>
    <w:p>
      <w:r>
        <w:br/>
        <w:t>Тоді Шурко взяв дверну ручку, яку знайшов у сараї, прив'язав до неї мотузок, а до другого кінця мотузка прив'язав калошу. Ходить по подвір'ю, мотузок за ручку тримає, а калоша за ним по землі сунеться. Куди Шурко — туди й калоша. Підійшов до мене, побачив, що я черв'яків копаю, і каже:</w:t>
      </w:r>
    </w:p>
    <w:p>
      <w:r>
        <w:br/>
        <w:t>— Можеш не старатися: все одно нічого не зловиш.</w:t>
      </w:r>
    </w:p>
    <w:p>
      <w:r>
        <w:br/>
        <w:t>— Це ж чому? — запитую.</w:t>
      </w:r>
    </w:p>
    <w:p>
      <w:r>
        <w:br/>
        <w:t>— Я зачаклую рибу.</w:t>
      </w:r>
    </w:p>
    <w:p>
      <w:r>
        <w:br/>
        <w:t>— Будь ласка, — кажу, — чаклуй на здоров'я.</w:t>
      </w:r>
    </w:p>
    <w:p>
      <w:r>
        <w:br/>
        <w:t>Я накопав черв'яків, склав їх у коробочку й пішов до ставка. Ставок був зразу за подвір'ям — там, де колгоспний город починається. Настромив я на гачок черв'яка, сів на березі і закинув вудку. Сиджу й за поплавцем пильную. А Шурко підкрався ззаду і ну галасувати на все горло:</w:t>
      </w:r>
    </w:p>
    <w:p>
      <w:r>
        <w:br/>
        <w:t>Чаклуй, бабо, чаклуй, дід.</w:t>
      </w:r>
    </w:p>
    <w:p>
      <w:r>
        <w:br/>
        <w:t>Чаклуй, сіренький ведмідь!</w:t>
      </w:r>
    </w:p>
    <w:p>
      <w:r>
        <w:br/>
        <w:t>Чаклуй, бабо, чаклуй, дід,</w:t>
      </w:r>
    </w:p>
    <w:p>
      <w:r>
        <w:br/>
        <w:t>Чаклуй, сіренький ведмідь!</w:t>
      </w:r>
    </w:p>
    <w:p>
      <w:r>
        <w:br/>
        <w:t>Я вирішив мовчати і нічого не казати, бо з ним завжди так: коли скажеш що-небудь, ще гірше буде.</w:t>
      </w:r>
    </w:p>
    <w:p>
      <w:r>
        <w:br/>
        <w:t>Нарешті він начаклувався, кинув у ставок калошу й почав її по воді на мотузкові тягати. Потім вигадав таку штуку: кине калошу на середину ставка і ну в неї камінням жбурляти, поки не втопить, а потім витягує її з дна за мотузок. Я спершу мовчки терпів, а тоді як не витерплю:</w:t>
      </w:r>
    </w:p>
    <w:p>
      <w:r>
        <w:br/>
        <w:t>— Геть звідси! — кричу. — Ти розполохав мені всю рибу.</w:t>
      </w:r>
    </w:p>
    <w:p>
      <w:r>
        <w:br/>
        <w:t>А він каже:</w:t>
      </w:r>
    </w:p>
    <w:p>
      <w:r>
        <w:br/>
        <w:t>— Все одно нічого не зловиш: зачаклована риба.</w:t>
      </w:r>
    </w:p>
    <w:p>
      <w:r>
        <w:br/>
        <w:t>І знову плюх калошу на середину ставка! Я скочив, ухопив палицю — і до нього. Він навтьоки, а калоша за ним на мотузку так і стрибає! Насилу втік од мене.</w:t>
      </w:r>
    </w:p>
    <w:p>
      <w:r>
        <w:br/>
        <w:t>Повернувся я до ставка і знову рибу ловлю. Ловив, ловив… Уже й сонечко височенько-таки підбилось, а я все сиджу та на поплавець дивлюсь. Не клює риба, хоч лусни! На Шурка злюсь, прямо побити ладен. Не те, щоб я в його чаклування вірив, а знаю, що, коли прийду без риби, сміятиметься. Вже що я не робив: і далі від берега закидав вудку, і ближче, і глибше гачок опускав — нічого не виходить. Захотілося мені їсти, пішов я додому, раптом чую — хтось у ворота грюкає: "Бум-бум! Бах-бах!"</w:t>
      </w:r>
    </w:p>
    <w:p>
      <w:r>
        <w:br/>
        <w:t>Підходжу до воріт, дивлюсь, а це Шурко. Дістав десь молоток, цвяхи і прибиває до хвіртки дверну ручку.</w:t>
      </w:r>
    </w:p>
    <w:p>
      <w:r>
        <w:br/>
        <w:t>— Це ти навіщо прибиваєш? — питаю.</w:t>
      </w:r>
    </w:p>
    <w:p>
      <w:r>
        <w:br/>
        <w:t>Він побачив мене, зрадів:</w:t>
      </w:r>
    </w:p>
    <w:p>
      <w:r>
        <w:br/>
        <w:t>— Хи-хи! Рибалка прийшов. Де ж твоя риба?</w:t>
      </w:r>
    </w:p>
    <w:p>
      <w:r>
        <w:br/>
        <w:t>Я кажу:</w:t>
      </w:r>
    </w:p>
    <w:p>
      <w:r>
        <w:br/>
        <w:t>— Ти навіщо прибиваєш ручку? Тут же є одна ручка.</w:t>
      </w:r>
    </w:p>
    <w:p>
      <w:r>
        <w:br/>
        <w:t>— Нічого, — каже, — нехай дві будуть. А що як одна відірветься.</w:t>
      </w:r>
    </w:p>
    <w:p>
      <w:r>
        <w:br/>
        <w:t>Прибив ручку, і ще у нього один цвях лишився. Шурко довго думав, що з цим цвяхом робити, хотів його просто у хвіртку загнати, тоді придумав: приклав калошу підошвою до хвіртки і ну її цвяхом прибивати.</w:t>
      </w:r>
    </w:p>
    <w:p>
      <w:r>
        <w:br/>
        <w:t>— А це навіщо? — питаю.</w:t>
      </w:r>
    </w:p>
    <w:p>
      <w:r>
        <w:br/>
        <w:t>— Просто так.</w:t>
      </w:r>
    </w:p>
    <w:p>
      <w:r>
        <w:br/>
        <w:t>— Просто безглуздо, — кажу я.</w:t>
      </w:r>
    </w:p>
    <w:p>
      <w:r>
        <w:br/>
        <w:t>Раптом дивимося — дідусь із роботи йде. Шурко злякався, давай відривати калошу, а вона не відривається. Тоді він став, затулив калошу спиною і стоїть.</w:t>
      </w:r>
    </w:p>
    <w:p>
      <w:r>
        <w:br/>
        <w:t>Дідусь підійшов і каже:</w:t>
      </w:r>
    </w:p>
    <w:p>
      <w:r>
        <w:br/>
        <w:t>— От молодці, хлопці! Тільки приїхали — і до роботи відразу… Хто це придумав до хвіртки другу ручку прибити?</w:t>
      </w:r>
    </w:p>
    <w:p>
      <w:r>
        <w:br/>
        <w:t>— Це, — кажу, — Шурко.</w:t>
      </w:r>
    </w:p>
    <w:p>
      <w:r>
        <w:br/>
        <w:t>Дідусь лише крякнув.</w:t>
      </w:r>
    </w:p>
    <w:p>
      <w:r>
        <w:br/>
        <w:t>— Ну що ж, — каже, — тепер у нас дві ручки буде: одна зверху, друга знизу. Раптом якась куценька людина прийде. До верхньої ручки їй не дотягтися, то вона нижню дістане.</w:t>
      </w:r>
    </w:p>
    <w:p>
      <w:r>
        <w:br/>
        <w:t>Тут дідусь помітив калошу:</w:t>
      </w:r>
    </w:p>
    <w:p>
      <w:r>
        <w:br/>
        <w:t>— А це що?</w:t>
      </w:r>
    </w:p>
    <w:p>
      <w:r>
        <w:br/>
        <w:t>Я так і пирснув. "Ну, — думаю, — зараз Шуркові від дідуся перепаде". Шурко почервонів, сам не знає, що відповідати. А дідусь каже:</w:t>
      </w:r>
    </w:p>
    <w:p>
      <w:r>
        <w:br/>
        <w:t>— Це ж що? Це, напевно, все одно що скринька для листів. Прийде листоноша, побачить, що дома нема нікого, покладе листа в калошу й піде собі далі. Дуже дотепно.</w:t>
      </w:r>
    </w:p>
    <w:p>
      <w:r>
        <w:br/>
        <w:t>— Це я сам придумав! — похвастався Шурко.</w:t>
      </w:r>
    </w:p>
    <w:p>
      <w:r>
        <w:br/>
        <w:t>— Та невже?</w:t>
      </w:r>
    </w:p>
    <w:p>
      <w:r>
        <w:br/>
        <w:t>— Слово честі!</w:t>
      </w:r>
    </w:p>
    <w:p>
      <w:r>
        <w:br/>
        <w:t>— Ну молодець! — розвів руками дідусь.</w:t>
      </w:r>
    </w:p>
    <w:p>
      <w:r>
        <w:br/>
        <w:t>За обідом дідусь усе розводив руками і розповідав бабусі про ту калошу:</w:t>
      </w:r>
    </w:p>
    <w:p>
      <w:r>
        <w:br/>
        <w:t>— Розумієш, який дотепний хлопець! До чого сам додумався, ти не повіриш навіть! Розумієш, калошу до хвіртки, га? Я давно кажу, що треба скриньку для листів прибити, а того й не докумекав, що калошу простіше.</w:t>
      </w:r>
    </w:p>
    <w:p>
      <w:r>
        <w:br/>
        <w:t>— Гаразд, — усміхнулася бабуся. — Я куплю скриньку, а поки що нехай калоша повисить.</w:t>
      </w:r>
    </w:p>
    <w:p>
      <w:r>
        <w:br/>
        <w:t>По обіді Шурко побіг у садок, а дідусь каже:</w:t>
      </w:r>
    </w:p>
    <w:p>
      <w:r>
        <w:br/>
        <w:t>— Ну, Шурко в нас уже відзначився, а ти, Миколко, теж, либонь, щось утнув. Ти вже зізнавайся, порадуй дідуся.</w:t>
      </w:r>
    </w:p>
    <w:p>
      <w:r>
        <w:br/>
        <w:t>— Я, — кажу, — ловив рибу, але риба не ловиться.</w:t>
      </w:r>
    </w:p>
    <w:p>
      <w:r>
        <w:br/>
        <w:t>— А ти де ловив?</w:t>
      </w:r>
    </w:p>
    <w:p>
      <w:r>
        <w:br/>
        <w:t>— У ставку.</w:t>
      </w:r>
    </w:p>
    <w:p>
      <w:r>
        <w:br/>
        <w:t>— Е… — протяг дідусь, — яка ж тут риба? Цей ставок недавно викопали. Тут навіть жаби ще не завелись. А ти, голубе, не полінуйся, піди на річку. Там біля містка течія прудка. На цій бистринці й полови.</w:t>
      </w:r>
    </w:p>
    <w:p>
      <w:r>
        <w:br/>
        <w:t>Дідусь пішов на роботу, а я взяв вудку й кажу Шуркові:</w:t>
      </w:r>
    </w:p>
    <w:p>
      <w:r>
        <w:br/>
        <w:t>— Ходімо на річку, будемо разом рибу ловити.</w:t>
      </w:r>
    </w:p>
    <w:p>
      <w:r>
        <w:br/>
        <w:t>— Ага, — каже, — злякався! Тепер підлабузнюєшся!</w:t>
      </w:r>
    </w:p>
    <w:p>
      <w:r>
        <w:br/>
        <w:t>— Навіщо мені підлабузнюватися?</w:t>
      </w:r>
    </w:p>
    <w:p>
      <w:r>
        <w:br/>
        <w:t>— А щоб я не чаклував більше.</w:t>
      </w:r>
    </w:p>
    <w:p>
      <w:r>
        <w:br/>
        <w:t>— Чаклуй, — кажу, — будь ласка.</w:t>
      </w:r>
    </w:p>
    <w:p>
      <w:r>
        <w:br/>
        <w:t>Узяв я коробку з черв'яками, банку з-під варення, щоб було куди рибу складати, і пішов. А Шурко позаду поплентався.</w:t>
      </w:r>
    </w:p>
    <w:p>
      <w:r>
        <w:br/>
        <w:t>Прийшли на річку. Я прилаштувався на березі, поблизу мосту, де течія бистра, закинув вудку.</w:t>
      </w:r>
    </w:p>
    <w:p>
      <w:r>
        <w:br/>
        <w:t>А Шурко товчеться коло мене і все бурмоче:</w:t>
      </w:r>
    </w:p>
    <w:p>
      <w:r>
        <w:br/>
        <w:t>Чаклуй, бабо, чаклуй, дід,</w:t>
      </w:r>
    </w:p>
    <w:p>
      <w:r>
        <w:br/>
        <w:t>Чаклуй, сіренький ведмідь!</w:t>
      </w:r>
    </w:p>
    <w:p>
      <w:r>
        <w:br/>
        <w:t>Помовчить трішечки, помовчить, а потім знову:</w:t>
      </w:r>
    </w:p>
    <w:p>
      <w:r>
        <w:br/>
        <w:t>Чаклуй, бабо, чаклуй, дід…</w:t>
      </w:r>
    </w:p>
    <w:p>
      <w:r>
        <w:br/>
        <w:t>Раптом риба як клюне, я як смикну вудку! Риба блиснула в повітрі, зірвалася з гачка, впала на берег і ну танцювати біля самісінької води.</w:t>
      </w:r>
    </w:p>
    <w:p>
      <w:r>
        <w:br/>
        <w:t>Шурко як закричить:</w:t>
      </w:r>
    </w:p>
    <w:p>
      <w:r>
        <w:br/>
        <w:t>— Держи її!</w:t>
      </w:r>
    </w:p>
    <w:p>
      <w:r>
        <w:br/>
        <w:t>Кинувся до риби і давай ловити. Риба по березі скаче, а він прямо животом на неї падає, ніяк спіймати не може, мало вона назад у річку не втекла.</w:t>
      </w:r>
    </w:p>
    <w:p>
      <w:r>
        <w:br/>
        <w:t>Нарешті він її схопив. Я набрав у банку води, Шурко пустив у неї рибу і став розглядати.</w:t>
      </w:r>
    </w:p>
    <w:p>
      <w:r>
        <w:br/>
        <w:t>— Це, — каже, — окунь. — Слово честі, окунь! Бачиш, які у нього смужки. Цур, мій буде.</w:t>
      </w:r>
    </w:p>
    <w:p>
      <w:r>
        <w:br/>
        <w:t>— Гаразд, хай буде твій. Ми ще багато наловимо.</w:t>
      </w:r>
    </w:p>
    <w:p>
      <w:r>
        <w:br/>
        <w:t>У цей день ми довго вудили. Зловили шість окуньців, чотирьох пічкурів і навіть йоржика одного вивудили.</w:t>
      </w:r>
    </w:p>
    <w:p>
      <w:r>
        <w:br/>
        <w:t>На зворотному шляху Шурко ніс банку з рибою і навіть подержати не давав мені. Він був дуже радий і зовсім не образився, коли побачив, що його калоша зникла, а замість неї на хвіртці висить новенька голуба скринька для листів.</w:t>
      </w:r>
    </w:p>
    <w:p>
      <w:r>
        <w:br/>
        <w:t>— Ну й нехай, — сказав він. — По-моєму, скринька ще навіть краще, ніж калоша.</w:t>
      </w:r>
    </w:p>
    <w:p>
      <w:r>
        <w:br/>
        <w:t>Він махнув рукою і мерщій побіг показувати бабусі рибу. Бабуся похвалила нас. А потім я йому сказав:</w:t>
      </w:r>
    </w:p>
    <w:p>
      <w:r>
        <w:br/>
        <w:t>— От бачиш, а ти чаклував! Нічого твоє чаклування не варте. Я в чаклування не вірю.</w:t>
      </w:r>
    </w:p>
    <w:p>
      <w:r>
        <w:br/>
        <w:t>— У! — сказав Шурко. — А я, думаєш, вірю! Це тільки дикуни вірять та старенькі бабусі.</w:t>
      </w:r>
    </w:p>
    <w:p>
      <w:r>
        <w:br/>
        <w:t>Цим він дуже насмішив бабусю, бо вона хоч і була старенька, але теж не вірила в чаклунство.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Шурко в дідуся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