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Шурхіт халатів, гримають двері, знов перезмінка...</w:t>
      </w:r>
    </w:p>
    <w:p>
      <w:r>
        <w:br/>
        <w:t xml:space="preserve"> Шурхіт халатів, гримають двері, знов перезмінка,&lt;br /&gt;</w:t>
        <w:br/>
        <w:t>Другий день поспіль стогне в палаті змучена жінка,&lt;br /&gt;</w:t>
        <w:br/>
        <w:t>Стукає в шибу чорна ворона, холодно в світі,&lt;br /&gt;</w:t>
        <w:br/>
        <w:t>Лікар загляне: ніц тут не вдієш, тре потерпіти…</w:t>
      </w:r>
    </w:p>
    <w:p>
      <w:r>
        <w:br/>
        <w:t>Жінка народжує, стіни гойдаються в білій палаті,&lt;br /&gt;</w:t>
        <w:br/>
        <w:t>Пташка скрекоче, стрілки завмерли на циферблаті,&lt;br /&gt;</w:t>
        <w:br/>
        <w:t>Час зупинився, скрикує жінка, плаче від болю,&lt;br /&gt;</w:t>
        <w:br/>
        <w:t>Коло за колом, наче заведена, коло за колом…</w:t>
      </w:r>
    </w:p>
    <w:p>
      <w:r>
        <w:br/>
        <w:t>Вітер доносить звуки сирени… Вітер епохи…&lt;br /&gt;</w:t>
        <w:br/>
        <w:t>Знов заспокоюють, знов умовляють: трохи ще… трохи…&lt;br /&gt;</w:t>
        <w:br/>
        <w:t>Жінка – як море, що колихає срібну рибину,&lt;br /&gt;</w:t>
        <w:br/>
        <w:t>Жінка – як скеля, що протискається у горловину.</w:t>
      </w:r>
    </w:p>
    <w:p>
      <w:r>
        <w:br/>
        <w:t>Біля роддому купка солдатів в святошних мундирах,&lt;br /&gt;</w:t>
        <w:br/>
        <w:t>Як сиротливо, як же незвично без командира!&lt;br /&gt;</w:t>
        <w:br/>
        <w:t>Губи пошерхлі. Дивляться сумно в вікна палати:&lt;br /&gt;</w:t>
        <w:br/>
        <w:t>Як їм без нього? Як тій дитині без свого тата?</w:t>
      </w:r>
    </w:p>
    <w:p>
      <w:r>
        <w:br/>
        <w:t>Листям опалим крутиться промінь, стукає серце.&lt;br /&gt;</w:t>
        <w:br/>
        <w:t>Вир у палаті, донечка плаче, жінка сміється.&lt;br /&gt;</w:t>
        <w:br/>
        <w:t>...В братньому колі честь віддають вони зірці комбата…&lt;br /&gt;</w:t>
        <w:br/>
        <w:t>Як їм сказати… губи пошерхли… як їм сказати…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Шурхіт халатів, гримають двері, знов перезмінка...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