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Шопен</w:t>
      </w:r>
    </w:p>
    <w:p>
      <w:r>
        <w:br/>
        <w:t xml:space="preserve"> Шопена вальс... Ну хто не грав його&lt;br /&gt;</w:t>
        <w:br/>
        <w:t>І хто не слухав? На чиїх устах&lt;br /&gt;</w:t>
        <w:br/>
        <w:t>Не виникала усмішка примхлива,&lt;br /&gt;</w:t>
        <w:br/>
        <w:t>В чиїх очах не заблищала іскра&lt;br /&gt;</w:t>
        <w:br/>
        <w:t>Напівкохання чи напівжурби&lt;br /&gt;</w:t>
        <w:br/>
        <w:t>Від звуків тих кокетно-своєвільних,&lt;br /&gt;</w:t>
        <w:br/>
        <w:t>Сумних, як вечір золотого дня,&lt;br /&gt;</w:t>
        <w:br/>
        <w:t>Жагучих, як нескінчеиий цілунок?</w:t>
      </w:r>
    </w:p>
    <w:p>
      <w:r>
        <w:br/>
        <w:t>Шопена вальс, пробреньканий невміло&lt;br /&gt;</w:t>
        <w:br/>
        <w:t>На піаніно, що, мовляв поет,&lt;br /&gt;</w:t>
        <w:br/>
        <w:t>У неладі "достигло идеала",&lt;br /&gt;</w:t>
        <w:br/>
        <w:t>О! даль яку він срібну відслонив&lt;br /&gt;</w:t>
        <w:br/>
        <w:t>Мені в цей час вечірньої утоми,&lt;br /&gt;</w:t>
        <w:br/>
        <w:t>Коли шукає злагідніле серце&lt;br /&gt;</w:t>
        <w:br/>
        <w:t>Ласкавих ліній і негострих фарб,&lt;br /&gt;</w:t>
        <w:br/>
        <w:t>А десь ховає і жагу, і пристрасть,&lt;br /&gt;</w:t>
        <w:br/>
        <w:t>І мрію, й силу, як земля ховає&lt;br /&gt;</w:t>
        <w:br/>
        <w:t>Непереборні парості трави...</w:t>
      </w:r>
    </w:p>
    <w:p>
      <w:r>
        <w:br/>
        <w:t>В сніги, у сиву сніжну невідомість,&lt;br /&gt;</w:t>
        <w:br/>
        <w:t>Мережані, оздобні линуть сани,&lt;br /&gt;</w:t>
        <w:br/>
        <w:t>І в них, як сонце, блиснув із-під вій&lt;br /&gt;</w:t>
        <w:br/>
        <w:t>Лукавий чи журливий — хто вгадає? —&lt;br /&gt;</w:t>
        <w:br/>
        <w:t>Гарячий чи холодний-хто, збагне ?-&lt;br /&gt;</w:t>
        <w:br/>
        <w:t>Останній, може, може, перший усміх.&lt;br /&gt;</w:t>
        <w:br/>
        <w:t>Це щастя! Щастя! Руки простягаю&lt;br /&gt;</w:t>
        <w:br/>
        <w:t>Б'є сніг із-під холодних копитів,&lt;br /&gt;</w:t>
        <w:br/>
        <w:t>Метнулось гайвороння край дороги</w:t>
      </w:r>
    </w:p>
    <w:p>
      <w:r>
        <w:br/>
        <w:t>I простяглась пустиня навкруги.&lt;br /&gt;</w:t>
        <w:br/>
        <w:t>Сідлать коня! Гей, у погоню швидше І&lt;br /&gt;</w:t>
        <w:br/>
        <w:t>Це щастя! Щастя! — Я приліг до гриви,&lt;br /&gt;</w:t>
        <w:br/>
        <w:t>Я втис у теплі боки остроги —&lt;br /&gt;</w:t>
        <w:br/>
        <w:t>І знову бачу .те лице, що ледве&lt;br /&gt;</w:t>
        <w:br/>
        <w:t>Із хутра виглядає... Що мені?&lt;br /&gt;</w:t>
        <w:br/>
        <w:t>Невже то сльози на її очах?&lt;br /&gt;</w:t>
        <w:br/>
        <w:t>То сльози радості — хто теє скаже?&lt;br /&gt;</w:t>
        <w:br/>
        <w:t>То сльози смутку-хто те розгада?</w:t>
      </w:r>
    </w:p>
    <w:p>
      <w:r>
        <w:br/>
        <w:t>А вечір палить вікна незнайомі,&lt;br /&gt;</w:t>
        <w:br/>
        <w:t>А синя хмара жаром пройнялася,&lt;br /&gt;</w:t>
        <w:br/>
        <w:t>А синій ліс просвічує огнем,&lt;br /&gt;</w:t>
        <w:br/>
        <w:t>А вітер віти клонить і співає&lt;br /&gt;</w:t>
        <w:br/>
        <w:t>Мені в ушах... Це щастя! Це любов!&lt;br /&gt;</w:t>
        <w:br/>
        <w:t>Це безнадія ! Пане Фредеріку,</w:t>
      </w:r>
    </w:p>
    <w:p>
      <w:r>
        <w:br/>
        <w:t>Я знаю, що ні вітру, ні саней,&lt;br /&gt;</w:t>
        <w:br/>
        <w:t>Ані коня немає в вашім вальсі,&lt;br /&gt;</w:t>
        <w:br/>
        <w:t>Що все це — тільки вигадка моя&lt;br /&gt;</w:t>
        <w:br/>
        <w:t>Проте... Нехай вам Польща , чи Жорж Занд&lt;br /&gt;</w:t>
        <w:br/>
        <w:t>Коханки дві, однаково жорстокі! —&lt;br /&gt;</w:t>
        <w:br/>
        <w:t>Навіяли той ніжний вихор звуків,-&lt;br /&gt;</w:t>
        <w:br/>
        <w:t>Ну й що ж по тому? А сьогодні я&lt;br /&gt;</w:t>
        <w:br/>
        <w:t>Люблю свій сон і вас люблю за нього,&lt;br /&gt;</w:t>
        <w:br/>
        <w:t>Примхливий худорлявий музиканте...</w:t>
      </w:r>
    </w:p>
    <w:p>
      <w:r>
        <w:br/>
        <w:t>1934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Шопен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