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колад із чил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колад із ч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