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</w:t>
      </w:r>
    </w:p>
    <w:p>
      <w:r>
        <w:br/>
        <w:t xml:space="preserve"> &lt;p&gt;Миколка, Прокопiв хлопчик, такий школярик гарнесенький був: сумирненький, соромливенький, млявенький, як дiвчинка. Та ще ж такий чорнобривенький, бiлолиценький, носок невеличкий, щiчки круглесенькi, ще й чубок кучерями. Воно й училось нiвроку йому. Страх яке до книжки було: чита, одно чита, а особливо як на урок загадають щось таке, — чи про луку, чи про лiс... Ну й любило це!</w:t>
      </w:r>
    </w:p>
    <w:p>
      <w:r>
        <w:br/>
        <w:t>Раз гулять повели їх у лiс. Воно вбiгло в гущавину та:</w:t>
      </w:r>
    </w:p>
    <w:p>
      <w:r>
        <w:br/>
        <w:t>— А як ось тут гарно!.. гiллячко... сонечко в дiрочки... мережечки... ну й гарно!</w:t>
      </w:r>
    </w:p>
    <w:p>
      <w:r>
        <w:br/>
        <w:t>Далi вхопило квiточку, осмiхнулось, притулило до щiчки, погладило...</w:t>
      </w:r>
    </w:p>
    <w:p>
      <w:r>
        <w:br/>
        <w:t>А там що раде знать було все!.. Усе було розпитує вчителя, усе розпитує i про се, i про те, як i дощ, як i снiг. Вчитель було не навтiшається ним, усе було по щiчках його, по щiчках, а воно вже таке раде ото, так осмiхається та ту голiвку так простягає до його... Таке. А то раз учитель пiдiйшов i питає:</w:t>
      </w:r>
    </w:p>
    <w:p>
      <w:r>
        <w:br/>
        <w:t>— А що, Миколко, вивчив урок? Воно встало, осмiхається... тут осмiхається, а там сльози.</w:t>
      </w:r>
    </w:p>
    <w:p>
      <w:r>
        <w:br/>
        <w:t>— Плакав, чи що? — питає учитель. Воно так болiсно:</w:t>
      </w:r>
    </w:p>
    <w:p>
      <w:r>
        <w:br/>
        <w:t>— Нi. — Далi руку до очей та й скривилось.</w:t>
      </w:r>
    </w:p>
    <w:p>
      <w:r>
        <w:br/>
        <w:t>— Чого, що таке? — вчитель йому.</w:t>
      </w:r>
    </w:p>
    <w:p>
      <w:r>
        <w:br/>
        <w:t>— Б...били.</w:t>
      </w:r>
    </w:p>
    <w:p>
      <w:r>
        <w:br/>
        <w:t>— Хто?</w:t>
      </w:r>
    </w:p>
    <w:p>
      <w:r>
        <w:br/>
        <w:t>— Батько.</w:t>
      </w:r>
    </w:p>
    <w:p>
      <w:r>
        <w:br/>
        <w:t>— За вiщо?</w:t>
      </w:r>
    </w:p>
    <w:p>
      <w:r>
        <w:br/>
        <w:t>— За... за... — та й не доказало за плачем. Дiло ж ось як було. Встав Миколка вранцi, почитав трохи, — снiдати пора, вiн i каже:</w:t>
      </w:r>
    </w:p>
    <w:p>
      <w:r>
        <w:br/>
        <w:t>— Мамо, що їсти?</w:t>
      </w:r>
    </w:p>
    <w:p>
      <w:r>
        <w:br/>
        <w:t>— Що ж? — мати йому. — Он хлiб, ось борщ... Насипала борщу йому. Взяв ложку Миколка, сiв до борщу до того... А борщ же той... аж воня, аж нудить кислятинням: нi олiйки, нi квасольки в йому, та ще й учорашнiй, холодний та перебовтаний. Сидiв, сидiв Миколка над ним — не пожене нiяк. Устав та з тим i вдягаться давай. Одiгся, дiйшов до дверей — за печiнки тягне. Вiн знов:</w:t>
      </w:r>
    </w:p>
    <w:p>
      <w:r>
        <w:br/>
        <w:t>— Ну що їсти, мамо?</w:t>
      </w:r>
    </w:p>
    <w:p>
      <w:r>
        <w:br/>
        <w:t>— Та я ж не знаю, — мати йому. Миколка по горшках: i в той заглянув, i в сей... Увiходить батько знадвору, такий сумний.</w:t>
      </w:r>
    </w:p>
    <w:p>
      <w:r>
        <w:br/>
        <w:t>— От лихо, — каже, — хлiба на денцi тiльки.</w:t>
      </w:r>
    </w:p>
    <w:p>
      <w:r>
        <w:br/>
        <w:t>Миколка своє:</w:t>
      </w:r>
    </w:p>
    <w:p>
      <w:r>
        <w:br/>
        <w:t>— Та, мамо, що їсти?</w:t>
      </w:r>
    </w:p>
    <w:p>
      <w:r>
        <w:br/>
        <w:t>— Батька питай.</w:t>
      </w:r>
    </w:p>
    <w:p>
      <w:r>
        <w:br/>
        <w:t>Микола:</w:t>
      </w:r>
    </w:p>
    <w:p>
      <w:r>
        <w:br/>
        <w:t>— Он у людей i риба, й олiя.</w:t>
      </w:r>
    </w:p>
    <w:p>
      <w:r>
        <w:br/>
        <w:t>Батько так бликнув на його. Вiн байдуже:</w:t>
      </w:r>
    </w:p>
    <w:p>
      <w:r>
        <w:br/>
        <w:t>— I оладки, — каже, — i в школу беруть.</w:t>
      </w:r>
    </w:p>
    <w:p>
      <w:r>
        <w:br/>
        <w:t>Батько:</w:t>
      </w:r>
    </w:p>
    <w:p>
      <w:r>
        <w:br/>
        <w:t>— Що?! — Та як ухопить деркач.</w:t>
      </w:r>
    </w:p>
    <w:p>
      <w:r>
        <w:br/>
        <w:t>— Так тобi ще, — каже, — риби, олiї! Шкури з мене, шкури! — та деркачем його, деркачем. Меншенькi четверо, що теж їсти дивились, на пiч усi, як горобчики.</w:t>
      </w:r>
    </w:p>
    <w:p>
      <w:r>
        <w:br/>
        <w:t>— А, сякi-такi, — кричить батько, — їсти!</w:t>
      </w:r>
    </w:p>
    <w:p>
      <w:r>
        <w:br/>
        <w:t>А то ще й зодiв... Раз увечерi роззувся Миколка та й моня чоботи, й моня в руках, а далi так боязко:</w:t>
      </w:r>
    </w:p>
    <w:p>
      <w:r>
        <w:br/>
        <w:t>— Ну й чоботи... чисто потрюхли... ноги так мерзнуть.</w:t>
      </w:r>
    </w:p>
    <w:p>
      <w:r>
        <w:br/>
        <w:t>— Що? — батько.</w:t>
      </w:r>
    </w:p>
    <w:p>
      <w:r>
        <w:br/>
        <w:t>— Мм... дiрки скрiзь.</w:t>
      </w:r>
    </w:p>
    <w:p>
      <w:r>
        <w:br/>
        <w:t>Батько з рук у його, подививсь та по пицi його, по пицi халявами:</w:t>
      </w:r>
    </w:p>
    <w:p>
      <w:r>
        <w:br/>
        <w:t>— Гляди, — каже, — гляди!</w:t>
      </w:r>
    </w:p>
    <w:p>
      <w:r>
        <w:br/>
        <w:t>Позатягав, як умiв, де бiльшi дiрки, й нiчого. Ось другого чи там третього дня приходить Миколка сумний-сумний i їсти не питає. Сiв на лавi, клiпа очима. Батька в хатi не було. Мати пряла на полу. Сидiв, сидiв, далi встає i, як неживий, диба-диба до полу... став i стоїть, похнюпивсь.</w:t>
      </w:r>
    </w:p>
    <w:p>
      <w:r>
        <w:br/>
        <w:t>— Чого ти? — мати йому.</w:t>
      </w:r>
    </w:p>
    <w:p>
      <w:r>
        <w:br/>
        <w:t>— Та... та, — губи задрижали, лице скривилось, i вiн засичав тiльки.</w:t>
      </w:r>
    </w:p>
    <w:p>
      <w:r>
        <w:br/>
        <w:t>— Отакої! Чого ти? Помовчав, далi так тихенько:</w:t>
      </w:r>
    </w:p>
    <w:p>
      <w:r>
        <w:br/>
        <w:t>— Мамо!..</w:t>
      </w:r>
    </w:p>
    <w:p>
      <w:r>
        <w:br/>
        <w:t>— Ну?</w:t>
      </w:r>
    </w:p>
    <w:p>
      <w:r>
        <w:br/>
        <w:t>— У... у мене...</w:t>
      </w:r>
    </w:p>
    <w:p>
      <w:r>
        <w:br/>
        <w:t>— Що у тебе?</w:t>
      </w:r>
    </w:p>
    <w:p>
      <w:r>
        <w:br/>
        <w:t>— У мене, — повернув п'яту, показує... Глянула мати — пiдбора нема. Зiтхнула й нiчого.</w:t>
      </w:r>
    </w:p>
    <w:p>
      <w:r>
        <w:br/>
        <w:t>— Що ж... оце... як... батько побачить? — плаче, так плаче Миколка.</w:t>
      </w:r>
    </w:p>
    <w:p>
      <w:r>
        <w:br/>
        <w:t>Увiйшов Прокiп, Миколка й дух притаїв. Сiв i то побiлiє, то почервонiє; дивиться в землю та чобiт той одно хова за другий та ввесь так i тремтить. Прокiп байдуже до його, полiз пiд лаву собi.</w:t>
      </w:r>
    </w:p>
    <w:p>
      <w:r>
        <w:br/>
        <w:t>— Де воно, — каже, — в чортового батька коноплi тi? Холод такий, а тут пiдперезаться нiчим, хоч би мотузок абощо виплести.</w:t>
      </w:r>
    </w:p>
    <w:p>
      <w:r>
        <w:br/>
        <w:t>— Хм... там десь... — жiнка йому. — Та... те й упослi б, а тут... он... — та очима на Миколку й показує.</w:t>
      </w:r>
    </w:p>
    <w:p>
      <w:r>
        <w:br/>
        <w:t>— Н... не кажiть, — сичить Миколка, — не кажiть.</w:t>
      </w:r>
    </w:p>
    <w:p>
      <w:r>
        <w:br/>
        <w:t>— Як же ж, — мати йому, — а в школу в чiм пiдеш?</w:t>
      </w:r>
    </w:p>
    <w:p>
      <w:r>
        <w:br/>
        <w:t>— Що таке? — батько до їх.</w:t>
      </w:r>
    </w:p>
    <w:p>
      <w:r>
        <w:br/>
        <w:t>— Пiдбор у Миколи одпав...</w:t>
      </w:r>
    </w:p>
    <w:p>
      <w:r>
        <w:br/>
        <w:t>— Що? — крикнув.</w:t>
      </w:r>
    </w:p>
    <w:p>
      <w:r>
        <w:br/>
        <w:t>Тут Миколка, як печений, як схопиться та пiд пiл, та аж за стовпцем опинивсь. Подививсь-подививсь Прокiп, засiп...</w:t>
      </w:r>
    </w:p>
    <w:p>
      <w:r>
        <w:br/>
        <w:t>— Ну, нiчого, — каже, — хай, — знайшов конопельок, плете, нiчого нiкому. Жiнка дивилась, дивилась та:</w:t>
      </w:r>
    </w:p>
    <w:p>
      <w:r>
        <w:br/>
        <w:t>— Так, Прокопе, що ж з чобiтьми? Мовчить Прокiп.</w:t>
      </w:r>
    </w:p>
    <w:p>
      <w:r>
        <w:br/>
        <w:t>— Пора б... уже ж, — тi й на латки не годяться. Мовчить.</w:t>
      </w:r>
    </w:p>
    <w:p>
      <w:r>
        <w:br/>
        <w:t>— Чи ти не чуєш? Треба ж робить щось. Прокiп так бликнув на неї:</w:t>
      </w:r>
    </w:p>
    <w:p>
      <w:r>
        <w:br/>
        <w:t>— Хай, його, — каже, — калiкою зробить!..</w:t>
      </w:r>
    </w:p>
    <w:p>
      <w:r>
        <w:br/>
        <w:t>— Отаке!.. Божевiльний!.. Миколка з-пiд полу:</w:t>
      </w:r>
    </w:p>
    <w:p>
      <w:r>
        <w:br/>
        <w:t>— Мамо, — сичить, — цитьте!.. мамо, цитьте!.. Цитьте ж.</w:t>
      </w:r>
    </w:p>
    <w:p>
      <w:r>
        <w:br/>
        <w:t>Мати йому:</w:t>
      </w:r>
    </w:p>
    <w:p>
      <w:r>
        <w:br/>
        <w:t>— А в школу як?</w:t>
      </w:r>
    </w:p>
    <w:p>
      <w:r>
        <w:br/>
        <w:t>Прокiп так хижо:</w:t>
      </w:r>
    </w:p>
    <w:p>
      <w:r>
        <w:br/>
        <w:t>— А, в школу... грамоти тобi!.. в пани сина!..</w:t>
      </w:r>
    </w:p>
    <w:p>
      <w:r>
        <w:br/>
        <w:t>— А хоч би й у пани?</w:t>
      </w:r>
    </w:p>
    <w:p>
      <w:r>
        <w:br/>
        <w:t>— Щоб i нога в школi!.. щоб i нога не була! — кричить.</w:t>
      </w:r>
    </w:p>
    <w:p>
      <w:r>
        <w:br/>
        <w:t>Миколка:</w:t>
      </w:r>
    </w:p>
    <w:p>
      <w:r>
        <w:br/>
        <w:t>— Як же... я ж не... ненарошне.</w:t>
      </w:r>
    </w:p>
    <w:p>
      <w:r>
        <w:br/>
        <w:t>— Старцюго, — батько йому, — панувать!.. Ось прийде, за стiл залiзе... книжки розкладе, перо... старцюго, щоб i нога не була!</w:t>
      </w:r>
    </w:p>
    <w:p>
      <w:r>
        <w:br/>
        <w:t>Аж перекидається та плаче Миколка:</w:t>
      </w:r>
    </w:p>
    <w:p>
      <w:r>
        <w:br/>
        <w:t>— Он... он, — каже, — усi... учаться — i Василь, i Павло... гарно як.</w:t>
      </w:r>
    </w:p>
    <w:p>
      <w:r>
        <w:br/>
        <w:t>— Iч, старцюго, рiвняється до яких...</w:t>
      </w:r>
    </w:p>
    <w:p>
      <w:r>
        <w:br/>
        <w:t>— А хiба... хiба душа в мене... хужа?</w:t>
      </w:r>
    </w:p>
    <w:p>
      <w:r>
        <w:br/>
        <w:t>— Смiттюго, у їх плуги свої. В найми з душею з своєю!</w:t>
      </w:r>
    </w:p>
    <w:p>
      <w:r>
        <w:br/>
        <w:t>— Божевiльний, — жiнка йому, — нащо ти був зразу в школу оддавав його, нащо ти?..</w:t>
      </w:r>
    </w:p>
    <w:p>
      <w:r>
        <w:br/>
        <w:t>— А, ти розумна!</w:t>
      </w:r>
    </w:p>
    <w:p>
      <w:r>
        <w:br/>
        <w:t>— Ти ж сам одвiв його, ти ж сам записав, а тепер... Як тобi не соромно, як тобi не грiх потрiпувать дитину отак?</w:t>
      </w:r>
    </w:p>
    <w:p>
      <w:r>
        <w:br/>
        <w:t>Прокiп, нiби засоромившись:</w:t>
      </w:r>
    </w:p>
    <w:p>
      <w:r>
        <w:br/>
        <w:t>— Та ти, ти, — каже, — домелешся!</w:t>
      </w:r>
    </w:p>
    <w:p>
      <w:r>
        <w:br/>
        <w:t>— Що домелешся?.. Убивать будеш? убивай, домучуй уже, дорiзуй нас! — Хусточку до очей та й сама в плач.</w:t>
      </w:r>
    </w:p>
    <w:p>
      <w:r>
        <w:br/>
        <w:t>— От боже мiй, — каже, — i де та смерть, що вона i не забере нас од тебе... Поки вже ми отак i труситься будем тебе? — Хлипають обоє. Прокiп нiчого вже. Плете — сидить. Згодом трохи встає i якось досадно-досадно:</w:t>
      </w:r>
    </w:p>
    <w:p>
      <w:r>
        <w:br/>
        <w:t>— Школа... школа — здирство, школа— грабiж... — кинув мотузку, надiв шапку. — Школа останню сорочку стягне з тебе, — в груди себе... Та мов аж з плачем: — Оста-а-н-ню со-рочку!</w:t>
      </w:r>
    </w:p>
    <w:p>
      <w:r>
        <w:br/>
        <w:t>Грюкнув дверима, пiшов, голову похнюпивши.</w:t>
      </w:r>
    </w:p>
    <w:p>
      <w:r>
        <w:br/>
        <w:t>А Миколка:</w:t>
      </w:r>
    </w:p>
    <w:p>
      <w:r>
        <w:br/>
        <w:t>— Як... як гарно... вчитися, а вони... в найми... — Та з-пiд полу до дверей.</w:t>
      </w:r>
    </w:p>
    <w:p>
      <w:r>
        <w:br/>
        <w:t>— Куди ти? — мати до його.</w:t>
      </w:r>
    </w:p>
    <w:p>
      <w:r>
        <w:br/>
        <w:t>— У школу... хай... як знають...</w:t>
      </w:r>
    </w:p>
    <w:p>
      <w:r>
        <w:br/>
        <w:t>— Обiдать же... чоботи ж...</w:t>
      </w:r>
    </w:p>
    <w:p>
      <w:r>
        <w:br/>
        <w:t>— Хай!..</w:t>
      </w:r>
    </w:p>
    <w:p>
      <w:r>
        <w:br/>
        <w:t>Надiйшов вечiр. Засвiтили. Бiжить Миколка. Батько за столом саме сидiв, засмучений такий; мати щось моняла на полу. З очей у неї капали сльози. Миколка :</w:t>
      </w:r>
    </w:p>
    <w:p>
      <w:r>
        <w:br/>
        <w:t>— Ось, ось, — показує чоботи.</w:t>
      </w:r>
    </w:p>
    <w:p>
      <w:r>
        <w:br/>
        <w:t>— Де то ти? — здивувалась мати.</w:t>
      </w:r>
    </w:p>
    <w:p>
      <w:r>
        <w:br/>
        <w:t>— Хе-хе... учитель дали.</w:t>
      </w:r>
    </w:p>
    <w:p>
      <w:r>
        <w:br/>
        <w:t>— Як учитель?</w:t>
      </w:r>
    </w:p>
    <w:p>
      <w:r>
        <w:br/>
        <w:t>— Хе-хе... сиджу, а вони: "Чого ти сумний такий?" — "Чоботи порвались", — плачу. "Цить, — кажуть, — у мене зайвi є". Виносять. "На", — кажуть.</w:t>
      </w:r>
    </w:p>
    <w:p>
      <w:r>
        <w:br/>
        <w:t>Мати взяла, так обдивляється.</w:t>
      </w:r>
    </w:p>
    <w:p>
      <w:r>
        <w:br/>
        <w:t>— Спасибi, — каже, — дай бог здоров'я йому. Миколка:</w:t>
      </w:r>
    </w:p>
    <w:p>
      <w:r>
        <w:br/>
        <w:t>— Хе... а покажiть i батьковi!</w:t>
      </w:r>
    </w:p>
    <w:p>
      <w:r>
        <w:br/>
        <w:t>— А дивись iди. Прокопе, — каже мати. Прокiп байдуже, давай осмiхаться сам собi.</w:t>
      </w:r>
    </w:p>
    <w:p>
      <w:r>
        <w:br/>
        <w:t>— Дивись iди, глушмане. Прокiп наче й не знає нiчого:</w:t>
      </w:r>
    </w:p>
    <w:p>
      <w:r>
        <w:br/>
        <w:t>— Що там таке?</w:t>
      </w:r>
    </w:p>
    <w:p>
      <w:r>
        <w:br/>
        <w:t>— Сюди йди!</w:t>
      </w:r>
    </w:p>
    <w:p>
      <w:r>
        <w:br/>
        <w:t>— Чого? — почухавсь, пiдiйшов. — Ану, що тут? — Узяв. — Так це вчитель? — питає.</w:t>
      </w:r>
    </w:p>
    <w:p>
      <w:r>
        <w:br/>
        <w:t>— Глуха тетеря... не чув мов.</w:t>
      </w:r>
    </w:p>
    <w:p>
      <w:r>
        <w:br/>
        <w:t>— Хе-хе... живем, значить.</w:t>
      </w:r>
    </w:p>
    <w:p>
      <w:r>
        <w:br/>
        <w:t>— Нi, — жiнка йому, — мерщiй наймати побiг...</w:t>
      </w:r>
    </w:p>
    <w:p>
      <w:r>
        <w:br/>
        <w:t>— Балакай, — Прокiп до неї, — наймати!.. Менi, думаєш, i не жаль ото? Я побiг позичить на чоботи йому, а воно...</w:t>
      </w:r>
    </w:p>
    <w:p>
      <w:r>
        <w:br/>
        <w:t>— Що таке? — питає Миколка.</w:t>
      </w:r>
    </w:p>
    <w:p>
      <w:r>
        <w:br/>
        <w:t>— Що... бiгав, бiгав — не позичає нiхто, а тут ще й мiшок пiд плечем, щоб i хлiба де... Менi й кажуть: їсти нiчого, а вiн ще позичає на сина... Треба ще в школу у злиднях таких! А Петро Чхурик: "До волiв його, менi до волiв треба". Думав я, думав... "Що ж, — думаю, — буду бiгать отак та усяке буде цупать отак менi... Дай, — думаю..." — та бух тебе до Чхурика за 15 карбованцiв на рiк.</w:t>
      </w:r>
    </w:p>
    <w:p>
      <w:r>
        <w:br/>
        <w:t>А Миколка:</w:t>
      </w:r>
    </w:p>
    <w:p>
      <w:r>
        <w:br/>
        <w:t>— Хе-хе... А я: "Чоботи порвались", а вони: "На</w:t>
      </w:r>
    </w:p>
    <w:p>
      <w:r>
        <w:br/>
        <w:t>тобi".</w:t>
      </w:r>
    </w:p>
    <w:p>
      <w:r>
        <w:br/>
        <w:t>— Отож... А я: "Петре, позич, будь ласка", а вiн:</w:t>
      </w:r>
    </w:p>
    <w:p>
      <w:r>
        <w:br/>
        <w:t>"Найми", — каже.</w:t>
      </w:r>
    </w:p>
    <w:p>
      <w:r>
        <w:br/>
        <w:t>— Боже мiй, — мати до Миколки, — отакий хлопець та в найми... нiзащо, нiзащо! — Узяла та до себе його так пригортає: — Мiй синочок! — каже. — Гляди ж тепер, слухай учителя, бач вiн який!.. учись ото!</w:t>
      </w:r>
    </w:p>
    <w:p>
      <w:r>
        <w:br/>
        <w:t>Прокiп:</w:t>
      </w:r>
    </w:p>
    <w:p>
      <w:r>
        <w:br/>
        <w:t>— А вчись... звiсно вчись!.. Ану сюди книги!.. багато вивчив уже?</w:t>
      </w:r>
    </w:p>
    <w:p>
      <w:r>
        <w:br/>
        <w:t>— Оцю вивчив, i цю, а цю... ось поки, — показує пальцем йому Миколка.</w:t>
      </w:r>
    </w:p>
    <w:p>
      <w:r>
        <w:br/>
        <w:t>— Ото по бублик по той? ач бублик який... Що воно за бублик такий?</w:t>
      </w:r>
    </w:p>
    <w:p>
      <w:r>
        <w:br/>
        <w:t>— Хм-хм... то "О".</w:t>
      </w:r>
    </w:p>
    <w:p>
      <w:r>
        <w:br/>
        <w:t>— "О! ач яке!.. А то далi?.. Що то за кочерга така?</w:t>
      </w:r>
    </w:p>
    <w:p>
      <w:r>
        <w:br/>
        <w:t>— То "Г".</w:t>
      </w:r>
    </w:p>
    <w:p>
      <w:r>
        <w:br/>
        <w:t>— Ач яке!.. А картинки є тут?</w:t>
      </w:r>
    </w:p>
    <w:p>
      <w:r>
        <w:br/>
        <w:t>— А є... ось, — знайшов йому.</w:t>
      </w:r>
    </w:p>
    <w:p>
      <w:r>
        <w:br/>
        <w:t>— Ач як!.. А то ж що за копицi такi?</w:t>
      </w:r>
    </w:p>
    <w:p>
      <w:r>
        <w:br/>
        <w:t>— То хмара. А знаєте, тату, хмара з чого?</w:t>
      </w:r>
    </w:p>
    <w:p>
      <w:r>
        <w:br/>
        <w:t>— Бо' йо'зна... як можна сили божi знати?</w:t>
      </w:r>
    </w:p>
    <w:p>
      <w:r>
        <w:br/>
        <w:t>— А я знаю!.. з води... парою йде вгору.</w:t>
      </w:r>
    </w:p>
    <w:p>
      <w:r>
        <w:br/>
        <w:t>— Ач який... хм-хм... i он про що зна!</w:t>
      </w:r>
    </w:p>
    <w:p>
      <w:r>
        <w:br/>
        <w:t>— Я ще й про блискавку й про грiм знаю. Це люстричество... з землi набирається в спеку та й креше там i грюка.</w:t>
      </w:r>
    </w:p>
    <w:p>
      <w:r>
        <w:br/>
        <w:t>Прокiп так дивиться на його. А мати:</w:t>
      </w:r>
    </w:p>
    <w:p>
      <w:r>
        <w:br/>
        <w:t>— Який!.. А ще ж це тiльки другу зиму в школi вiн. Прокiп:</w:t>
      </w:r>
    </w:p>
    <w:p>
      <w:r>
        <w:br/>
        <w:t>— Миколко, Миколко!.. Що який то ти... що я б тебе... не знаю... я б тебе паном зробив!.. я б тебе... в семiнарiю в саму!.. я б тебе... Ех! — Помовчав. — Ну хоч би хоч до маленького до чого довести тебе... хоч би хоч ти не страждав, як я оце... Хоч би хоч... у хторокласну тебе.</w:t>
      </w:r>
    </w:p>
    <w:p>
      <w:r>
        <w:br/>
        <w:t>А Миколка:</w:t>
      </w:r>
    </w:p>
    <w:p>
      <w:r>
        <w:br/>
        <w:t>— Так... тату... у хторокласну, у хторокласну!</w:t>
      </w:r>
    </w:p>
    <w:p>
      <w:r>
        <w:br/>
        <w:t>— Боже мiй, хiба ж я ворог дитинi своїй!.. спроможусь, боже мiй!</w:t>
      </w:r>
    </w:p>
    <w:p>
      <w:r>
        <w:br/>
        <w:t>Миколка загорнув книжку, знов розгорнув, устав, постояв, пройшовсь до столу, до порога...</w:t>
      </w:r>
    </w:p>
    <w:p>
      <w:r>
        <w:br/>
        <w:t>— Тату... я, я до вчителя пiду.</w:t>
      </w:r>
    </w:p>
    <w:p>
      <w:r>
        <w:br/>
        <w:t>— Чого?</w:t>
      </w:r>
    </w:p>
    <w:p>
      <w:r>
        <w:br/>
        <w:t>— Хи-хи... хочеться.</w:t>
      </w:r>
    </w:p>
    <w:p>
      <w:r>
        <w:br/>
        <w:t>Надiв подарованi чоботи, за шапку й гайда. Увiйшов у прихожу в школу, кашлянув раз, удруге. Виходить учитель:</w:t>
      </w:r>
    </w:p>
    <w:p>
      <w:r>
        <w:br/>
        <w:t>— А що, Миколко? Миколка: "Хе-хе!"</w:t>
      </w:r>
    </w:p>
    <w:p>
      <w:r>
        <w:br/>
        <w:t>— Що таке?</w:t>
      </w:r>
    </w:p>
    <w:p>
      <w:r>
        <w:br/>
        <w:t>— Батько... в школу... у хторокласну... мене.</w:t>
      </w:r>
    </w:p>
    <w:p>
      <w:r>
        <w:br/>
        <w:t>— Гаразд. Iди ж сюди! — За руку його та до себе в свiтлицю.</w:t>
      </w:r>
    </w:p>
    <w:p>
      <w:r>
        <w:br/>
        <w:t>Увiйшов Миколка i дивиться, так дивиться скрiзь.</w:t>
      </w:r>
    </w:p>
    <w:p>
      <w:r>
        <w:br/>
        <w:t>— А що ти? — вчитель до його.</w:t>
      </w:r>
    </w:p>
    <w:p>
      <w:r>
        <w:br/>
        <w:t>— Ну й... ну й гарно в вас!</w:t>
      </w:r>
    </w:p>
    <w:p>
      <w:r>
        <w:br/>
        <w:t>В учителя й справдi гарно було. Стiл застелений був скатертиною цяцькованою. На столi лампа горiла в голубiй будцi; блищав самовар. По долу стежечки рябiли. Червонiло лiжко пiд стiною. На вiкнах квiтки... на стiнах картини.</w:t>
      </w:r>
    </w:p>
    <w:p>
      <w:r>
        <w:br/>
        <w:t>— Ну й живете ви в гарному в якому! — дивується Миколка.</w:t>
      </w:r>
    </w:p>
    <w:p>
      <w:r>
        <w:br/>
        <w:t>— В гарному! — осмiхається вчитель. — Ото вчись, то й ти будеш у такому...</w:t>
      </w:r>
    </w:p>
    <w:p>
      <w:r>
        <w:br/>
        <w:t>— I я... А як же... як воно, як жить у такому?</w:t>
      </w:r>
    </w:p>
    <w:p>
      <w:r>
        <w:br/>
        <w:t>— Учись — побачиш... Сiдай лиш, чаю вип'єш.</w:t>
      </w:r>
    </w:p>
    <w:p>
      <w:r>
        <w:br/>
        <w:t>Учитель налив йому, сахару вкинув двi грудочки.</w:t>
      </w:r>
    </w:p>
    <w:p>
      <w:r>
        <w:br/>
        <w:t>— Сiдай! — Миколка сiв на краєчку на стiльчику, дивиться на стакан та так осмiхається.</w:t>
      </w:r>
    </w:p>
    <w:p>
      <w:r>
        <w:br/>
        <w:t>— Хм-хм... так це... це менi пить?</w:t>
      </w:r>
    </w:p>
    <w:p>
      <w:r>
        <w:br/>
        <w:t>— Тобi ж, тобi... бери ложечку, мiшай!</w:t>
      </w:r>
    </w:p>
    <w:p>
      <w:r>
        <w:br/>
        <w:t>— Хм-хм... як же воно?</w:t>
      </w:r>
    </w:p>
    <w:p>
      <w:r>
        <w:br/>
        <w:t>— Бери он i булку. Бере осмiхається, присьорбує... Учитель тим часом узяв скрипку, грати давай, i як загра-загра... Миколка:</w:t>
      </w:r>
    </w:p>
    <w:p>
      <w:r>
        <w:br/>
        <w:t>— Ну й, ну й... — та й устав.</w:t>
      </w:r>
    </w:p>
    <w:p>
      <w:r>
        <w:br/>
        <w:t>— Що? — учитель до його.</w:t>
      </w:r>
    </w:p>
    <w:p>
      <w:r>
        <w:br/>
        <w:t>— Н... не знаю... гарно... Я б день i нiч грав...</w:t>
      </w:r>
    </w:p>
    <w:p>
      <w:r>
        <w:br/>
        <w:t>— Учись — гратимеш.</w:t>
      </w:r>
    </w:p>
    <w:p>
      <w:r>
        <w:br/>
        <w:t>— Гратиму!.. й я гратиму? Ну й... — глянув навкруги, — ну й життя гарне!..</w:t>
      </w:r>
    </w:p>
    <w:p>
      <w:r>
        <w:br/>
        <w:t>* * *</w:t>
      </w:r>
    </w:p>
    <w:p>
      <w:r>
        <w:br/>
        <w:t>На другу осiнь учитель перейшов у друге село. Одного дня, розпустивши школярiв, вiн вернувся у свою хату, сiв одпочити. Наступав холодний та сумний осiннiй вечiр. Надворi негода, дощ, а в хатi учителя тепло й привiтно. Книжки рядками стоять на поличках, на столi ясно горить лампа. Стомлений вчитель довго ходив по хатi, часами зупинявся коло вiкна, прислухався, як гуде й завиває вiтер, як дощ порощить по вiкнах; далi сiв за книжку, чита. Трохи згодом чує — щось грюкнуло у прихожiй, забалакало. Одхиляє дверi, аж коло порога старець сивий стоїть, руку простягає. Коло грубки хлопчик-поводир треться, теплого мiсця шукає, обiрваний такий та труситься так. Придивляється вчитель до хлопчика. По знаку щось: чубок кучерями, щiчки кругленькi...</w:t>
      </w:r>
    </w:p>
    <w:p>
      <w:r>
        <w:br/>
        <w:t>— Миколка, це ти?</w:t>
      </w:r>
    </w:p>
    <w:p>
      <w:r>
        <w:br/>
        <w:t>— Я... — та скривився-скривився.</w:t>
      </w:r>
    </w:p>
    <w:p>
      <w:r>
        <w:br/>
        <w:t>— Як це ти, що це?..</w:t>
      </w:r>
    </w:p>
    <w:p>
      <w:r>
        <w:br/>
        <w:t>— Та... та... їсти нiчого, топить нiчим, удягтися...</w:t>
      </w:r>
    </w:p>
    <w:p>
      <w:r>
        <w:br/>
        <w:t>— Бiдненький!..</w:t>
      </w:r>
    </w:p>
    <w:p>
      <w:r>
        <w:br/>
        <w:t>— А батько... простудилися: ще розтавало, а в їх чоботи дранi... ноги крутить...</w:t>
      </w:r>
    </w:p>
    <w:p>
      <w:r>
        <w:br/>
        <w:t>— Так ти це...</w:t>
      </w:r>
    </w:p>
    <w:p>
      <w:r>
        <w:br/>
        <w:t>— Були до хазяїна... найняли... так... я... не здужаю... аж захворiв був... Так мене в поводаторi це...</w:t>
      </w:r>
    </w:p>
    <w:p>
      <w:r>
        <w:br/>
        <w:t>Дверi в свiтлицю одхиленi були... Стiл видно було, розгорнуту книжку, скрипку, картини... Глянув Миколка... заплакав...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