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Шкіромий</w:t>
      </w:r>
    </w:p>
    <w:p>
      <w:r>
        <w:br/>
        <w:t xml:space="preserve"> Корній Чуковський&lt;br /&gt;</w:t>
        <w:br/>
        <w:t>Шкіромий (Пародія)</w:t>
      </w:r>
    </w:p>
    <w:p>
      <w:r>
        <w:br/>
        <w:t>Переклад з рос. Oлександра Тарасенко, серпень 1993</w:t>
      </w:r>
    </w:p>
    <w:p>
      <w:r>
        <w:br/>
        <w:t>Простирадло — утікало&lt;br /&gt;</w:t>
        <w:br/>
        <w:t>І білизна — хай їй грець&lt;br /&gt;</w:t>
        <w:br/>
        <w:t>І матрасик, мов карасик&lt;br /&gt;</w:t>
        <w:br/>
        <w:t>Від мене забрався геть.</w:t>
      </w:r>
    </w:p>
    <w:p>
      <w:r>
        <w:br/>
        <w:t>Я за мапу — мапа в шафу,&lt;br /&gt;</w:t>
        <w:br/>
        <w:t>Я за пензлик — той нишком&lt;br /&gt;</w:t>
        <w:br/>
        <w:t>І сховався під ліжком.</w:t>
      </w:r>
    </w:p>
    <w:p>
      <w:r>
        <w:br/>
        <w:t>Я хочу поїсти сало,&lt;br /&gt;</w:t>
        <w:br/>
        <w:t>Відрізаю шмат чималий,&lt;br /&gt;</w:t>
        <w:br/>
        <w:t>Але кляті ті шмати&lt;br /&gt;</w:t>
        <w:br/>
        <w:t>Від мене — під три чорти.</w:t>
      </w:r>
    </w:p>
    <w:p>
      <w:r>
        <w:br/>
        <w:t>Що за жарти недолугі,&lt;br /&gt;</w:t>
        <w:br/>
        <w:t>І чому всі речі вщерть&lt;br /&gt;</w:t>
        <w:br/>
        <w:t>Заюрмились, схаменулись&lt;br /&gt;</w:t>
        <w:br/>
        <w:t>І сягнули шкереберть?</w:t>
      </w:r>
    </w:p>
    <w:p>
      <w:r>
        <w:br/>
        <w:t>Чобітки за рушниками,&lt;br /&gt;</w:t>
        <w:br/>
        <w:t>Рушники за мотузками,&lt;br /&gt;</w:t>
        <w:br/>
        <w:t>Мотузки за чобітками,&lt;br /&gt;</w:t>
        <w:br/>
        <w:t>Все батьківське надбання&lt;br /&gt;</w:t>
        <w:br/>
        <w:t>Шаленіє, скаженіє&lt;br /&gt;</w:t>
        <w:br/>
        <w:t>І тікає навмання?</w:t>
      </w:r>
    </w:p>
    <w:p>
      <w:r>
        <w:br/>
        <w:t>Раптом просто із горища&lt;br /&gt;</w:t>
        <w:br/>
        <w:t>Клишоногий, наче рак&lt;br /&gt;</w:t>
        <w:br/>
        <w:t>Шкутильгає водомийщик&lt;br /&gt;</w:t>
        <w:br/>
        <w:t>І до мене мовить так:</w:t>
      </w:r>
    </w:p>
    <w:p>
      <w:r>
        <w:br/>
        <w:t>Ти гидкеє, ти бруднеє.&lt;br /&gt;</w:t>
        <w:br/>
        <w:t>Неохайне поросятко&lt;br /&gt;</w:t>
        <w:br/>
        <w:t>Ти брудніш за сміттєзбірник&lt;br /&gt;</w:t>
        <w:br/>
        <w:t>У люстерко подивись!</w:t>
      </w:r>
    </w:p>
    <w:p>
      <w:r>
        <w:br/>
        <w:t>У тебе вапно на оці&lt;br /&gt;</w:t>
        <w:br/>
        <w:t>У тебе гівно на боці,&lt;br /&gt;</w:t>
        <w:br/>
        <w:t>У тебе такі капиці,&lt;br /&gt;</w:t>
        <w:br/>
        <w:t>Що іздерлись ногавиці!</w:t>
      </w:r>
    </w:p>
    <w:p>
      <w:r>
        <w:br/>
        <w:t>Навіть, навіть ногавиці&lt;br /&gt;</w:t>
        <w:br/>
        <w:t>Від тебе забрались геть!</w:t>
      </w:r>
    </w:p>
    <w:p>
      <w:r>
        <w:br/>
        <w:t>Дуже рано на світанку&lt;br /&gt;</w:t>
        <w:br/>
        <w:t>Миють личко каченята&lt;br /&gt;</w:t>
        <w:br/>
        <w:t>Й пташенята&lt;br /&gt;</w:t>
        <w:br/>
        <w:t>І шпачки, і пацючки.</w:t>
      </w:r>
    </w:p>
    <w:p>
      <w:r>
        <w:br/>
        <w:t>Ти єдиний не помився&lt;br /&gt;</w:t>
        <w:br/>
        <w:t>І бруднечею лишився&lt;br /&gt;</w:t>
        <w:br/>
        <w:t>То ж забрались від бруднечі&lt;br /&gt;</w:t>
        <w:br/>
        <w:t>І панчохи, й чобітки.</w:t>
      </w:r>
    </w:p>
    <w:p>
      <w:r>
        <w:br/>
        <w:t>Я — шановний водомийник,&lt;br /&gt;</w:t>
        <w:br/>
        <w:t>Славнозвісний шкіромий,&lt;br /&gt;</w:t>
        <w:br/>
        <w:t>Водомийників керівник&lt;br /&gt;</w:t>
        <w:br/>
        <w:t>І мочалок ланковий!</w:t>
      </w:r>
    </w:p>
    <w:p>
      <w:r>
        <w:br/>
        <w:t>Ледве гепну я ногою,&lt;br /&gt;</w:t>
        <w:br/>
        <w:t>І покличу козаків,&lt;br /&gt;</w:t>
        <w:br/>
        <w:t>Водомийники юрбою&lt;br /&gt;</w:t>
        <w:br/>
        <w:t>Всі візьмуть напоготів.&lt;br /&gt;</w:t>
        <w:br/>
        <w:t>Закатують, відшматують&lt;br /&gt;</w:t>
        <w:br/>
        <w:t>Неохайних дітлахів.</w:t>
      </w:r>
    </w:p>
    <w:p>
      <w:r>
        <w:br/>
        <w:t>І прочуханку жорстоку&lt;br /&gt;</w:t>
        <w:br/>
        <w:t>Запровадять над тобою&lt;br /&gt;</w:t>
        <w:br/>
        <w:t>У Матвіївську затоку&lt;br /&gt;</w:t>
        <w:br/>
        <w:t>Вмить занурять з головою!</w:t>
      </w:r>
    </w:p>
    <w:p>
      <w:r>
        <w:br/>
        <w:t>Замантулив в мідний таз,&lt;br /&gt;</w:t>
        <w:br/>
        <w:t>Заволав "Кара — барас!"</w:t>
      </w:r>
    </w:p>
    <w:p>
      <w:r>
        <w:br/>
        <w:t>Тої ж миті мило, мило&lt;br /&gt;</w:t>
        <w:br/>
        <w:t>Зась! — в волосся — мити зілля&lt;br /&gt;</w:t>
        <w:br/>
        <w:t>Гілля, рілля і бадилля&lt;br /&gt;</w:t>
        <w:br/>
        <w:t>Підбадьорює:</w:t>
      </w:r>
    </w:p>
    <w:p>
      <w:r>
        <w:br/>
        <w:t>"Мию, мию сажотруса&lt;br /&gt;</w:t>
        <w:br/>
        <w:t>Пильно, щільно,&lt;br /&gt;</w:t>
        <w:br/>
        <w:t>Часто, густо!&lt;br /&gt;</w:t>
        <w:br/>
        <w:t>Буде, буде сажотрус&lt;br /&gt;</w:t>
        <w:br/>
        <w:t>Чистий, мов різдвяний гусь"</w:t>
      </w:r>
    </w:p>
    <w:p>
      <w:r>
        <w:br/>
        <w:t>Тут мочало причвалало&lt;br /&gt;</w:t>
        <w:br/>
        <w:t>І мерщій малечу мить&lt;br /&gt;</w:t>
        <w:br/>
        <w:t>Ось вовтузить мов шибало&lt;br /&gt;</w:t>
        <w:br/>
        <w:t>І волає, і ганьбить.</w:t>
      </w:r>
    </w:p>
    <w:p>
      <w:r>
        <w:br/>
        <w:t>Від збентежених мочалок&lt;br /&gt;</w:t>
        <w:br/>
        <w:t>Я мерщій, немов від палок&lt;br /&gt;</w:t>
        <w:br/>
        <w:t>А вони чимдуж загалом&lt;br /&gt;</w:t>
        <w:br/>
        <w:t>Нижнім Валом, Верхнім Валом.</w:t>
      </w:r>
    </w:p>
    <w:p>
      <w:r>
        <w:br/>
        <w:t>Я до Бабиного Яру&lt;br /&gt;</w:t>
        <w:br/>
        <w:t>Навпростець я повз кошару,&lt;br /&gt;</w:t>
        <w:br/>
        <w:t>А вони — через мури,&lt;br /&gt;</w:t>
        <w:br/>
        <w:t>Як підступнії щури.</w:t>
      </w:r>
    </w:p>
    <w:p>
      <w:r>
        <w:br/>
        <w:t>Тут назустріч мій коханий&lt;br /&gt;</w:t>
        <w:br/>
        <w:t>Мій улюблений кацап,&lt;br /&gt;</w:t>
        <w:br/>
        <w:t>Він з Альошею і Ванєй&lt;br /&gt;</w:t>
        <w:br/>
        <w:t>Прямував, неначе цап&lt;br /&gt;</w:t>
        <w:br/>
        <w:t>І мочалку, наче галку&lt;br /&gt;</w:t>
        <w:br/>
        <w:t>Він щелепами цап-цап!</w:t>
      </w:r>
    </w:p>
    <w:p>
      <w:r>
        <w:br/>
        <w:t>А за тим ногами він затупцював&lt;br /&gt;</w:t>
        <w:br/>
        <w:t>І руками він мене відлупцював&lt;br /&gt;</w:t>
        <w:br/>
        <w:t>"Уходи-ка ты домой!" він мовляв&lt;br /&gt;</w:t>
        <w:br/>
        <w:t>"Да лицо свое умой!" він мовляв&lt;br /&gt;</w:t>
        <w:br/>
        <w:t>"А не то как налечу!" він мовляв&lt;br /&gt;</w:t>
        <w:br/>
        <w:t>"Растопчу и проглочу" він мовляв</w:t>
      </w:r>
    </w:p>
    <w:p>
      <w:r>
        <w:br/>
        <w:t>Я по вулицях борснувся підтупцем&lt;br /&gt;</w:t>
        <w:br/>
        <w:t>Втік до водомийника кінець кінцем&lt;br /&gt;</w:t>
        <w:br/>
        <w:t>Милом мивсь, циберком грюкав,&lt;br /&gt;</w:t>
        <w:br/>
        <w:t>Як ударник п'ятиріччя.&lt;br /&gt;</w:t>
        <w:br/>
        <w:t>І багнюку, і гівнюку&lt;br /&gt;</w:t>
        <w:br/>
        <w:t>Відокремив від обличчя.</w:t>
      </w:r>
    </w:p>
    <w:p>
      <w:r>
        <w:br/>
        <w:t>Тої ж миті капелюх&lt;br /&gt;</w:t>
        <w:br/>
        <w:t>Сів на мене проміж вух&lt;br /&gt;</w:t>
        <w:br/>
        <w:t>А за ним цукерок купа:&lt;br /&gt;</w:t>
        <w:br/>
        <w:t>"З'їж мене, малеча любо!"&lt;br /&gt;</w:t>
        <w:br/>
        <w:t>А за ними сала шмат:&lt;br /&gt;</w:t>
        <w:br/>
        <w:t>"Поласуй мене, мій брат!"</w:t>
      </w:r>
    </w:p>
    <w:p>
      <w:r>
        <w:br/>
        <w:t>Ось і зошит повернувся,&lt;br /&gt;</w:t>
        <w:br/>
        <w:t>Ось і коник без візка,&lt;br /&gt;</w:t>
        <w:br/>
        <w:t>І абетка з Інглиш мовой&lt;br /&gt;</w:t>
        <w:br/>
        <w:t>Станцювали гопака.&lt;br /&gt;</w:t>
        <w:br/>
        <w:t>Шанобливий водомийник,&lt;br /&gt;</w:t>
        <w:br/>
        <w:t>Славнозвісний шкіромий,&lt;br /&gt;</w:t>
        <w:br/>
        <w:t>Водомийників керівник&lt;br /&gt;</w:t>
        <w:br/>
        <w:t>І мочалок ланковий&lt;br /&gt;</w:t>
        <w:br/>
        <w:t>Закружляв мене у танку&lt;br /&gt;</w:t>
        <w:br/>
        <w:t>І, кохаючись, мовляв:</w:t>
      </w:r>
    </w:p>
    <w:p>
      <w:r>
        <w:br/>
        <w:t>"Ти тепер мені приязний,&lt;br /&gt;</w:t>
        <w:br/>
        <w:t>Ти тепер мені люб'язний&lt;br /&gt;</w:t>
        <w:br/>
        <w:t>То ж нарешті ти, бруднеча,&lt;br /&gt;</w:t>
        <w:br/>
        <w:t>Шкіромия вшанував!"</w:t>
      </w:r>
    </w:p>
    <w:p>
      <w:r>
        <w:br/>
        <w:t>Треба, треба, треба митись&lt;br /&gt;</w:t>
        <w:br/>
        <w:t>Вдень і ввечері — то ж ба!&lt;br /&gt;</w:t>
        <w:br/>
        <w:t>Неохайним сажотрусам&lt;br /&gt;</w:t>
        <w:br/>
        <w:t>Ой ганьба, ганьба, ганьба!</w:t>
      </w:r>
    </w:p>
    <w:p>
      <w:r>
        <w:br/>
        <w:t>Хай живе рушниченько пухкенький&lt;br /&gt;</w:t>
        <w:br/>
        <w:t>І мило духмяне, мов ненька,&lt;br /&gt;</w:t>
        <w:br/>
        <w:t>І кістковий гребінь,&lt;br /&gt;</w:t>
        <w:br/>
        <w:t>І голярський камінь!</w:t>
      </w:r>
    </w:p>
    <w:p>
      <w:r>
        <w:br/>
        <w:t>То ж мийся, підмийся, голись!&lt;br /&gt;</w:t>
        <w:br/>
        <w:t>Пірнай, виринай, не барись!&lt;br /&gt;</w:t>
        <w:br/>
        <w:t>У лазні, ставку, на болоті,&lt;br /&gt;</w:t>
        <w:br/>
        <w:t>В Гнилим Тикичу, що в Кам. Броді</w:t>
      </w:r>
    </w:p>
    <w:p>
      <w:r>
        <w:br/>
        <w:t>В Криму і в Карпатах&lt;br /&gt;</w:t>
        <w:br/>
        <w:t>Усюди й завжди&lt;br /&gt;</w:t>
        <w:br/>
        <w:t>Вкраїні хвала — і воді!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Шкіромий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