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Шість поезій по-галісійськи</w:t>
      </w:r>
    </w:p>
    <w:p>
      <w:r>
        <w:br/>
        <w:t xml:space="preserve"> Федеріко Гарсія Лорка&lt;br /&gt;</w:t>
        <w:br/>
        <w:t>Шість поезій по-галісійськи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МАДРИГАЛЬ МІСТОВИ САНТ-ЯГО</w:t>
      </w:r>
    </w:p>
    <w:p>
      <w:r>
        <w:br/>
        <w:t>Дощ іде в Сант-Яго,&lt;br /&gt;</w:t>
        <w:br/>
        <w:t>любко моя, глянь...&lt;br /&gt;</w:t>
        <w:br/>
        <w:t>Сонце білов камелієв&lt;br /&gt;</w:t>
        <w:br/>
        <w:t>ледви мріє з-поза хмар.</w:t>
      </w:r>
    </w:p>
    <w:p>
      <w:r>
        <w:br/>
        <w:t>Дощ іде в Сант-Яго&lt;br /&gt;</w:t>
        <w:br/>
        <w:t>темненької ночи.&lt;br /&gt;</w:t>
        <w:br/>
        <w:t>Сон-цвіт сріблом волохатим&lt;br /&gt;</w:t>
        <w:br/>
        <w:t>голий місяць оторочив.</w:t>
      </w:r>
    </w:p>
    <w:p>
      <w:r>
        <w:br/>
        <w:t>Плюща плюскає по площі,&lt;br /&gt;</w:t>
        <w:br/>
        <w:t>плаче камінь, плаче шкло.&lt;br /&gt;</w:t>
        <w:br/>
        <w:t>Млавий попіл твого моря&lt;br /&gt;</w:t>
        <w:br/>
        <w:t>млявим вітром розмело.</w:t>
      </w:r>
    </w:p>
    <w:p>
      <w:r>
        <w:br/>
        <w:t>Млавий попіл твого моря,&lt;br /&gt;</w:t>
        <w:br/>
        <w:t>Сант-Яго, а сонця ніт.&lt;br /&gt;</w:t>
        <w:br/>
        <w:t>Лем вода прадавніх ранків&lt;br /&gt;</w:t>
        <w:br/>
        <w:t>в моїм серці, знай, бринит.</w:t>
      </w:r>
    </w:p>
    <w:p>
      <w:r>
        <w:br/>
        <w:t>СПІВАНКА ПРО БОГОРОДИЧКУ-МОРЕХОДОЧКУ</w:t>
      </w:r>
    </w:p>
    <w:p>
      <w:r>
        <w:br/>
        <w:t>Гой ти храме, славний храме&lt;br /&gt;</w:t>
        <w:br/>
        <w:t>Богородички малої,&lt;br /&gt;</w:t>
        <w:br/>
        <w:t>що їздит човнами!</w:t>
      </w:r>
    </w:p>
    <w:p>
      <w:r>
        <w:br/>
        <w:t>Богородичка малая,&lt;br /&gt;</w:t>
        <w:br/>
        <w:t>в ней коруна срібляная.&lt;br /&gt;</w:t>
        <w:br/>
        <w:t>Штири воли, як соколи,&lt;br /&gt;</w:t>
        <w:br/>
        <w:t>везут єї дунаями.</w:t>
      </w:r>
    </w:p>
    <w:p>
      <w:r>
        <w:br/>
        <w:t>Несут шкляні голубойки&lt;br /&gt;</w:t>
        <w:br/>
        <w:t>в сині гори дощі-хмари,&lt;br /&gt;</w:t>
        <w:br/>
        <w:t>а мерлеці й умерлиці&lt;br /&gt;</w:t>
        <w:br/>
        <w:t>долом сунут, гей тумани.</w:t>
      </w:r>
    </w:p>
    <w:p>
      <w:r>
        <w:br/>
        <w:t>Чиста Діво, ти корівкам&lt;br /&gt;</w:t>
        <w:br/>
        <w:t>ласки в очі влий рахманні,&lt;br /&gt;</w:t>
        <w:br/>
        <w:t>заквітчай пресвітлі ризи&lt;br /&gt;</w:t>
        <w:br/>
        <w:t>похоронними квітками.</w:t>
      </w:r>
    </w:p>
    <w:p>
      <w:r>
        <w:br/>
        <w:t>Над Галісієв у небі&lt;br /&gt;</w:t>
        <w:br/>
        <w:t>вже світає зоря рання.&lt;br /&gt;</w:t>
        <w:br/>
        <w:t>Чиста Діва плине в море —&lt;br /&gt;</w:t>
        <w:br/>
        <w:t>там же єї дому брама.</w:t>
      </w:r>
    </w:p>
    <w:p>
      <w:r>
        <w:br/>
        <w:t>Гой ти храме, славний храме&lt;br /&gt;</w:t>
        <w:br/>
        <w:t>Богородички малої,&lt;br /&gt;</w:t>
        <w:br/>
        <w:t>що їздит човнами!</w:t>
      </w:r>
    </w:p>
    <w:p>
      <w:r>
        <w:br/>
        <w:t>ДУМКА ПРО МАЛОГО КРАМАРЧУКА</w:t>
      </w:r>
    </w:p>
    <w:p>
      <w:r>
        <w:br/>
        <w:t>В Буенос-Айресі є гайда&lt;br /&gt;</w:t>
        <w:br/>
        <w:t>понад водами Ла-Плати,&lt;br /&gt;</w:t>
        <w:br/>
        <w:t>на ній грає сівер-вітер&lt;br /&gt;</w:t>
        <w:br/>
        <w:t>одвологлими устами.&lt;br /&gt;</w:t>
        <w:br/>
        <w:t>Бідний Рамон де Сісмунді!&lt;br /&gt;</w:t>
        <w:br/>
        <w:t>На вулиці Есмеральди&lt;br /&gt;</w:t>
        <w:br/>
        <w:t>він занидів і зачеврів&lt;br /&gt;</w:t>
        <w:br/>
        <w:t>серед тих нікчемних крамів.&lt;br /&gt;</w:t>
        <w:br/>
        <w:t>По вулицях безконечних&lt;br /&gt;</w:t>
        <w:br/>
        <w:t>галісійці походжали,&lt;br /&gt;</w:t>
        <w:br/>
        <w:t>вимрівали диво-поле&lt;br /&gt;</w:t>
        <w:br/>
        <w:t>між неміряних пампасів.&lt;br /&gt;</w:t>
        <w:br/>
        <w:t>Бідний Рамон де Сісмунді&lt;br /&gt;</w:t>
        <w:br/>
        <w:t>вчув у фалях рідний танчик,&lt;br /&gt;</w:t>
        <w:br/>
        <w:t>а сім волів місяцевих&lt;br /&gt;</w:t>
        <w:br/>
        <w:t>в єго згадках мирно паслись.&lt;br /&gt;</w:t>
        <w:br/>
        <w:t>I пішов він нога в ногу&lt;br /&gt;</w:t>
        <w:br/>
        <w:t>понад берегом Ла-Плати,&lt;br /&gt;</w:t>
        <w:br/>
        <w:t>де кололи водне шкло&lt;br /&gt;</w:t>
        <w:br/>
        <w:t>німі коні й верби млаві.&lt;br /&gt;</w:t>
        <w:br/>
        <w:t>Не чув тії пресумної,&lt;br /&gt;</w:t>
        <w:br/>
        <w:t>претужної тії гайди&lt;br /&gt;</w:t>
        <w:br/>
        <w:t>і не видів гайдариска,&lt;br /&gt;</w:t>
        <w:br/>
        <w:t>що уста єму крилаті.&lt;br /&gt;</w:t>
        <w:br/>
        <w:t>Бідний Рамон де Сісмунді&lt;br /&gt;</w:t>
        <w:br/>
        <w:t>ішов берегом Ла-Плати,&lt;br /&gt;</w:t>
        <w:br/>
        <w:t>видів іно там на спадні&lt;br /&gt;</w:t>
        <w:br/>
        <w:t>мури вечора керваві.</w:t>
      </w:r>
    </w:p>
    <w:p>
      <w:r>
        <w:br/>
        <w:t>НОКТУРНО ПРО ХЛОПЦЯ-ТОПЕЛЬЦЯ</w:t>
      </w:r>
    </w:p>
    <w:p>
      <w:r>
        <w:br/>
        <w:t>Ходімо тихонько берегом до броду,&lt;br /&gt;</w:t>
        <w:br/>
        <w:t>до хлопця-топельця, красного на вроду.</w:t>
      </w:r>
    </w:p>
    <w:p>
      <w:r>
        <w:br/>
        <w:t>Ходімо по тихій воздушній тропі,&lt;br /&gt;</w:t>
        <w:br/>
        <w:t>закіль го до моря не ймила топіль.</w:t>
      </w:r>
    </w:p>
    <w:p>
      <w:r>
        <w:br/>
        <w:t>Душа му зранeна цвілила слезами,&lt;br /&gt;</w:t>
        <w:br/>
        <w:t>кадили до скону смереки і трави.</w:t>
      </w:r>
    </w:p>
    <w:p>
      <w:r>
        <w:br/>
        <w:t>А з місяця буйна вода ся струмила,&lt;br /&gt;</w:t>
        <w:br/>
        <w:t>ті кичери голі леліями крила.</w:t>
      </w:r>
    </w:p>
    <w:p>
      <w:r>
        <w:br/>
        <w:t>А вітер вберає в камелії чорні&lt;br /&gt;</w:t>
        <w:br/>
        <w:t>уста осмутнілі, навіки безмовні.</w:t>
      </w:r>
    </w:p>
    <w:p>
      <w:r>
        <w:br/>
        <w:t>Ходіте, ледіні, із гір і з долин,&lt;br /&gt;</w:t>
        <w:br/>
        <w:t>до хлопця-топельця ходіт на поклін!</w:t>
      </w:r>
    </w:p>
    <w:p>
      <w:r>
        <w:br/>
        <w:t>Ходіт, темні люде, з верхів і з підгір'я,&lt;br /&gt;</w:t>
        <w:br/>
        <w:t>закіль го до моря не трутила филя!</w:t>
      </w:r>
    </w:p>
    <w:p>
      <w:r>
        <w:br/>
        <w:t>Там білі тумани окіл сповили,&lt;br /&gt;</w:t>
        <w:br/>
        <w:t>там струмені грают, як сиві воли.</w:t>
      </w:r>
    </w:p>
    <w:p>
      <w:r>
        <w:br/>
        <w:t>Як тужно між майних дерев-самборів&lt;br /&gt;</w:t>
        <w:br/>
        <w:t>під місяцем ярим співав тамбурин!</w:t>
      </w:r>
    </w:p>
    <w:p>
      <w:r>
        <w:br/>
        <w:t>Прибігли ледіні, глядіти шкода:&lt;br /&gt;</w:t>
        <w:br/>
        <w:t>уже го до моря забрала вода!</w:t>
      </w:r>
    </w:p>
    <w:p>
      <w:r>
        <w:br/>
        <w:t>КОЛИСАНКА ДЛЯ РОСАЛІЇ КАСТРО, НЕБОЖЕЧКИ</w:t>
      </w:r>
    </w:p>
    <w:p>
      <w:r>
        <w:br/>
        <w:t>Уставай, моя леліє,&lt;br /&gt;</w:t>
        <w:br/>
        <w:t>бо юж когут зорю піє!&lt;br /&gt;</w:t>
        <w:br/>
        <w:t>Уставай, моя фраїрко,&lt;br /&gt;</w:t>
        <w:br/>
        <w:t>руе вітер, гей корівка!</w:t>
      </w:r>
    </w:p>
    <w:p>
      <w:r>
        <w:br/>
        <w:t>Плуги дзвоня день за днем&lt;br /&gt;</w:t>
        <w:br/>
        <w:t>Із Сант-Яго в Ветлегем.&lt;br /&gt;</w:t>
        <w:br/>
        <w:t>З Ветлегема до Сант-Яго&lt;br /&gt;</w:t>
        <w:br/>
        <w:t>плине човном файний янголь.&lt;br /&gt;</w:t>
        <w:br/>
        <w:t>Киває ся срібен човен,&lt;br /&gt;</w:t>
        <w:br/>
        <w:t>галісійським болем повен,&lt;br /&gt;</w:t>
        <w:br/>
        <w:t>галісійським безголів'єм&lt;br /&gt;</w:t>
        <w:br/>
        <w:t>та й журботним тихим зілєм.&lt;br /&gt;</w:t>
        <w:br/>
        <w:t>Зілє криє твоє ложе&lt;br /&gt;</w:t>
        <w:br/>
        <w:t>й твої коси, чорні рожі,&lt;br /&gt;</w:t>
        <w:br/>
        <w:t>а вни шлют ся ба й до моря,&lt;br /&gt;</w:t>
        <w:br/>
        <w:t>там, де хмари гнізда мостя...</w:t>
      </w:r>
    </w:p>
    <w:p>
      <w:r>
        <w:br/>
        <w:t>Уставай, моя леліє,&lt;br /&gt;</w:t>
        <w:br/>
        <w:t>бо юж когут зорю піе!&lt;br /&gt;</w:t>
        <w:br/>
        <w:t>Уставай, моя фраїрко,&lt;br /&gt;</w:t>
        <w:br/>
        <w:t>руе вітер, гей корівка!</w:t>
      </w:r>
    </w:p>
    <w:p>
      <w:r>
        <w:br/>
        <w:t>ТАНЧИК МІСЯЦЯ НАД САНТ ЯГО</w:t>
      </w:r>
    </w:p>
    <w:p>
      <w:r>
        <w:br/>
        <w:t>Ади, фраїр, ади, білий,&lt;br /&gt;</w:t>
        <w:br/>
        <w:t>весь од студіни заціп!</w:t>
      </w:r>
    </w:p>
    <w:p>
      <w:r>
        <w:br/>
        <w:t>Нє, то місяць танцує&lt;br /&gt;</w:t>
        <w:br/>
        <w:t>над подвір'єм мерлеців.</w:t>
      </w:r>
    </w:p>
    <w:p>
      <w:r>
        <w:br/>
        <w:t>Почорніло єму тіло&lt;br /&gt;</w:t>
        <w:br/>
        <w:t>десь від тіний і вовків.</w:t>
      </w:r>
    </w:p>
    <w:p>
      <w:r>
        <w:br/>
        <w:t>То танцує, мамо, місяць&lt;br /&gt;</w:t>
        <w:br/>
        <w:t>над подвір'єм мерлеців.</w:t>
      </w:r>
    </w:p>
    <w:p>
      <w:r>
        <w:br/>
        <w:t>Хто ранuт лоша камінне&lt;br /&gt;</w:t>
        <w:br/>
        <w:t>та при самій брамі снів?</w:t>
      </w:r>
    </w:p>
    <w:p>
      <w:r>
        <w:br/>
        <w:t>Ой то ж місяць! То місяць&lt;br /&gt;</w:t>
        <w:br/>
        <w:t>над подвір'єм мерлеців!</w:t>
      </w:r>
    </w:p>
    <w:p>
      <w:r>
        <w:br/>
        <w:t>Хто то в шиби мої сірі&lt;br /&gt;</w:t>
        <w:br/>
        <w:t>хмарні очі затопив?</w:t>
      </w:r>
    </w:p>
    <w:p>
      <w:r>
        <w:br/>
        <w:t>Ой то ж місяць! То місяць&lt;br /&gt;</w:t>
        <w:br/>
        <w:t>над подвір'єм мерлеців!</w:t>
      </w:r>
    </w:p>
    <w:p>
      <w:r>
        <w:br/>
        <w:t>Най помру у себе в ліжку,&lt;br /&gt;</w:t>
        <w:br/>
        <w:t>марячи про злотоцвіт.</w:t>
      </w:r>
    </w:p>
    <w:p>
      <w:r>
        <w:br/>
        <w:t>То танцує, мамо, місяць&lt;br /&gt;</w:t>
        <w:br/>
        <w:t>над подвір'єм мерлеців.</w:t>
      </w:r>
    </w:p>
    <w:p>
      <w:r>
        <w:br/>
        <w:t>Доню, доню, я од вітру&lt;br /&gt;</w:t>
        <w:br/>
        <w:t>побіліла-м на лиці!</w:t>
      </w:r>
    </w:p>
    <w:p>
      <w:r>
        <w:br/>
        <w:t>То ж не вітер — смутен місяць&lt;br /&gt;</w:t>
        <w:br/>
        <w:t>над подвір'єм мерлеців.</w:t>
      </w:r>
    </w:p>
    <w:p>
      <w:r>
        <w:br/>
        <w:t>Хто то риче, хто лелече,&lt;br /&gt;</w:t>
        <w:br/>
        <w:t>мов великий жальний віл?</w:t>
      </w:r>
    </w:p>
    <w:p>
      <w:r>
        <w:br/>
        <w:t>Ой то місяць, мамо, місяць&lt;br /&gt;</w:t>
        <w:br/>
        <w:t>над подвір'єм мерлеців.</w:t>
      </w:r>
    </w:p>
    <w:p>
      <w:r>
        <w:br/>
        <w:t>Ой то ж місяць, мамо, місяць&lt;br /&gt;</w:t>
        <w:br/>
        <w:t>в дерезовому вінці,</w:t>
      </w:r>
    </w:p>
    <w:p>
      <w:r>
        <w:br/>
        <w:t>все танцує, все танцує&lt;br /&gt;</w:t>
        <w:br/>
        <w:t>над подвір'єм мерлеців!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Шість поезій по-галісійськи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