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Шерлок Голмес</w:t>
      </w:r>
    </w:p>
    <w:p>
      <w:r>
        <w:br/>
        <w:t xml:space="preserve"> &lt;p&gt;ШЕРЛОК ГОЛМЕС</w:t>
      </w:r>
    </w:p>
    <w:p>
      <w:r>
        <w:br/>
        <w:t>Стався скандал в місточку. Двадцять кроків від постерунку повітової поліції розбив хтось склеп і украв на два мільйони найкращого тютюну і на триста тисяч стемплів. Тютюн і стемплі були власністю Мехля Коркеса, жида; з тої причини ще не було би скандалу, бо в місточку верховодила антисемітська партія, котра жидів не жалувала. Але злодій був такий безличний, що під самим носом поліції розбив склеп, і отеє був скандал. Порядний злодій повинен мати настільки сорому і патріотизму, щоб не стягати на поліцію закиду недбальства, і повинен красти десь дальше. Але люди на війні взагалі попсувалися, і делікатних злодіїв уже не найдеш...</w:t>
      </w:r>
    </w:p>
    <w:p>
      <w:r>
        <w:br/>
        <w:t>Коли Коркес відчиняв свій склеп, не завважив нічого. Двері були зачинені, як звичайно. Тільки, коли увійшов до склепу, побачив, що одна половина деревляної віконниці висіла на завісах, а друга лежала на землі. Самі вікна були примкнені, лише одна шибка була вибита і нею навіяло до склепу трохи снігу. Коркес тільки скрикнув зі страху: "Вей мір!" — зрозумів відразу своє горе. По хвилині вже знав, що йому пропало, і, як обпарений, біг на поліцію. Всього двадцять кроків, не більше. Проте він засапався і ледви був годен сказати вартовому, що сталося.</w:t>
      </w:r>
    </w:p>
    <w:p>
      <w:r>
        <w:br/>
        <w:t>Вартовий задумався:</w:t>
      </w:r>
    </w:p>
    <w:p>
      <w:r>
        <w:br/>
        <w:t>— Не знаю, чи будити пана комісара, чи ні?</w:t>
      </w:r>
    </w:p>
    <w:p>
      <w:r>
        <w:br/>
        <w:t>— Збудіть, збудіть, прошу вас. Може, віднайде. Се ж не голка — яких двісті картонів найкращого тютюну, се добрий мішок. Не сховає в кишеню...</w:t>
      </w:r>
    </w:p>
    <w:p>
      <w:r>
        <w:br/>
        <w:t>— Дивно, що я не чув,— бідкався вартовий.— Від третьої години не сплю, виходив кілька разів надвір, а тут так близько крадіж! Не знаю, чи будити, чи ні? Буде злий.</w:t>
      </w:r>
    </w:p>
    <w:p>
      <w:r>
        <w:br/>
        <w:t>Жид трохи не заплакав.</w:t>
      </w:r>
    </w:p>
    <w:p>
      <w:r>
        <w:br/>
        <w:t>— Йой! Що мені робити? Я сам піду і збуджу пана комісара!</w:t>
      </w:r>
    </w:p>
    <w:p>
      <w:r>
        <w:br/>
        <w:t>— Не можна! Заждіть, я піду послухаю, може, вже не спить.</w:t>
      </w:r>
    </w:p>
    <w:p>
      <w:r>
        <w:br/>
        <w:t>Вартовий підійшов тихенько до дверей комісара і почав підслухувати. У кімнаті тріснув хтось кілька разів бензиновим пальником — певно, хотів закурити папіроску. Вартовий застукав у двері і увійшов. Комісар лежав у ліжку і курив.</w:t>
      </w:r>
    </w:p>
    <w:p>
      <w:r>
        <w:br/>
        <w:t>— Пане комісар, сеї ночі обікрали трафіку Коркеса.</w:t>
      </w:r>
    </w:p>
    <w:p>
      <w:r>
        <w:br/>
        <w:t>— Обікрали? — здивувався начальник.— Се тут, коло нас? А чому ж Коркес не пильнує свого склепу?</w:t>
      </w:r>
    </w:p>
    <w:p>
      <w:r>
        <w:br/>
        <w:t>Вартовий не знав, чому Коркес того не робить. Комісар мовчав довго і думав. Вкінці промовив:</w:t>
      </w:r>
    </w:p>
    <w:p>
      <w:r>
        <w:br/>
        <w:t>— Закличте пана Пшепюрку, нехай він там займеться. Я маю важніші справи, політичні...</w:t>
      </w:r>
    </w:p>
    <w:p>
      <w:r>
        <w:br/>
        <w:t>Пан Пшепюрка, котрий мав сим разом віднайти маєток Коркеса і рятувати добру славу поліції, був знаним у місточку Шерлоком Голмсом. Ще перед світовою війною він скінчив два класи гімназії, по війні почав учитися в семінарії, але се для нього вже було затяжко і запізно, бо не міг погодити своїх кавалерських потреб і звичаїв з вимогами школи. Між ним і учителями постала велика незгода, і він мусив покинути школу. Просто з лавки шкільної він пішов боронити вітчизни і кілька місяців був навіть офіцером. Потім доказали йому, що не має ніякого права звати себе офіцером, і він несподівано почув у собі, що зроду має талант на полі ці йного агента. Свій талант виявив він найкраще пильним збиранням різних "пошляків", себто слідів політичних злочинів українців, і на тім полі поклав такі великі заслуги, що вже про свою будучину не мав чого лякатися.</w:t>
      </w:r>
    </w:p>
    <w:p>
      <w:r>
        <w:br/>
        <w:t>Так сього заслуженого мужа пішов вартовий шукати. Не довго й трудився — Пшепюрка сам надійшов, мовби його хто покликав. Довідавшись, що сталося, він чимскорше побіг до склепу Коркеса. Заглянув у всі кутки, підняв з помосту якийсь ґудзик, сховав його скоренько, розпитав Коркеса, хто вчора був у нього, коли побрав тютюн із склепу і кілько, а потім з вартовим пішов просто до дому жида Ко-зовера. Козовер мав одну хибу, що занадто вірив людям і, коли від них що купував, ніколи не питався, звідки се мають. Часом ся легковірність була підозріла і він мав деякі неприємності в суді. Зрештою, був то чоловік дуже побожний і обиватель зовсім лояльний, котрий про всякі народні свята мав навіть правдиву полотенну польську фану, а не паперову, як інші жиди.</w:t>
      </w:r>
    </w:p>
    <w:p>
      <w:r>
        <w:br/>
        <w:t>У Козовера був селянин-рибак, приніс рибу на продаж. Саме при огляданні риби надійшов Пшепюрка з товаришем. Жидові зі страху впала риба з руки на поміст і там ще трі-поталася. Він занімів і затріпотався так само, як та риба на помості, а жінка і діти задеревіли.</w:t>
      </w:r>
    </w:p>
    <w:p>
      <w:r>
        <w:br/>
        <w:t>— Пане Козовер, я мушу у вас зробити ревізію.</w:t>
      </w:r>
    </w:p>
    <w:p>
      <w:r>
        <w:br/>
        <w:t>— За чим? — спитав жид без духу.</w:t>
      </w:r>
    </w:p>
    <w:p>
      <w:r>
        <w:br/>
        <w:t>— Уже я знаю, за чим.</w:t>
      </w:r>
    </w:p>
    <w:p>
      <w:r>
        <w:br/>
        <w:t>Селянин хотів вийти; Пшепюрка не дозволив, казав поліцаєві станути в дверях. Бистрим оком розглянувся по брудній кімнаті, витяг власноручно якусь скринку з-під лавки, заглянув усередину, не найшов того, чого шукав, і покликав жида у сіни. Там оба довго розмовляли і шукали — і вкінці ревізори відійшли, не найшовши нічого.</w:t>
      </w:r>
    </w:p>
    <w:p>
      <w:r>
        <w:br/>
        <w:t>Козовер вернувся до кімнати сам; був дуже сердитий.</w:t>
      </w:r>
    </w:p>
    <w:p>
      <w:r>
        <w:br/>
        <w:t>— Вже мені справив шабас,— сказав входячи.</w:t>
      </w:r>
    </w:p>
    <w:p>
      <w:r>
        <w:br/>
        <w:t>— Н-ну? — спитав рибак.</w:t>
      </w:r>
    </w:p>
    <w:p>
      <w:r>
        <w:br/>
        <w:t>— Що, "ну"? — відповів жид гнівно.— Десять тисяч коштувала мене та візита зрана.</w:t>
      </w:r>
    </w:p>
    <w:p>
      <w:r>
        <w:br/>
        <w:t>— Та за що?</w:t>
      </w:r>
    </w:p>
    <w:p>
      <w:r>
        <w:br/>
        <w:t>— За що? За той дух, що в мені є. Жид є на то, щоби платив, і я плачу, чи є за що, чи нема.</w:t>
      </w:r>
    </w:p>
    <w:p>
      <w:r>
        <w:br/>
        <w:t>Тим часом ревізори йшли вже дальше — просто до дому шевця Кароля Дітріха, потомка німецьких колоністів, але вже щирого поляка. Дітріха не було дома; він пішов у місто випити одну-дві чарки горівки на снідання. Тому ревізори могли в його мешканні шукати спокійно і справді найшли у столику два картони найкращого тютюну. Пшепюрка усміхнувся до поліцая, поліцай до Пшепюрки — і оба із збільшеною охотою вийшли з мешкання шукати за рештою тютюну у сінях та на горищі або в пивниці.</w:t>
      </w:r>
    </w:p>
    <w:p>
      <w:r>
        <w:br/>
        <w:t>Саме в ту пору надійшов Дітріх. Побачивши гостей, він здивувався трохи, але зовсім не розсердився, бо з поліцією і судами мав діло не раз, і злякати його не було легко; сам&amp;#163;не раз доносив поліції на декого з власної охоти або чужої намови.</w:t>
      </w:r>
    </w:p>
    <w:p>
      <w:r>
        <w:br/>
        <w:t>— А! Гості у мене! Так рано? Замовити черевики чи чоботи?</w:t>
      </w:r>
    </w:p>
    <w:p>
      <w:r>
        <w:br/>
        <w:t>— Я вам сам ушию добрі чоботи,— промовив Пшепюрка гордо.</w:t>
      </w:r>
    </w:p>
    <w:p>
      <w:r>
        <w:br/>
        <w:t>— Кажіть, де ви сховали тютюн?</w:t>
      </w:r>
    </w:p>
    <w:p>
      <w:r>
        <w:br/>
        <w:t>— Там є у столику дві пачки "Ксанті". Хочете закурити? Прошу! Дуже гарний тютюн.</w:t>
      </w:r>
    </w:p>
    <w:p>
      <w:r>
        <w:br/>
        <w:t>Сі слова виглядали на глум. Тому не диво, що Пшепюрка розсердився і свій гнів виповів словами:</w:t>
      </w:r>
    </w:p>
    <w:p>
      <w:r>
        <w:br/>
        <w:t>— А то відколи такі полатайки курять "Ксанті"? На те Дітріх виповів свої почування ще остріше:</w:t>
      </w:r>
    </w:p>
    <w:p>
      <w:r>
        <w:br/>
        <w:t>— А що ж ти собі, паничу, думаєш, що мене не стати на "Ксанті"? Що ж то я є? Чи староста, чи комісар поліції, чи, може, суддя або який директор гімназії, щоби я "сам пан тре" курив? Я є щвець — розумієш: швець! І можу закупити цілу трафіку!</w:t>
      </w:r>
    </w:p>
    <w:p>
      <w:r>
        <w:br/>
        <w:t>— Уже й "закупив",— замітив Пшепюрка невдало.— Покажіть-но, де зложили?</w:t>
      </w:r>
    </w:p>
    <w:p>
      <w:r>
        <w:br/>
        <w:t>Дітріх чув у місті про крадіж у Коркеса, а що не почував себе до гріха, тому тепер, на таке підозріння Пшепюрки, вибух страшним гнівом і кинувся на агента з кулаками. Але поміж ними станув сильний поліцай, і до бійки не прийшло. Скінчилося на кулаку.</w:t>
      </w:r>
    </w:p>
    <w:p>
      <w:r>
        <w:br/>
        <w:t>— Шукай один з другим, бо вб'ю! — кричав швець.— Все мені одно: або ваша смерть, або моя! Така зневага! Шукай, чи найдеш! А потім підем до Коркеса, нехай скаже, чи я вчора не купив собі у нього дві пачки "Ксанті"?</w:t>
      </w:r>
    </w:p>
    <w:p>
      <w:r>
        <w:br/>
        <w:t>По сих рішучих словах Дітріха Пшепюрка щось подумав і сказав до поліцая коротко:</w:t>
      </w:r>
    </w:p>
    <w:p>
      <w:r>
        <w:br/>
        <w:t>— Ходім!</w:t>
      </w:r>
    </w:p>
    <w:p>
      <w:r>
        <w:br/>
        <w:t>Ся постанова була дуже несподівана, тому не диво, що Дітріх набрав сміливості і кричав далі за Пшепюркою без належного поважання:</w:t>
      </w:r>
    </w:p>
    <w:p>
      <w:r>
        <w:br/>
        <w:t>— Іди на зламану голову! А вступи до Коркеса, спитайся! Голодранець якийсь! Гадає, що я "урженднік паньство-ви" [...].</w:t>
      </w:r>
    </w:p>
    <w:p>
      <w:r>
        <w:br/>
        <w:t>Зазнавши такої неприємності у службі, Пшепюрка відпустив поліцая додому і пішов сам у місто. Шукав "пошля-ків" з годину, говорив ще раз до Коркеса і вкінці повідомив свого начальника, що найдені сліди наказують йому виїхати пополудні залізницею в містечко К. Там він сподівається найти злодія: може, навіть по дорозі стріне його.</w:t>
      </w:r>
    </w:p>
    <w:p>
      <w:r>
        <w:br/>
        <w:t>Здогади Пшепюрки справдилися. На найближчій станції він виглянув у вікно і побачив, як якийсь вояк не вояк, бо не вся одежа на нім була вояцька, з двома скриньками всідав до вагона. Пшепюрка придивився йому добре, але з вагона не виходив, лише усів собі при вікні, вийняв тютюн, скрутив грубу папіроску і закурив. Шкода, що притім не було Дітріха; по димі з папіроски він був би пізнав, що і Пшепюрка курить не "сам пан тре", тільки делікатний фабричний тютюн.</w:t>
      </w:r>
    </w:p>
    <w:p>
      <w:r>
        <w:br/>
        <w:t>На дальших станціях Пшепюрка лише визирав через вікно, чи чоловік з двома скриньками виходить, чи лишається дальше у вагоні. Тільки коли вже настала ніч, він перейшов до вагона, де були дві скриньки, усів собі і ждав, поки поїзд стане. В містечку К. чоловік зі скриньками висів; за ним скоренько вийшов Пшепюрка. В темній улиці, де не було людей, приступив до нього і спитався тихо:</w:t>
      </w:r>
    </w:p>
    <w:p>
      <w:r>
        <w:br/>
        <w:t>— Знаєш, куди занести?</w:t>
      </w:r>
    </w:p>
    <w:p>
      <w:r>
        <w:br/>
        <w:t>— Знаю...</w:t>
      </w:r>
    </w:p>
    <w:p>
      <w:r>
        <w:br/>
        <w:t>Потім оба розійшлися...</w:t>
      </w:r>
    </w:p>
    <w:p>
      <w:r>
        <w:br/>
        <w:t>В дві години пізніше в готелі "Варшавськім", котрий ще перед кількома роками називався "Віденським", а все належав до знаменитої родини Апфельбаумів, в окремій кімнаті, призначеній тільки для вибраних гостей, старий Апфельбаум приймав пана Пшепюрку прекрасною горів-кою, рибою по-жидівськи, шабасовими калачами і вином.</w:t>
      </w:r>
    </w:p>
    <w:p>
      <w:r>
        <w:br/>
        <w:t>Пшепюрка був веселий, але вів розмову якусь занадто поважну.</w:t>
      </w:r>
    </w:p>
    <w:p>
      <w:r>
        <w:br/>
        <w:t>— Ну, як же ж буде? Півтора мільйона то таки замало. Тютюн першої сорти, от-от подорожіє подвійно... А я й страху наївся, бо мені ґудзик відорвався при роботі, о! дивіться! Ніхто такого не носить.</w:t>
      </w:r>
    </w:p>
    <w:p>
      <w:r>
        <w:br/>
        <w:t>І тут показав ґудзик, уже пришитий.</w:t>
      </w:r>
    </w:p>
    <w:p>
      <w:r>
        <w:br/>
        <w:t>— Я доложу ще одну пачку,— відповів Апфельбаум.</w:t>
      </w:r>
    </w:p>
    <w:p>
      <w:r>
        <w:br/>
        <w:t>— Мало. Адже я мушу і спільникові дати.</w:t>
      </w:r>
    </w:p>
    <w:p>
      <w:r>
        <w:br/>
        <w:t>— Зі стемплів не буду мати жодного пожитку,— борониться жид.</w:t>
      </w:r>
    </w:p>
    <w:p>
      <w:r>
        <w:br/>
        <w:t>— То віддайте мені,— сказав Пшепюрка.</w:t>
      </w:r>
    </w:p>
    <w:p>
      <w:r>
        <w:br/>
        <w:t>Але Апфельбаум не хотів віддати. Торгувалися ще з півгодини. Жид докинув ще сто тисячів, і на тім стало.</w:t>
      </w:r>
    </w:p>
    <w:p>
      <w:r>
        <w:br/>
        <w:t>По сій угоді, сховавши гроші, Пшепюрка почав жартувати і виповідати дуже фільозофічні гадки, н[а] пр[иклад], що найтяжче самого себе слідити, спіймати і віддати на кару. Сього жоден Шерлок Голмес не потрафить, а він прочитав майже всі його чудові історії. Апфельбаум не читав сих історій, але цілком згодився з Пшепюркою і сказав, усміхаючись, що се йому також ніколи не вдалося...</w:t>
      </w:r>
    </w:p>
    <w:p>
      <w:r>
        <w:br/>
        <w:t>Попоївши і випивши добре, Пшепюрка казав себе збудити на ранок, перед відходом поїзда, а поки що пішов у кав'ярню забавитися.</w:t>
      </w:r>
    </w:p>
    <w:p>
      <w:r>
        <w:br/>
        <w:t>Рано, вертаючи додому, він арештував у поїзді молодого українця, що їхав до іспиту зрілості. Підозріння було неабияке: противиборча агітація, приналежність до ватаги опришків-більшовиків і до тайної повітової ради, крім того, підпали дворів, разом взявши — одна велика зрада держави. Замість тютюну привів Пшепюрка сього студента на поліцію. Начальник був дуже радий.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Шерлок Голмес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