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Шефство</w:t>
      </w:r>
    </w:p>
    <w:p>
      <w:r>
        <w:br/>
        <w:t xml:space="preserve"> &lt;p&gt;Ми вирішили вести боротьбу з трієчниками.</w:t>
      </w:r>
    </w:p>
    <w:p>
      <w:r>
        <w:br/>
        <w:t>— Через них відстає весь наш клас,— сказала на зборах Марійка.</w:t>
      </w:r>
    </w:p>
    <w:p>
      <w:r>
        <w:br/>
        <w:t>Валерка підтримав:</w:t>
      </w:r>
    </w:p>
    <w:p>
      <w:r>
        <w:br/>
        <w:t>— Кілька чоловік несумлінно ставляться до навчання, а через них страждають хороші учні.</w:t>
      </w:r>
    </w:p>
    <w:p>
      <w:r>
        <w:br/>
        <w:t>Почулися вигуки:</w:t>
      </w:r>
    </w:p>
    <w:p>
      <w:r>
        <w:br/>
        <w:t>— Пора з цим покінчити!</w:t>
      </w:r>
    </w:p>
    <w:p>
      <w:r>
        <w:br/>
        <w:t>— Набридли.</w:t>
      </w:r>
    </w:p>
    <w:p>
      <w:r>
        <w:br/>
        <w:t>— Виключати зі школи — і все!</w:t>
      </w:r>
    </w:p>
    <w:p>
      <w:r>
        <w:br/>
        <w:t>Марійка запитала:</w:t>
      </w:r>
    </w:p>
    <w:p>
      <w:r>
        <w:br/>
        <w:t>— Що будемо робити?</w:t>
      </w:r>
    </w:p>
    <w:p>
      <w:r>
        <w:br/>
        <w:t>Стало тихо, немов перед бурею.</w:t>
      </w:r>
    </w:p>
    <w:p>
      <w:r>
        <w:br/>
        <w:t>— Вихід один,— зітхнув Павлик,— прикріпити до відстаючих відмінників. Взяти їх на буксир. Може, хто добровільно візьметься?</w:t>
      </w:r>
    </w:p>
    <w:p>
      <w:r>
        <w:br/>
        <w:t>— Я, я! — аж підскочив Дмитрию — Я Генці Шаповалу і Петькові Панченку з математики допомагатиму.</w:t>
      </w:r>
    </w:p>
    <w:p>
      <w:r>
        <w:br/>
        <w:t>На тому й розійшлися.</w:t>
      </w:r>
    </w:p>
    <w:p>
      <w:r>
        <w:br/>
        <w:t>Швиденько виконавши домашнє завдання, Дмитрик стрілою помчав до Генки.</w:t>
      </w:r>
    </w:p>
    <w:p>
      <w:r>
        <w:br/>
        <w:t>Той сидів за столом і, втупившись незрячим поглядом у стелю, руками куйовдив волосся на голові.</w:t>
      </w:r>
    </w:p>
    <w:p>
      <w:r>
        <w:br/>
        <w:t>— Працюєш? — запитав Дмитрик, скидаючи в коридорі черевики.</w:t>
      </w:r>
    </w:p>
    <w:p>
      <w:r>
        <w:br/>
        <w:t>Генка лише важко зітхнув і промовчав.</w:t>
      </w:r>
    </w:p>
    <w:p>
      <w:r>
        <w:br/>
        <w:t>— Не вішай носа! — гукнув весело Дмитрик.— Я зараз візьму над тобою шефство. Все буде гаразд.</w:t>
      </w:r>
    </w:p>
    <w:p>
      <w:r>
        <w:br/>
        <w:t>Оглянувши квартиру, додав:</w:t>
      </w:r>
    </w:p>
    <w:p>
      <w:r>
        <w:br/>
        <w:t>— А ти гостей погано зустрічаєш!</w:t>
      </w:r>
    </w:p>
    <w:p>
      <w:r>
        <w:br/>
        <w:t>Генку ніби вітром зі стільця здуло. Артистично поклонився і сказав:</w:t>
      </w:r>
    </w:p>
    <w:p>
      <w:r>
        <w:br/>
        <w:t>— Ласкаво просимо, дорогий мій помічнику. Прошу до столу. Допомагай. Без тебе мені з трійок не виплутатись.</w:t>
      </w:r>
    </w:p>
    <w:p>
      <w:r>
        <w:br/>
        <w:t>— А як у тебе із шахами? — поцікавився Дмитрик.</w:t>
      </w:r>
    </w:p>
    <w:p>
      <w:r>
        <w:br/>
        <w:t>— Що, що? — витріщив Генка очі.</w:t>
      </w:r>
    </w:p>
    <w:p>
      <w:r>
        <w:br/>
        <w:t>— Шахи є, питаю?</w:t>
      </w:r>
    </w:p>
    <w:p>
      <w:r>
        <w:br/>
        <w:t>— А вони тут до чого? Яке мають відношення до математики?</w:t>
      </w:r>
    </w:p>
    <w:p>
      <w:r>
        <w:br/>
        <w:t>— Пряме!</w:t>
      </w:r>
    </w:p>
    <w:p>
      <w:r>
        <w:br/>
        <w:t>— На жаль, нема,— похнюпився Генка й важко зітхнув.</w:t>
      </w:r>
    </w:p>
    <w:p>
      <w:r>
        <w:br/>
        <w:t>— А шашки?</w:t>
      </w:r>
    </w:p>
    <w:p>
      <w:r>
        <w:br/>
        <w:t>Генка зрадів: шашки в нього були.</w:t>
      </w:r>
    </w:p>
    <w:p>
      <w:r>
        <w:br/>
        <w:t>— Давай зіграємо.</w:t>
      </w:r>
    </w:p>
    <w:p>
      <w:r>
        <w:br/>
        <w:t>Генка кинувся шукати дошку. Облазив усі закутки, але так і не знайшов.</w:t>
      </w:r>
    </w:p>
    <w:p>
      <w:r>
        <w:br/>
        <w:t>— Можливо, до сусідів сходити?</w:t>
      </w:r>
    </w:p>
    <w:p>
      <w:r>
        <w:br/>
        <w:t>— А це не довго?</w:t>
      </w:r>
    </w:p>
    <w:p>
      <w:r>
        <w:br/>
        <w:t>— Кілька хвилин.</w:t>
      </w:r>
    </w:p>
    <w:p>
      <w:r>
        <w:br/>
        <w:t>Доки Генка бігав по сусідах, Дмитрик розглядав кімнату, та не знайшов для себе нічого цікавого.</w:t>
      </w:r>
    </w:p>
    <w:p>
      <w:r>
        <w:br/>
        <w:t>— Немає нікого вдома,— прибіг захеканий Генка.</w:t>
      </w:r>
    </w:p>
    <w:p>
      <w:r>
        <w:br/>
        <w:t>— Вмикай телевізор,— наказав Дмитрик.</w:t>
      </w:r>
    </w:p>
    <w:p>
      <w:r>
        <w:br/>
        <w:t>Переконавшись, що по телевізору не передають нічого вартого уваги, він запитав:</w:t>
      </w:r>
    </w:p>
    <w:p>
      <w:r>
        <w:br/>
        <w:t>— Можливо, є магнітофон?</w:t>
      </w:r>
    </w:p>
    <w:p>
      <w:r>
        <w:br/>
        <w:t>— Скоро купимо.</w:t>
      </w:r>
    </w:p>
    <w:p>
      <w:r>
        <w:br/>
        <w:t>— А платівки?</w:t>
      </w:r>
    </w:p>
    <w:p>
      <w:r>
        <w:br/>
        <w:t>— Радіола зіпсована.</w:t>
      </w:r>
    </w:p>
    <w:p>
      <w:r>
        <w:br/>
        <w:t>— Можливо, торт у холодильнику є?</w:t>
      </w:r>
    </w:p>
    <w:p>
      <w:r>
        <w:br/>
        <w:t>Генка хряснув дверцятами:</w:t>
      </w:r>
    </w:p>
    <w:p>
      <w:r>
        <w:br/>
        <w:t>— Дивись,— показав.— Сама ковбаса і бутерброди. Можу пляшку кефіру відкрити.</w:t>
      </w:r>
    </w:p>
    <w:p>
      <w:r>
        <w:br/>
        <w:t>— Сам пий! — розгнівався Дмитрик.— Не міг лимонаду купити. Знав же, що помічник прийде.</w:t>
      </w:r>
    </w:p>
    <w:p>
      <w:r>
        <w:br/>
        <w:t>— Я думав, ти допомагати,— знітився Генка.</w:t>
      </w:r>
    </w:p>
    <w:p>
      <w:r>
        <w:br/>
        <w:t>— А чого ж іще? На буксир буду тебе брати з математики,— ляснув Дмитрик книжкою по столу.— Сідай!</w:t>
      </w:r>
    </w:p>
    <w:p>
      <w:r>
        <w:br/>
        <w:t>Генка швиденько вмостився на стільці і взяв ручку.</w:t>
      </w:r>
    </w:p>
    <w:p>
      <w:r>
        <w:br/>
        <w:t>— Можливо, в тебе хоч книжка пригодницька є? — подумавши, спитав Дмитрик.</w:t>
      </w:r>
    </w:p>
    <w:p>
      <w:r>
        <w:br/>
        <w:t>— Не читаю! — прошепотів одними губами Генка.</w:t>
      </w:r>
    </w:p>
    <w:p>
      <w:r>
        <w:br/>
        <w:t>— Як? — остовпів Дмитрик.— Зовсім?</w:t>
      </w:r>
    </w:p>
    <w:p>
      <w:r>
        <w:br/>
        <w:t>— Ні, пригодницького. Я люблю про природу, про тварин.</w:t>
      </w:r>
    </w:p>
    <w:p>
      <w:r>
        <w:br/>
        <w:t>Дмитрик задумався.</w:t>
      </w:r>
    </w:p>
    <w:p>
      <w:r>
        <w:br/>
        <w:t>— Шоколаду теж немає? — стрельнув поглядом.</w:t>
      </w:r>
    </w:p>
    <w:p>
      <w:r>
        <w:br/>
        <w:t>— Карамельки. Смачні.</w:t>
      </w:r>
    </w:p>
    <w:p>
      <w:r>
        <w:br/>
        <w:t>— А ковзани?</w:t>
      </w:r>
    </w:p>
    <w:p>
      <w:r>
        <w:br/>
        <w:t>— Я на лижах.</w:t>
      </w:r>
    </w:p>
    <w:p>
      <w:r>
        <w:br/>
        <w:t>— Можливо, подаруєш щось?</w:t>
      </w:r>
    </w:p>
    <w:p>
      <w:r>
        <w:br/>
        <w:t>— Вибирай,— обвів Генка кімнату рукою.</w:t>
      </w:r>
    </w:p>
    <w:p>
      <w:r>
        <w:br/>
        <w:t>— Пістолета з пістончиками немає?</w:t>
      </w:r>
    </w:p>
    <w:p>
      <w:r>
        <w:br/>
        <w:t>— Я малюю. Фарби є. Пензлі теж.</w:t>
      </w:r>
    </w:p>
    <w:p>
      <w:r>
        <w:br/>
        <w:t>Дмитрик підвівся.</w:t>
      </w:r>
    </w:p>
    <w:p>
      <w:r>
        <w:br/>
        <w:t>— Тоді прощай! — подав руку.— Не можу я над тобою шефствувати. Піду до Петра Панченка. Краще йому допомагатиму. Зустрів його, коли до тебе йшов, він саме за тортом до магазину 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Шефство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