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Щоденник</w:t>
      </w:r>
    </w:p>
    <w:p>
      <w:r>
        <w:br/>
        <w:t xml:space="preserve"> &lt;p&gt;Сумна, гнітюча мемуарна література. Артист чи вчений, політик чи полководець вступають у життя сповнені честолюбних задумів, потужних і завойовницьких вольових Імпульсів — сама мобільність. Просуваються вгору, долають перешкоди, розширяють сферу впливів і, озброюючись досвідом і великим числом друзів, дедалі плідніше й дедалі легше йдуть — етап за етапом — до своєї мети. Це триває десяток років, іноді два, три десятки. А потім...</w:t>
      </w:r>
    </w:p>
    <w:p>
      <w:r>
        <w:br/>
        <w:t>Потім уже — втома, потім уже — лише крок за кроком, наполегливо, в раз обраному напрямку, вже зручнішим, уторованішим шляхом, з меншим запалом і болісним відчуттям, що не так, що надто мало, що куди важче в самотині, що додається лише сивина і стає більше зморщок на раніше гладенькому завзятому чолі, що око не таке гостре, кров біжить повільніше, а ноги ледве несуть.</w:t>
      </w:r>
    </w:p>
    <w:p>
      <w:r>
        <w:br/>
        <w:t>Що ж? Старість!</w:t>
      </w:r>
    </w:p>
    <w:p>
      <w:r>
        <w:br/>
        <w:t>Один опирається їй і, зрозумівши все, хоче як замолоду й навіть швидше, сильніше, щоб устигнути. Ошукується — обороняється — бунтує — борсається. Інший у сумній покорі починає не тільки зупинятись, а й відступати.</w:t>
      </w:r>
    </w:p>
    <w:p>
      <w:r>
        <w:br/>
        <w:t>"Вже не можу.— Не хочу й пробувати.— Не варто. Вже не розумію. О, якби повернули мені урну спопелілих років — енергію, витрачену на блукання, марнотратний розмах давніх сил..."</w:t>
      </w:r>
    </w:p>
    <w:p>
      <w:r>
        <w:br/>
        <w:t>Нові люди, нове покоління, нові потреби. Вже і його дратують і він дратує — спочатку недостатнє розуміння, а потім уже одне непорозуміння. їхні жести, їхні кроки, очі, білі зуби й гладенький лоб, хоч вуста й мовчать...</w:t>
      </w:r>
    </w:p>
    <w:p>
      <w:r>
        <w:br/>
        <w:t>Геть усе довкола,— і земля, і ти сам, і зоря твоя,— кажуть:</w:t>
      </w:r>
    </w:p>
    <w:p>
      <w:r>
        <w:br/>
        <w:t>"Годі... Твій кінець... Тепер ми... Ти біля межі... Ти кажеш, що ми так... А ми й не сперечаємося — тобі краще знати, ти ж досвідчений, але дай спробувати самостійно".</w:t>
      </w:r>
    </w:p>
    <w:p>
      <w:r>
        <w:br/>
        <w:t>Такий порядок життя. Так і людина, і звірі, певне, так і дерева, а хто знає, може, навіть і каміння.</w:t>
      </w:r>
    </w:p>
    <w:p>
      <w:r>
        <w:br/>
        <w:t>Їхня тепер воля, сила і час.</w:t>
      </w:r>
    </w:p>
    <w:p>
      <w:r>
        <w:br/>
        <w:t>Твоя тепер старість, а завтра — немічність.</w:t>
      </w:r>
    </w:p>
    <w:p>
      <w:r>
        <w:br/>
        <w:t>І все швидше обертаються стрілки на циферблаті.</w:t>
      </w:r>
    </w:p>
    <w:p>
      <w:r>
        <w:br/>
        <w:t>Камінний погляд сфінкса ставить вічне запитання:</w:t>
      </w:r>
    </w:p>
    <w:p>
      <w:r>
        <w:br/>
        <w:t>"Хто вранці на чотирьох ногах, опівдні бадьоро на двох, а ввечері на трьох?"</w:t>
      </w:r>
    </w:p>
    <w:p>
      <w:r>
        <w:br/>
        <w:t>Ти! Зіпершись на палицю, дивишся, як гасне холодне призахідне проміння.</w:t>
      </w:r>
    </w:p>
    <w:p>
      <w:r>
        <w:br/>
        <w:t>Ану, спробую в своїй автобіографії інакше. Можливо, і добра думка, можливо, і вийде вдало, можливо, так і треба.</w:t>
      </w:r>
    </w:p>
    <w:p>
      <w:r>
        <w:br/>
        <w:t>Коли копаєш криницю, починаєш не з самого дна: спершу забираєш широко верхній шар, відкидаючи землю, лопату за лопатою, не знаючи, що нижче, скільки переплетеного коріння, які там перешкоди й перепони, скільки важкого, закопаного іншими і тобою, забутого каміння і різних твердих предметів.</w:t>
      </w:r>
    </w:p>
    <w:p>
      <w:r>
        <w:br/>
        <w:t>Рішення прийнято. Стане сил почати. А взагалі, чи буває коли зовсім завершена робота? Плюнь на долоню. Взявся. Сміливіше!</w:t>
      </w:r>
    </w:p>
    <w:p>
      <w:r>
        <w:br/>
        <w:t>— Раз-два, раз-два...</w:t>
      </w:r>
    </w:p>
    <w:p>
      <w:r>
        <w:br/>
        <w:t>— Боже поможи, дідусю! Що це ти задумав?</w:t>
      </w:r>
    </w:p>
    <w:p>
      <w:r>
        <w:br/>
        <w:t>— Сам бачиш... Шукаю підземні джерела, відкопую чисту холодну водну стихію — воскрешаю спогади.</w:t>
      </w:r>
    </w:p>
    <w:p>
      <w:r>
        <w:br/>
        <w:t>— Допомогти тобі?</w:t>
      </w:r>
    </w:p>
    <w:p>
      <w:r>
        <w:br/>
        <w:t>— О ні, мій любий, тут уже кожен мусить сам. Ніхто не прийде на виручку й не замінить. Усе інше — разом, якщо віриш іще в мене й цінуєш, але цю останню мою роботу — я сам.</w:t>
      </w:r>
    </w:p>
    <w:p>
      <w:r>
        <w:br/>
        <w:t>— Му, дай тобі бог щастя!</w:t>
      </w:r>
    </w:p>
    <w:p>
      <w:r>
        <w:br/>
        <w:t>Отак воно...</w:t>
      </w:r>
    </w:p>
    <w:p>
      <w:r>
        <w:br/>
        <w:t>[...]</w:t>
      </w:r>
    </w:p>
    <w:p>
      <w:r>
        <w:br/>
        <w:t>Гріються на сонечку два діди.</w:t>
      </w:r>
    </w:p>
    <w:p>
      <w:r>
        <w:br/>
        <w:t>— Ану, скажи, старий шкарбане, як це вийшло, що ти ще живий?</w:t>
      </w:r>
    </w:p>
    <w:p>
      <w:r>
        <w:br/>
        <w:t>— Ого-го, я вів солідне, розважливе життя, без потрясінь і без крутих поворотів. Не курю, не п'ю, в карти не граю, за жінками не бігаю. Не голодую, не перевтомлююсь, не поспішаю й не ризикую. Все завжди вчасно, в міру. Серце своє я не терзав, легені не напружував, голову не сушив. Помірність, спокій, розважливість. От і живу.</w:t>
      </w:r>
    </w:p>
    <w:p>
      <w:r>
        <w:br/>
        <w:t>Ну а другий?</w:t>
      </w:r>
    </w:p>
    <w:p>
      <w:r>
        <w:br/>
        <w:t>— А я трохи інакше. Завжди там, де дістаються гулі й синці. Ще шмаркачем був, а вже перший бунт і перестрілка. А ночі безсонні були, і тюрми — стільки, скільки треба зазнати парубійку, щоб угомонитись. Ну а потім війна. Так собі війна. Шукати довелося її далеко, за горами, за Уралом, та за морем, за Байкалом. Через татар, киргизів, бурятів аж до китайців... Докотився я до маньчжурського села Таолайджао, і знову революція. Потім нібито перепочинок настав. Горілку пив, ясно, та й життя не раз — не зім'ятий аркуш — на карту ставив. Тільки от на дівчат часу не вистачало. Якби ще вони не стерви були, а то ж захланні, на ночі ласі, та й дітей народжують... паскудний звичай. Раз і зі мною це сталося. На все життя оскома. Годі з мене цього — і погроз, і сліз. Цигарок викурив без ліку. І вдень, і під час нічних роздумів і суперечок димів мов димар. І немає в мені жодної здорової місцинки. Спайки та болі, грижі та шрами. Весь розповзаюсь, ледве скриплю, а от суну вперед, живу. Та ще як живу! Знають про це ті, хто поперек дороги стає. Штурхону тільки так. І тепер, буває, ціла банда від мене кидається. А втім, є в мене і союзники, і друзі.</w:t>
      </w:r>
    </w:p>
    <w:p>
      <w:r>
        <w:br/>
        <w:t>— І в мене діти, онуки є. А у вас, друже?</w:t>
      </w:r>
    </w:p>
    <w:p>
      <w:r>
        <w:br/>
        <w:t>— А в мене їх двісті душ.</w:t>
      </w:r>
    </w:p>
    <w:p>
      <w:r>
        <w:br/>
        <w:t>— Ох, і зух же!..</w:t>
      </w:r>
    </w:p>
    <w:p>
      <w:r>
        <w:br/>
        <w:t>[...]</w:t>
      </w:r>
    </w:p>
    <w:p>
      <w:r>
        <w:br/>
        <w:t>Туристи знайшли вихід: фотографія. Вже давно й кінострічка. Ростуть діти й молодь, котрі можуть побачити свої перші невмілі кроки.</w:t>
      </w:r>
    </w:p>
    <w:p>
      <w:r>
        <w:br/>
        <w:t>Незабутнє видовище спальні, яка прокидається. Обважнілі погляди і рухи чи раптовий стрибок з постелі. Цей протирає очі; цей обтирає рукавом сорочки кутики рота; цей пошкрябує вухо, потягується і, тримаючи в руці якусь частину одягу, завмирає, втупившись в одну точку.</w:t>
      </w:r>
    </w:p>
    <w:p>
      <w:r>
        <w:br/>
        <w:t>Жваво, флегматично, спритно, незграбно, впевнено, несміливо, точно, недбало, свідомо або автоматично.</w:t>
      </w:r>
    </w:p>
    <w:p>
      <w:r>
        <w:br/>
        <w:t>Це — тести: зразу видно, який хлопець і чому в нього так завжди чи саме сьогодні.</w:t>
      </w:r>
    </w:p>
    <w:p>
      <w:r>
        <w:br/>
        <w:t>Лектор коментує фільм:</w:t>
      </w:r>
    </w:p>
    <w:p>
      <w:r>
        <w:br/>
        <w:t>"Прошу, придивіться уважно,— водить він указкою, ніби по карті.— Недружелюбні погляди цих двох праворуч свідчать про те, що вони не люблять один одного і ліжка їхні не повинні стояти поряд.</w:t>
      </w:r>
    </w:p>
    <w:p>
      <w:r>
        <w:br/>
        <w:t>Примружування очей он того — певний доказ короткозорості.</w:t>
      </w:r>
    </w:p>
    <w:p>
      <w:r>
        <w:br/>
        <w:t>Не вірте у витривалість цього малюка: відчувається напруження, перебої в темпі, паузи при очевидному, здавалося б, поспіху. Можливо, він побився об заклад, попередив і біжить наввипередки он з тим, ліворуч, на якого раз у раз поглядає.</w:t>
      </w:r>
    </w:p>
    <w:p>
      <w:r>
        <w:br/>
        <w:t>А цьому я пророчу поганий день. Під час умивання, прибирання постелі чи ранкового снідання, за хвилину або за годину він посвариться, поб'ється, нечемно відповість вихователеві".</w:t>
      </w:r>
    </w:p>
    <w:p>
      <w:r>
        <w:br/>
        <w:t>Ми стояли вдвох біля вікна, коли набиралася нова партія "подвійного бою".</w:t>
      </w:r>
    </w:p>
    <w:p>
      <w:r>
        <w:br/>
        <w:t>Шляхетна, лицарська гра!</w:t>
      </w:r>
    </w:p>
    <w:p>
      <w:r>
        <w:br/>
        <w:t>Десятирічний спец був моїм лектором:</w:t>
      </w:r>
    </w:p>
    <w:p>
      <w:r>
        <w:br/>
        <w:t>"Оцього зразу виб'ють, він стомився. А цей тільки наполовину розійшовся. Того відсіють. А в цього, видно, очі на потилиці, дивиться праворуч, а б'є ліворуч. Цей навмисне піддається, хоче вибити цих двох. А цей образиться, посвариться, розрюмсається".</w:t>
      </w:r>
    </w:p>
    <w:p>
      <w:r>
        <w:br/>
        <w:t>Якщо пророцтво не збудеться, мій спец знає і пояснює мені чому. Тому що, коли оцінював, він не врахував:</w:t>
      </w:r>
    </w:p>
    <w:p>
      <w:r>
        <w:br/>
        <w:t>"Він грає так тому, що вчора вибив шибку, от і боїться. Цьому сонце в очі, а той не звик до м'яча, м'яч надто твердий. А в того нога болить. Цим блискучим ударом він завдячує товаришеві: той йому завжди допомагає".</w:t>
      </w:r>
    </w:p>
    <w:p>
      <w:r>
        <w:br/>
        <w:t>Спец читає гру, немов музикант партитуру, пояснює рухи, наче шахові ходи.</w:t>
      </w:r>
    </w:p>
    <w:p>
      <w:r>
        <w:br/>
        <w:t>Якщо я в цьому щось тямлю, то завдячую цим моїм самовідданим учителям. Які вони терплячі й доброзичливі і який я нездібний і невмілий учень!</w:t>
      </w:r>
    </w:p>
    <w:p>
      <w:r>
        <w:br/>
        <w:t>Нічого дивного: мені було понад сорок, коли в нас з'явився футбол, а вони почали повзати з футбольним м'ячем під пахвою.</w:t>
      </w:r>
    </w:p>
    <w:p>
      <w:r>
        <w:br/>
        <w:t>П'ять товстих томів:</w:t>
      </w:r>
    </w:p>
    <w:p>
      <w:r>
        <w:br/>
        <w:t>1. Звичайна гра в м'яч.</w:t>
      </w:r>
    </w:p>
    <w:p>
      <w:r>
        <w:br/>
        <w:t>2. Гра в м'яча ногами (футбол).</w:t>
      </w:r>
    </w:p>
    <w:p>
      <w:r>
        <w:br/>
        <w:t>3. "Подвійний бій".</w:t>
      </w:r>
    </w:p>
    <w:p>
      <w:r>
        <w:br/>
        <w:t>4. Психологія І філософія гри в м'яч.</w:t>
      </w:r>
    </w:p>
    <w:p>
      <w:r>
        <w:br/>
        <w:t>5. Біографія, інтерв'ю. Змалювання знаменитих ударів м'ячем, матчів, спортивних майданчиків.</w:t>
      </w:r>
    </w:p>
    <w:p>
      <w:r>
        <w:br/>
        <w:t>І сто кілометрів кінострічки.</w:t>
      </w:r>
    </w:p>
    <w:p>
      <w:r>
        <w:br/>
        <w:t>Не дратуюсь, не виходжу з рівноваги, не серджусь і не обурююсь, якщо я наперед знаю реакцію.</w:t>
      </w:r>
    </w:p>
    <w:p>
      <w:r>
        <w:br/>
        <w:t>Сьогодні клас буде неспокійний, тому що перше квітня — спека — через три дні екскурсія — через тиждень свято — у мене голова болить.</w:t>
      </w:r>
    </w:p>
    <w:p>
      <w:r>
        <w:br/>
        <w:t>Пригадую виховательку з великим стажем роботи, яка обурювалася, що в хлопчиків так швидко відростають чуби, і пригадую молоденьку бурсистку, яка починала звіт про чергування по вкладанню дівчаток спати із зауваження:</w:t>
      </w:r>
    </w:p>
    <w:p>
      <w:r>
        <w:br/>
        <w:t>"Дівчатка сьогодні були нестерпні. О дев'ятій годині ще шум і галас. О десятій годині ще шепіт, хихоньки. А все тому, що начальниця дала мені прочуханки — що я була зла — що я квапилася — що завтра в мене семінар — що в мене поділися кудись панчохи — що одержала поганого листа з дому".</w:t>
      </w:r>
    </w:p>
    <w:p>
      <w:r>
        <w:br/>
        <w:t>Хто-небудь скаже:</w:t>
      </w:r>
    </w:p>
    <w:p>
      <w:r>
        <w:br/>
        <w:t>"Яка ціна фільму, коли діти знають, що їх знімають?"</w:t>
      </w:r>
    </w:p>
    <w:p>
      <w:r>
        <w:br/>
        <w:t>А воно ж простіше простого.</w:t>
      </w:r>
    </w:p>
    <w:p>
      <w:r>
        <w:br/>
        <w:t>Кінокамера стоїть постійно. Оператор у різні часи знімає в різних напрямках порожнім апаратом. Дітям обіцяють показати фільм, коли буде готовий, та завжди щось не вдається. Знімають безліч разів набридливих, неприємних, непопулярних дітей і нецікаві сцени. Жодного разу не кажуть дітям, щоб були природними, дивилися туди, .а не сюди, "займалися своїми справами". Раз у раз засвічують і гасять юпітери. А то переривають гру і влаштовують обтяжливу репетицію.</w:t>
      </w:r>
    </w:p>
    <w:p>
      <w:r>
        <w:br/>
        <w:t>Підвищена цікавість змінюється роздратуванням. Нарешті зйомку перестають помічати. За тиждень, за місяць. А втім, я це даремно пишу. Мабуть, так усі роблять — інакше й бути не може.</w:t>
      </w:r>
    </w:p>
    <w:p>
      <w:r>
        <w:br/>
        <w:t>Вихователь, який не знає цього, просто нездара і кретин, якщо не розуміє.</w:t>
      </w:r>
    </w:p>
    <w:p>
      <w:r>
        <w:br/>
        <w:t>У майбутньому кожен вихователь стане стенографом і кінооператором.</w:t>
      </w:r>
    </w:p>
    <w:p>
      <w:r>
        <w:br/>
        <w:t>А парлограф, а радіо?</w:t>
      </w:r>
    </w:p>
    <w:p>
      <w:r>
        <w:br/>
        <w:t>А епохальні експерименти Павлова?</w:t>
      </w:r>
    </w:p>
    <w:p>
      <w:r>
        <w:br/>
        <w:t>А той садівник, який шляхом схрещування чи особливого догляду одержує троянди без шипів і "груші на вербі"?</w:t>
      </w:r>
    </w:p>
    <w:p>
      <w:r>
        <w:br/>
        <w:t>Силует людини у нас уже є — а можливо, і фотографія? Можливо, вже небагато не вистачає? Потрібен лиш здібний і сумлінний ретушер?</w:t>
      </w:r>
    </w:p>
    <w:p>
      <w:r>
        <w:br/>
        <w:t>[...]</w:t>
      </w:r>
    </w:p>
    <w:p>
      <w:r>
        <w:br/>
        <w:t>Не відмовляй, якщо дитина просить повторити їй казку ще і ще раз.</w:t>
      </w:r>
    </w:p>
    <w:p>
      <w:r>
        <w:br/>
        <w:t>Для певної групи дітей, може бути, численнішої, ніж ми думаємо, вистава має складатися з одного лише номера, який неодноразово повторюється.</w:t>
      </w:r>
    </w:p>
    <w:p>
      <w:r>
        <w:br/>
        <w:t>Один слухач — часто численна і вдячна аудиторія. Не втратиш часу марно.</w:t>
      </w:r>
    </w:p>
    <w:p>
      <w:r>
        <w:br/>
        <w:t>Старі няньки й пічники — часто кращі педагоги, ніж дипломована вихователька.</w:t>
      </w:r>
    </w:p>
    <w:p>
      <w:r>
        <w:br/>
        <w:t>Адже й дорослі кричать "біс"!</w:t>
      </w:r>
    </w:p>
    <w:p>
      <w:r>
        <w:br/>
        <w:t>Біс!</w:t>
      </w:r>
    </w:p>
    <w:p>
      <w:r>
        <w:br/>
        <w:t>Одна й та сама казка, що без кінця повторюється,— ніби соната, ніби улюблений сонет, ніби скульптура, без якої тобі день не в день, сірий і безбарвний.</w:t>
      </w:r>
    </w:p>
    <w:p>
      <w:r>
        <w:br/>
        <w:t>Картинні галереї знають маніяків одного експоната.</w:t>
      </w:r>
    </w:p>
    <w:p>
      <w:r>
        <w:br/>
        <w:t>Мій — "Святий Іоанн" Мурільйо з Віденського музею і дві скульптури Ригера: "Ремесло" та "Мистецтво" в Кракові.</w:t>
      </w:r>
    </w:p>
    <w:p>
      <w:r>
        <w:br/>
        <w:t>Перш ніж людина остаточно потоне і змириться з неохайністю переживань, вона захищається... страждає, соромиться, що вона інша, нижча від юрби; а можливо, лише з болем відчуває, що самотня і чужа в житті?</w:t>
      </w:r>
    </w:p>
    <w:p>
      <w:r>
        <w:br/>
        <w:t>[...]</w:t>
      </w:r>
    </w:p>
    <w:p>
      <w:r>
        <w:br/>
        <w:t>День розпочався із зважування. Травень дав велике падіння. Минулі місяці поточного року непогані, і травень ще не вселяє тривоги. Але до нового врожаю лишалося ще принаймні два місяці. Це напевне. А обмеження властей і додаткові роз'яснення, скупчення народу мають погіршити становище.</w:t>
      </w:r>
    </w:p>
    <w:p>
      <w:r>
        <w:br/>
        <w:t>Час суботнього зважування дітей — це час сильних відчуттів.</w:t>
      </w:r>
    </w:p>
    <w:p>
      <w:r>
        <w:br/>
        <w:t>Після сніданку — шкільна нарада.</w:t>
      </w:r>
    </w:p>
    <w:p>
      <w:r>
        <w:br/>
        <w:t>Сніданок сам по собі теж робота. Після мого грубого листа до однієї сановної особи ми одержали відносно непогане підкріплення у вигляді ковбас, навіть шинки, навіть сотні тістечок.</w:t>
      </w:r>
    </w:p>
    <w:p>
      <w:r>
        <w:br/>
        <w:t>Ніколи досі не було добре, бо хоч і небагато припало "на носа", а ефект був.</w:t>
      </w:r>
    </w:p>
    <w:p>
      <w:r>
        <w:br/>
        <w:t>А потім навіть приємна несподіванка у вигляді двохсот кілограмів картоплі.</w:t>
      </w:r>
    </w:p>
    <w:p>
      <w:r>
        <w:br/>
        <w:t>Є письмові відгуки. Та от притичина. Швидкоплинна дипломатична перемога, поступка, яка легко дісталася, не повинна будити рожевих надій і присипляти пильність.</w:t>
      </w:r>
    </w:p>
    <w:p>
      <w:r>
        <w:br/>
        <w:t>Персони пробують відігратися — як цього уникнути? Звідки чекати грози? Які й коли зберуться оми, вольти й неони і утворять блискавку чи вихор з пустелі?</w:t>
      </w:r>
    </w:p>
    <w:p>
      <w:r>
        <w:br/>
        <w:t>Болісне: "Добре я зробив чи погано?" — похмурий акомпанемент безтурботного дитячого сніданку.</w:t>
      </w:r>
    </w:p>
    <w:p>
      <w:r>
        <w:br/>
        <w:t>Після сніданку, похапцем, ? la fourchette,— вбиральня (про запас, а отже, і це через силу) і збори, а на них — план літньої роботи школи, відпустки й заступництва.</w:t>
      </w:r>
    </w:p>
    <w:p>
      <w:r>
        <w:br/>
        <w:t>Було б зручно так, як торік. Але складність у тому, що багато змінилося: інакше спальня, чимало дітей прибуло й відбуло, нові переміщення по роботі, одне слово — багато чого інакше. А хотілося б краще.</w:t>
      </w:r>
    </w:p>
    <w:p>
      <w:r>
        <w:br/>
        <w:t>Після зборів — газета й судові присуди. Викрилися зловживання. Не, кожному хочеться слухати цілісіньку годину про те, хто добре господарював, а хто погано, чого додалося, а чого поменшало, й що треба чекати, й що треба робити. Для новачків газета стане одкровенням.</w:t>
      </w:r>
    </w:p>
    <w:p>
      <w:r>
        <w:br/>
        <w:t>Проте старожили знають, що так чи інакше, але їм не почути головного, найголовнішого для них. їх не стосується, і вони не слухають; якщо можна уникнути слухання — чом би й не уникнути?</w:t>
      </w:r>
    </w:p>
    <w:p>
      <w:r>
        <w:br/>
        <w:t>Зразу після газети — для мене болісної, бо я розумно змиряюсь і вміло не бачу того, чого зручніше не помічати, коли не хочеш насильно, а не можна переконанням — довга розмова з однією дамою, яка пропонувала свого протеже. Така бесіда — серйозне випробування, яке вимагає обережності, люб'язності, рішучості — очманіти можна. Та про це якось іншим разом. Гонг на обід.</w:t>
      </w:r>
    </w:p>
    <w:p>
      <w:r>
        <w:br/>
        <w:t>Чим цей суботній обід відрізняється від решти — не можу розповісти докладно і теж волію відкласти.</w:t>
      </w:r>
    </w:p>
    <w:p>
      <w:r>
        <w:br/>
        <w:t>На сьогодні в мене заплановано лише три адреси, три візити. Нібито легко!</w:t>
      </w:r>
    </w:p>
    <w:p>
      <w:r>
        <w:br/>
        <w:t>1. Відвідати одного мого "вболівальника" після хвороби, на яку він був занедужав.</w:t>
      </w:r>
    </w:p>
    <w:p>
      <w:r>
        <w:br/>
        <w:t>2. Майже поряд у будинку розмова про дріжджі для дітей.</w:t>
      </w:r>
    </w:p>
    <w:p>
      <w:r>
        <w:br/>
        <w:t>3. Неподалік зустріч реемігрантів зі Сходу, людей милих і доброзичливих, до яких я маю прихильність.</w:t>
      </w:r>
    </w:p>
    <w:p>
      <w:r>
        <w:br/>
        <w:t>Так-так.</w:t>
      </w:r>
    </w:p>
    <w:p>
      <w:r>
        <w:br/>
        <w:t>Перші відвідини — це продовження ранкової суперечки про школу.</w:t>
      </w:r>
    </w:p>
    <w:p>
      <w:r>
        <w:br/>
        <w:t>І — не застав удома.</w:t>
      </w:r>
    </w:p>
    <w:p>
      <w:r>
        <w:br/>
        <w:t>"Прошу прийняти запізніле привітання. Я хотів раніше, але не міг".</w:t>
      </w:r>
    </w:p>
    <w:p>
      <w:r>
        <w:br/>
        <w:t>Мучать думки — так їх багато!</w:t>
      </w:r>
    </w:p>
    <w:p>
      <w:r>
        <w:br/>
        <w:t>Цей літній чоловік, дивний і нетиповий, учитель середньої школи. Що я про нього знаю? Жодної трипалої розмови, а може, взагалі жодної за весь рік?</w:t>
      </w:r>
    </w:p>
    <w:p>
      <w:r>
        <w:br/>
        <w:t>Не було часу? Брешу. (Злипаються очі. Не можу. Далебі, не можу. Прокинусь і закінчу.</w:t>
      </w:r>
    </w:p>
    <w:p>
      <w:r>
        <w:br/>
        <w:t>"Привіт тобі, чарівна нічна тишо".)</w:t>
      </w:r>
    </w:p>
    <w:p>
      <w:r>
        <w:br/>
        <w:t>[...]</w:t>
      </w:r>
    </w:p>
    <w:p>
      <w:r>
        <w:br/>
        <w:t>Кожен заможний чоловік мусить допомагати родичам — братам і сестрам, їхнім дітям і старим батькам. Грошова допомога від п'яти до п'ятдесяти злотих — і так з ранку й до пізнього вечора.</w:t>
      </w:r>
    </w:p>
    <w:p>
      <w:r>
        <w:br/>
        <w:t>Якщо хтось помирає з голоду, він знайде сім'ю, яка визнає кревність і забезпечить дворазове харчування; два-три дні він щасливий, не довше тижня,— а потім просить сорочку, черевики, людське житло, трохи вугілля, а потім хоче лікуватися сам, лікувати дружину, дітей — нарешті, не бажає бути жебраком, вимагає роботи, хоче постійного місця.</w:t>
      </w:r>
    </w:p>
    <w:p>
      <w:r>
        <w:br/>
        <w:t>Інакше й бути не може, але все це викликає таку злість і небажання допомагати, страх і відразу, що добра і вразлива людина стає ворогом сім'ї, людей, самої себе.</w:t>
      </w:r>
    </w:p>
    <w:p>
      <w:r>
        <w:br/>
        <w:t>Я хотів би вже нічого не мати, щоб вони бачили, що в мене нічого немає, і всьому б кінець.</w:t>
      </w:r>
    </w:p>
    <w:p>
      <w:r>
        <w:br/>
        <w:t>З обходу я повернувся геть розбитий. Сім відвідин, бесід, сходів, розпитувань. Результати: п'ятдесят злотих і обіцянка скластися по п'ять злотих у місяць. Можна тут утримувати двісті чоловік?!</w:t>
      </w:r>
    </w:p>
    <w:p>
      <w:r>
        <w:br/>
        <w:t>Лягаю спати в одежі. Перший жаркий день. Не можу заснути, а о дев'ятій годині вечора так звана виховна нарада. Іноді хтось загориться і тут-таки відступає (не варто). Іноді якесь несміливе зауваження (тільки так, для виду). Церемонія триває годину. Проформи дотримано: з дев'ятої до десятої. Ясна річ, перебільшую...</w:t>
      </w:r>
    </w:p>
    <w:p>
      <w:r>
        <w:br/>
        <w:t>Мабуть, це я вперше забув, що живу в десятому семилітті життя, 7 &amp;times; 9.</w:t>
      </w:r>
    </w:p>
    <w:p>
      <w:r>
        <w:br/>
        <w:t>З величезною тривогою я чекав 2 &amp;times; 7. Можливо, саме тоді я почув про це вперше.</w:t>
      </w:r>
    </w:p>
    <w:p>
      <w:r>
        <w:br/>
        <w:t>Циганська сімка, сім днів тижня. Чому не переможна десятка давніх часів (число пальців)?</w:t>
      </w:r>
    </w:p>
    <w:p>
      <w:r>
        <w:br/>
        <w:t>Пригадую цікавість, з якою я чекав, щоб вибило дванадцять годин ночі. Повинна була настати ця зміна.</w:t>
      </w:r>
    </w:p>
    <w:p>
      <w:r>
        <w:br/>
        <w:t>Був там якийсь скандал з гермафродитною. Я не певен, чи було це саме тоді. Не знаю, чи боявся я, що можу прокинутись дівчинкою. Якби так сталося, я вирішив би приховати факт будь-якою ціною.</w:t>
      </w:r>
    </w:p>
    <w:p>
      <w:r>
        <w:br/>
        <w:t>Тепер — 7 &amp;times; 10, а я — 7 &amp;times; 9. Якщо я простежу своє життя, сьомий рік приніс усвідомлення моєї цінності. Я є. Я важу. Значу. Мене бачать. Я зможу. Я буду.</w:t>
      </w:r>
    </w:p>
    <w:p>
      <w:r>
        <w:br/>
        <w:t>Чотирнадцять років. Дивлюся. Спостерігаю. Бачу... Очі в мене мали розплющитися. І вони розплющились. Перші думки про реформи виховання. Читаю. Перші тривоги, неспокої. То мандрівка і романтичні пригоди, то тихе сімейне життя, дружба (любов.) зі Стасем. Основна мрія з багатьох-багатьох інших: він ксьондз, а я лікар у тому ж маленькому містечку. Я розмірковую про любов; доти я тільки відчував — любив. З семи й до чотирнадцяти я безперервно був закоханий у ту чи іншу дівчинку. Цікаво, що я багатьох запам'ятав. Дві сестри з парку, двоюрідна сестра Стаха (дідусь — італієць), ти в жалобі, Зося Калхорн, Анелька, Іренка з Наленчова, Стефця, для якої я рвав квіти з клумби біля фонтана в Саксонському саду. Тут же маленька канатоходка, я ще оплакував її тяжку долю. Я любив тиждень, місяць, іноді два-три місяці. Одну я хотів би мати сестрою, другу — дружиною, сестрою дружини... Любов до Мані з чотирнадцятого року мого життя (влітку у Ваврі) була складовою частиною цього (...) почуттів, які по черзі то заколисували мене, то приголомшували. Світ, сповнений інтересу, перебував уже не поза мною. Тепер він був у мені. Я існую не для того, щоб мене любили і мною захоплювалися, а щоб самому діяти і любити. Не обов'язок навколишніх мені допомагати, а я сам зобов'язаний піклуватися про світ і людину.</w:t>
      </w:r>
    </w:p>
    <w:p>
      <w:r>
        <w:br/>
        <w:t>З &amp;times; 7. На моєму сьомому році — школа, на чотирнадцятому — релігійна зрілість, на двадцять першому — армія. Мені було тісно вже давно. Тоді мене сковувала школа. Тепер мені тісно взагалі. Я хочу завойовувати, боротися за нові простори.</w:t>
      </w:r>
    </w:p>
    <w:p>
      <w:r>
        <w:br/>
        <w:t>(Можливо, цю думку мені подало 22 червня, коли після найдовшого дня в році починає щодня коротшати на три хвилини сонця. Непомітно й невловимо, але незмінно на три хвилини, і знову на три день коротший. Я співчуваю старості і смерті, тепер я вже менше в собі впевнений і сам починаю боятись. Треба багато завоювати і зробити, щоб було з чого втрачати. Можливо, саме тоді зубний лікар видирає в мене перший постійний зуб, який уже не виросте. Мій бунт не проти соціальних умов, а проти закону природи визрів. Стань на коліно, цілься і стріляй.)</w:t>
      </w:r>
    </w:p>
    <w:p>
      <w:r>
        <w:br/>
        <w:t>4 &amp;times; 7. Потреба в бездоганній діяльності на своїй власній ділянці. Я хочу вміти, знати, не лінуватись, не помилятись. Я мушу бути добрим лікарем. Виробляю власний зразок. Не хочу наслідувати визнаних авторитетів. (Усе було тоді інакше. І тепер ще бувають хвилини, коли я почуваюсь юним,— переді мною великий шмат життя, варто планувати й починати! У другому і вже, без сумніву, в третьому семилітті я почувався хвилинами таким старим, що вже все одне й те саме, що вже надто пізно, не варто. Воістину, життя — вогонь: пригасає, хоч маса налива, або здійметься раптом снопом іскор і яскравим полум'ям, коли зовсім було перегоріло. І гасне. Жаркий осінній день і свідомість, що це вже останній холодний липневий ранок.)</w:t>
      </w:r>
    </w:p>
    <w:p>
      <w:r>
        <w:br/>
        <w:t>5 &amp;times; 7. Я виграв у життєвій лотереї. Мій номер уже випав. Ставка — рівно стільки, що в цьому розиграші не програю (якщо не ризикну знову). Це добре: я міг і програти. Зате втратив шанс на головний виграш, значний виграні — шкода! Мені справедливо повернули те, що я втратив. Безпечно. Але сіро — шкода.</w:t>
      </w:r>
    </w:p>
    <w:p>
      <w:r>
        <w:br/>
        <w:t>Від самотності не боляче. Ціную спогади. Шкільний товариш — приємна бесіда за склянкою чорної кави у випадковій затишній кондитерській, де ніхто не заважатиме.</w:t>
      </w:r>
    </w:p>
    <w:p>
      <w:r>
        <w:br/>
        <w:t>Не шукаю друга — знаю, не знайти. Не прагну знати більше ніж належить. Я уклав з життям угоду: не будемо заважати одне одному. Не личить видряпувати очі, та й марна річ. Здається, в політиці це звуть: розмежувати сфери впливу. Звідсіль і досіль — не далі, не вище. Ти і я.</w:t>
      </w:r>
    </w:p>
    <w:p>
      <w:r>
        <w:br/>
        <w:t>6 &amp;times; 7. А бути може? Вже чи ще є час? Це залежить від... Зведемо баланс. Маю, мушу. Якби можна було знати, скільки ще років, коли кінець? Смерті я ще не відчуваю в собі, але вже думаю про неї. Коли кравець шиє мені новий костюм, я не кажу: це останній, та ось ці письмовий стіл і шафа, мабуть, переживуть мене. Так без ексцесів і сюрпризів... Будуть і суворі й м'які зими, й дощові та спекотні літа. І приємна прохолода, і бурі, і курява. І я казатиму: десять, п'ятнадцять років не було такого граду, такої повені. Пригадую подібну пожежу: я тоді був ще молодий, мені було — зараз скажу — студентом я тоді був чи школярем?</w:t>
      </w:r>
    </w:p>
    <w:p>
      <w:r>
        <w:br/>
        <w:t>7 &amp;times; 7. Що таке, власне, життя, щастя? Аби не було гірше, аби лиш так, як зараз. Дві сімки зустрілись і гречно розкланялись, раді, що саме так, і саме тут, і за таких обставин. Газета — зовні лише безглузде читання. Та навіть хай і так. Без газети не можна. Тут і передові, і уривки з повісті, і некрологи, і театральні рецензії, і повідомлення з суду. Кіно — новий фільм. Нова повість. Дрібні пригоди і дрібні оголошення... Все це не так цікаво, як різноманітно. Хтось попав під трамвай, хтось щось винайшов, у цього шубу вкрали, друкарську машинку, або продає піаніно, чи шукає три кімнати з усіма вигодами. Широке русло Вісли, яка величаво котить свої хвилі, саме такої, як під Варшавою. Моє місто, моя вулиця, моя крамниця, де я завжди купую, мій кравець, моє — і це найголовніше — місце роботи.</w:t>
      </w:r>
    </w:p>
    <w:p>
      <w:r>
        <w:br/>
        <w:t>Аби не гірше. Якби можна було б сказати сонцю "зупинись", то це, певне, зараз. (Є такий трактат — "Про найщасливіший час життя" — і хто б повірив? — Карамзіна. Ох, і набрид же він нам у російській школі).</w:t>
      </w:r>
    </w:p>
    <w:p>
      <w:r>
        <w:br/>
        <w:t>7 &amp;times; 8 = 56. Як роки промайнули! Саме промайнули. Тільки вчора було 7 &amp;times; 7. Нічого не прибуло й не віднялося. Яка величезна вікова різниця: сім і чотирнадцять, чотирнадцять і двадцять. А для мене той, кому 7 &amp;times; 7, і той, кому 7 &amp;times; 8,— однолітки.</w:t>
      </w:r>
    </w:p>
    <w:p>
      <w:r>
        <w:br/>
        <w:t>Прошу, зрозумійте мене правильно. Немає двох геть однакових листків, крапель, піщинок. У цього більше лисини, а в того сивини. У цього вставні зуби, а в того самі коронки. Цей в окулярах, той глухуватий. Цей міцніший, той ледве ноги волочить.</w:t>
      </w:r>
    </w:p>
    <w:p>
      <w:r>
        <w:br/>
        <w:t>Та я кажу про семиліття.</w:t>
      </w:r>
    </w:p>
    <w:p>
      <w:r>
        <w:br/>
        <w:t>Знаю: можна поділити життя і на п'ятиліття — і теж зійдеться. Знаю: умови життя. Багатство, бідність. Успіх, турботи. Знаю, війна, війни, катастрофи. Та й те відносно. Одна літня особа мені сказала: "Розбестила мене війна, потім важко було знову звикати". Навіть нинішня війна багатьох розбещує. І немає, здається, нікого, хто б вважав, що брак сил, здоров'я, енергії — не через війну, а через оці самі 7 &amp;times; 8 і 7 &amp;times; 9.</w:t>
      </w:r>
    </w:p>
    <w:p>
      <w:r>
        <w:br/>
        <w:t>Які нестерпні сни! Вчора вночі: німці, а я без пов'язки у недозволений час у Празі[1]. Прокидаюсь. І знову сон. У поїзді мене переводять до купе, метр на метр, де вже є кілька євреїв. Цієї ночі знову мерці. Мертві тіла маленьких дітей. Одна дитина в шаплику. Друга, з обідраною шкірою, на нарах у мертвецькій, явно дихає. Новий сон: я на хитливій драбині, високо, а батько знову й знову тицяє в рот шматок торта, великий, такий собі з глазур'ю і з родзинками, а те, що в роті не вміщається, розкришене, кладе в кишеню.</w:t>
      </w:r>
    </w:p>
    <w:p>
      <w:r>
        <w:br/>
        <w:t>У найстрашнішому місці прокидаюсь. Чи не є смерть таки пробудженням у момент, коли, здавалося б, уже немає виходу?</w:t>
      </w:r>
    </w:p>
    <w:p>
      <w:r>
        <w:br/>
        <w:t>"Кожен може знайти ці п'ять хвилин, щоб померти",— читав я десь.</w:t>
      </w:r>
    </w:p>
    <w:p>
      <w:r>
        <w:br/>
        <w:t>[...]</w:t>
      </w:r>
    </w:p>
    <w:p>
      <w:r>
        <w:br/>
        <w:t>21 липня 1942 р.</w:t>
      </w:r>
    </w:p>
    <w:p>
      <w:r>
        <w:br/>
        <w:t>Завтра мені виповнюється шістдесят три чи шістдесят чотири роки. Батько кілька років не оформляв мені метрику. Я пережив через це ряд тяжких хвилин. Мама називала це недбалістю, гідною покарання: як адвокат, батько мав би не зволікати з цим питанням.</w:t>
      </w:r>
    </w:p>
    <w:p>
      <w:r>
        <w:br/>
        <w:t>Я звусь по дідові, а ім'я дідове Герш (Гірш). Батько мав право назвати мене Генриком, бо ж сам він одержав ім'я Юзеф. Та й решту дітей дід назвав християнськими іменами: Марія, Магдалина, Людвіг, Якуб, Кароль. І всетаки батько вагався і зволікав.</w:t>
      </w:r>
    </w:p>
    <w:p>
      <w:r>
        <w:br/>
        <w:t>Я мушу присвятити батькові багато місця: я реалізую в своєму житті те, до чого він сам прагнув і до чого так болісно протягом стількох років прагнув дід.</w:t>
      </w:r>
    </w:p>
    <w:p>
      <w:r>
        <w:br/>
        <w:t>І мати. Та про це потім. Я — і мати, і батько. Знаю це й тому багато розумію.</w:t>
      </w:r>
    </w:p>
    <w:p>
      <w:r>
        <w:br/>
        <w:t>Прадід мій був склярем. Я радий: скло дає людям тепло і світло.</w:t>
      </w:r>
    </w:p>
    <w:p>
      <w:r>
        <w:br/>
        <w:t>Тяжка це річ — народитись і навчитися жити. Мені лишилося куди легше завдання — померти. Після смерті знову може бути тяжко, та про це не думаю. Останній рік, останній місяць чи година.</w:t>
      </w:r>
    </w:p>
    <w:p>
      <w:r>
        <w:br/>
        <w:t>Хотілося б помирати, зберігаючи присутність духу та в повній свідомості. Не знаю, що я сказав би дітям на прощання. Хотілося б тільки: вони вільні самі обирати свій шлях.</w:t>
      </w:r>
    </w:p>
    <w:p>
      <w:r>
        <w:br/>
        <w:t>Десята година. Постріли: два, залп, два, один, залп. Можливо, це саме моє вікно погано затемнене.</w:t>
      </w:r>
    </w:p>
    <w:p>
      <w:r>
        <w:br/>
        <w:t>Але я не перестаю писати.</w:t>
      </w:r>
    </w:p>
    <w:p>
      <w:r>
        <w:br/>
        <w:t>Навпаки, думка (окремий постріл) працює швидше.</w:t>
      </w:r>
    </w:p>
    <w:p>
      <w:r>
        <w:br/>
        <w:t>[...]</w:t>
      </w:r>
    </w:p>
    <w:p>
      <w:r>
        <w:br/>
        <w:t>4 серпня 1942 р.</w:t>
      </w:r>
    </w:p>
    <w:p>
      <w:r>
        <w:br/>
        <w:t>1</w:t>
      </w:r>
    </w:p>
    <w:p>
      <w:r>
        <w:br/>
        <w:t>Я полив квіти, бідні квіти дитбудинку, квіти єврейського дитбудинку. Пересохла земля зітхнула.</w:t>
      </w:r>
    </w:p>
    <w:p>
      <w:r>
        <w:br/>
        <w:t>До моєї роботи придивляється вартовий. Чи сердить його, чи зворушує ця мирна праця о шостій годині ранку? Вартовий стоїть і дивиться. Широко розставив ноги.</w:t>
      </w:r>
    </w:p>
    <w:p>
      <w:r>
        <w:br/>
        <w:t>2</w:t>
      </w:r>
    </w:p>
    <w:p>
      <w:r>
        <w:br/>
        <w:t>Марні намагання повернути Естерку. Я не був певен, чи на випадок успіху я прислужусь їй чи зашкоджу.</w:t>
      </w:r>
    </w:p>
    <w:p>
      <w:r>
        <w:br/>
        <w:t>— Де вона попалась? — питає хтось.</w:t>
      </w:r>
    </w:p>
    <w:p>
      <w:r>
        <w:br/>
        <w:t>Може бути, не вона, а ми попалися (що лишаємось)?</w:t>
      </w:r>
    </w:p>
    <w:p>
      <w:r>
        <w:br/>
        <w:t>3</w:t>
      </w:r>
    </w:p>
    <w:p>
      <w:r>
        <w:br/>
        <w:t>Я написав до комісаріату, щоб вислали Адзя: недорозвинений і злісно недисциплінований. Ми не можемо через якісь його витівки ризикувати дитбудинком. (Колективна відповідальність).</w:t>
      </w:r>
    </w:p>
    <w:p>
      <w:r>
        <w:br/>
        <w:t>4</w:t>
      </w:r>
    </w:p>
    <w:p>
      <w:r>
        <w:br/>
        <w:t>На Дзєльну поки що одну тонну вугілля — до Рози Абрамівни. Хтось питає, чи в безпеці там вугілля.</w:t>
      </w:r>
    </w:p>
    <w:p>
      <w:r>
        <w:br/>
        <w:t>У відповідь усміхаюсь.</w:t>
      </w:r>
    </w:p>
    <w:p>
      <w:r>
        <w:br/>
        <w:t>5</w:t>
      </w:r>
    </w:p>
    <w:p>
      <w:r>
        <w:br/>
        <w:t>Похмурий ранок. Пів на шосту.</w:t>
      </w:r>
    </w:p>
    <w:p>
      <w:r>
        <w:br/>
        <w:t>Нібито й нормально почався день. Кажу Ганні:</w:t>
      </w:r>
    </w:p>
    <w:p>
      <w:r>
        <w:br/>
        <w:t>— Доброго ранку.</w:t>
      </w:r>
    </w:p>
    <w:p>
      <w:r>
        <w:br/>
        <w:t>Вона відповідає здивованим поглядом.</w:t>
      </w:r>
    </w:p>
    <w:p>
      <w:r>
        <w:br/>
        <w:t>Прошу:</w:t>
      </w:r>
    </w:p>
    <w:p>
      <w:r>
        <w:br/>
        <w:t>— Ну, всміхнися ж!</w:t>
      </w:r>
    </w:p>
    <w:p>
      <w:r>
        <w:br/>
        <w:t>Бувають бліді, зниділі, сухотні усмішки.</w:t>
      </w:r>
    </w:p>
    <w:p>
      <w:r>
        <w:br/>
        <w:t>6</w:t>
      </w:r>
    </w:p>
    <w:p>
      <w:r>
        <w:br/>
        <w:t>Пили ви, панове офіцери, щедро й смачно — це за кров; у танці подзенькували орденами, салютуючи ганьбі, якої ви, сліпці, не бачили, точніше, вдавали, що не бачите.</w:t>
      </w:r>
    </w:p>
    <w:p>
      <w:r>
        <w:br/>
        <w:t>7</w:t>
      </w:r>
    </w:p>
    <w:p>
      <w:r>
        <w:br/>
        <w:t>Моя участь у японській війні. Поразка — крах.</w:t>
      </w:r>
    </w:p>
    <w:p>
      <w:r>
        <w:br/>
        <w:t>У європейській війні: поразка — крах.</w:t>
      </w:r>
    </w:p>
    <w:p>
      <w:r>
        <w:br/>
        <w:t>У світовій війні.</w:t>
      </w:r>
    </w:p>
    <w:p>
      <w:r>
        <w:br/>
        <w:t>Не знаю, як почувається і чим почуває себе солдат переможної армії...</w:t>
      </w:r>
    </w:p>
    <w:p>
      <w:r>
        <w:br/>
        <w:t>8</w:t>
      </w:r>
    </w:p>
    <w:p>
      <w:r>
        <w:br/>
        <w:t>Часописи, в яких я співробітничав, закривались, розпускалися — банкрутували.</w:t>
      </w:r>
    </w:p>
    <w:p>
      <w:r>
        <w:br/>
        <w:t>Видавець мій, розорюючись, вкоротив собі життя.</w:t>
      </w:r>
    </w:p>
    <w:p>
      <w:r>
        <w:br/>
        <w:t>І все це не тому, що я єврей, а що народився на Сході.</w:t>
      </w:r>
    </w:p>
    <w:p>
      <w:r>
        <w:br/>
        <w:t>Сумна могла б бути втіха, що й пишному Заходу кепсько.</w:t>
      </w:r>
    </w:p>
    <w:p>
      <w:r>
        <w:br/>
        <w:t>Могло бути, та не стало. Я нікому не бажаю зла. Не вмію. Не знаю, як це робиться.</w:t>
      </w:r>
    </w:p>
    <w:p>
      <w:r>
        <w:br/>
        <w:t>9</w:t>
      </w:r>
    </w:p>
    <w:p>
      <w:r>
        <w:br/>
        <w:t>"Отче наш, іже єси на небесі..."</w:t>
      </w:r>
    </w:p>
    <w:p>
      <w:r>
        <w:br/>
        <w:t>Молитву цю виліпили голод і недоля.</w:t>
      </w:r>
    </w:p>
    <w:p>
      <w:r>
        <w:br/>
        <w:t>Хліба щоденного.</w:t>
      </w:r>
    </w:p>
    <w:p>
      <w:r>
        <w:br/>
        <w:t>Хліба.</w:t>
      </w:r>
    </w:p>
    <w:p>
      <w:r>
        <w:br/>
        <w:t>Адже те, що я переживаю, було. Було.</w:t>
      </w:r>
    </w:p>
    <w:p>
      <w:r>
        <w:br/>
        <w:t>Продавали речі й одяг за літр гасу, за кілограм крупи, за чарку горілки.</w:t>
      </w:r>
    </w:p>
    <w:p>
      <w:r>
        <w:br/>
        <w:t>Коли один юнак, поляк, по-дружньому питав мене в комендатурі, як я вибрався з блокади, я спитав, чи не міг би він "що-небудь" у справі Естерки.</w:t>
      </w:r>
    </w:p>
    <w:p>
      <w:r>
        <w:br/>
        <w:t>— Звичайно, ні.</w:t>
      </w:r>
    </w:p>
    <w:p>
      <w:r>
        <w:br/>
        <w:t>Я поспішив сказати:</w:t>
      </w:r>
    </w:p>
    <w:p>
      <w:r>
        <w:br/>
        <w:t>— Дякую на доброму слові.</w:t>
      </w:r>
    </w:p>
    <w:p>
      <w:r>
        <w:br/>
        <w:t>Ця подяка — безкровне дитя злигоднів і приниження.</w:t>
      </w:r>
    </w:p>
    <w:p>
      <w:r>
        <w:br/>
        <w:t>10</w:t>
      </w:r>
    </w:p>
    <w:p>
      <w:r>
        <w:br/>
        <w:t>Я поливаю квіти. Моя лисина у вікні така добра ціль.</w:t>
      </w:r>
    </w:p>
    <w:p>
      <w:r>
        <w:br/>
        <w:t>У нього гвинтівка. Чому він стоїть і дивиться?</w:t>
      </w:r>
    </w:p>
    <w:p>
      <w:r>
        <w:br/>
        <w:t>Немає наказу.</w:t>
      </w:r>
    </w:p>
    <w:p>
      <w:r>
        <w:br/>
        <w:t>А може, бувши цивільним, він був сільським учителем, може, нотаріусом, підмітальником вулиць у Лейпцігу, офіціантом у Кельні?</w:t>
      </w:r>
    </w:p>
    <w:p>
      <w:r>
        <w:br/>
        <w:t>А що він зробив би, коли б я кивнув йому головою? Помахав по-дружньому рукою?</w:t>
      </w:r>
    </w:p>
    <w:p>
      <w:r>
        <w:br/>
        <w:t>Може, він не знає, що все так, як є?</w:t>
      </w:r>
    </w:p>
    <w:p>
      <w:r>
        <w:br/>
        <w:t>Він міг приїхати лише вчора, здаля...</w:t>
      </w:r>
    </w:p>
    <w:p>
      <w:r>
        <w:br/>
        <w:t>[1] Район Варшави.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Щоденник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