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ж буде з Костиком?</w:t>
      </w:r>
    </w:p>
    <w:p>
      <w:r>
        <w:br/>
        <w:t xml:space="preserve"> &lt;p&gt;Розповідь старого сенбернара</w:t>
      </w:r>
    </w:p>
    <w:p>
      <w:r>
        <w:br/>
        <w:t>Хороший хлопчина Костик, але ніхто не знає, скільки в мене клопоту з ним. І вдома стережи його, щоб ніхто не вкрав. І пильнуй, аби ніякої шкоди не зробив. І на прогулянку виведи, бо сам не здогадається вийти. Втупиться в телевізор і сидить камінчиком цілісінький день. І додому з прогулянки приведи — може сам заблукати в місті І черевики змушуй витирати об килимок біля квартири — як не нагадаєш йому, то прямо з брудними зайде і скрізь у коридорі ступаки Костикові видно...</w:t>
      </w:r>
    </w:p>
    <w:p>
      <w:r>
        <w:br/>
        <w:t>Ой Костику-Костику, коли вже ти нарешті підростеш?</w:t>
      </w:r>
    </w:p>
    <w:p>
      <w:r>
        <w:br/>
        <w:t>Сиджу оце в кутку на кухні й серджуся на нього. Бо як не сердитися? Понад'їдав варення з банок і звернув усе на мене.</w:t>
      </w:r>
    </w:p>
    <w:p>
      <w:r>
        <w:br/>
        <w:t>Прийшла мама з роботи, а Костик їй:</w:t>
      </w:r>
    </w:p>
    <w:p>
      <w:r>
        <w:br/>
        <w:t>— Наш Бон варення їв...</w:t>
      </w:r>
    </w:p>
    <w:p>
      <w:r>
        <w:br/>
        <w:t>І показує пальцем на свою шкоду, збитошник.</w:t>
      </w:r>
    </w:p>
    <w:p>
      <w:r>
        <w:br/>
        <w:t>Подивилася вона на банки, на мене, а потім на Костика. Так пильно подивилася і каже:</w:t>
      </w:r>
    </w:p>
    <w:p>
      <w:r>
        <w:br/>
        <w:t>— А я й не знала, що мій син навчився казати неправду!</w:t>
      </w:r>
    </w:p>
    <w:p>
      <w:r>
        <w:br/>
        <w:t>Костик почервонів, підскочив до мене й смикнув за вухо. Є в нього така погана звичка. Коли мама зробить йому зауваження чи висварить, він мене шарпає.</w:t>
      </w:r>
    </w:p>
    <w:p>
      <w:r>
        <w:br/>
        <w:t>Хоч і болить мені, але терплю. Що з нього візьмеш — малий ще.</w:t>
      </w:r>
    </w:p>
    <w:p>
      <w:r>
        <w:br/>
        <w:t>Лежав оце я, лежав на кухні, сердився на Костика, та й пересердився. І вухо зовсім перестало боліти.</w:t>
      </w:r>
    </w:p>
    <w:p>
      <w:r>
        <w:br/>
        <w:t>Глянув на годинник — уже друга. Час би Костика вивести на повітря. Він і так блідий після грипу. Раніше щоки були — як червоні яблука.</w:t>
      </w:r>
    </w:p>
    <w:p>
      <w:r>
        <w:br/>
        <w:t>Заходжу до нього в кімнату і голосно кажу:</w:t>
      </w:r>
    </w:p>
    <w:p>
      <w:r>
        <w:br/>
        <w:t>— Гав-гав!</w:t>
      </w:r>
    </w:p>
    <w:p>
      <w:r>
        <w:br/>
        <w:t>Це значить: на вулицю.</w:t>
      </w:r>
    </w:p>
    <w:p>
      <w:r>
        <w:br/>
        <w:t>Костик слухняно одягається.</w:t>
      </w:r>
    </w:p>
    <w:p>
      <w:r>
        <w:br/>
        <w:t>А вже в дверях запитує:</w:t>
      </w:r>
    </w:p>
    <w:p>
      <w:r>
        <w:br/>
        <w:t>— Боне, ти вже не сердишся?</w:t>
      </w:r>
    </w:p>
    <w:p>
      <w:r>
        <w:br/>
        <w:t>Він і сам добре знає, що не вмію довго сердитися. У всіх сенбернарів такий характер. Вони легко вибачають. А як же я можу не вибачити Костикові?</w:t>
      </w:r>
    </w:p>
    <w:p>
      <w:r>
        <w:br/>
        <w:t>Відповідаю йому дзвінким гавкотом: не хвилюйся, я вже й забув на тебе сердитися.</w:t>
      </w:r>
    </w:p>
    <w:p>
      <w:r>
        <w:br/>
        <w:t>Тільки вийшли на вулицю, Костик у калюжу — стриб. Аж мені в очі бризки полетіли.</w:t>
      </w:r>
    </w:p>
    <w:p>
      <w:r>
        <w:br/>
        <w:t>Я хотів на нього сердито гавкнути, а потім передумав. Усе одно не послухається. Тут треба діяти рішучіше.</w:t>
      </w:r>
    </w:p>
    <w:p>
      <w:r>
        <w:br/>
        <w:t>Підскочив до Костика, зубами за комір хап — і витяг з калюжі.</w:t>
      </w:r>
    </w:p>
    <w:p>
      <w:r>
        <w:br/>
        <w:t>Тепер він уже на мене розсердився. Надувсь і мовчить.</w:t>
      </w:r>
    </w:p>
    <w:p>
      <w:r>
        <w:br/>
        <w:t>Мовчи, мовчи, думаю я, перемовчиш. Інакше з тобою не можна.</w:t>
      </w:r>
    </w:p>
    <w:p>
      <w:r>
        <w:br/>
        <w:t>Раптом попереду звідкись узявся кіт. Дорогу нам перебігає.</w:t>
      </w:r>
    </w:p>
    <w:p>
      <w:r>
        <w:br/>
        <w:t>Костик різко штовхає мене в спину:</w:t>
      </w:r>
    </w:p>
    <w:p>
      <w:r>
        <w:br/>
        <w:t>— Фас! Боне, фас!</w:t>
      </w:r>
    </w:p>
    <w:p>
      <w:r>
        <w:br/>
        <w:t>Це щоб я наздогнав кота і поскуб його. От вредний хлопчисько. Ми, сенбернари, серйозні собаки. Ми за котами не ганяємо.</w:t>
      </w:r>
    </w:p>
    <w:p>
      <w:r>
        <w:br/>
        <w:t>Я докірливо подивився на Костика і різко сказав:</w:t>
      </w:r>
    </w:p>
    <w:p>
      <w:r>
        <w:br/>
        <w:t>— Гав!</w:t>
      </w:r>
    </w:p>
    <w:p>
      <w:r>
        <w:br/>
        <w:t>Тобто: біжи сам.</w:t>
      </w:r>
    </w:p>
    <w:p>
      <w:r>
        <w:br/>
        <w:t>— Ну й лінтюх же ти, Боне! — дорікнув мені Костик і вхопив камінця, щоб пошпурити в кота.</w:t>
      </w:r>
    </w:p>
    <w:p>
      <w:r>
        <w:br/>
        <w:t>Але тут я його зубами за рукав хап — і не пускаю. Шарпав, аж доки він камінця не випустив.</w:t>
      </w:r>
    </w:p>
    <w:p>
      <w:r>
        <w:br/>
        <w:t>— Не даєш ти мені нормально жити,— скаржиться Костик і смикає мене то за вуха, то за хвіст.</w:t>
      </w:r>
    </w:p>
    <w:p>
      <w:r>
        <w:br/>
        <w:t>Я вдаю, буцімто мені зовсім не боляче, і він швидко забуває, що розсердився за камінь.</w:t>
      </w:r>
    </w:p>
    <w:p>
      <w:r>
        <w:br/>
        <w:t>А потім ми йдемо на пустир і бігаємо там наввипередки.</w:t>
      </w:r>
    </w:p>
    <w:p>
      <w:r>
        <w:br/>
        <w:t>Костик завжди хоче бути першим. Тому я ніколи не вискакую далеко вперед. Біжу-біжу, а якщо він залишається позаду, то раптом починаю накульгувати. Костик ураз наздоганяє і переганяє мене.</w:t>
      </w:r>
    </w:p>
    <w:p>
      <w:r>
        <w:br/>
        <w:t>І тоді він такий радісний, що аж мені радісно стає.</w:t>
      </w:r>
    </w:p>
    <w:p>
      <w:r>
        <w:br/>
        <w:t>Гасали ми довго, і я навіть не встиг огледітися, що вже зовсім пізно стало.</w:t>
      </w:r>
    </w:p>
    <w:p>
      <w:r>
        <w:br/>
        <w:t>— Гав! Гав! Гав! — сердито гукаю.</w:t>
      </w:r>
    </w:p>
    <w:p>
      <w:r>
        <w:br/>
        <w:t>Тобто: час додому.</w:t>
      </w:r>
    </w:p>
    <w:p>
      <w:r>
        <w:br/>
        <w:t>Він сердиться, упирається. Але я рішуче хапаю його за холошу й тягну за собою. Він тільки ноги встигає переставляти.</w:t>
      </w:r>
    </w:p>
    <w:p>
      <w:r>
        <w:br/>
        <w:t>— Не даєш ти мені нормально жити, Боне, — жалібно пхинькає на ходу. — Пусти ще трохи погуляти.</w:t>
      </w:r>
    </w:p>
    <w:p>
      <w:r>
        <w:br/>
        <w:t>Але я невблаганний. Бо знаю, що мама давно нас жде. Вона з мене суворо спитає.</w:t>
      </w:r>
    </w:p>
    <w:p>
      <w:r>
        <w:br/>
        <w:t>Отак ми й живемо.</w:t>
      </w:r>
    </w:p>
    <w:p>
      <w:r>
        <w:br/>
        <w:t>А оце я дізнався, що Костик скоро до школи піде. Дізнався та й зажурився: хто ж там за ним наглядатиме?</w:t>
      </w:r>
    </w:p>
    <w:p>
      <w:r>
        <w:br/>
        <w:t>Собак чомусь до школи не пускають.</w:t>
      </w:r>
    </w:p>
    <w:p>
      <w:r>
        <w:br/>
        <w:t>Не сплю ночами, усе думаю: що ж буде з Костиком?..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ж буде з Костиком?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