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 мене було?</w:t>
      </w:r>
    </w:p>
    <w:p>
      <w:r>
        <w:br/>
        <w:t xml:space="preserve"> &lt;p&gt;Під таким заголовком знайдено рукопис один. Діло було так. Цвіли сади; білі-білі стояли; несло пахощами;</w:t>
      </w:r>
    </w:p>
    <w:p>
      <w:r>
        <w:br/>
        <w:t>бджоли гули, пташки щебетали; а соловейко виспівував — аж у вухах лящало. Сонечко так усміхалось.</w:t>
      </w:r>
    </w:p>
    <w:p>
      <w:r>
        <w:br/>
        <w:t>Саме тоді у клуні в Жалдака Якима стукали, пиляли — домовину робили. У хаті читали псалтир, свічка горіла... Лежали на лаві вусики чорні, брови — син Яки-мів Пилип. Лежав у жильотці черкесовій, до половини прикритий, і блідий був, блідий. Страшне тавро смерті, а все-таки воно не знищило чогось на лиці йому. Щось — чи біль, чи жаль, чи докір — було на йому. Так і застигло.</w:t>
      </w:r>
    </w:p>
    <w:p>
      <w:r>
        <w:br/>
        <w:t>Весна, літа молоді... Що почував парубок.вічним сном засипаючи?</w:t>
      </w:r>
    </w:p>
    <w:p>
      <w:r>
        <w:br/>
        <w:t>Чудний якийсь був він, розказують, — мовчазний, задумчивий. І звалило його, доліз якось, кажуть, раз у больницю, і як сказав йому лікар: "Треба їсти добре, жить спокійно, у чистому, теплому", — він: "Еге, нехай же!.. Швидче б умерти".</w:t>
      </w:r>
    </w:p>
    <w:p>
      <w:r>
        <w:br/>
        <w:t>Кашляв, у боці боліло. Починали, кажуть, садки розвиваться, все починало веселиться, радіть, — вийшов, ліг на сирому і... "швидче".</w:t>
      </w:r>
    </w:p>
    <w:p>
      <w:r>
        <w:br/>
        <w:t>І от коли шукали воску на хрест йому в руки, у столі в шаховці знайшли сувійчик паперу. Були там папірці й помальовані олівцем, чорнилом, й пописані. Між цими папірцями був і рукопис цей — зшиточок, списаний дрібненько.</w:t>
      </w:r>
    </w:p>
    <w:p>
      <w:r>
        <w:br/>
        <w:t>Ось що там написано.</w:t>
      </w:r>
    </w:p>
    <w:p>
      <w:r>
        <w:br/>
        <w:t>* * *</w:t>
      </w:r>
    </w:p>
    <w:p>
      <w:r>
        <w:br/>
        <w:t>Купив це я дві книжечки на ярмарку. Такі гарні: читав, читав, й ще кортить. По-нашому писані і про нас, мужиків, про злидні наші, бідування.</w:t>
      </w:r>
    </w:p>
    <w:p>
      <w:r>
        <w:br/>
        <w:t>Добре сочинителям: вчені, і жить, мабуть, є при чім їм. Пишуть собі. А я ось... малописьменний, попихач чужий. А здається, написав би і я щось таке. Ану, спробую, не що зараз роблю, неділя сьогодні. Тільки... хоч і напишу що, то що з його ^ийде? Лежатиме, поки поліція знов забере. Понаписував'був статейок, віршиків, — забрала. Та й зараз староста, врядник так косо дивиться на мене.</w:t>
      </w:r>
    </w:p>
    <w:p>
      <w:r>
        <w:br/>
        <w:t>Дивно їм: простісінький парубок, живе у селі, по поденщинах ходить і в бомагах кохається! І це знов, після тюрми! Дивно інтелігенції нашій: "Пісатель!" — так насмішливо вимовляють це слово.</w:t>
      </w:r>
    </w:p>
    <w:p>
      <w:r>
        <w:br/>
        <w:t>Нехай! Не забере поліція, — буде для себе. Про віщо б же почать? Почну про своє життя! Тільки за сьогодні не опишу я його, а завтра молотить, післязавтрього теж. А тут ще так нездоровиться. Ну, та нехай! Буду по неділях потроху писать. Ану... як умію. Ану, ще й з розділами, як у тих книжечках.</w:t>
      </w:r>
    </w:p>
    <w:p>
      <w:r>
        <w:br/>
        <w:t>Подивишся на світ божий, — такий гарний. Сонечко світить, квіточки ростуть, дерево... Так хочеться жить, робить щось, линуть кудись.</w:t>
      </w:r>
    </w:p>
    <w:p>
      <w:r>
        <w:br/>
        <w:t>Був ще я невеличким. Штанці на мені білі, до цурки, жильоточка латана. Залізу в бур'ян, — так мені гарно там: мережечки од сонечка ось і ось; бджілки гудуть там і тут; коники хрускають. На душі так... хочеться припадать до всього цього, цілувать, дивиться й дивиться на його. До церкви піду з матір'ю: святі скрізь, корогви, хрести, батюшка в ризах, а на криласі співають, — ну й світ! Тільки... нащо пекло є, страшний суд буде? Батюшка було як розкаже про це, — боюся, боюся. Й сниться було.</w:t>
      </w:r>
    </w:p>
    <w:p>
      <w:r>
        <w:br/>
        <w:t>Уночі як присниться оце: земля ось горить, падає небо, — жахаюсь, кричу. Такий матері неспокій. Турбується було страх.</w:t>
      </w:r>
    </w:p>
    <w:p>
      <w:r>
        <w:br/>
        <w:t>— Переполох! От, боже мій! На батька жаліє було.</w:t>
      </w:r>
    </w:p>
    <w:p>
      <w:r>
        <w:br/>
        <w:t>— Перелякав дитину, — каже, — заїв. А він якось... раз у раз сердитий. Скаже йому мати про віщо:</w:t>
      </w:r>
    </w:p>
    <w:p>
      <w:r>
        <w:br/>
        <w:t>— Олії он треба, чобіток хлопцеві, — кричить він:</w:t>
      </w:r>
    </w:p>
    <w:p>
      <w:r>
        <w:br/>
        <w:t>— Де я в сього та в того наберу вам тих грошей! Я он без чобіток, без олії і виріс!.. По наймах!</w:t>
      </w:r>
    </w:p>
    <w:p>
      <w:r>
        <w:br/>
        <w:t>Страшно-страшно мені. Ще він якийсь... борода сідувата, ніс горбатенький. А тут як не змовчить ще мати, — б'є її, лається. Тремтю.</w:t>
      </w:r>
    </w:p>
    <w:p>
      <w:r>
        <w:br/>
        <w:t>І це снилося часто. Було й схоплююсь.</w:t>
      </w:r>
    </w:p>
    <w:p>
      <w:r>
        <w:br/>
        <w:t>Сумує, сумує мати оце:</w:t>
      </w:r>
    </w:p>
    <w:p>
      <w:r>
        <w:br/>
        <w:t>— Що ти будеш робить у світі божому, таке горе! — Бере паляничку, грошенят щось, веде до баби мене. Виливає баба мені переполох той. Якась смола, вода надо мною. Виливає, і мені все однаково. Стискала, стискала раз баба плечима, далі й каже до матері:</w:t>
      </w:r>
    </w:p>
    <w:p>
      <w:r>
        <w:br/>
        <w:t>— Погане діло. Цього вилить не можна. Це нечистий всередині.</w:t>
      </w:r>
    </w:p>
    <w:p>
      <w:r>
        <w:br/>
        <w:t>Дивиться мати.</w:t>
      </w:r>
    </w:p>
    <w:p>
      <w:r>
        <w:br/>
        <w:t>— Еге, — хитає та головою, — це як в євангелії є, казав батюшка. Засмутилась мати і сама не своя.</w:t>
      </w:r>
    </w:p>
    <w:p>
      <w:r>
        <w:br/>
        <w:t>— А боже мій, що ж це робить?</w:t>
      </w:r>
    </w:p>
    <w:p>
      <w:r>
        <w:br/>
        <w:t>Давай викурювать мені баба "його". Наобмітає по кутках павутини; стружечок наструже: з луток, з одвірків, з качалки, з рубля; наобминає потерті з віника — в черепочок це все, запалить перед ротом мені, обіпне рядном мені і ото:</w:t>
      </w:r>
    </w:p>
    <w:p>
      <w:r>
        <w:br/>
        <w:t>— Ковтай дим.</w:t>
      </w:r>
    </w:p>
    <w:p>
      <w:r>
        <w:br/>
        <w:t>В очіх ріже, в горлі дере, — ковтаю. І млію, млію душею: "нечистий" всередині! Оце так! Грішник це я, значить, такий, це, значить, мені в пеклі кипіть!.. Ковтаю, ковтаю.</w:t>
      </w:r>
    </w:p>
    <w:p>
      <w:r>
        <w:br/>
        <w:t>Було й матері каже баба робить це мені.</w:t>
      </w:r>
    </w:p>
    <w:p>
      <w:r>
        <w:br/>
        <w:t>Бідна мати! Ще дужче мене, мабуть, мліє було. Лягаю спать, — хрестить, хрестить мене та і вікна, і двері, усе, і слухай:</w:t>
      </w:r>
    </w:p>
    <w:p>
      <w:r>
        <w:br/>
        <w:t>— Спаси і помилуй, мати божа, цариця небесна, — шепоче.</w:t>
      </w:r>
    </w:p>
    <w:p>
      <w:r>
        <w:br/>
        <w:t>Співаю було в бур'яні: "Амінь, господи помилуй, алілуя!"</w:t>
      </w:r>
    </w:p>
    <w:p>
      <w:r>
        <w:br/>
        <w:t>Розказувала мати про мене:</w:t>
      </w:r>
    </w:p>
    <w:p>
      <w:r>
        <w:br/>
        <w:t>— На руках ще, — каже, — носила його, і такий... хоч не йди з ним до церкви. Слухає, слухає оце, як співають на криласі, та й собі: "Де-де-десь!"</w:t>
      </w:r>
    </w:p>
    <w:p>
      <w:r>
        <w:br/>
        <w:t>Читаю було у долоні, уявляю, що це книжка і що я письменний: "Отче наш, оже еси..." — так мене мати вчила богу молиться.</w:t>
      </w:r>
    </w:p>
    <w:p>
      <w:r>
        <w:br/>
        <w:t>Як я любив все таке письменне й не мав! І по смітті було шукаю папірчиків. Знайду оце обгортку з кунфета або що інше таке, — розправляю, гладжу.</w:t>
      </w:r>
    </w:p>
    <w:p>
      <w:r>
        <w:br/>
        <w:t>Є у батька псалтир, — як вільний, так він і читає його, в дяка вчивсь. "Сіона, царя аморейска, і Ога, царя вассаанска, і вся царствія ханаанске", — так вичитує, мабуть, щоб у пеклі не буть. Дивлюся, дивлюся було.</w:t>
      </w:r>
    </w:p>
    <w:p>
      <w:r>
        <w:br/>
        <w:t>Як воно, думаю, як ото в тебе савтир є, та ще такі й слова у йому: "Сіона, Ога..." Хоч би хоч подержать його.</w:t>
      </w:r>
    </w:p>
    <w:p>
      <w:r>
        <w:br/>
        <w:t>Мати, мабуть, це помітить, зразу:</w:t>
      </w:r>
    </w:p>
    <w:p>
      <w:r>
        <w:br/>
        <w:t>— Та дай, хай подивиться, — до батька було. Він: "Умна! Дитина, а така книга, дай, хай побалує.</w:t>
      </w:r>
    </w:p>
    <w:p>
      <w:r>
        <w:br/>
        <w:t>Вона гроші стоїть мені... і... привчать балуваться..." —</w:t>
      </w:r>
    </w:p>
    <w:p>
      <w:r>
        <w:br/>
        <w:t>Та на полиці й кладе було.</w:t>
      </w:r>
    </w:p>
    <w:p>
      <w:r>
        <w:br/>
        <w:t>Є в батька книжечка податкова, палітурки зелені, за сволоком стримить.</w:t>
      </w:r>
    </w:p>
    <w:p>
      <w:r>
        <w:br/>
        <w:t>"Як би її звалить?" — було думаю. Візьму оце й хватки у руки, та й... а як батько увійде?</w:t>
      </w:r>
    </w:p>
    <w:p>
      <w:r>
        <w:br/>
        <w:t>Настане зима, страх упечеться було! Тру, тру пісок на лежанці, з лежанки на піч переходжу. Надвір би побіг: 0синички там снігарики, — ні в віщо вбуться, вдягтись. Є шкарбани в матері, надінеш; а ось і їй треба. Є свитина, так... біла й жіноча: сестрина, що вмерла підлітком, ще мене не було. Вибіжиш до дітвори в їй, сміються. А вона ще й до трьох вусів і довга-довга на мене. Скнієш, скнієш було, схопишся та як дременеш по снігу в одній жильоточці, в черевиках материних, а то так прямо й босий. Іноді було й слини не ковтнеш і не кавкнеш — простудишся так. А іноді як звалишся: палить тебе, пече усього. Скільки раз це бувало! І вижив! Та в хаті чадно, холодно, поночі. Стіни пооддувались, стеля нависла, вікна понамерзали. Та борщ пісний воняє, воняє. А часник ще, як батько стане мазать ним хліб!</w:t>
      </w:r>
    </w:p>
    <w:p>
      <w:r>
        <w:br/>
        <w:t>"Та як же негарно й жить, — було думаю. — А воно ж, мабуть, і всім людім так. Як вони й не бояться? Живуть, ходять... Годиться так, мабуть".</w:t>
      </w:r>
    </w:p>
    <w:p>
      <w:r>
        <w:br/>
        <w:t>А то раз після великодня іде до Бовкуна мати: за грішми, була на поденщині в його. А Бовкун — пан. Живе за греблею, за верству од села. Вчепився за нею і я. Дивлюсь... Хата в Бовкуна... куди! Не попротрюхала, як у нашій, покрівля, — залізна. А стіни! Цеглові, з карнизами. Та вікна великі-великі, ще й з дверчатами. Та двері... Таке все страшне.</w:t>
      </w:r>
    </w:p>
    <w:p>
      <w:r>
        <w:br/>
        <w:t>"Як воно жить у такому?" — думаю.</w:t>
      </w:r>
    </w:p>
    <w:p>
      <w:r>
        <w:br/>
        <w:t>Та хліви... й хліви під залізом.</w:t>
      </w:r>
    </w:p>
    <w:p>
      <w:r>
        <w:br/>
        <w:t>Увійшли в кухню. Стеля так високо і якась... не знать ніяк сволочків. Та видно, видно у їй. А піч, як лежанка, і в їй горить, а на їй макітерки стоять якісь... голубі, зелені. І щось смачне-смачне вариться в їх; так і лізе у ніс. Страх їв би його! А на сковороді якісь стульники в маслі киплять... М'ясо! Так от! М'ясо, та ще й у маслі!</w:t>
      </w:r>
    </w:p>
    <w:p>
      <w:r>
        <w:br/>
        <w:t>Як воно тим людім, що ото їдять таке?</w:t>
      </w:r>
    </w:p>
    <w:p>
      <w:r>
        <w:br/>
        <w:t>Як наїмся я: борщу, огірків, картоплі, як занудить було. А іноді як заболить живіт оце, страх! Гурчить у йому, коле, та твердий-твердий зробиться! Карбучаюсь.</w:t>
      </w:r>
    </w:p>
    <w:p>
      <w:r>
        <w:br/>
        <w:t>Побачить мати, зразу до баби мене. Поглядить баба його, схитне головою:</w:t>
      </w:r>
    </w:p>
    <w:p>
      <w:r>
        <w:br/>
        <w:t>— Пороблено, — каже. — Тут ось попухло, там поприсихало. — Починає лічить. Положить долі мене і давай м'ять його, — розминать те, що "попухло", розтягать те, що "поприсихало". Позіхає, шепоче щось, спльовує. Болить, — скривлюся, терплю. Каже було юшку пить з кізяків кінських, з нароснів на сливах; коровки божі їсти, оті червоненькі.</w:t>
      </w:r>
    </w:p>
    <w:p>
      <w:r>
        <w:br/>
        <w:t>Варить дід, смажить, мішає. Ось одчиняються двері — надвоє, як в церкві. Дівка в кохті виходе, з чимсь миску виносе. Глянув в половинку одхилену, там другі двері, одхилені теж, а там... страх що! Дерево якесь... в хаті прямо й росте! І щось... негаразд видно, так щось і сяє. Аж страшно мені. Тулюся до матері.</w:t>
      </w:r>
    </w:p>
    <w:p>
      <w:r>
        <w:br/>
        <w:t>Як воно тим людям, що ото живуть у такому?</w:t>
      </w:r>
    </w:p>
    <w:p>
      <w:r>
        <w:br/>
        <w:t>Ячать десь там уже, чуть. І ось, похвалилась, мабуть, там дівка про нас, вибігають: хлопчик і дівчинка. Убрання на їх... не можна сказать і яке. Не лаття, як на мені, ні, щось... чи плис, чи... Ноги не в грязі, як у мене, не позлипались пальці, не померзли, — повбуваті у ві-щось — куди!.. Кучерявенькі і повні-повні обоє. У дівчинки лялька в руках гарна-гарна, у хлопчика... книжечка червона якась і малюночок зверху — страх! — червоненьке й золотеньке щось. Ой! Що воно?! Дивимось: вони на мене, я на їх.</w:t>
      </w:r>
    </w:p>
    <w:p>
      <w:r>
        <w:br/>
        <w:t>— Миша, Оля! — запищало в покоях. — Не ходите туда!</w:t>
      </w:r>
    </w:p>
    <w:p>
      <w:r>
        <w:br/>
        <w:t>Побігли вони... такі... підстрибують.</w:t>
      </w:r>
    </w:p>
    <w:p>
      <w:r>
        <w:br/>
        <w:t>Жалко. Не раз сиджу було й думаю:</w:t>
      </w:r>
    </w:p>
    <w:p>
      <w:r>
        <w:br/>
        <w:t>"Як воно так? Ми живемо ось як. Бовкуни он як. У їх, мабуть, тіло друге і душа, все?.. А мабуть... Такі білі, пихаті і балакають інакше якось. І то ж бог!.. Казав батюшка, що це все бог так дає: ти будь таким, ти таким. Так от бог! Отакий... І от вони і живуть тепер у хатах таких, таке вариться їм, ще така й книжечка в хлопчика! Що, якби я жив ото так! Як би воно? Або хоч би така книжечка в мене! Ну й бог!"</w:t>
      </w:r>
    </w:p>
    <w:p>
      <w:r>
        <w:br/>
        <w:t>— І мені книжечки... хочеться, — сіпаю раз матір за поли. Вона: — Ти хоч би в щетинника купив йому! — до батька.</w:t>
      </w:r>
    </w:p>
    <w:p>
      <w:r>
        <w:br/>
        <w:t>— Що? — визвіривсь батько на неї. — Олії нема, соломи нема; купи! — гризтимеш ось! — А на мене так бликнув: — У, книжечки йому! Печеш ти мене.</w:t>
      </w:r>
    </w:p>
    <w:p>
      <w:r>
        <w:br/>
        <w:t>"Ну, які вони ті гроші, — було думаю, — що батько, як ось тратить їх, сердитий такий?"</w:t>
      </w:r>
    </w:p>
    <w:p>
      <w:r>
        <w:br/>
        <w:t>Лічить раз по копієчці на сіль. Я так зазираю до його. Глянув на мене, засіп. Я своє роблю. Як штовхне тоді він мене, як поточусь я та об лутку, так і провалив собі голову. Кров з мене юшить, мати кричить, плаче. І зараз місце те знать, як прогорнуть чуба.</w:t>
      </w:r>
    </w:p>
    <w:p>
      <w:r>
        <w:br/>
        <w:t>Так забажається іноді вмерти було. Нарошне босий по снігу було бігаєш. Або, як літом, злізеш на лісу та плиг звідтіля, щоб прибиться. Нехай, думаєш, умру ось... Пташки щебечуть, сонечко сяє, — умру. Нехай знає батько, знають пани, знає бог... Жалко зробиться, жалко. Станеш в кутку де, затулишся долонями, плачеш.</w:t>
      </w:r>
    </w:p>
    <w:p>
      <w:r>
        <w:br/>
        <w:t>Страх люблю все таке письменне і таке все: квітки, дерево, красиві місця.</w:t>
      </w:r>
    </w:p>
    <w:p>
      <w:r>
        <w:br/>
        <w:t>Є за вигоном гай од нас недалеко. Так мене у його й тягне було. Якось так мені гарно в йому: гущавина, пташки. Ставок є біля його, лука. І не вилазив би з його, ходив би, сидів, та... Ганнусю, Андрійка маленьких заставляли глядіть. Матері все ніколи, і сиди дома було.</w:t>
      </w:r>
    </w:p>
    <w:p>
      <w:r>
        <w:br/>
        <w:t>Як воно так? — було думаю. — Миша у пана більший, ніж я, а й не глядить менших. Ще самого глядять. Гуляють коли пани в гаї, дивись: веде дівка за руку його. А мене ще й квасолю чистить, хату вимітать заставляють". — Нудюсь, нудюсь, та як подамсь оце іноді. Не раз було: дивлюсь, іде мати з дубцем:</w:t>
      </w:r>
    </w:p>
    <w:p>
      <w:r>
        <w:br/>
        <w:t>— Ганнуся з полу впала, — або: — піску наїлась, бджола укусила, а ти... за самого ще млій душею, щоб де у провалля, в воду не вбравсь! — Та хвось дубцем мене оце іноді, хвось! Тікаю та вже лаю нишком, лаю її:</w:t>
      </w:r>
    </w:p>
    <w:p>
      <w:r>
        <w:br/>
        <w:t>— Нечиста сила, чорт! — Сердито: — ще й б'є!</w:t>
      </w:r>
    </w:p>
    <w:p>
      <w:r>
        <w:br/>
        <w:t>І попокаюсь же послі: і "господи помилуй", і "алілуя" — вишіптую, щоб господь простив мені це.</w:t>
      </w:r>
    </w:p>
    <w:p>
      <w:r>
        <w:br/>
        <w:t>Було й мати: "Мій синочок... била..."</w:t>
      </w:r>
    </w:p>
    <w:p>
      <w:r>
        <w:br/>
        <w:t>Попопадала Ганнуся і з полу і в мене з рук: несу оце, несу та як впущу, поболять руки.</w:t>
      </w:r>
    </w:p>
    <w:p>
      <w:r>
        <w:br/>
        <w:t>А й про мене розказує мати було:</w:t>
      </w:r>
    </w:p>
    <w:p>
      <w:r>
        <w:br/>
        <w:t>— Топиш оце абощо, слухай: геп з полу або прямо з лежанки. Було й прив'язуєш на полу: за поперек крайку та до дошки, що од вікна, та... наприв'язуєшся хіба? Жалко... А раз, — каже, — уже вивчивсь ходить, прийду з річки, аж він, — сам був дома, — лазить на печі, сте-ребкавсь якось, тре очі і кричить так... "Що, що?" Туди, аж коло його стрючки червоні, що в борщ кидать; дістав з жердки, погірчив очі, — попоносилась.</w:t>
      </w:r>
    </w:p>
    <w:p>
      <w:r>
        <w:br/>
        <w:t>А місяць люблю!</w:t>
      </w:r>
    </w:p>
    <w:p>
      <w:r>
        <w:br/>
        <w:t>Раз: там за туполями сонце заходить, а там за кленом він, місяченько, встає. От! Часто:' виглядає, виглядає з-за садочка було. А тут ще соловейко, хрущі. Ну й...</w:t>
      </w:r>
    </w:p>
    <w:p>
      <w:r>
        <w:br/>
        <w:t>— Чого такий світ гарний? — було питаю у матері. Схитне головою: "Гарний світ, та... життя..." — та й не докаже.</w:t>
      </w:r>
    </w:p>
    <w:p>
      <w:r>
        <w:br/>
        <w:t>— Аз чого воно ото сонце, місяць?.. І як вони так?.. Чи до неба прибиті, чи як? Стисне плечима.</w:t>
      </w:r>
    </w:p>
    <w:p>
      <w:r>
        <w:br/>
        <w:t>— І то ж такі божі сили! — сама ніби про себе. — Жить би та бога хвалить.</w:t>
      </w:r>
    </w:p>
    <w:p>
      <w:r>
        <w:br/>
        <w:t>І така... Як оце вмре було хто, то вона:</w:t>
      </w:r>
    </w:p>
    <w:p>
      <w:r>
        <w:br/>
        <w:t>— Отак! Жила, жила людина, — нема! Було так і полізе комашня по мені. Так от! Як воно так? Чорнява сама, очі задумливі. Очіпок полотняний на їй, керсетина. Нездужає тільки часто було: застуджується, підвереджується. Боюся, боюся було: а що, думаю, як мати умре? В одному черевикові або чоботі не ходжу: умре, кажуть.</w:t>
      </w:r>
    </w:p>
    <w:p>
      <w:r>
        <w:br/>
        <w:t>Іде час. Приходить раз батько з базару, всміхається.</w:t>
      </w:r>
    </w:p>
    <w:p>
      <w:r>
        <w:br/>
        <w:t>— Ну, а що, як? — до мене. — Хоч книжки?</w:t>
      </w:r>
    </w:p>
    <w:p>
      <w:r>
        <w:br/>
        <w:t>Дивлюсь я на його, нічого.</w:t>
      </w:r>
    </w:p>
    <w:p>
      <w:r>
        <w:br/>
        <w:t>Пройшовся він по хаті, сів на полу, посидів, далі:</w:t>
      </w:r>
    </w:p>
    <w:p>
      <w:r>
        <w:br/>
        <w:t>— Хе-хе!.. — витягає з-за пазухи. — На, йди. Та що? Аж не вірю собі. Дивлюсь: палітурочки зелені, по краях мережечки. Боже! Ухопив я її... не знаю, як повернуть, де діть. Пахаю, до пики тулю. Увіходить ось мати з салатою з грядок.</w:t>
      </w:r>
    </w:p>
    <w:p>
      <w:r>
        <w:br/>
        <w:t>— А дивись... такої йому? — батько до неї. Де взялися ще Андрійко, Ганнуся, — дивимось всі, стоїмо серед хати.</w:t>
      </w:r>
    </w:p>
    <w:p>
      <w:r>
        <w:br/>
        <w:t>Сидить на полу батько:</w:t>
      </w:r>
    </w:p>
    <w:p>
      <w:r>
        <w:br/>
        <w:t>— Хе-хе! — усміхається. — Гарна? Отож знай, — до мене-— на зиму в школу.</w:t>
      </w:r>
    </w:p>
    <w:p>
      <w:r>
        <w:br/>
        <w:t>Боже! У школу! Забилось серце, забилось мені. Давно вже: дивлюсь у вікно, — ідуть школярі. Книжки під руками у їх, дощечки. "Щасливі, — думаю. — Коли вже я буду так, коли я стану здоровим таким?"</w:t>
      </w:r>
    </w:p>
    <w:p>
      <w:r>
        <w:br/>
        <w:t>Розгортаю ту книжечку, — картинка! Ну й гарна ж! Чоловік такий добрий на виду і коло його дітки. І він щось руками над ними.</w:t>
      </w:r>
    </w:p>
    <w:p>
      <w:r>
        <w:br/>
        <w:t>— Спаситель благословляє дітей, — обзивається батько з полу.</w:t>
      </w:r>
    </w:p>
    <w:p>
      <w:r>
        <w:br/>
        <w:t>Так от книжка! Слова, та все такі здорові, лапаті. "А які воно в школі будуть? — думаю. — А нехай... А як воно, як ото вчиться, буть письменним? Тоді вже, мабуть, знатиму й про сонце, й про місяць".</w:t>
      </w:r>
    </w:p>
    <w:p>
      <w:r>
        <w:br/>
        <w:t>Пройшовсь ще раз батько по хаті, далі:</w:t>
      </w:r>
    </w:p>
    <w:p>
      <w:r>
        <w:br/>
        <w:t>— А вам, — до Ганнусі й Андрійка, — нате по бубличку.</w:t>
      </w:r>
    </w:p>
    <w:p>
      <w:r>
        <w:br/>
        <w:t>Радіють ті, Андрійко підстрибує.</w:t>
      </w:r>
    </w:p>
    <w:p>
      <w:r>
        <w:br/>
        <w:t>— Хе-хе! — батько. — Ну, сип обідать, — до матері. Пообідали. Взяв батько книжечку.</w:t>
      </w:r>
    </w:p>
    <w:p>
      <w:r>
        <w:br/>
        <w:t>— Ну, це "аз", а це "буки", "віди"... — проказує мені по їй. — Підучуйсь. Все ж легше в школі буде.</w:t>
      </w:r>
    </w:p>
    <w:p>
      <w:r>
        <w:br/>
        <w:t>Незабаром і каптанок сіренький справив мені, чобітки. Перший каптанок, перші чобітки! От ще було радості!</w:t>
      </w:r>
    </w:p>
    <w:p>
      <w:r>
        <w:br/>
        <w:t>Настала осінь. Вносить він мені: і каптанок той, і чобітки.</w:t>
      </w:r>
    </w:p>
    <w:p>
      <w:r>
        <w:br/>
        <w:t>— Ану, на, — усміхається.</w:t>
      </w:r>
    </w:p>
    <w:p>
      <w:r>
        <w:br/>
        <w:t>Взувся я, вдівся, — не знаю, як пройтись, як ступить. Висмикала мені мати комірчик з сорочки, загадала перехреститься до образів. Перехрестився і батько, веде в школу мейе.</w:t>
      </w:r>
    </w:p>
    <w:p>
      <w:r>
        <w:br/>
        <w:t>— Оце ж гляди, — балакає до мене, — вчися. Кончиш цю, то я ще й далі, у хторокласну оддам тебе. Учися, я не ворог тобі, щоб хоч ти жив, не мучивсь, як ми.</w:t>
      </w:r>
    </w:p>
    <w:p>
      <w:r>
        <w:br/>
        <w:t>"Ще й у хторокласну! — радію. — Що ж тоді?" А второкласна та недалеко од нас, ходить прямо з дому в неї можна було, не платить за харчі, за квартиру. Школярі у їй такі все у блузках.</w:t>
      </w:r>
    </w:p>
    <w:p>
      <w:r>
        <w:br/>
        <w:t>І це, значить, і я буду таким, на вчителі буду учиться! Я! А як воно, як ото учителем буть?</w:t>
      </w:r>
    </w:p>
    <w:p>
      <w:r>
        <w:br/>
        <w:t>Верх цегловий, віконниці ось видно уже: школа! Тільки тьох-тьох серце мені. Хлопчики, чоловіки стоять. Такі все мов страшні, всі так мов на мене і дивляться: на чобітки, каптанок.</w:t>
      </w:r>
    </w:p>
    <w:p>
      <w:r>
        <w:br/>
        <w:t>Поздоровкався батько до їх, усередину входимо. Хлопчики й тут, чоловіки. Та як! Малюнків, малюнків по стінах. Та все люди на їх, та такі... той у кереї якійсь, тут червоне, там синє; той голий до половини; у того на голові кучма якась. Так мені: і боязко й радісно.</w:t>
      </w:r>
    </w:p>
    <w:p>
      <w:r>
        <w:br/>
        <w:t>Чимсь пахне, чимсь... партами. Такого їх багато. А он спереду щось... дошка чорна, велика стоїть. Стіл коло неї. І за столом... він, учитель.</w:t>
      </w:r>
    </w:p>
    <w:p>
      <w:r>
        <w:br/>
        <w:t>Учитель! Це ж він учить мене буде, розказувать все?! Який же він гарний, хороший! Круглопикий, вусики руденькі, борідка гостренька. Це, мабуть, і він так буде до нас, як там, на картинці, Спаситель до діток. Починає записувать. Питає хлопчиків, питає і... так по-панському... насуплює брови, насуплює. О, вже кричить на одного:</w:t>
      </w:r>
    </w:p>
    <w:p>
      <w:r>
        <w:br/>
        <w:t>— Э, бестолковый какой!</w:t>
      </w:r>
    </w:p>
    <w:p>
      <w:r>
        <w:br/>
        <w:t>Ой! Ще й цепка на грудіх блищить. Страшний!</w:t>
      </w:r>
    </w:p>
    <w:p>
      <w:r>
        <w:br/>
        <w:t>— Как зовут? — мене вже питає. Мовчу. Сказав йому щось батько.</w:t>
      </w:r>
    </w:p>
    <w:p>
      <w:r>
        <w:br/>
        <w:t>— Отчество? — знов він до мене.</w:t>
      </w:r>
    </w:p>
    <w:p>
      <w:r>
        <w:br/>
        <w:t>Не чув я зроду слова такого, дивлюсь.</w:t>
      </w:r>
    </w:p>
    <w:p>
      <w:r>
        <w:br/>
        <w:t>— Отчество?</w:t>
      </w:r>
    </w:p>
    <w:p>
      <w:r>
        <w:br/>
        <w:t>"Пан, — думаю, — зовсім пан. Ще на того й похожий, що літом на батька за подать кричав, приїздив в опалетах. Зовсім такий. Так мов і дивиться противно, і воло так оддуває, і комірчик такий блискучий, дебелий на шиї. І сам натоптуваний такий".</w:t>
      </w:r>
    </w:p>
    <w:p>
      <w:r>
        <w:br/>
        <w:t>— Где тн рос? — визвіривсь він далі на мене. Не те, не те. Перестає вже й у школу хотіться мені. Почалося вчиття. Узнав я його. Так от бувають вчителі! Не розумієм нічого, не по-нашому все. Кричить, лається він. Та ще як іноді сердитий увійде: "Болвани", "дураки"!</w:t>
      </w:r>
    </w:p>
    <w:p>
      <w:r>
        <w:br/>
        <w:t>Особливо, як, мабуть, в карти програється. Картьожник такий. —Ідеш було куди поз школу смерком,'видно в вікно: він, дяк і ще хто-небудь сидять грають.</w:t>
      </w:r>
    </w:p>
    <w:p>
      <w:r>
        <w:br/>
        <w:t>А там дряпічка! Сидить на шиї у наших людей, родився, живе між нами, та й сам не з кого, — батько простісінький селянин — "хохол", тільки що багатий, — а там що виробляє, як з усього нашого глумиться, маніжиться, чваниться!</w:t>
      </w:r>
    </w:p>
    <w:p>
      <w:r>
        <w:br/>
        <w:t>Розказує раз нам, як числа складать. Написав двоє на дошці та:</w:t>
      </w:r>
    </w:p>
    <w:p>
      <w:r>
        <w:br/>
        <w:t>— Ну, вот, например... — обертається до мене, — по-йди сюда: ну, вот, где бы ты здесь крестик поставил?</w:t>
      </w:r>
    </w:p>
    <w:p>
      <w:r>
        <w:br/>
        <w:t>— Ось, — показую йому. Як крикне він:</w:t>
      </w:r>
    </w:p>
    <w:p>
      <w:r>
        <w:br/>
        <w:t>— Только не ось? Какая тебе ось? Ось только в телеге бмвает.</w:t>
      </w:r>
    </w:p>
    <w:p>
      <w:r>
        <w:br/>
        <w:t>Так от скотина! Хлопчиком був я тоді, а так і тоді противно зробилось мені: ще й кричить, думаю, не знає он він, що по-нашому "ось"!</w:t>
      </w:r>
    </w:p>
    <w:p>
      <w:r>
        <w:br/>
        <w:t>Противним робився вчитель мені, та й вчиття не кращим. Ну, таке ж уже воно круте було, кляте, ніяк не второпаєш. Ну, хоч і це, — є у мене в записі:</w:t>
      </w:r>
    </w:p>
    <w:p>
      <w:r>
        <w:br/>
        <w:t>"Сложением назнвается действие, цель которого — отнскание суммм двух или нескольких чисел".</w:t>
      </w:r>
    </w:p>
    <w:p>
      <w:r>
        <w:br/>
        <w:t>— Повтори! — почне до котрого учитель.</w:t>
      </w:r>
    </w:p>
    <w:p>
      <w:r>
        <w:br/>
        <w:t>— Сложением... действие... цель... а... мм...</w:t>
      </w:r>
    </w:p>
    <w:p>
      <w:r>
        <w:br/>
        <w:t>— Болван, стань у порога!</w:t>
      </w:r>
    </w:p>
    <w:p>
      <w:r>
        <w:br/>
        <w:t>Не до душі. Арихметика так прямо спротивилась — страх! Розказує оце він, що чим "называется", — і не слухаєш було. Однаково не второпаєш, думаєш. Та ще вона показалась мені такою сухою, мертвою. Нехай, було думаєш, ставить краще "у порога", та одчепиться з нею.</w:t>
      </w:r>
    </w:p>
    <w:p>
      <w:r>
        <w:br/>
        <w:t>І все навиворот, все не те, не миле, страшне.</w:t>
      </w:r>
    </w:p>
    <w:p>
      <w:r>
        <w:br/>
        <w:t>Раз в одній статті "пьяная рожа" читаєм.</w:t>
      </w:r>
    </w:p>
    <w:p>
      <w:r>
        <w:br/>
        <w:t>Що воно? до чого? — дивуємось всі.</w:t>
      </w:r>
    </w:p>
    <w:p>
      <w:r>
        <w:br/>
        <w:t>Ось увіходить учитель, я й питаю:</w:t>
      </w:r>
    </w:p>
    <w:p>
      <w:r>
        <w:br/>
        <w:t>— Як це так? Квітка... п'яна! Оскирнувсь він, схитнув головою та:</w:t>
      </w:r>
    </w:p>
    <w:p>
      <w:r>
        <w:br/>
        <w:t>— Да й болван же ты, — почав. — Разве ато какая рожа! — Помовчав. — Зто, зто... Дурацкая башка на тебе!.. Ну, зто... понимаешь... Стань у порога!</w:t>
      </w:r>
    </w:p>
    <w:p>
      <w:r>
        <w:br/>
        <w:t>Другого дня:</w:t>
      </w:r>
    </w:p>
    <w:p>
      <w:r>
        <w:br/>
        <w:t>— Ну, теперь знаешь, что рожа? Зто... ну вот... у тебя ато что? — показує на обличчя мені.</w:t>
      </w:r>
    </w:p>
    <w:p>
      <w:r>
        <w:br/>
        <w:t>— Пика, — кажу.</w:t>
      </w:r>
    </w:p>
    <w:p>
      <w:r>
        <w:br/>
        <w:t>— Только не пмка! Нужно, — рожа. Дивлюсь я.</w:t>
      </w:r>
    </w:p>
    <w:p>
      <w:r>
        <w:br/>
        <w:t>— Понял?</w:t>
      </w:r>
    </w:p>
    <w:p>
      <w:r>
        <w:br/>
        <w:t>Іде, іде мороз по мені. "Та що ж це таке? — думаю. — Це, значить, квітки, які так літом цвітуть, червоніють у нас на вгороді, — не рожа?! Квітки, на які мати, батько і всі: рожа та рожа, — не рожа! Та невже? Як же воно?" Жалко-жалко якось стало мені.</w:t>
      </w:r>
    </w:p>
    <w:p>
      <w:r>
        <w:br/>
        <w:t>На перемінку ось вийшли. Слухаю, школярик один:</w:t>
      </w:r>
    </w:p>
    <w:p>
      <w:r>
        <w:br/>
        <w:t>— Бач, — каже, — що рожа! А ми, дурні, на квітки — рожа. От дурні! Воно наш язик, мабуть, ніщо.</w:t>
      </w:r>
    </w:p>
    <w:p>
      <w:r>
        <w:br/>
        <w:t>"Може,й так, — думаю. — Тільки ж... батьки, матері... всі дурні?"</w:t>
      </w:r>
    </w:p>
    <w:p>
      <w:r>
        <w:br/>
        <w:t>Вчусь далі, аж уже й гай — не гай, і місяць — не місяць.</w:t>
      </w:r>
    </w:p>
    <w:p>
      <w:r>
        <w:br/>
        <w:t>— "Луна, роща", — тлумачить учитель мені, а мені: "місяць", "гай" — казать хочеться; так і вчувається, ввижається так. Ось мов вечір: соловейко щебече, хрущі гудуть, а мати: "А місяць за гаєм сходить он як!"</w:t>
      </w:r>
    </w:p>
    <w:p>
      <w:r>
        <w:br/>
        <w:t>І це все не те! Сумно, тяжко якось. І світ уже не тим, мов, здається мені, батько, мати... І це, мов, я десь далеко-далеко од дому.</w:t>
      </w:r>
    </w:p>
    <w:p>
      <w:r>
        <w:br/>
        <w:t>Жалко було, а все-таки трохи-потроху почав я й навсправжки думать: мабуть, ніщо-таки наша мова; для мужиків темних, нетямущих тільки й є вона. У письменному нігде немає її, вчитель лає за неї, і сам тільки тоді і вживає її, як глузує з котрого, кривить кого: "Га? що? " — так уже твердо вимовляє слова ці. Мабуть, вона тільки для смішок і е людім письменним.</w:t>
      </w:r>
    </w:p>
    <w:p>
      <w:r>
        <w:br/>
        <w:t>Почав і собі в учителя розуму набираться. Було мати як скаже таке що, як от "книш, паляниця", — я:</w:t>
      </w:r>
    </w:p>
    <w:p>
      <w:r>
        <w:br/>
        <w:t>— Так як, як?.. — хихочу.</w:t>
      </w:r>
    </w:p>
    <w:p>
      <w:r>
        <w:br/>
        <w:t>А то перед вечором раз трапивсь у хату до нас книгоноша один. Такий: бородатий, в чумарці бобриковій. Розгортає книжечки по столу: "Вова Королевич", "Еруслан Лазаревич"...</w:t>
      </w:r>
    </w:p>
    <w:p>
      <w:r>
        <w:br/>
        <w:t>— А це ось... — показує синеньку одну, — "Кобзар", по-нашому.</w:t>
      </w:r>
    </w:p>
    <w:p>
      <w:r>
        <w:br/>
        <w:t>— Ану?! — Розгортаю: "Думи мої, думи мої...". Справді... по-нашому. "Як же це так?.." — думаю. —</w:t>
      </w:r>
    </w:p>
    <w:p>
      <w:r>
        <w:br/>
        <w:t>Хіба... хіба годиться й по-нашому? — всміхаюсь до книгоноші.</w:t>
      </w:r>
    </w:p>
    <w:p>
      <w:r>
        <w:br/>
        <w:t>— А то ж як! — каже. — То по-руському, це по-нашому; то язик, і це. Дивлюсь я.</w:t>
      </w:r>
    </w:p>
    <w:p>
      <w:r>
        <w:br/>
        <w:t>— А чого ж учитель у школі... — почав я йому.</w:t>
      </w:r>
    </w:p>
    <w:p>
      <w:r>
        <w:br/>
        <w:t>— Мало чого не буває, — повів бородою він. — Шевченко — сочинитель, чоловік не вчителя твого, і... що він каже... — Перегорнув листків з скільки. — Ось... — показує.</w:t>
      </w:r>
    </w:p>
    <w:p>
      <w:r>
        <w:br/>
        <w:t>Читаю: "І чужому научайтесь, й свого не цурайтесь..." Дивлюсь тільки. Далі читаю: "Бо хто матір забуває, того бог карає".</w:t>
      </w:r>
    </w:p>
    <w:p>
      <w:r>
        <w:br/>
        <w:t>Пряде мати на полу, в керсеті, в очіпку, така худа, бліда... Глянула на мене та:</w:t>
      </w:r>
    </w:p>
    <w:p>
      <w:r>
        <w:br/>
        <w:t>— Так, так, моя дитино... не забувай, не цурайся свого. — Помовчала. — А то... годувала, кохала, знесилилась, а ти... ще й глузуєш тепер...</w:t>
      </w:r>
    </w:p>
    <w:p>
      <w:r>
        <w:br/>
        <w:t>Так мені зробилось... і жалко й досадно: своє рідне... мати... і то ж учитель... противний такий!</w:t>
      </w:r>
    </w:p>
    <w:p>
      <w:r>
        <w:br/>
        <w:t>Розгортаю далі. "Садок вишневий коло хати..." Яке гарне! "Хрущі над вишнями гудуть..." Ну й книжка!.. Ще й ще перегортаю: таке рідне усе... Що, якби купить її, думаю. От якби гроші! Як воно, як ото в кого є вони?</w:t>
      </w:r>
    </w:p>
    <w:p>
      <w:r>
        <w:br/>
        <w:t>В мене тоді тільки й бували вони, як піст, та батько на говіння дасть копійок п'ять, шість; або як норий год, та випосіваю. Було й зараз випосіваних чотири копійки, лежали аж у кутку на полиці, в папірчик угорнуті, так хоронив, дістав... Що ж за їх? За книжку аж тридцять шість хоче. А купить так бажається.</w:t>
      </w:r>
    </w:p>
    <w:p>
      <w:r>
        <w:br/>
        <w:t>Питаю у матері.</w:t>
      </w:r>
    </w:p>
    <w:p>
      <w:r>
        <w:br/>
        <w:t>— Є трохи, — каже, — держу на платок, зап'ястись нічим.</w:t>
      </w:r>
    </w:p>
    <w:p>
      <w:r>
        <w:br/>
        <w:t>Як почав я зазирать коло неї, як почав, — розв'язує вузлик, дає. Купив!</w:t>
      </w:r>
    </w:p>
    <w:p>
      <w:r>
        <w:br/>
        <w:t>Другого дня взяв і в школу її. Обступають школярі мене з нею, дивляться.</w:t>
      </w:r>
    </w:p>
    <w:p>
      <w:r>
        <w:br/>
        <w:t>— По-нашому, по-нашому! — усміхаються. "Отакі книжечки, — думаю, — якби читав нам учитель!"</w:t>
      </w:r>
    </w:p>
    <w:p>
      <w:r>
        <w:br/>
        <w:t>А він іноді таки й читає було, — особливо, як батюшки нема, — замість закону божого. Так такі якісь усе... Мови не розумієш гаразд, і про таке все: "стройсь, равняйсь!" Або про те, як кого поважать, величать... Сидиш, тільки нудишся. Страх і сам було любить, як ото вклоняються йому, та ще як низенько, — всміхається.</w:t>
      </w:r>
    </w:p>
    <w:p>
      <w:r>
        <w:br/>
        <w:t>"Отакі якби... — думаю. — А якби, щоб він побачив її, може б, і справді... Така гарна".</w:t>
      </w:r>
    </w:p>
    <w:p>
      <w:r>
        <w:br/>
        <w:t>Ось увіходить і він, — не ховаю її, на парті лежить. Ану хай...</w:t>
      </w:r>
    </w:p>
    <w:p>
      <w:r>
        <w:br/>
        <w:t>Аж він... дивиться, дивиться на парту, далі:</w:t>
      </w:r>
    </w:p>
    <w:p>
      <w:r>
        <w:br/>
        <w:t>— А зто что? — визвіривсь на мене. Ухопив її, шарпає, шарпає. — Ти где ато взял? — Та за вухо мене. — Болван, болван, нельзя зтого, нельзя!.. — Та йшов з класу, взяв і її.</w:t>
      </w:r>
    </w:p>
    <w:p>
      <w:r>
        <w:br/>
        <w:t>Боліло серце: і чотири копієчки стратив, і мати платка не купила, і... книжечка загинула... така гарна.</w:t>
      </w:r>
    </w:p>
    <w:p>
      <w:r>
        <w:br/>
        <w:t>Боліло й вухо довго.</w:t>
      </w:r>
    </w:p>
    <w:p>
      <w:r>
        <w:br/>
        <w:t>Отже вже інакше я став думать про своє рідне. Дороге. миле!</w:t>
      </w:r>
    </w:p>
    <w:p>
      <w:r>
        <w:br/>
        <w:t>Любив я писать статейки, віршики... на зразок тих, що учив. Страх хотілось писать! Особливо про ліс, квіточки... Прийду було з школи, сідаю, пишу. І от до цього часу писав по-руському все, — звісно, як умів, мішаницею, а по-нашому хіба тільки як похихотіть було схочеться, а це вже по-нашому став. Пишу, і любо-любо мені, так воно й пристає до душі: як думаєш, так і пишеш.</w:t>
      </w:r>
    </w:p>
    <w:p>
      <w:r>
        <w:br/>
        <w:t>Написав раз був статейку про гай: як там пташки, ягідки... Так по-нашому й написав: пташки, ягідки, гай. Читаю, і так мені гарно. Намалював ще малюночок: травичка, дубки в їй. І малюю було, як в книжці, що вчу, — гарно ж, гарно мені, аж не втерпів я: а дай, думаю, покажу це й те вчителеві. Що хоч на це скаже. Невже-таки йому байдуже до гарного такого всього? Невже він таки противний такий? Даю. А хай...</w:t>
      </w:r>
    </w:p>
    <w:p>
      <w:r>
        <w:br/>
        <w:t>Подививсь він на те й те, схитнув головою, далі:</w:t>
      </w:r>
    </w:p>
    <w:p>
      <w:r>
        <w:br/>
        <w:t>— Болван, идиот! Арифметики не учишь, а то делаешь, что не нужно совсем! Да еще по-хахлацки! — Та статейкою й малюночком по пиці, по пиці мене.</w:t>
      </w:r>
    </w:p>
    <w:p>
      <w:r>
        <w:br/>
        <w:t>Як здумаю й тепер... Що за чвара така? Ще й "по-хахлацки"!.. От голова куряча. Що й сам же... Ничипоренко й прізвище.</w:t>
      </w:r>
    </w:p>
    <w:p>
      <w:r>
        <w:br/>
        <w:t>Так отакі-то бувають вчителі. Ось чим я згадую свого! Скотина! Живе, щоб тільки світ поганить.</w:t>
      </w:r>
    </w:p>
    <w:p>
      <w:r>
        <w:br/>
        <w:t>І сподівавсь я ще взнать од його про місяць, про сонце! Якось уночі осінню така здорова зірка десь з неба упала. Як летіла, так іскри й сипались з неї і видно-видно було. Прийшов я уранці у школу й давай до хлопців:</w:t>
      </w:r>
    </w:p>
    <w:p>
      <w:r>
        <w:br/>
        <w:t>— Так от! Що воно зірка ото? Упала вона... як? чого? А на небі їх стільки! Як воно там?</w:t>
      </w:r>
    </w:p>
    <w:p>
      <w:r>
        <w:br/>
        <w:t>Він і підслухав, — мистець на це, — одчиняє двері.</w:t>
      </w:r>
    </w:p>
    <w:p>
      <w:r>
        <w:br/>
        <w:t>— Что, что? — до мене, так єхидно. Помовчав, далі: — Тьг где нахватался зтого? Что за мысли? Молокосос тм паршивий! Уроки нужно знать, а не ато. Вечно он: то се, то то тебе... Как собаку внгоню! Дурак! Без обеда сегодня.</w:t>
      </w:r>
    </w:p>
    <w:p>
      <w:r>
        <w:br/>
        <w:t>Противно було в школу ходить.</w:t>
      </w:r>
    </w:p>
    <w:p>
      <w:r>
        <w:br/>
        <w:t>Як настав оце ранок, як на заріз, не хочеться в неї збираться. Посилають, а ти так і норовиш заподіять що собі, заслабнуть, дома зістаться. А сидиш оце в їй за вроком було, тільки те й робиш, що позираєш на сонце: чи швидко додому уже. Це там дома усе рідне, гарне тобі, думаєш, мати, батько, Андрійко, Ганнуся... І вони це спокійні собі: ні вчиття клятого такого не знають, ні вчителя противного, страшного такого. І це мати казки розказала б мені, — люблю казки! Ніч надворі, хуртовина, я: "Я хочу казки", — до матері. Пряде чи шиє, розказує. І це там снігарики, синички по дереві...</w:t>
      </w:r>
    </w:p>
    <w:p>
      <w:r>
        <w:br/>
        <w:t>Б'є учитель мене, без обіду раз у раз зоставляє, — тим більше: вважав за "способного", — а я ще гірше не вчусь, — задачника і не розгортаю було.</w:t>
      </w:r>
    </w:p>
    <w:p>
      <w:r>
        <w:br/>
        <w:t>Насилу дотяг третього року. Здав екзамен, а здав-таки, і мовчу вже, мовчу, як про второкласну нагадають мені.</w:t>
      </w:r>
    </w:p>
    <w:p>
      <w:r>
        <w:br/>
        <w:t>Живу дома, — нудьга. Заставляють мене оце м'ять коноплі, грядки шарувать, а мені хочеться щось інше робить. Як не писать, малювать, то кудись іти, щось знайти, дивиться на щось. І ходжу було. Як подамся оце...</w:t>
      </w:r>
    </w:p>
    <w:p>
      <w:r>
        <w:br/>
        <w:t>Світе! Гарний, любий світе!</w:t>
      </w:r>
    </w:p>
    <w:p>
      <w:r>
        <w:br/>
        <w:t>Ніч. З неба дивиться місяць. Берестки, тополі стоять, застигли в сріблі. Мережки скрізь рябіють по улиці. Поторочі ось і ось бовваніють: острішки, клуні, хліви... Тиша. Як воно так?</w:t>
      </w:r>
    </w:p>
    <w:p>
      <w:r>
        <w:br/>
        <w:t>Вигін ось. Телята пасуться черідкою. Бджілки, мухи гудуть. Квіточки жовтіють. Пахне чебрець. Лука он за ровом: сонце так упилося у неї, тільки миг-миг трава та квітки. А верби виблискують, аж у очіх рябіє; і тихо вже, тихо стоять, посхилялись над рудкою. Гай зеленіє у сяйві, чорніє прогалявинами, холодком. Поле синіє... Мигтить далечінь... Що там?</w:t>
      </w:r>
    </w:p>
    <w:p>
      <w:r>
        <w:br/>
        <w:t>На південь усе було тягне мене: і сонечко світить звідтіль, і місяць, і... Палестина в той бік, казав батюшка. Палестина!.. Христос там жив, ходив, проповідував. Ой, Христос! Так було хочеться полинуть туди.</w:t>
      </w:r>
    </w:p>
    <w:p>
      <w:r>
        <w:br/>
        <w:t>Дали мені після школи євангелію. Було читаю вже, читаю її. А в їй про таке ж усе гарне, святе.</w:t>
      </w:r>
    </w:p>
    <w:p>
      <w:r>
        <w:br/>
        <w:t>Нагорна проповідь. Читаю й бачу неначе: гора, травичка, кущики. Сонячно. Христос сидить, і нижче його народу, народу. Ой, чом не жив я тоді?</w:t>
      </w:r>
    </w:p>
    <w:p>
      <w:r>
        <w:br/>
        <w:t>Галілейське озеро ось. Вода чиста, прозора; вченики, мрежі... Христос. Так усіх і все хотілось любить.</w:t>
      </w:r>
    </w:p>
    <w:p>
      <w:r>
        <w:br/>
        <w:t>Або: "Світающі во єдіну от субот..." Сад Арімафейський. Місяць над заходи, ангел на камені, сяйво, кущі... Магдалина, і... він.</w:t>
      </w:r>
    </w:p>
    <w:p>
      <w:r>
        <w:br/>
        <w:t>"Ой, — нуджусь було, — куди йти, що робить?"</w:t>
      </w:r>
    </w:p>
    <w:p>
      <w:r>
        <w:br/>
        <w:t>Ідуть було баби говіть в монастир — уже вчеплюся до їх. Ідемо. Поля, долини, гаї, села... А ось... і він, монастир, білий високий, стоїть. Липи коло його, садок, доріжки... А в йому!</w:t>
      </w:r>
    </w:p>
    <w:p>
      <w:r>
        <w:br/>
        <w:t>"Блаженні непорочнії, в путь ходящії в законе господні!.." — виводить хлопчик в підрясничку. Таке анголятко.</w:t>
      </w:r>
    </w:p>
    <w:p>
      <w:r>
        <w:br/>
        <w:t>"...Госпо-о-о-дні!.." — співають монахи за ним.</w:t>
      </w:r>
    </w:p>
    <w:p>
      <w:r>
        <w:br/>
        <w:t>Ой, як же й на душі!.. Щось є... Десь щось є гарне, гарне таке... Так би й полинув кудись.</w:t>
      </w:r>
    </w:p>
    <w:p>
      <w:r>
        <w:br/>
        <w:t>"В законе господні"... Христос... вченики... Магдалина... Як жить?</w:t>
      </w:r>
    </w:p>
    <w:p>
      <w:r>
        <w:br/>
        <w:t>Що, якби тоді були мене в монахи пустили?! Так бажав.</w:t>
      </w:r>
    </w:p>
    <w:p>
      <w:r>
        <w:br/>
        <w:t>Не пустили. А є ж і смерть, пекло, страшний суд буде... Як же жить?</w:t>
      </w:r>
    </w:p>
    <w:p>
      <w:r>
        <w:br/>
        <w:t>Молюся вже, молюся було: і вранці, і ввечері. У книжечці, що батько купив, такого молитов, — усіх з неї перемолюся.</w:t>
      </w:r>
    </w:p>
    <w:p>
      <w:r>
        <w:br/>
        <w:t>Умерла Ганнуся... Смерть, смерть!.. Яких немає у книжечці, — з псалтиря переписую. Давав уже мені батько тепер. Та пообмальовую їх, — молитви, — пообмальовую було: деревцем, квіточками.</w:t>
      </w:r>
    </w:p>
    <w:p>
      <w:r>
        <w:br/>
        <w:t>А як служення Оце, так я і в церкві. Є ікона у їй: Преображення господнє. Гора... Христос в сяйві... Вченики сплять. І є: Христос стоїть з короговкою, — воскрес; ангел сидить; мироносиці йдуть. Не надивлюся було.</w:t>
      </w:r>
    </w:p>
    <w:p>
      <w:r>
        <w:br/>
        <w:t>Наближається Великдень було, — жду вже, жду.</w:t>
      </w:r>
    </w:p>
    <w:p>
      <w:r>
        <w:br/>
        <w:t>Напівтемрява. Блимають зорі вгорі. Внизу церква стоїть, жевріють вікна. Ревуть дзвони. Ідуть з дарниками, образами, хрестами. Сунуть з свічками: "Христос воскрес!" — лунає. Ну й... світ!</w:t>
      </w:r>
    </w:p>
    <w:p>
      <w:r>
        <w:br/>
        <w:t>Було читаю на криласі із таким усердям, аж батюшка хвалить було: по-монастирському, каже.</w:t>
      </w:r>
    </w:p>
    <w:p>
      <w:r>
        <w:br/>
        <w:t>Тільки як зимою змерзну, змерзну оце; вдягтись гаразд ні в що, терплю: за царство, думаю, піде.</w:t>
      </w:r>
    </w:p>
    <w:p>
      <w:r>
        <w:br/>
        <w:t>А батюшка було: "Хто тут страждає, терпить, той на тім світі блаженствовать буде".</w:t>
      </w:r>
    </w:p>
    <w:p>
      <w:r>
        <w:br/>
        <w:t>Так мені гарно. І не їм іноді було сутки цілі.</w:t>
      </w:r>
    </w:p>
    <w:p>
      <w:r>
        <w:br/>
        <w:t>Пасу було скот інше літо, хоч немає свого, то чужий. Гарно у полі! Толока. Будяки червоніють. Сонце світить; щось у повітрі мигтить проти його. А там за долиною жито полискувться: котяться хвилі, котяться. А там он у млі могила стоїть, гай видно, опускається небо... Це там, мабуть, і є те щось гарне. Хочеться йти туди, йти. Ліс бовваніє... Це там чарівниця живе, зілля варить; цвіте папороч там.</w:t>
      </w:r>
    </w:p>
    <w:p>
      <w:r>
        <w:br/>
        <w:t>Попорозказую іноді казок було хлопцям. Мовчазний я і не зразу почну, ну, та як і почну вже було. Мелю й мелю їм прямо сам з себе: то по лісах десь ходжу, то по болотах, по печерях; се бачу, те — відьом, русалок. Після материних казок якось так все це легко уявлялось мені.</w:t>
      </w:r>
    </w:p>
    <w:p>
      <w:r>
        <w:br/>
        <w:t>Тільки до всього такого, як у м'яча грать абощо, я така вже недотепа була. Було й м'яч з лівші кидаю і не вцілю нікого. Мало й приймали мене. Або почнуть борюкаться оце, й мене іноді втягнуть між себе, — ні вивернусь, ні схоплюсь, як інші. Та й нудним все це здавалось мені. Як замість цього, та в ліс було підемо чи на луку: по по-лівниці, щавель, та ще й на півдня, — такий радий я.</w:t>
      </w:r>
    </w:p>
    <w:p>
      <w:r>
        <w:br/>
        <w:t>Все більшим стаю. Заставляють мене тупірець брать, ціп, — на поденщину йти. А я розведу водою чорнило, щоб надовше хопило, малюю, пишу. Для чого? Нащо? Як і раніш, не думав про це. Так мені хочеться, бажається так. І дедалі все дужче. Виженуть з хати було, іду за клуню, на дверіх малюю. Нарву листя з соняшників, з гарбузиння, помну, помну у пучках і ото соком. А де стовбур треба чи хату, там я вуглем. Тільки така досада:</w:t>
      </w:r>
    </w:p>
    <w:p>
      <w:r>
        <w:br/>
        <w:t>рудіє сік, рудіє було, а далі й не знать його стає.</w:t>
      </w:r>
    </w:p>
    <w:p>
      <w:r>
        <w:br/>
        <w:t>Чухає голову батько.</w:t>
      </w:r>
    </w:p>
    <w:p>
      <w:r>
        <w:br/>
        <w:t>— В кого він і вдався такий! — каже. — В школу не схотів, тепер он що він... Не буде добра з сякого-такого!</w:t>
      </w:r>
    </w:p>
    <w:p>
      <w:r>
        <w:br/>
        <w:t>Піде в город, облазить всі канцелярії, щоб де за писарчука мене устромить, коли вже такий, мов. Попосміються там з його, — сердитий-сердитий приходе.</w:t>
      </w:r>
    </w:p>
    <w:p>
      <w:r>
        <w:br/>
        <w:t>— І сяка і така, — починає на матір, — держиш його дома, балуєш!.. Я б його досі прогнав.</w:t>
      </w:r>
    </w:p>
    <w:p>
      <w:r>
        <w:br/>
        <w:t>А мати все оступається за мною було. Усе:</w:t>
      </w:r>
    </w:p>
    <w:p>
      <w:r>
        <w:br/>
        <w:t>— Малоздоровний, худий... — А я таки й був такий.</w:t>
      </w:r>
    </w:p>
    <w:p>
      <w:r>
        <w:br/>
        <w:t>Написав раз статейку. Ходить, мов, у лісі хлопчик один. Пташки, сонечко, мухи, квітки, ягідки... Радіє він, бажає чогось, линуть хоче кудись. Написав чималенько. І дивлюсь, мов нічого статейка.</w:t>
      </w:r>
    </w:p>
    <w:p>
      <w:r>
        <w:br/>
        <w:t>"А що, якби буть сочинителем, — думаю. — Які вони, з яких? Казав книгоноша тоді, що... от забув, хто... був із селян і, як і я, з бідних. А що, якби так і собі! А дай до Бовкуна піду, покажу, що скаже. Може, ще й дорогу дасть, як, казав книгоноша, тому дали. Так-бо бажається чогось, а він пан такий доступний, кажуть".</w:t>
      </w:r>
    </w:p>
    <w:p>
      <w:r>
        <w:br/>
        <w:t>Надів чумарчину, пішов. Присінки, виноградом повиті. Виходе. Такий повний, борідка клинцем, — прочитав.</w:t>
      </w:r>
    </w:p>
    <w:p>
      <w:r>
        <w:br/>
        <w:t>— Молодець, — каже, — маєш дар. Тільки... читать, главное... читать побільш треба тобі. — Помовчав. — А слушай: мені в канцелярію треба б хлопця такого, — тільки що розщитав одного: глупий такой. Так вот ти... чи не зістався б на його місці у мене?</w:t>
      </w:r>
    </w:p>
    <w:p>
      <w:r>
        <w:br/>
        <w:t>А він земським начальником сам.</w:t>
      </w:r>
    </w:p>
    <w:p>
      <w:r>
        <w:br/>
        <w:t>Нічого й казать: ухопивсь я за це, тим більше: у його й жить. Жить у домі цегловому під однією покрівлею з панами! Як воно?</w:t>
      </w:r>
    </w:p>
    <w:p>
      <w:r>
        <w:br/>
        <w:t>Іду сповістить батька, матір.</w:t>
      </w:r>
    </w:p>
    <w:p>
      <w:r>
        <w:br/>
        <w:t>Це ж яке щастя, — радію. — Жить у людей розумних, освічених! Хто, хто а вони вже знають про віщось велике, гарне на світі... Люде тямущі, бачать далеко... От таких мені й треба. А книг стільки у їх! Ішов поз вікно, що було саме одчинене, видно: полички так і заставлені ними. І всякими: й малими, й великими. Так от! Що воно в їх? Про віщо ото все вони? Казав пан: "Читать побільш треба тобі..." От і нехай... Отоді! І не такі ще статейки писатиму. А тут і пан. Напишу: "Нате", — скажу. Може, ще й у яке таке учення оддасть мене, — своя економія. А який сад у його, скільки квіток в огорожці!.. Ах, любий пан, гарний, хороший!.. Ще й балака по-нашому.</w:t>
      </w:r>
    </w:p>
    <w:p>
      <w:r>
        <w:br/>
        <w:t>Пораділи й дома не менш.</w:t>
      </w:r>
    </w:p>
    <w:p>
      <w:r>
        <w:br/>
        <w:t>— Шануйся ж оце, — навчають мене, — годи панові, чоловіком наставить: писарюватимеш собі у сухому та в теплому.</w:t>
      </w:r>
    </w:p>
    <w:p>
      <w:r>
        <w:br/>
        <w:t>Ліг спать, не засну. Жду вже, жду, поки сонце зійде, щоб швидче до пана.</w:t>
      </w:r>
    </w:p>
    <w:p>
      <w:r>
        <w:br/>
        <w:t>Заступив і... таке життя було мені там, щось гарне, велике, книги, — усе...</w:t>
      </w:r>
    </w:p>
    <w:p>
      <w:r>
        <w:br/>
        <w:t>Був письмоводитель надо мною. Літ сорока чоловік; смаглюватенький, щелепи здорові, вуси ріденькі, бороди немає зовсім. У такій він повазі у пана. Письмоводителем здавна по земських, так там такого знавця корчить: і сьому, й тому вчить пана, і пан його слухає. І не тільки, як буть земським, учить, а й хазяйнувать як. Хліб убирать панові ось, — уже він знає: так, а не так треба. Рисака купить: такого, а не такого. І скрізь йому діло: повар, конюх, — доносить панові або пані, — горнична до хлопців залицяється, садовник не годиться нікуди.</w:t>
      </w:r>
    </w:p>
    <w:p>
      <w:r>
        <w:br/>
        <w:t>Слухають його, шанують. Часто пан:</w:t>
      </w:r>
    </w:p>
    <w:p>
      <w:r>
        <w:br/>
        <w:t>— Ларіон Михайлович, а йдіть чаю! — Або: — Ларіон Михайлович, я хочу зробить вам подарочок: піджак є лишній у мене.</w:t>
      </w:r>
    </w:p>
    <w:p>
      <w:r>
        <w:br/>
        <w:t>І живе чоловік. А що в канцелярії діл... всі валить на мене. Було прийде перед обідом оце:</w:t>
      </w:r>
    </w:p>
    <w:p>
      <w:r>
        <w:br/>
        <w:t>— Ну, Філіп, по всім цим ділам нужно поготовить повєсткі. А з цього й з цього по копії знять, з цього дві. Те он позаводить у книгу. Та гляди... все це назавтра, чуєш?</w:t>
      </w:r>
    </w:p>
    <w:p>
      <w:r>
        <w:br/>
        <w:t>Посидить, пощипа волосину, що десь стирчить замість бороди, і, як не видно пана, щоб збрехать йому що або чаю напиться, за шапку й додому. Ходить було у шапці — книшем. А літом у картузі — ґудзик зверху.</w:t>
      </w:r>
    </w:p>
    <w:p>
      <w:r>
        <w:br/>
        <w:t>Живе недалечко в селі, "облікатує": гребе гроші з дядьків. Живе ще й з аренд всяких, бере у пана по тридцять у місяць, і нічого.</w:t>
      </w:r>
    </w:p>
    <w:p>
      <w:r>
        <w:br/>
        <w:t>Бомаг, бомаг на столі, — встигай тільки. А тут не одне й лихо: пані з своїми ділами. Така: воло так і одвисло, товста сама; вигляне з кімнати в канцелярію:</w:t>
      </w:r>
    </w:p>
    <w:p>
      <w:r>
        <w:br/>
        <w:t>— Филипп, беги сейчас в село, позови прачку Настю. Да чего зто в канцелярии пол грязньїй такой? Вытри.</w:t>
      </w:r>
    </w:p>
    <w:p>
      <w:r>
        <w:br/>
        <w:t>Кидаю ручку, дивлюсь: що ж робить, чи те спершу, чи те.</w:t>
      </w:r>
    </w:p>
    <w:p>
      <w:r>
        <w:br/>
        <w:t>— Чего ж сидишь?</w:t>
      </w:r>
    </w:p>
    <w:p>
      <w:r>
        <w:br/>
        <w:t>Біжу за Настею. Прибігаю, починаю поміст витирать, знов вона:</w:t>
      </w:r>
    </w:p>
    <w:p>
      <w:r>
        <w:br/>
        <w:t>— Филипп, внеси ванну, пойди да затопи печку сейчас.</w:t>
      </w:r>
    </w:p>
    <w:p>
      <w:r>
        <w:br/>
        <w:t>І ото не одмагайсь:</w:t>
      </w:r>
    </w:p>
    <w:p>
      <w:r>
        <w:br/>
        <w:t>— Бариня, — раз їй кажу, — писать ось на завтра багато.</w:t>
      </w:r>
    </w:p>
    <w:p>
      <w:r>
        <w:br/>
        <w:t>— Что-о? — запищала. Голос такий противний у неї: товстий, а вона його робить тонким. — Что-о? Не хочешь служить?!</w:t>
      </w:r>
    </w:p>
    <w:p>
      <w:r>
        <w:br/>
        <w:t>Інший день так прямо хоч розірвись було. Приходе письмоводитель бувало, коли не се, то те не готове.</w:t>
      </w:r>
    </w:p>
    <w:p>
      <w:r>
        <w:br/>
        <w:t>— Гм, — починає. — Зто же почему? — І теж: — Не хочешь служить?</w:t>
      </w:r>
    </w:p>
    <w:p>
      <w:r>
        <w:br/>
        <w:t>Похнюпишся, і ні слова, пишеш. Бо скажеш "почему", ще гірш буде. Сказав раз:</w:t>
      </w:r>
    </w:p>
    <w:p>
      <w:r>
        <w:br/>
        <w:t>— Бариня до другої роботи одриває.</w:t>
      </w:r>
    </w:p>
    <w:p>
      <w:r>
        <w:br/>
        <w:t>Нічого він. Ходить по канцелярії, щипа вуса. Ось пить чаю гукнули його. Балакають там, мені крізь двері й чуть.</w:t>
      </w:r>
    </w:p>
    <w:p>
      <w:r>
        <w:br/>
        <w:t>— Такой отой Філіп негодяй, — провадить Ларіон Михайлович, — нікакого почтєнія у нєго, нікакого послушанія.</w:t>
      </w:r>
    </w:p>
    <w:p>
      <w:r>
        <w:br/>
        <w:t>— Да, — підхоплює пані. — Й сама я говорить хотела об зтом. Обращаешься к нему, — такую недовольную рожу строит. Й нет того: посмотреть барине в глаза веселенько, встать перед ней.</w:t>
      </w:r>
    </w:p>
    <w:p>
      <w:r>
        <w:br/>
        <w:t>— Да вот і зараз: лєнітся, дєлов не виготовіл, сказал я ему, он: "бариня одриває"... І главноє: не "одривають", а "одриває", і так грубо.</w:t>
      </w:r>
    </w:p>
    <w:p>
      <w:r>
        <w:br/>
        <w:t>Загрюкотів стілець, вискакує така червона.</w:t>
      </w:r>
    </w:p>
    <w:p>
      <w:r>
        <w:br/>
        <w:t>— Что зто в самом деле? — кричить. — Что за грубости? Что за жалобм? Разве я не вправе над тобой? Я? В своем доме? Пошел сейчас, дрова складывай. Скотина!</w:t>
      </w:r>
    </w:p>
    <w:p>
      <w:r>
        <w:br/>
        <w:t>Часто було й сам Ларіон Михайлович:</w:t>
      </w:r>
    </w:p>
    <w:p>
      <w:r>
        <w:br/>
        <w:t>— Філіп, бєгі до мене додому, портабак візьмеш, забув. — Або:</w:t>
      </w:r>
    </w:p>
    <w:p>
      <w:r>
        <w:br/>
        <w:t>— Філіп, бєгі до мене, кроліка принесеш сюди, покажемо барині.</w:t>
      </w:r>
    </w:p>
    <w:p>
      <w:r>
        <w:br/>
        <w:t>Хапаєшся було там і тут. В канцелярії і до після півночі сидиш іноді. Заболить, заболить у грудіх, а в очіх тільки миг-миг... Сіріє у вікнах, встаєш.</w:t>
      </w:r>
    </w:p>
    <w:p>
      <w:r>
        <w:br/>
        <w:t>І це я був тільки за "мальчика", — "привчавсь"... Плати ніякої не було мені. Дивися тільки: переводять гроші пани на ляльки, іграшки всякі, дурниці, а тобі й... на книжку нема.</w:t>
      </w:r>
    </w:p>
    <w:p>
      <w:r>
        <w:br/>
        <w:t>Пожив так з півроку, прошу в батька на чоботи. Він:</w:t>
      </w:r>
    </w:p>
    <w:p>
      <w:r>
        <w:br/>
        <w:t>— А жалування? Коли вже воно буде тобі? Требуй! І гребувать у пана й боюсь. А як увільнить бува, думаю. До його давно вже хлопчак якийсь проситься. Де дінешся тоді? А може ж, таки поживу — полегшає. Осмілився раз:</w:t>
      </w:r>
    </w:p>
    <w:p>
      <w:r>
        <w:br/>
        <w:t>— Призначте... — до пана балакаю, — се й те... трудно.</w:t>
      </w:r>
    </w:p>
    <w:p>
      <w:r>
        <w:br/>
        <w:t>Нічого пан, дивиться в діло одне. А письмоводитель:</w:t>
      </w:r>
    </w:p>
    <w:p>
      <w:r>
        <w:br/>
        <w:t>— Ну, який скорий! Послужіть на до єщо. — Позирає до пана, оскиряється.</w:t>
      </w:r>
    </w:p>
    <w:p>
      <w:r>
        <w:br/>
        <w:t>Почула це, мабуть, і пані. Увіходить.</w:t>
      </w:r>
    </w:p>
    <w:p>
      <w:r>
        <w:br/>
        <w:t>— Какого тебе жалованья? — закопилила губи. — Кормят тебя, квартиру дают... Чего еще тебе?</w:t>
      </w:r>
    </w:p>
    <w:p>
      <w:r>
        <w:br/>
        <w:t>А я харчувався на кухні. Борщ сьорбав не дуже чим смачніший, ніж і дома, кашу глизяву їв. Квартирував у прихожій канцелярській. Для панів окрема була. Постелю було чумарчину на помості під грубою, вкриюсь ряденцем, лежу. Зима. Холодно, в двері віє і груба не помагає нічого, — скнієш. Болить у боці, — почало у прихожій боліть.</w:t>
      </w:r>
    </w:p>
    <w:p>
      <w:r>
        <w:br/>
        <w:t>Похваливсь раз про таке спання панові.</w:t>
      </w:r>
    </w:p>
    <w:p>
      <w:r>
        <w:br/>
        <w:t>— Нічого, — каже. — І дома не краще у вас.</w:t>
      </w:r>
    </w:p>
    <w:p>
      <w:r>
        <w:br/>
        <w:t>Жалко було зробиться іноді, жалко. Там за стіною брязкають тарілками, ложками: смачне щось, смачне чуть, їдять, і чуть: лоп пробка, лоп в плящці, а ти сидиш над повістками, копіями, слину ковтаєш. Там за стіною стоять ліжка й переліжка, а ти витираєш поміст.</w:t>
      </w:r>
    </w:p>
    <w:p>
      <w:r>
        <w:br/>
        <w:t>Ще минає з півроку. Почав уже сам батько шапкувать перед паном за жалування мені. От ще! Подивишся було: такий худий, зігнутий стоїть ось, і угодований, ситий сидить он. Пригадаєш ще матір: працює десь застуджена, зморена, обличчя змарніле, і на пані подивишся: походжав в шовках, оддувае воло. Так було здавить у горлі тобі: чого так?</w:t>
      </w:r>
    </w:p>
    <w:p>
      <w:r>
        <w:br/>
        <w:t>Призначив пан таки аж цілих три карбованці на місяць.</w:t>
      </w:r>
    </w:p>
    <w:p>
      <w:r>
        <w:br/>
        <w:t>— Ну, что, доволен? — питає мене і питає з таким осміхом, ніби це хто його зна й яке цим він мені щастя зробив.</w:t>
      </w:r>
    </w:p>
    <w:p>
      <w:r>
        <w:br/>
        <w:t>Хоча, правда, я й повеселішав-таки. Як же? На жалованні вже! Таки йде до кращого, думаю.</w:t>
      </w:r>
    </w:p>
    <w:p>
      <w:r>
        <w:br/>
        <w:t>І то було напишу статейку яку, часу ввірву, не показую йому, сердито, — а це написав, підношу. А ця була про парубка одного, що, мов, і світ гарний, і все, а йому так сумно... Прочитав.</w:t>
      </w:r>
    </w:p>
    <w:p>
      <w:r>
        <w:br/>
        <w:t>— Да, — каже, — розвивай дарованіє, розвивай. Читать усе ж надо тобі, читать.</w:t>
      </w:r>
    </w:p>
    <w:p>
      <w:r>
        <w:br/>
        <w:t>Ага, думаю, оце якраз шанець... Може, хоч книг дасть.</w:t>
      </w:r>
    </w:p>
    <w:p>
      <w:r>
        <w:br/>
        <w:t>— А як розвивать? — усміхаюсь. — І книг нема й ніколи.</w:t>
      </w:r>
    </w:p>
    <w:p>
      <w:r>
        <w:br/>
        <w:t>Стиснув пан плечима.</w:t>
      </w:r>
    </w:p>
    <w:p>
      <w:r>
        <w:br/>
        <w:t>— Ну, что ж? — та й з канцелярії.</w:t>
      </w:r>
    </w:p>
    <w:p>
      <w:r>
        <w:br/>
        <w:t>Сидиш було, думаєш тільки: книг, книг там за стіною, а тут і подивиться нема. Тягають там їх, рвуть паненята, а тут читав би, читав, голубив, нема.</w:t>
      </w:r>
    </w:p>
    <w:p>
      <w:r>
        <w:br/>
        <w:t>Вимітає було дівка з покоїв, дивишся: чи не мете листка з журналу якого, щоб узять.</w:t>
      </w:r>
    </w:p>
    <w:p>
      <w:r>
        <w:br/>
        <w:t>А то одного разу стою коло комори, стружу палички нащось, загадала пані. Сад зразу за коморою. Так гарно в йому. Липа цвіте, бджоли гудуть; понад стежкою каштани стоять. І от під одним лавка, а на лавці Миша сидить, такий опецькуватий, очі зверху. Блузка на йому якась... шовкова, мабуть; картуз з кантами жовтуватими, — десь у якомусь реальному вчивсь, — на коліні книжка у його така здорова. Перегортає. Дивлюсь.</w:t>
      </w:r>
    </w:p>
    <w:p>
      <w:r>
        <w:br/>
        <w:t>"Ну, якби до його забалакать про неї, — думаю, — та підійти, хай покаже, — кортить страх".</w:t>
      </w:r>
    </w:p>
    <w:p>
      <w:r>
        <w:br/>
        <w:t>Позираю-позираю, ніяк не насмію, далі таки:</w:t>
      </w:r>
    </w:p>
    <w:p>
      <w:r>
        <w:br/>
        <w:t>— Ну, то й книга, видно, у вас!.. Яка вона? Підняв панич голову та:</w:t>
      </w:r>
    </w:p>
    <w:p>
      <w:r>
        <w:br/>
        <w:t>— А тебе на что? Почервонів я, чую, а все-таки:</w:t>
      </w:r>
    </w:p>
    <w:p>
      <w:r>
        <w:br/>
        <w:t>— А так... Подивиться якби.</w:t>
      </w:r>
    </w:p>
    <w:p>
      <w:r>
        <w:br/>
        <w:t>— Гм, — помовчав. — Ну, йди "дивись". Так я й став біля його. Перегортає, — дивлюсь, стою. Портретів, портретів.</w:t>
      </w:r>
    </w:p>
    <w:p>
      <w:r>
        <w:br/>
        <w:t>— Хто воно? — питаю.</w:t>
      </w:r>
    </w:p>
    <w:p>
      <w:r>
        <w:br/>
        <w:t>— Сочинители, — буркнув панич.</w:t>
      </w:r>
    </w:p>
    <w:p>
      <w:r>
        <w:br/>
        <w:t>Лізе, лізе комашня по мені... "Сочинителі! — думаю. — Це ж вони, вони самі?!" Дивлюся вже, дивлюся на їх. Під кожним читання якесь...</w:t>
      </w:r>
    </w:p>
    <w:p>
      <w:r>
        <w:br/>
        <w:t>— Про віщо? — питаю. Помовчав він, далі:</w:t>
      </w:r>
    </w:p>
    <w:p>
      <w:r>
        <w:br/>
        <w:t>— Про жизнь их.</w:t>
      </w:r>
    </w:p>
    <w:p>
      <w:r>
        <w:br/>
        <w:t>— Про жизнь?.. Хм-хм!.. А як же живуть вони? — всміхаюсь.</w:t>
      </w:r>
    </w:p>
    <w:p>
      <w:r>
        <w:br/>
        <w:t>— Да так... На что тебе? — Знов помовчав. — А зто вот й сочинения каждого: рассказн, стихи.</w:t>
      </w:r>
    </w:p>
    <w:p>
      <w:r>
        <w:br/>
        <w:t>— Рассказы, стихи!.. А якби... а якби прочитать що? І тут: "Филипп!" — залящало збоку. Зирк, пані іде.</w:t>
      </w:r>
    </w:p>
    <w:p>
      <w:r>
        <w:br/>
        <w:t>— Ты зачем сюда ходишь? — витріщилась на мене. — Пошел вон отсюда!</w:t>
      </w:r>
    </w:p>
    <w:p>
      <w:r>
        <w:br/>
        <w:t>Почала щось до Миші, щось... "зачем водиться", теж суворо так, та я вже не дослуховувавсь. Удавило, удавило мене, — пішов паличок достругувать.</w:t>
      </w:r>
    </w:p>
    <w:p>
      <w:r>
        <w:br/>
        <w:t>"Пішов вон!" — як на собаку. А треба поливать дерево, прочищать доріжки: "Филипп, йди!" Поливаю було живці, квітки, — обльопаюсь так, носячи воду. Тоді можна.</w:t>
      </w:r>
    </w:p>
    <w:p>
      <w:r>
        <w:br/>
        <w:t>Увечері, чую крізь двері, за стіною балакають.</w:t>
      </w:r>
    </w:p>
    <w:p>
      <w:r>
        <w:br/>
        <w:t>Пані:</w:t>
      </w:r>
    </w:p>
    <w:p>
      <w:r>
        <w:br/>
        <w:t>— А Миша... пусть не смеет водиться с Филиппом. Что за компания? Смотрю: сидит в саду, перед ним Филипп, — смотрит в книгу ему й, главное, воображает, усмехается.</w:t>
      </w:r>
    </w:p>
    <w:p>
      <w:r>
        <w:br/>
        <w:t>— Да, ато скверно, — обзивається пан.</w:t>
      </w:r>
    </w:p>
    <w:p>
      <w:r>
        <w:br/>
        <w:t>— Й ручищи такие грубые, а он, наверно, трогал й книгу еще?! Й сам грязньїй такой... чумарка зта на нем... тьфу! А язик! "Чого, що..." Чтоб я его больше не видела с Мишей.</w:t>
      </w:r>
    </w:p>
    <w:p>
      <w:r>
        <w:br/>
        <w:t>— Да, — позіхнув пан, — что, что, а язык может при-виться. Хотя я й сам, как малоросе, говорю с мужиками на нем, но... детям... нужно следить.</w:t>
      </w:r>
    </w:p>
    <w:p>
      <w:r>
        <w:br/>
        <w:t>— Подальше от мужиков... А знаешь, Ваня, Мишу определить бы в военньїе; он такой способньїй: взял ружье й с одного разу сороку убил.</w:t>
      </w:r>
    </w:p>
    <w:p>
      <w:r>
        <w:br/>
        <w:t>— Серьезно?</w:t>
      </w:r>
    </w:p>
    <w:p>
      <w:r>
        <w:br/>
        <w:t>— Да. Нужно обратить на ато внимание.</w:t>
      </w:r>
    </w:p>
    <w:p>
      <w:r>
        <w:br/>
        <w:t>— Интересно, нужно.</w:t>
      </w:r>
    </w:p>
    <w:p>
      <w:r>
        <w:br/>
        <w:t>— Только... бедньгй мальчик, как он страдает! У Козлових єсть автомобиль, — катаются, — у нас нет... "Ах, — говорит, — вот бы селом прокатил!" Ах, сколько переживаний, сколько страданий! Ах! Такой мальчик способний й так страдает!</w:t>
      </w:r>
    </w:p>
    <w:p>
      <w:r>
        <w:br/>
        <w:t>— Действительно. Нужно приобресть. — Помовчав. — А ти знаешь, Леночка: Филипп тоже малий способньїй. Такой... пишет расскази.</w:t>
      </w:r>
    </w:p>
    <w:p>
      <w:r>
        <w:br/>
        <w:t>— Что? Ха-ха!</w:t>
      </w:r>
    </w:p>
    <w:p>
      <w:r>
        <w:br/>
        <w:t>— Серьезно.</w:t>
      </w:r>
    </w:p>
    <w:p>
      <w:r>
        <w:br/>
        <w:t>— Ха-ха! Филипп пишет расскази! Мужичонок несчастний пишет расскази! Ха-ха-ха!</w:t>
      </w:r>
    </w:p>
    <w:p>
      <w:r>
        <w:br/>
        <w:t>— И такие содержательньїе, такие грустние... с переживаниями.</w:t>
      </w:r>
    </w:p>
    <w:p>
      <w:r>
        <w:br/>
        <w:t>— Пх!.. Филипп с переживаннями! Ерунда! Читала я вчера в журнале рассказ... вот: чудная вещь!.. Там жена статского советника одного решает вопрос: любить или не любить своего мужа, — вот! Сколько тут переживаний!</w:t>
      </w:r>
    </w:p>
    <w:p>
      <w:r>
        <w:br/>
        <w:t>— Действительно.</w:t>
      </w:r>
    </w:p>
    <w:p>
      <w:r>
        <w:br/>
        <w:t>— Филипп... пх!.. Лучше бы он не писал зтих "рас-сказов" своих да к господам бмл почтительнее.</w:t>
      </w:r>
    </w:p>
    <w:p>
      <w:r>
        <w:br/>
        <w:t>— Да, й то правда.</w:t>
      </w:r>
    </w:p>
    <w:p>
      <w:r>
        <w:br/>
        <w:t>— Ха-ха! О Филиппе заговорили, — пишет расскази!.. Да он сумасшедший, верно. Давно я уже заметила ато за ним. Ненормальний, идиот какой-то. Часто он смотрит й смотрит в одну точку. Особенно, когда Оля вечером на рояле играет, — как статуя стоит. Не раз видела его у ее окна под тополькой. А то иной раз месяц всходит за садом, — стоит возле кухни й все смотрит на него, — воображает. Нарочно прохожу раз мимо него — й головою сволочь не кивнет мне. Тьфу, противний!</w:t>
      </w:r>
    </w:p>
    <w:p>
      <w:r>
        <w:br/>
        <w:t>Справді це так було зо мною. Сходить місяць оце, якось прямо мене тягне дивиться на його. Визирає, визирає з-за дерева, простягав пасма золоті.</w:t>
      </w:r>
    </w:p>
    <w:p>
      <w:r>
        <w:br/>
        <w:t>А було заграють в покоях!.. Йде щось по тілові, йде, а чуб так вгору й стає. День і ніч слухав би, здається. Тільки, як там грають, а я сиджу в канцелярії, — негаразд чуть мені, двері позачиняні, — така досада. Ото вже, як увечері іноді з ділами упораюсь та вийду надвір, та ще як і вікно яке у Олі одчинене! Так там... Картини висять: рямця золоті, та так проти світла і сяють, а стіни такі блакитні. Дерево всяке листате зеленіє; щось, як скриня, стоїть, рояль той, мабуть. І тут вона... Така русява, щічки повні, рум'яні, — сидить, грає. Линуть згуки, линуть... Небесні згуки, божественні! Співають, плачуть, сміються, дрижать. Танцює світ, танцює мені... Лечу кудись, лечу. І тільки що не крикну: боже! Як гарно! Оля, гарнесенька Оля!</w:t>
      </w:r>
    </w:p>
    <w:p>
      <w:r>
        <w:br/>
        <w:t>І от помітить мене так під туполькою пані, найбільш з саду, кричить:</w:t>
      </w:r>
    </w:p>
    <w:p>
      <w:r>
        <w:br/>
        <w:t>— Тн зачем там торчишь? Пойди вон у ту кадушку водм наноси. А тм закрой окно, Оля.</w:t>
      </w:r>
    </w:p>
    <w:p>
      <w:r>
        <w:br/>
        <w:t>Так зітхнеш було іноді. Такий світ чарівний, думаєш, та він не для тебе. Живуть... та не ти.</w:t>
      </w:r>
    </w:p>
    <w:p>
      <w:r>
        <w:br/>
        <w:t>Дивлюся звідкіль на Олю було:</w:t>
      </w:r>
    </w:p>
    <w:p>
      <w:r>
        <w:br/>
        <w:t>"Ну, як воно, — думаю, — якби з нею побуть? Панська дочка... Живе у такому... ходить в шовках... вчиться десь, грає отак... У неї, мабуть, і тіло не таке, як у простої дівчини, і розум, і все".</w:t>
      </w:r>
    </w:p>
    <w:p>
      <w:r>
        <w:br/>
        <w:t>Ех, не для тебе цей світ, не для тебе! Здумаєш про той світ було: як хоч там? Для кого хоч той? Станеш іноді в прихожій було, шепочеш, шепочеш молитви, — не легшає. Нема тії віри, тії надії, що раніш.</w:t>
      </w:r>
    </w:p>
    <w:p>
      <w:r>
        <w:br/>
        <w:t>Смішно здавалось якось. Батюшка як почне було: царство та царство і все: багатирям трудно, трудно попасти у його. А сам, дивлюсь, і пасіку має, й стоги в огороді, й ще й ще землю купує. "Як же це так? — було думаю. — Не хоче у царство, чи що б то? І такий повний увесь".</w:t>
      </w:r>
    </w:p>
    <w:p>
      <w:r>
        <w:br/>
        <w:t>— Молиться треба, до церкви ходить, — навчає було, — бо хто не ходить, той і сякий і такий... і дороги не достоїн перейти батюшці.</w:t>
      </w:r>
    </w:p>
    <w:p>
      <w:r>
        <w:br/>
        <w:t>А Бовкун і не загляне ніколи у неї, а проте батюшка, дивлюсь, такий ласкавий до його і бриль скине перед ним, і вклониться йому. А батько мій, дивлюсь, і до церкви ходить, і молиться, і він... "ти" на його. Примічаю було. Та, й. пани... Ніколи ніхто з їх і не згадає про пекло, про рай, а живуть, не горюють.</w:t>
      </w:r>
    </w:p>
    <w:p>
      <w:r>
        <w:br/>
        <w:t>А чи похопився б за панами у рай?</w:t>
      </w:r>
    </w:p>
    <w:p>
      <w:r>
        <w:br/>
        <w:t>Стиснеш зубами було: страждаєш... для чого?</w:t>
      </w:r>
    </w:p>
    <w:p>
      <w:r>
        <w:br/>
        <w:t>Та понаїздять було паничі, панночки до Миші, до Олі, вирегочують, бігають. Дивишся тільки. Та їх поважають пан, пані та "ви" на кожного, по батькові кожного. Ой, що робить? І я ж чоловік!</w:t>
      </w:r>
    </w:p>
    <w:p>
      <w:r>
        <w:br/>
        <w:t>Вигарчав раз грошей у пана, — винен був за два місяці, — справлю хоч піджачок, думаю... і я... як у їх. Справив. Новенький, чорненький, нічого собі. Ну, думаю, нехай... може, хоч не морщитиме носа пані, як ітиме поз мене. Позирне на чумарчину стареньку мені, так було поведе ним.</w:t>
      </w:r>
    </w:p>
    <w:p>
      <w:r>
        <w:br/>
        <w:t>І от сиджу раз в канцелярії, селянинові одному про суд щось балакаю. Сидить коло мене, так слуха уважно. Страх мені гарно, ще і "ви" на мене.</w:t>
      </w:r>
    </w:p>
    <w:p>
      <w:r>
        <w:br/>
        <w:t>Як ось: "Филипп! — з дверей пані. — Пойди муки на кухню внеси".</w:t>
      </w:r>
    </w:p>
    <w:p>
      <w:r>
        <w:br/>
        <w:t>Почервонів я, чую. Так, от думаю, новий піджачок, так сидів з чоловіком, піди вробись в борошно. Мнусь.</w:t>
      </w:r>
    </w:p>
    <w:p>
      <w:r>
        <w:br/>
        <w:t>— А може б... хто інший отам... хурман... Я ось... — почав їй.</w:t>
      </w:r>
    </w:p>
    <w:p>
      <w:r>
        <w:br/>
        <w:t>Як залящить вона:</w:t>
      </w:r>
    </w:p>
    <w:p>
      <w:r>
        <w:br/>
        <w:t>— Не учи меня! Я хочу, чтобы ты...</w:t>
      </w:r>
    </w:p>
    <w:p>
      <w:r>
        <w:br/>
        <w:t>Дивиться чоловік той то на мене, то на неї. Іду з канцелярії, він за мною і вже й він — "ти" на мене.</w:t>
      </w:r>
    </w:p>
    <w:p>
      <w:r>
        <w:br/>
        <w:t>А то... тут уже лопнув терпець.</w:t>
      </w:r>
    </w:p>
    <w:p>
      <w:r>
        <w:br/>
        <w:t>Стою раз надворі. Ніч. Тихо, тепло і полем так пахне. Вийшов за хвіртку. Жито сіріе туди і сюди; дорога чорніє, бовваніє дерево збоку. Дивлюся, стою. Як ось ідуть з поля: Миша і якийсь гість — товариш його, впроходки ходили.</w:t>
      </w:r>
    </w:p>
    <w:p>
      <w:r>
        <w:br/>
        <w:t>Так закортіло й мені піти походить. Ніколи та ніколи все, — піду, думаю.</w:t>
      </w:r>
    </w:p>
    <w:p>
      <w:r>
        <w:br/>
        <w:t>Погасив в канцелярії світло; позапирав вікна, двері, — пішов.</w:t>
      </w:r>
    </w:p>
    <w:p>
      <w:r>
        <w:br/>
        <w:t>Так й гарно ж! Не чуть, не чуть нічого оце, та й трісне щось в житі: десь візьметься жук, загуде — пролетить; перепелка хававкне... А вітерець так лоскоче тебе. А вгорі що! Зорь, зорь!.. Сяють, тремтять. Та небо скрізь синє, глибоке. Так мені...</w:t>
      </w:r>
    </w:p>
    <w:p>
      <w:r>
        <w:br/>
        <w:t>Боже, що таке воно ото все?</w:t>
      </w:r>
    </w:p>
    <w:p>
      <w:r>
        <w:br/>
        <w:t>Гай он чорніє; за ним жевріє небо; висувається, висувається місяць.</w:t>
      </w:r>
    </w:p>
    <w:p>
      <w:r>
        <w:br/>
        <w:t>Ходжу й ходжу. Туди пройтись хочеться, туди. Там он верби в напівтемряві купчаться, деркач обзивається, і несе-несе травою, квітками звідтіль. А там он мріє левада, тополі стоять, сріблом віддають.</w:t>
      </w:r>
    </w:p>
    <w:p>
      <w:r>
        <w:br/>
        <w:t>Не знаю, чи довго я так проходив, чи ні, тільки як прийшов з поля, уже в домі не світилось нігде. Кухня заперта була, — а з кухні був хід і в прихожу, — переночував я в сараї, в стружках.</w:t>
      </w:r>
    </w:p>
    <w:p>
      <w:r>
        <w:br/>
        <w:t>Переночував і нічого.</w:t>
      </w:r>
    </w:p>
    <w:p>
      <w:r>
        <w:br/>
        <w:t>Аж ось повставали в покоях; слухаю, пані:</w:t>
      </w:r>
    </w:p>
    <w:p>
      <w:r>
        <w:br/>
        <w:t>— Да как он смел?! Стул на крмльцо надо мне вимести било: "Филипп, Филипп!.." — его нет... Из-за него я й горло повредила себе... Что за отлучки?</w:t>
      </w:r>
    </w:p>
    <w:p>
      <w:r>
        <w:br/>
        <w:t>Вибігає пан, сердитий.</w:t>
      </w:r>
    </w:p>
    <w:p>
      <w:r>
        <w:br/>
        <w:t>— Тн где по ночам шалаешься? Тебя нужно тут, а ти шалаешься?!</w:t>
      </w:r>
    </w:p>
    <w:p>
      <w:r>
        <w:br/>
        <w:t>— Тн что?! — витріщивсь і письмоводитель на мене. — Как ато так?! Тут же й воры в канцелярию могут, все.</w:t>
      </w:r>
    </w:p>
    <w:p>
      <w:r>
        <w:br/>
        <w:t>Пан: "С-скотина" — та як виважить долоню, та по виду мене лясь!</w:t>
      </w:r>
    </w:p>
    <w:p>
      <w:r>
        <w:br/>
        <w:t>Годі. Зібрав я своє збіжжячко й з богом. І гроші, два карбованці, зістались у пана.</w:t>
      </w:r>
    </w:p>
    <w:p>
      <w:r>
        <w:br/>
        <w:t>Куди ж тепер? Що тепер? Було б хоч здоров'я, а то вийшов од пана й од вітру хилюсь. Блідий, очі глибоко. Нічого не зробиш, не полізеш у яму живий, — ходжу з сокирою, з ціпом, виглядаю роботи. Тяжко.</w:t>
      </w:r>
    </w:p>
    <w:p>
      <w:r>
        <w:br/>
        <w:t>— І як воно так, — почав до дядьків, — той розкошує: є й переє у його всього, а той страждає.</w:t>
      </w:r>
    </w:p>
    <w:p>
      <w:r>
        <w:br/>
        <w:t>І от почали примічать дуки.</w:t>
      </w:r>
    </w:p>
    <w:p>
      <w:r>
        <w:br/>
        <w:t>Не кидаюсь і писання. Так хочеться пожаліться комусь, розказать про щось, — пишу в вільний час.</w:t>
      </w:r>
    </w:p>
    <w:p>
      <w:r>
        <w:br/>
        <w:t>Налітає поліція.</w:t>
      </w:r>
    </w:p>
    <w:p>
      <w:r>
        <w:br/>
        <w:t>— А, голубчик, так тебе крестьян возмущать! А бомаги? Какие еще бомаги пишешь?</w:t>
      </w:r>
    </w:p>
    <w:p>
      <w:r>
        <w:br/>
        <w:t>Забирають і бомаги, й мене.</w:t>
      </w:r>
    </w:p>
    <w:p>
      <w:r>
        <w:br/>
        <w:t>Скільки ще в тюрмі попосидів! Скільки ще в їй переніс усього. Згадувать важко. Поновив бік після прихожої пайової, та й добре. Іноді як затрудить оце... Ну, та годі. Усе рівно не пожаліє ніхто. Мати вже не встане з могили, — загнало лихо, — не нагріє ромашок, липини. І хлібом ніхто не нагодує, щоб не крутить ціпом. Нехай.</w:t>
      </w:r>
    </w:p>
    <w:p>
      <w:r>
        <w:br/>
        <w:t>Ех, не для мене цей світ, не для мене!.. Чого?</w:t>
      </w:r>
    </w:p>
    <w:p>
      <w:r>
        <w:br/>
        <w:t>Почуваю: не дурно б прожив на йому!.. Ну, та нехай. Нехай живуть на йому товстошкурі, туш, — він для їх. Коптять небо, обростають салом, — нехай!</w:t>
      </w:r>
    </w:p>
    <w:p>
      <w:r>
        <w:br/>
        <w:t>* * *</w:t>
      </w:r>
    </w:p>
    <w:p>
      <w:r>
        <w:br/>
        <w:t>Оддувають вола пан, пані. Живе й Ларіон Михайлович: земельку купує, домок збудував. Живе й Ничипоренко — учитель. У ґудзиках ходить, в кокарді, — учителює зараз у городі. Пішов вгору!</w:t>
      </w:r>
    </w:p>
    <w:p>
      <w:r>
        <w:br/>
        <w:t>Бачив я його восени. Дибаю городом знесилений, зморений; на плечі заступ у мене, торбина, — з роботи іду. Листячко жовтіє на дереві, сонечко заходить.</w:t>
      </w:r>
    </w:p>
    <w:p>
      <w:r>
        <w:br/>
        <w:t>Гуляють по пішоходах: панки всякі, євреї. Дивлюсь, суне і він спереду у мене, тільки він — пішоходом, я попід ним. Така туша, в'язи через комірець так і перевисли, пальто нове. Ще й не сам. Красуня якась, стіжок на голові, поруч з ним, ще й до бока притулилась йому. Гомонять щось так весело. Наближаюсь.</w:t>
      </w:r>
    </w:p>
    <w:p>
      <w:r>
        <w:br/>
        <w:t>— Да, — він до неї. — А главное, нужно заслужить внимание: чтоб у тебя дисциплина в школе хорошая, никакого свободомыслия, украинофильства...</w:t>
      </w:r>
    </w:p>
    <w:p>
      <w:r>
        <w:br/>
        <w:t>Ще дужче вона притулилась до його.</w:t>
      </w:r>
    </w:p>
    <w:p>
      <w:r>
        <w:br/>
        <w:t>— Да, моя милая, — всміхається він, — хороше жить на свете!</w:t>
      </w:r>
    </w:p>
    <w:p>
      <w:r>
        <w:br/>
        <w:t>Всміхнувсь і я тут... Ех! Ще й "моя милая". А в селі у нас і досі сидить з дитинкою одна дівчина. Така чорнявенька. Плаче: звів з розуму й кинув.</w:t>
      </w:r>
    </w:p>
    <w:p>
      <w:r>
        <w:br/>
        <w:t>Навпроти театру дійшли, він:</w:t>
      </w:r>
    </w:p>
    <w:p>
      <w:r>
        <w:br/>
        <w:t>— Билетн нужно купить. — Повернули. Ось афіша. Дивлюсь: се, те і буде музика.</w:t>
      </w:r>
    </w:p>
    <w:p>
      <w:r>
        <w:br/>
        <w:t>І то ж... Ще й театри, музика скотові такому! Ех, коли б швидче літо, ярмарок, піду слухать шарманки. Крутілка крутиться, хлопці, дівчата стоять, — грає шарманка жалібно-жалібно; шарманщик: "На што мя ма-ать родила", — підтягує. Біжить комашня, біжить по тобі...</w:t>
      </w:r>
    </w:p>
    <w:p>
      <w:r>
        <w:br/>
        <w:t>А як воно в опері? Балакають пани про неї було. Коли б швидче ярмарок, — книжечки порозкладають щетинники, картинки — дивиться піду. А як воно, як ото в кого є книгозбірня? А борщ так нудить, голова так болить. Ху! А як воно, як ото він не нудить кого, в кого він не пісний, не вонючий і кому часник не воняє?</w:t>
      </w:r>
    </w:p>
    <w:p>
      <w:r>
        <w:br/>
        <w:t>Та холодно як! Пишу ось у чумарці, у свиті, підперезаний, а руки померзли, не вдержу й пера. Та й ноги, й ніс... Чорт знає що! Оце зима! Вікна аж снігом взялись, а одвірки, а двері, а куток мокрий який! А бік все поболює! Рве кашлять. Та хоч би не чадно. От чортовина!</w:t>
      </w:r>
    </w:p>
    <w:p>
      <w:r>
        <w:br/>
        <w:t>А як воно, як ото не дрижить хто од холоду, не чадіє од топлива мерзлого, хто живе в теплому, гарному: картини у його, квітки, звучить йому музика?</w:t>
      </w:r>
    </w:p>
    <w:p>
      <w:r>
        <w:br/>
        <w:t>Гарне кладовище у нас: на горі, кучеряве; вишеньки, трава літом, квіточки по йому. Гарно звучать слова: "ве-ечньїй покой!.."</w:t>
      </w:r>
    </w:p>
    <w:p>
      <w:r>
        <w:br/>
        <w:t>Ну, буде уже... Написав. Як написав, так і буде. Малописьменний... сядеш прихватком коли А щось би з мене було!</w:t>
      </w:r>
    </w:p>
    <w:p>
      <w:r>
        <w:br/>
        <w:t>Страшні запори могили, безповоротно замкнуть вони все.</w:t>
      </w:r>
    </w:p>
    <w:p>
      <w:r>
        <w:br/>
        <w:t>А що б з мене було?</w:t>
      </w:r>
    </w:p>
    <w:p>
      <w:r>
        <w:br/>
        <w:t>* * *</w:t>
      </w:r>
    </w:p>
    <w:p>
      <w:r>
        <w:br/>
        <w:t>На цьому й кінчався рукопис. Почув, кажуть, пан про цю смерть. — Хм, — промовив. — А це був неабиякий малий і так рано... у могилу зійшов... Жаль.</w:t>
      </w:r>
    </w:p>
    <w:p>
      <w:r>
        <w:br/>
        <w:t>4 февраля, 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 мене було?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