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вона потім робила, куди пішла…</w:t>
      </w:r>
    </w:p>
    <w:p>
      <w:r>
        <w:br/>
        <w:t xml:space="preserve"> Що вона потім робила, куди пішла,&lt;br /&gt;</w:t>
        <w:br/>
        <w:t>з хусткою в рукаві й каблучкою на мізинці,&lt;br /&gt;</w:t>
        <w:br/>
        <w:t>коли її темне вікно роз’їдала імла,&lt;br /&gt;</w:t>
        <w:br/>
        <w:t>як іржа роз’їдає старі есмінці?</w:t>
      </w:r>
    </w:p>
    <w:p>
      <w:r>
        <w:br/>
        <w:t>Курила бельгійський тютюн,&lt;br /&gt;</w:t>
        <w:br/>
        <w:t>міцніший, ніж зазвичай.&lt;br /&gt;</w:t>
        <w:br/>
        <w:t>Сварилася з поліцейськими – п’яна і грізна.&lt;br /&gt;</w:t>
        <w:br/>
        <w:t>Любила сухе вино, пила у фаст-фудах чай –&lt;br /&gt;</w:t>
        <w:br/>
        <w:t>індійський, мов океан,&lt;br /&gt;</w:t>
        <w:br/>
        <w:t>чорний, як власна білизна.</w:t>
      </w:r>
    </w:p>
    <w:p>
      <w:r>
        <w:br/>
        <w:t>Й пила за те, що ніхто не зможе її знайти,&lt;br /&gt;</w:t>
        <w:br/>
        <w:t>за те, що проймається спокоєм&lt;br /&gt;</w:t>
        <w:br/>
        <w:t>душі золота матерія.&lt;br /&gt;</w:t>
        <w:br/>
        <w:t>Лежала на теплому спальнику –&lt;br /&gt;</w:t>
        <w:br/>
        <w:t>оголена, мов дроти,&lt;br /&gt;</w:t>
        <w:br/>
        <w:t>тиха, наче вода, сонна, ніби артерія.</w:t>
      </w:r>
    </w:p>
    <w:p>
      <w:r>
        <w:br/>
        <w:t>Що по ній залишилось? Якісь борги,&lt;br /&gt;</w:t>
        <w:br/>
        <w:t>які я поволі сплачував, книги і мапи,&lt;br /&gt;</w:t>
        <w:br/>
        <w:t>якісь випадкові друзі, якісь вороги,&lt;br /&gt;</w:t>
        <w:br/>
        <w:t>яких я насправді не знав,&lt;br /&gt;</w:t>
        <w:br/>
        <w:t>хоч насправді мав би.</w:t>
      </w:r>
    </w:p>
    <w:p>
      <w:r>
        <w:br/>
        <w:t>Лишилися речі в її шухляді, ніби в журбі,&lt;br /&gt;</w:t>
        <w:br/>
        <w:t>календарик із її місячними,&lt;br /&gt;</w:t>
        <w:br/>
        <w:t>щоби я не міг помилитись.&lt;br /&gt;</w:t>
        <w:br/>
        <w:t>Лишилась бритва, яку я врешті забрав собі,&lt;br /&gt;</w:t>
        <w:br/>
        <w:t>і завжди різав обличчя,&lt;br /&gt;</w:t>
        <w:br/>
        <w:t>намагаючись поголитись.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вона потім робила, куди пішла…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