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ти будеш згадувати про ці часи?</w:t>
      </w:r>
    </w:p>
    <w:p>
      <w:r>
        <w:br/>
        <w:t xml:space="preserve"> Що ти будеш згадувати про ці часи?&lt;br /&gt;</w:t>
        <w:br/>
        <w:t>Адже пам’ять змиває всі голоси,&lt;br /&gt;</w:t>
        <w:br/>
        <w:t>адже пам’ять не пам’ятає жодних імен, жодних назв,&lt;br /&gt;</w:t>
        <w:br/>
        <w:t>але ти все одно згадуй, згадуй про кожного з нас.</w:t>
      </w:r>
    </w:p>
    <w:p>
      <w:r>
        <w:br/>
        <w:t>Згадуй про нашу закоханість у твоє лице,&lt;br /&gt;</w:t>
        <w:br/>
        <w:t>навіть якщо тобі це не подобалось – згадуй про це,&lt;br /&gt;</w:t>
        <w:br/>
        <w:t>навіть якщо ти не вірила в серйозність наших хвороб,&lt;br /&gt;</w:t>
        <w:br/>
        <w:t>навіть якщо не сумнівалась у марності наших спроб,</w:t>
      </w:r>
    </w:p>
    <w:p>
      <w:r>
        <w:br/>
        <w:t>навіть якщо не зможеш згадати наших імен,&lt;br /&gt;</w:t>
        <w:br/>
        <w:t>і якщо тебе завжди дратував колір наших знамен,&lt;br /&gt;</w:t>
        <w:br/>
        <w:t>мова наших освідчень,&lt;br /&gt;</w:t>
        <w:br/>
        <w:t>біографії наших святих,&lt;br /&gt;</w:t>
        <w:br/>
        <w:t>кількість у наших будинках зброї, вина і книг.</w:t>
      </w:r>
    </w:p>
    <w:p>
      <w:r>
        <w:br/>
        <w:t>Згадуй усе, що ми писали тобі в листах,&lt;br /&gt;</w:t>
        <w:br/>
        <w:t>згадуй, скільки нас полягло в чужих містах,&lt;br /&gt;</w:t>
        <w:br/>
        <w:t>згадуй, скільки з нас зламалося й продалось,&lt;br /&gt;</w:t>
        <w:br/>
        <w:t>згадуй, хоча б між іншим,&lt;br /&gt;</w:t>
        <w:br/>
        <w:t>хоча б когось.</w:t>
      </w:r>
    </w:p>
    <w:p>
      <w:r>
        <w:br/>
        <w:t>Згадуй, як ми ловили твої слова,&lt;br /&gt;</w:t>
        <w:br/>
        <w:t>згадуй наші поразки й наші дива,&lt;br /&gt;</w:t>
        <w:br/>
        <w:t>нашу вірність, нашу відвагу, наші страхи,&lt;br /&gt;</w:t>
        <w:br/>
        <w:t>носи при собі нашу любов, ніби старі гріхи.</w:t>
      </w:r>
    </w:p>
    <w:p>
      <w:r>
        <w:br/>
        <w:t>Без тебе нічого не буде, хочеш чи ні.&lt;br /&gt;</w:t>
        <w:br/>
        <w:t>Наші серця, як підводні міни, стоять в глибині.&lt;br /&gt;</w:t>
        <w:br/>
        <w:t>Згадуй кожну з утеч, згадуй кожну з атак –&lt;br /&gt;</w:t>
        <w:br/>
        <w:t>скільки зможеш, хоча б до смерті, хоча би так.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ти будеш згадувати про ці часи?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