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співаєш, жовта мандоліно...</w:t>
      </w:r>
    </w:p>
    <w:p>
      <w:r>
        <w:br/>
        <w:t xml:space="preserve"> Що співаєш, жовта мандоліно,&lt;br /&gt;</w:t>
        <w:br/>
        <w:t>І хвилюєш споминами кров?&lt;br /&gt;</w:t>
        <w:br/>
        <w:t>Я тепер вже другого дружина,&lt;br /&gt;</w:t>
        <w:br/>
        <w:t>Ти своє кохання поборов.</w:t>
      </w:r>
    </w:p>
    <w:p>
      <w:r>
        <w:br/>
        <w:t>Осінь, осінь в жовтому убранні&lt;br /&gt;</w:t>
        <w:br/>
        <w:t>І гарячі губи, як в огні. —&lt;br /&gt;</w:t>
        <w:br/>
        <w:t>Ця любов для мене не остання,&lt;br /&gt;</w:t>
        <w:br/>
        <w:t>Ще акорд фіналу не бринів.</w:t>
      </w:r>
    </w:p>
    <w:p>
      <w:r>
        <w:br/>
        <w:t>Що ж ридаєш, жовта мандоліно?&lt;br /&gt;</w:t>
        <w:br/>
        <w:t>(Ой, на північ, в сірий Ленінград!)&lt;br /&gt;</w:t>
        <w:br/>
        <w:t>Одридай же, споминів хвилино.&lt;br /&gt;</w:t>
        <w:br/>
        <w:t>Замовчи, ридати не пора!</w:t>
      </w:r>
    </w:p>
    <w:p>
      <w:r>
        <w:br/>
        <w:t>Я тепер вже другого дружина,&lt;br /&gt;</w:t>
        <w:br/>
        <w:t>І у мене скоро буде син…&lt;br /&gt;</w:t>
        <w:br/>
        <w:t>Та чого ж я все думками лину&lt;br /&gt;</w:t>
        <w:br/>
        <w:t>У минулі, у далекі сни?</w:t>
      </w:r>
    </w:p>
    <w:p>
      <w:r>
        <w:br/>
        <w:t>Десь маленька в затишку кімната,&lt;br /&gt;</w:t>
        <w:br/>
        <w:t>На столі Бухарін спочива…&lt;br /&gt;</w:t>
        <w:br/>
        <w:t>Хочу спомин знищить, розірвати,&lt;br /&gt;</w:t>
        <w:br/>
        <w:t>Та безсило в’яне голова…</w:t>
      </w:r>
    </w:p>
    <w:p>
      <w:r>
        <w:br/>
        <w:t>Я не буду більше цілувати&lt;br /&gt;</w:t>
        <w:br/>
        <w:t>Твоє сміле, радісне чоло.&lt;br /&gt;</w:t>
        <w:br/>
        <w:t>Я дружина. Скоро буду мати,&lt;br /&gt;</w:t>
        <w:br/>
        <w:t>І старе снігами замело.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співаєш, жовта мандоліно...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