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Що приснилося Катрусі</w:t>
      </w:r>
    </w:p>
    <w:p>
      <w:r>
        <w:br/>
        <w:t xml:space="preserve"> &lt;p&gt;Якось Катруся сказала Василькові:</w:t>
      </w:r>
    </w:p>
    <w:p>
      <w:r>
        <w:br/>
        <w:t>— Васильку! Чуєш, Васильку! Давай гратися в піжмурки.</w:t>
      </w:r>
    </w:p>
    <w:p>
      <w:r>
        <w:br/>
        <w:t>— Добре. Давай гратися,— погодився Василько.</w:t>
      </w:r>
    </w:p>
    <w:p>
      <w:r>
        <w:br/>
        <w:t>І почали вони гратися в піжмурки. Тільки як заховається Катруся, то Василько відразу і знайде її. А як Василько заховається, то Катруся бігає-бігає, а знайти його не може. Стало Катрусі дуже кривдно від того, і вона сіла в саду й гірко заплакала. Доти плакала, що аж спати схотілося.</w:t>
      </w:r>
    </w:p>
    <w:p>
      <w:r>
        <w:br/>
        <w:t>Раптом чує Катруся — хтось обзивається до неї:</w:t>
      </w:r>
    </w:p>
    <w:p>
      <w:r>
        <w:br/>
        <w:t>— Чого ти, дівчинко, плачеш?</w:t>
      </w:r>
    </w:p>
    <w:p>
      <w:r>
        <w:br/>
        <w:t>— Як же мені не плакати, коли тільки-но я заховаюся, то Василько зразу мене й знайде. А як Василько заховається, то я шукаю, шукаю, і знайти його не можу,— відповіла крізь сльози Катруся.</w:t>
      </w:r>
    </w:p>
    <w:p>
      <w:r>
        <w:br/>
        <w:t>— Не плач, дівчинко,— каже той самий голос,— я тобі допоможу так заховатися, що Василько тебе ніяк не знайде. Ось лізь сюди!</w:t>
      </w:r>
    </w:p>
    <w:p>
      <w:r>
        <w:br/>
        <w:t>Підводить Катруся очі, і що вона бачить? Ніжно-блакитну, красиву-прекрасиву квітку. Глянула на неї Катруся і запитала:</w:t>
      </w:r>
    </w:p>
    <w:p>
      <w:r>
        <w:br/>
        <w:t>— Як же я влізу в тебе, коли ти зовсім малюсінька й ніжна?</w:t>
      </w:r>
    </w:p>
    <w:p>
      <w:r>
        <w:br/>
        <w:t>— Дарма, ти тільки простягни вперед руки і тоді сама все зрозумієш,— мовила квітка.</w:t>
      </w:r>
    </w:p>
    <w:p>
      <w:r>
        <w:br/>
        <w:t>Простягла Катруся руки до квітки, і квітка одразу почала більшати, більшати. А може, то лише так здалося Катрусі, а насправді вона сама стала меншати. Ось заховалися у квітці пальці, ось уже не видно й рук по лікті, ось і плечі уже там. Потім і вся Катруся опинилася у квітці, сіла в ній, сидить і роздивляється.</w:t>
      </w:r>
    </w:p>
    <w:p>
      <w:r>
        <w:br/>
        <w:t>У квітці так гарно, затишно, пахтить чимось приємним-приємним. А коли поглянула Катруся через пелюсточки в сад, то в ньому всі дерева — і яблуні, і груші, і сливи, і вишні, і абрикоси — були блакитні, такі, наче вона дивилася на них через прозоро-блакитне скельце.</w:t>
      </w:r>
    </w:p>
    <w:p>
      <w:r>
        <w:br/>
        <w:t>"Еге,— подумала Катруся,— та тут таки й справді чудова хованка. Тепер нехай Василько пошукає мене, нехай побігає!"</w:t>
      </w:r>
    </w:p>
    <w:p>
      <w:r>
        <w:br/>
        <w:t>А воно так і було. Василько скрізь бігав, зазирав за кущі, за горбочки, аж упрів, бідолаха, аж чуб у нього став мокрий, але Катрусі все одно не може знайти.</w:t>
      </w:r>
    </w:p>
    <w:p>
      <w:r>
        <w:br/>
        <w:t>Катруся ж сидить у квітці, посміхається, радіє...</w:t>
      </w:r>
    </w:p>
    <w:p>
      <w:r>
        <w:br/>
        <w:t>Коли це чує вона — до квітки щось летить. І так гуде, як ото літак, а саме волохате, страшне. Підлетіло, сіло край пелюсточки, а потім полізло у квітку. Катруся злякалася, як замахає руками, як закричить:</w:t>
      </w:r>
    </w:p>
    <w:p>
      <w:r>
        <w:br/>
        <w:t>— Ой, боюся, боюся!..</w:t>
      </w:r>
    </w:p>
    <w:p>
      <w:r>
        <w:br/>
        <w:t>Спинилося воно, побачило її у квітці й каже:</w:t>
      </w:r>
    </w:p>
    <w:p>
      <w:r>
        <w:br/>
        <w:t>— Чого ти, дівчинко, кричиш?</w:t>
      </w:r>
    </w:p>
    <w:p>
      <w:r>
        <w:br/>
        <w:t>Ти не кричи і не бійся мене. Я — бджола.</w:t>
      </w:r>
    </w:p>
    <w:p>
      <w:r>
        <w:br/>
        <w:t>Придивилася Катруся — і справді бджола перед нею. Хоч і волохатенька, зате чепурненька, славна. Тоді Катруся й питає бджолу:</w:t>
      </w:r>
    </w:p>
    <w:p>
      <w:r>
        <w:br/>
        <w:t>— А ти не вкусиш мене?</w:t>
      </w:r>
    </w:p>
    <w:p>
      <w:r>
        <w:br/>
        <w:t>— Ні, що ти! — відповідає бджола.— Тільки посунься трохи й сиди смирненько.</w:t>
      </w:r>
    </w:p>
    <w:p>
      <w:r>
        <w:br/>
        <w:t>Катруся відсунулася набік, бджола пролізла повз неї, випустила свій носочок, встромила його в саме денце квітки й почала смоктати квітковий сік — нектар. Носочок у</w:t>
      </w:r>
    </w:p>
    <w:p>
      <w:r>
        <w:br/>
        <w:t>бджоли прозорий, і Катруся бачить, як по ньому підіймається чистий-пречистий, мов сльоза, і, мабуть, солодкий, як мед, нектар. Катруся засовалася, облизала губи та як запхикає:</w:t>
      </w:r>
    </w:p>
    <w:p>
      <w:r>
        <w:br/>
        <w:t>— Пхи, пхи, пхи...</w:t>
      </w:r>
    </w:p>
    <w:p>
      <w:r>
        <w:br/>
        <w:t>— Чого ти? — питає бджола.</w:t>
      </w:r>
    </w:p>
    <w:p>
      <w:r>
        <w:br/>
        <w:t>— Еге, чого! Того, що мені теж хочеться солодкого,— відповіла Катруся.</w:t>
      </w:r>
    </w:p>
    <w:p>
      <w:r>
        <w:br/>
        <w:t>— То летімо до мене додому. Там є чим тобі поласувати. Меду в нас — скільки душа твоя забажає! — мовила бджола.</w:t>
      </w:r>
    </w:p>
    <w:p>
      <w:r>
        <w:br/>
        <w:t>Усміхнулася Катруся. Але враз і засмутилася, сказала:</w:t>
      </w:r>
    </w:p>
    <w:p>
      <w:r>
        <w:br/>
        <w:t>— Як же я полечу, коли в мене крилець немає?</w:t>
      </w:r>
    </w:p>
    <w:p>
      <w:r>
        <w:br/>
        <w:t>— А ти на мене сідай, і удвох полетимо,— запропонувала бджола.</w:t>
      </w:r>
    </w:p>
    <w:p>
      <w:r>
        <w:br/>
        <w:t>— А це не страшно? — запитала Катруся.</w:t>
      </w:r>
    </w:p>
    <w:p>
      <w:r>
        <w:br/>
        <w:t>— Ні. Сідай, не бійся,— відповіла бджола.</w:t>
      </w:r>
    </w:p>
    <w:p>
      <w:r>
        <w:br/>
        <w:t>Катруся сіла на бджолу, міцно ухопилася руками їй за шию. Бджола замахала крилами, загула й полетіла.</w:t>
      </w:r>
    </w:p>
    <w:p>
      <w:r>
        <w:br/>
        <w:t>І прилетіли вони до бджоли додому. Будиночок у неї дерев’яний з продовгуватими дверима-входом і з скляним невеличким віконечком. Сам він червоний-червоний, а дашок зелений. І як тільки долетіли до цього будиночка, так і запахло медом.</w:t>
      </w:r>
    </w:p>
    <w:p>
      <w:r>
        <w:br/>
        <w:t>— А чого тут так медом пахне? — поцікавилась Катруся.</w:t>
      </w:r>
    </w:p>
    <w:p>
      <w:r>
        <w:br/>
        <w:t>— Бо тут ми з нектару мед робимо,— пояснила бджола.— Ходімо, подивишся.</w:t>
      </w:r>
    </w:p>
    <w:p>
      <w:r>
        <w:br/>
        <w:t>Як зайшла Катруся всередину будиночка, то аж зойкнула, бо в ньому стільки тих бджіл, стільки того меду було!</w:t>
      </w:r>
    </w:p>
    <w:p>
      <w:r>
        <w:br/>
        <w:t>Стоїть вона, дивиться, а слинка у неї так і тече.</w:t>
      </w:r>
    </w:p>
    <w:p>
      <w:r>
        <w:br/>
        <w:t>— Ну, так хочеш меду покуштувати? — питає бджола.</w:t>
      </w:r>
    </w:p>
    <w:p>
      <w:r>
        <w:br/>
        <w:t>— Еге, хочу,— відповідає Катруся, і каже це тихенько й несміливо.</w:t>
      </w:r>
    </w:p>
    <w:p>
      <w:r>
        <w:br/>
        <w:t>— То добре. Сідай отут,— показала бджола на восковий стілець біля невеликого, теж із воску, столика.</w:t>
      </w:r>
    </w:p>
    <w:p>
      <w:r>
        <w:br/>
        <w:t>Катруся присіла, і бджола принесла їй миску меду і велику ложку. І ложка, і миска також були з воску.</w:t>
      </w:r>
    </w:p>
    <w:p>
      <w:r>
        <w:br/>
        <w:t>— Ну, бери їж,— сказала бджола.</w:t>
      </w:r>
    </w:p>
    <w:p>
      <w:r>
        <w:br/>
        <w:t>Взяла Катруся воскову ложку, набрала в неї меду, їсть. А мед такий солодкий, такий смачний, що вона не помітила, як і шматочок ложки відкусила.</w:t>
      </w:r>
    </w:p>
    <w:p>
      <w:r>
        <w:br/>
        <w:t>От коли наїлася, от коли наласувалася меду Катруся! До несхочу!..</w:t>
      </w:r>
    </w:p>
    <w:p>
      <w:r>
        <w:br/>
        <w:t>Потім вона посиділа трохи, подумала і згадала про Василька.</w:t>
      </w:r>
    </w:p>
    <w:p>
      <w:r>
        <w:br/>
        <w:t>— Ой, лишенько! Та це ж він, бідолашний, бігає скрізь та шукає мене, а я й забула про нього.</w:t>
      </w:r>
    </w:p>
    <w:p>
      <w:r>
        <w:br/>
        <w:t>Шкода стало Катрусі Василька. Підхопилася, виглянула у скляне віконечко та як загукає з усієї сили:</w:t>
      </w:r>
    </w:p>
    <w:p>
      <w:r>
        <w:br/>
        <w:t>— Васильку! Васильку! Я осьдечки!</w:t>
      </w:r>
    </w:p>
    <w:p>
      <w:r>
        <w:br/>
        <w:t>І... прокинулася. Бо, бачте, все це — і про квітку, і про бджолу, і про мед — їй приснилося.</w:t>
      </w:r>
    </w:p>
    <w:p>
      <w:r>
        <w:br/>
        <w:t>Василько, коли Катруся розповіла, який приснився їй сон, теж хотів, щоб і йому таке приснилося. Та Василькові таке не сниться, бо його не люблять квіти. Він їх шаблею своєю січе. А Катруся береже, доглядає квіти.</w:t>
      </w:r>
    </w:p>
    <w:p>
      <w:r>
        <w:br/>
        <w:t>Але якщо Василько та й усі хлопці будуть робити так, як вона, Катруся, то, може, і їм присниться такий сон. Звичайно, присниться.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Що приснилося Катрусі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