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твої я поцілунки…</w:t>
      </w:r>
    </w:p>
    <w:p>
      <w:r>
        <w:br/>
        <w:t xml:space="preserve"> Ще твої я поцілунки&lt;br /&gt;</w:t>
        <w:br/>
        <w:t>На устах гарячих чую,&lt;br /&gt;</w:t>
        <w:br/>
        <w:t>А твої обійми душу&lt;br /&gt;</w:t>
        <w:br/>
        <w:t>Ще хвилюють молодую.</w:t>
      </w:r>
    </w:p>
    <w:p>
      <w:r>
        <w:br/>
        <w:t>Серце в грудях ще стукоче,&lt;br /&gt;</w:t>
        <w:br/>
        <w:t>Мов сполохана пташина,&lt;br /&gt;</w:t>
        <w:br/>
        <w:t>А в крові жаги й любові&lt;br /&gt;</w:t>
        <w:br/>
        <w:t>Ще бушує хуртовина.</w:t>
      </w:r>
    </w:p>
    <w:p>
      <w:r>
        <w:br/>
        <w:t>Ах, вогонь ти, моя люба,&lt;br /&gt;</w:t>
        <w:br/>
        <w:t>Вся із полум’я і страсти,&lt;br /&gt;</w:t>
        <w:br/>
        <w:t>Як солодко, щасно, хмільно&lt;br /&gt;</w:t>
        <w:br/>
        <w:t>У твої обійми впасти!</w:t>
      </w:r>
    </w:p>
    <w:p>
      <w:r>
        <w:br/>
        <w:t>На момент одним горінням&lt;br /&gt;</w:t>
        <w:br/>
        <w:t>Душі нашії займуться,&lt;br /&gt;</w:t>
        <w:br/>
        <w:t>І два тіла в пал шалений,&lt;br /&gt;</w:t>
        <w:br/>
        <w:t>В чар один хмільний зіллються.</w:t>
      </w:r>
    </w:p>
    <w:p>
      <w:r>
        <w:br/>
        <w:t>Ах, вогонь ти, моя мила,&lt;br /&gt;</w:t>
        <w:br/>
        <w:t>Небезпечно жартувати.&lt;br /&gt;</w:t>
        <w:br/>
        <w:t>Та в твоїх палких обіймах&lt;br /&gt;</w:t>
        <w:br/>
        <w:t>Хочу – чуєш! – умирати.</w:t>
      </w:r>
    </w:p>
    <w:p>
      <w:r>
        <w:br/>
        <w:t>Ах, ще твої поцілунки&lt;br /&gt;</w:t>
        <w:br/>
        <w:t>На устах гарячих чую,&lt;br /&gt;</w:t>
        <w:br/>
        <w:t>Ще й тепер твої обійми&lt;br /&gt;</w:t>
        <w:br/>
        <w:t>Мучать душу молодую…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твої я поцілунки…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