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Северин Наливайко</w:t>
      </w:r>
    </w:p>
    <w:p>
      <w:r>
        <w:br/>
        <w:t xml:space="preserve"> Історична драма</w:t>
      </w:r>
    </w:p>
    <w:p>
      <w:r>
        <w:br/>
        <w:t>ДІЄВІ ОСОБИ:</w:t>
      </w:r>
    </w:p>
    <w:p>
      <w:r>
        <w:br/>
        <w:t>Пані Оборська, вдова по магнатові.&lt;br /&gt;</w:t>
        <w:br/>
        <w:t>Касильда, її годованка, сирота.&lt;br /&gt;</w:t>
        <w:br/>
        <w:t>Михаль, старий дворецький в Оборських.&lt;br /&gt;</w:t>
        <w:br/>
        <w:t>Ігнотус, єзуїт.&lt;br /&gt;</w:t>
        <w:br/>
        <w:t>Наливайко Северин, гетьман козацький.&lt;br /&gt;</w:t>
        <w:br/>
        <w:t>Орішевський, колишній гетьман королівський.&lt;br /&gt;</w:t>
        <w:br/>
        <w:t>Лобода Грицько, гетьман запорозький.&lt;br /&gt;</w:t>
        <w:br/>
        <w:t>Кремпський, ватажок шляхетської голоти.&lt;br /&gt;</w:t>
        <w:br/>
        <w:t>Мазепа, полковник.&lt;br /&gt;</w:t>
        <w:br/>
        <w:t>Мамай, отаман-кобзар.&lt;br /&gt;</w:t>
        <w:br/>
        <w:t>Гуменицький Охрім, сотник у Лободи.&lt;br /&gt;</w:t>
        <w:br/>
        <w:t>Дрига, піп-розстрига, Ігнотусів шпіон.&lt;br /&gt;</w:t>
        <w:br/>
        <w:t>Семен, наймит у Наливайка на хуторі.&lt;br /&gt;</w:t>
        <w:br/>
        <w:t>Пазина, нянька в гаремі, потім кастелянша в Оборських.&lt;br /&gt;</w:t>
        <w:br/>
        <w:t>Одаліска в гаремі.&lt;br /&gt;</w:t>
        <w:br/>
        <w:t>Хотина, кабашниця.&lt;br /&gt;</w:t>
        <w:br/>
        <w:t>Джура в Лободи.</w:t>
      </w:r>
    </w:p>
    <w:p>
      <w:r>
        <w:br/>
        <w:t>Дівчата, козаки, вістовці, невольники, невольниці, запорожці, шляхта, голота, турки, кварцяники.</w:t>
      </w:r>
    </w:p>
    <w:p>
      <w:r>
        <w:br/>
        <w:t>Діється наприкінці XVI століття.</w:t>
      </w:r>
    </w:p>
    <w:p>
      <w:r>
        <w:br/>
        <w:t>ДІЯ ПЕРША</w:t>
      </w:r>
    </w:p>
    <w:p>
      <w:r>
        <w:br/>
        <w:t>Гарем — великий орієнтальний покій киліїмського баші. Просто, на підлозі, на килимах та на подушках, сидять по-турецькому в мальовничім безладді наливайківці й визволені невольники. Біля вхідних дверей, у півзігнутих поставах — тремтять з ляку турецькі достойники, ліворуч од них, біля дверей в інші покої,— група невольниць. На авансцені з правого боку — Наливайко, Орішевський і Мамай. Знадвору чути приглушену ясину бенкетуючої козацької голоти.</w:t>
      </w:r>
    </w:p>
    <w:p>
      <w:r>
        <w:br/>
        <w:t>Наливайко&lt;br /&gt;</w:t>
        <w:br/>
        <w:t>(Молодий козацький гетьман — увесь рух і порив, сміючись, підносить угору кубка).</w:t>
      </w:r>
    </w:p>
    <w:p>
      <w:r>
        <w:br/>
        <w:t>Гей, браття любі, браття милі,-&lt;br /&gt;</w:t>
        <w:br/>
        <w:t>Козаки мої нетяги,&lt;br /&gt;</w:t>
        <w:br/>
        <w:t>Голото бідная!&lt;br /&gt;</w:t>
        <w:br/>
        <w:t>Чом засмутились, зажурилися?&lt;br /&gt;</w:t>
        <w:br/>
        <w:t>Чи ж ми із вами та не добре дбали,&lt;br /&gt;</w:t>
        <w:br/>
        <w:t>Що грубі мури високії руйнували,&lt;br /&gt;</w:t>
        <w:br/>
        <w:t>Що лютого пана башу на горло карали,&lt;br /&gt;</w:t>
        <w:br/>
        <w:t>А бідного невольника&lt;br /&gt;</w:t>
        <w:br/>
        <w:t>З неволі турецької-бусурменської&lt;br /&gt;</w:t>
        <w:br/>
        <w:t>На волю вольную випускали?..&lt;br /&gt;</w:t>
        <w:br/>
        <w:t>(Схопившись на бистрі ноги).&lt;br /&gt;</w:t>
        <w:br/>
        <w:t>Чи ж подобенство, браття мої милі,&lt;br /&gt;</w:t>
        <w:br/>
        <w:t>Не радіти нам, не сміятися,&lt;br /&gt;</w:t>
        <w:br/>
        <w:t>Заздалегоди живота смертю засмучатися?&lt;br /&gt;</w:t>
        <w:br/>
        <w:t>Пиймо ж, гуляймо,&lt;br /&gt;</w:t>
        <w:br/>
        <w:t>Ні на що не вважаймо!..&lt;br /&gt;</w:t>
        <w:br/>
        <w:t>(Ходить поміж козаками з кубком і п'є з кожним, розрадуваний, розпромінений).</w:t>
      </w:r>
    </w:p>
    <w:p>
      <w:r>
        <w:br/>
        <w:t>Орішевський&lt;br /&gt;</w:t>
        <w:br/>
        <w:t>(закоханими очима слідкує за ним).&lt;br /&gt;</w:t>
        <w:br/>
        <w:t>Яка краса! Яка урода! Боги&lt;br /&gt;</w:t>
        <w:br/>
        <w:t>Одвіку кращого ще не створили.</w:t>
      </w:r>
    </w:p>
    <w:p>
      <w:r>
        <w:br/>
        <w:t>Мамай</w:t>
      </w:r>
    </w:p>
    <w:p>
      <w:r>
        <w:br/>
        <w:t>Орел з степів широких, чорнокрилець,&lt;br /&gt;</w:t>
        <w:br/>
        <w:t>І чи тверезий я, чи то в хмелю —&lt;br /&gt;</w:t>
        <w:br/>
        <w:t>Ладна із уст моїх летіти пісня&lt;br /&gt;</w:t>
        <w:br/>
        <w:t>Йому на славу, далебі! А кобза&lt;br /&gt;</w:t>
        <w:br/>
        <w:t>Сама дзвінкими струнами рокоче.&lt;br /&gt;</w:t>
        <w:br/>
        <w:t>(Перебирає на струнах кобзи).</w:t>
      </w:r>
    </w:p>
    <w:p>
      <w:r>
        <w:br/>
        <w:t>Наливайко&lt;br /&gt;</w:t>
        <w:br/>
        <w:t>(до козаків і невольників).</w:t>
      </w:r>
    </w:p>
    <w:p>
      <w:r>
        <w:br/>
        <w:t>А чом же в вас порожні кубки?&lt;br /&gt;</w:t>
        <w:br/>
        <w:t>(До турків).&lt;br /&gt;</w:t>
        <w:br/>
        <w:t>Гей ви, панство турецькеє бородате!&lt;br /&gt;</w:t>
        <w:br/>
        <w:t>Чи очі димом козацьким вам повиїдало,&lt;br /&gt;</w:t>
        <w:br/>
        <w:t>Що ви не бачите порожніх дзбанів&lt;br /&gt;</w:t>
        <w:br/>
        <w:t>У бідного невольника та козака?</w:t>
      </w:r>
    </w:p>
    <w:p>
      <w:r>
        <w:br/>
        <w:t>Кількоро з достойників кидаються наливати мед до дзбанів.</w:t>
      </w:r>
    </w:p>
    <w:p>
      <w:r>
        <w:br/>
        <w:t>Добре і вірно вам досі служили&lt;br /&gt;</w:t>
        <w:br/>
        <w:t>Біднії невольники в неволі,&lt;br /&gt;</w:t>
        <w:br/>
        <w:t>Щастя-долі не знали.&lt;br /&gt;</w:t>
        <w:br/>
        <w:t>Лише в кайданах на білім тілі&lt;br /&gt;</w:t>
        <w:br/>
        <w:t>Гострої тернини, червоної таволги&lt;br /&gt;</w:t>
        <w:br/>
        <w:t>од вас заживали.&lt;br /&gt;</w:t>
        <w:br/>
        <w:t>Послужіть же й ви тепер їм щиро:&lt;br /&gt;</w:t>
        <w:br/>
        <w:t>Низенько ся вклоняйте,&lt;br /&gt;</w:t>
        <w:br/>
        <w:t>Повні кубки медами наливайте&lt;br /&gt;</w:t>
        <w:br/>
        <w:t>І випивати благайте!..</w:t>
      </w:r>
    </w:p>
    <w:p>
      <w:r>
        <w:br/>
        <w:t>Загальний регіг і жарти.</w:t>
      </w:r>
    </w:p>
    <w:p>
      <w:r>
        <w:br/>
        <w:t>А ви, бідні невольниці бусурменськії,&lt;br /&gt;</w:t>
        <w:br/>
        <w:t>Чом смутні сидите, невеселі&lt;br /&gt;</w:t>
        <w:br/>
        <w:t>Чи за башою ваше серце тужить?&lt;br /&gt;</w:t>
        <w:br/>
        <w:t>Ох-ох, немає вже його й не буде:&lt;br /&gt;</w:t>
        <w:br/>
        <w:t>Чортам десь в пеклі вірну службу служить.</w:t>
      </w:r>
    </w:p>
    <w:p>
      <w:r>
        <w:br/>
        <w:t>Сміх.</w:t>
      </w:r>
    </w:p>
    <w:p>
      <w:r>
        <w:br/>
        <w:t>А ви любенько-гарненько&lt;br /&gt;</w:t>
        <w:br/>
        <w:t>Послужіть тепера бідному нетязі-козакові&lt;br /&gt;</w:t>
        <w:br/>
        <w:t>Хоч піснею веселою до меду.&lt;br /&gt;</w:t>
        <w:br/>
        <w:t>Агов, Мамаю! вдар у струни золотії,-&lt;br /&gt;</w:t>
        <w:br/>
        <w:t>Най величають нас невольниці смутнії!&lt;br /&gt;</w:t>
        <w:br/>
        <w:t>(Вертається на своє місце, а Мамай переходить до невольниць).&lt;br /&gt;</w:t>
        <w:br/>
        <w:t>Орішевський&lt;br /&gt;</w:t>
        <w:br/>
        <w:t>(обнімає й цілує його).</w:t>
      </w:r>
    </w:p>
    <w:p>
      <w:r>
        <w:br/>
        <w:t>Мій лицарю прекрасний, промінистий!&lt;br /&gt;</w:t>
        <w:br/>
        <w:t>Твоя краса невольниць засліпила,&lt;br /&gt;</w:t>
        <w:br/>
        <w:t>Тож зачаровані, й мовчать в нестямі.</w:t>
      </w:r>
    </w:p>
    <w:p>
      <w:r>
        <w:br/>
        <w:t>Наливайко (сміється).</w:t>
      </w:r>
    </w:p>
    <w:p>
      <w:r>
        <w:br/>
        <w:t>Моя краса?... То най же звеличають&lt;br /&gt;</w:t>
        <w:br/>
        <w:t>Її вони, а то мені здається,&lt;br /&gt;</w:t>
        <w:br/>
        <w:t>Що за башою лютим ронять сльози...</w:t>
      </w:r>
    </w:p>
    <w:p>
      <w:r>
        <w:br/>
        <w:t>Хор невольниць</w:t>
      </w:r>
    </w:p>
    <w:p>
      <w:r>
        <w:br/>
        <w:t>Ой гули, гули два голуби впарі —&lt;br /&gt;</w:t>
        <w:br/>
        <w:t>Голубонько сивий, голубка маленька:&lt;br /&gt;</w:t>
        <w:br/>
        <w:t>Ой, як мені любо, моя сизокрила,&lt;br /&gt;</w:t>
        <w:br/>
        <w:t>Кохати, тулитись тобі до серденька!</w:t>
      </w:r>
    </w:p>
    <w:p>
      <w:r>
        <w:br/>
        <w:t>Гей, як з чорних хмар, з-за синього моря&lt;br /&gt;</w:t>
        <w:br/>
        <w:t>Злетіли-упали лихі яструбоньки,-&lt;br /&gt;</w:t>
        <w:br/>
        <w:t>Розбили навіки коханнячко щире,&lt;br /&gt;</w:t>
        <w:br/>
        <w:t>Загинуть в неволі сиві голубоньки.</w:t>
      </w:r>
    </w:p>
    <w:p>
      <w:r>
        <w:br/>
        <w:t>Ой то не орел з широкого степу&lt;br /&gt;</w:t>
        <w:br/>
        <w:t>Шугає-гуляє в киліїмськім полі, —&lt;br /&gt;</w:t>
        <w:br/>
        <w:t>Летить Наливайко на воронім коні,&lt;br /&gt;</w:t>
        <w:br/>
        <w:t>Летить визволяти з тяжкої неволі!</w:t>
      </w:r>
    </w:p>
    <w:p>
      <w:r>
        <w:br/>
        <w:t>Всі&lt;br /&gt;</w:t>
        <w:br/>
        <w:t>(Піднімаючи кубки).</w:t>
      </w:r>
    </w:p>
    <w:p>
      <w:r>
        <w:br/>
        <w:t>Гаразд! Гаразд! живе най Наливайко!&lt;br /&gt;</w:t>
        <w:br/>
        <w:t>Живе най Северин, гетьман козацький!</w:t>
      </w:r>
    </w:p>
    <w:p>
      <w:r>
        <w:br/>
        <w:t>Наливайко&lt;br /&gt;</w:t>
        <w:br/>
        <w:t>(до невольниць).</w:t>
      </w:r>
    </w:p>
    <w:p>
      <w:r>
        <w:br/>
        <w:t>Гай-гай! сумнеє ваше величання!&lt;br /&gt;</w:t>
        <w:br/>
        <w:t>Так темними ночами по степах&lt;br /&gt;</w:t>
        <w:br/>
        <w:t>Нас величали часом сіроманці,&lt;br /&gt;</w:t>
        <w:br/>
        <w:t>Коли вчували труп. То, може, й ви&lt;br /&gt;</w:t>
        <w:br/>
        <w:t>Голосите гучную славу нам,&lt;br /&gt;</w:t>
        <w:br/>
        <w:t>В самих же труп баші перед очима?...&lt;br /&gt;</w:t>
        <w:br/>
        <w:t>Ачей же у баші проклятого,&lt;br /&gt;</w:t>
        <w:br/>
        <w:t>В невіри-бусурменина&lt;br /&gt;</w:t>
        <w:br/>
        <w:t>Ви краще дбали&lt;br /&gt;</w:t>
        <w:br/>
        <w:t>І не таких йому сумних пісень співали?&lt;br /&gt;</w:t>
        <w:br/>
        <w:t>Чи так, браття-нетяги,&lt;br /&gt;</w:t>
        <w:br/>
        <w:t>Лицарство моє голоколіннеє?...</w:t>
      </w:r>
    </w:p>
    <w:p>
      <w:r>
        <w:br/>
        <w:t>Голоси</w:t>
      </w:r>
    </w:p>
    <w:p>
      <w:r>
        <w:br/>
        <w:t>— А певне, що так!&lt;br /&gt;</w:t>
        <w:br/>
        <w:t>— Але ж баша — то пан!...</w:t>
      </w:r>
    </w:p>
    <w:p>
      <w:r>
        <w:br/>
        <w:t>Наливайко (сміється).</w:t>
      </w:r>
    </w:p>
    <w:p>
      <w:r>
        <w:br/>
        <w:t>Ну, що?! Зате йому тепер співають&lt;br /&gt;</w:t>
        <w:br/>
        <w:t>Веселої десь гурії в раю.&lt;br /&gt;</w:t>
        <w:br/>
        <w:t>А ми усе від нього перебрали,&lt;br /&gt;</w:t>
        <w:br/>
        <w:t>Тож в спадок нам лишилися й пісні,&lt;br /&gt;</w:t>
        <w:br/>
        <w:t>Яких йому невольниці співали,&lt;br /&gt;</w:t>
        <w:br/>
        <w:t>Коли, вернувшися з степів широких,&lt;br /&gt;</w:t>
        <w:br/>
        <w:t>В гаремі спочивав од крові він&lt;br /&gt;</w:t>
        <w:br/>
        <w:t>Та, під пестливу пісеньку невольниць,&lt;br /&gt;</w:t>
        <w:br/>
        <w:t>Тихенько засинав в обіймах ніжних,&lt;br /&gt;</w:t>
        <w:br/>
        <w:t>Не чуючи, як той невольник плаче,&lt;br /&gt;</w:t>
        <w:br/>
        <w:t>І стогне, і кайданами дзвенить&lt;br /&gt;</w:t>
        <w:br/>
        <w:t>У нього по льохах його глибоких,&lt;br /&gt;</w:t>
        <w:br/>
        <w:t>Кляне життя і свій страшний талан...&lt;br /&gt;</w:t>
        <w:br/>
        <w:t>(Схопившись на бистрі ноги, грізний, як кара).&lt;br /&gt;</w:t>
        <w:br/>
        <w:t>Прокляття! Чом одна лиш голова&lt;br /&gt;</w:t>
        <w:br/>
        <w:t>В мерзенного?.. Ну, та нехай поки що!..&lt;br /&gt;</w:t>
        <w:br/>
        <w:t>(Кидає страшний погляд на турків, які ще нижче&lt;br /&gt;</w:t>
        <w:br/>
        <w:t>хилять голови, тремтячи з жаху).&lt;br /&gt;</w:t>
        <w:br/>
        <w:t>Кривавий бенкет не скінчився ще...&lt;br /&gt;</w:t>
        <w:br/>
        <w:t>Я покажу залізні вам кайдани!&lt;br /&gt;</w:t>
        <w:br/>
        <w:t>Я покажу вам і гірку неволю!..&lt;br /&gt;</w:t>
        <w:br/>
        <w:t>(Проводить рукою по чолі).&lt;br /&gt;</w:t>
        <w:br/>
        <w:t>Та що це я — сп'янів?.. Про що я пак?..</w:t>
      </w:r>
    </w:p>
    <w:p>
      <w:r>
        <w:br/>
        <w:t>Орішевський (посміхаючись).</w:t>
      </w:r>
    </w:p>
    <w:p>
      <w:r>
        <w:br/>
        <w:t>А сядь-но краще, любий побратиме,&lt;br /&gt;</w:t>
        <w:br/>
        <w:t>Й вогнем свого ти серця не жартуй&lt;br /&gt;</w:t>
        <w:br/>
        <w:t>На бенкеті веселім: на людей&lt;br /&gt;</w:t>
        <w:br/>
        <w:t>Поглянь, небоже,— геть усі принишкли,&lt;br /&gt;</w:t>
        <w:br/>
        <w:t>Мов сподіваються, що вдарить грім&lt;br /&gt;</w:t>
        <w:br/>
        <w:t>На буйні голови.</w:t>
      </w:r>
    </w:p>
    <w:p>
      <w:r>
        <w:br/>
        <w:t>Наливайко (посміхнувшись).</w:t>
      </w:r>
    </w:p>
    <w:p>
      <w:r>
        <w:br/>
        <w:t>Ти маєш правду:&lt;br /&gt;</w:t>
        <w:br/>
        <w:t>Мішать вино міцне не треба з кров'ю.&lt;br /&gt;</w:t>
        <w:br/>
        <w:t>А то сп'янієш так, що й розум стратиш.&lt;br /&gt;</w:t>
        <w:br/>
        <w:t>Ану... котра із вас баші співала&lt;br /&gt;</w:t>
        <w:br/>
        <w:t>І танцями його пестила очі,-&lt;br /&gt;</w:t>
        <w:br/>
        <w:t>Виходь, співай, танцюй, немов баша,&lt;br /&gt;</w:t>
        <w:br/>
        <w:t>А не голота дивиться на тебе!&lt;br /&gt;</w:t>
        <w:br/>
        <w:t>А ми — до кубків, браття,— пий, гуляй!&lt;br /&gt;</w:t>
        <w:br/>
        <w:t>З гуртка невольниць виходить наперед покою одна з одалісок і стає до танцю; друга в гургі приграє їй на лютні й співає.</w:t>
      </w:r>
    </w:p>
    <w:p>
      <w:r>
        <w:br/>
        <w:t>Мамай&lt;br /&gt;</w:t>
        <w:br/>
        <w:t>(з бандурою переходить на своє місце).</w:t>
      </w:r>
    </w:p>
    <w:p>
      <w:r>
        <w:br/>
        <w:t>Геть, грибе,— най хтось інший сяде!</w:t>
      </w:r>
    </w:p>
    <w:p>
      <w:r>
        <w:br/>
        <w:t>Наливайко (до нього).</w:t>
      </w:r>
    </w:p>
    <w:p>
      <w:r>
        <w:br/>
        <w:t>Глянь,&lt;br /&gt;</w:t>
        <w:br/>
        <w:t>Старий, та губу затули рукою,&lt;br /&gt;</w:t>
        <w:br/>
        <w:t>А то заслиниш!</w:t>
      </w:r>
    </w:p>
    <w:p>
      <w:r>
        <w:br/>
        <w:t>Мамай&lt;br /&gt;</w:t>
        <w:br/>
        <w:t>(глянувши на одаліску).</w:t>
      </w:r>
    </w:p>
    <w:p>
      <w:r>
        <w:br/>
        <w:t>Пху! чортяче зілля!</w:t>
      </w:r>
    </w:p>
    <w:p>
      <w:r>
        <w:br/>
        <w:t>Сміх.</w:t>
      </w:r>
    </w:p>
    <w:p>
      <w:r>
        <w:br/>
        <w:t>Коли ти Наливайко, то налий&lt;br /&gt;</w:t>
        <w:br/>
        <w:t>У кубок мій порожній — буде краще,&lt;br /&gt;</w:t>
        <w:br/>
        <w:t>Ніж бабу голую на посміх ставить.</w:t>
      </w:r>
    </w:p>
    <w:p>
      <w:r>
        <w:br/>
        <w:t>Наливайко</w:t>
      </w:r>
    </w:p>
    <w:p>
      <w:r>
        <w:br/>
        <w:t>Ат, відчепись! Мовчи, дивись і слухай!</w:t>
      </w:r>
    </w:p>
    <w:p>
      <w:r>
        <w:br/>
        <w:t>Мамай</w:t>
      </w:r>
    </w:p>
    <w:p>
      <w:r>
        <w:br/>
        <w:t>Дивися сам, та не осліпни!&lt;br /&gt;</w:t>
        <w:br/>
        <w:t>(Наливає й п'є)</w:t>
      </w:r>
    </w:p>
    <w:p>
      <w:r>
        <w:br/>
        <w:t>Наливайко (до одаліски).&lt;br /&gt;</w:t>
        <w:br/>
        <w:t>Ну!</w:t>
      </w:r>
    </w:p>
    <w:p>
      <w:r>
        <w:br/>
        <w:t>Невольниця з лютнею&lt;br /&gt;</w:t>
        <w:br/>
        <w:t>(співає; одаліска під її пісню танцює).</w:t>
      </w:r>
    </w:p>
    <w:p>
      <w:r>
        <w:br/>
        <w:t>На пишний сад спустилась ніч,&lt;br /&gt;</w:t>
        <w:br/>
        <w:t>Закрився місяць мов чадрою.&lt;br /&gt;</w:t>
        <w:br/>
        <w:t>О мій башо! мене поклич,-&lt;br /&gt;</w:t>
        <w:br/>
        <w:t>Цю ніч не спатимем з тобою...&lt;br /&gt;</w:t>
        <w:br/>
        <w:t>Ах ніч, ця ніч&lt;br /&gt;</w:t>
        <w:br/>
        <w:t>Вся повна чар і млості!&lt;br /&gt;</w:t>
        <w:br/>
        <w:t>Ах, мліє в них&lt;br /&gt;</w:t>
        <w:br/>
        <w:t>І місяць в високості!&lt;br /&gt;</w:t>
        <w:br/>
        <w:t>Твої уста — червона грань,&lt;br /&gt;</w:t>
        <w:br/>
        <w:t>Що притаїлася у горні&lt;br /&gt;</w:t>
        <w:br/>
        <w:t>О мій башо! ув очі глянь —&lt;br /&gt;</w:t>
        <w:br/>
        <w:t>Ах, очі-діаманти чорні!..&lt;br /&gt;</w:t>
        <w:br/>
        <w:t>Ах ніч, ця ніч! —&lt;br /&gt;</w:t>
        <w:br/>
        <w:t>Несуть нас щастя хвилі.&lt;br /&gt;</w:t>
        <w:br/>
        <w:t>Ах, мрії-сни&lt;br /&gt;</w:t>
        <w:br/>
        <w:t>Ясні, рожевокрилі!&lt;br /&gt;</w:t>
        <w:br/>
        <w:t>Візьми мене, цілуй, стискай!&lt;br /&gt;</w:t>
        <w:br/>
        <w:t>Огнем палючим кров буяє...&lt;br /&gt;</w:t>
        <w:br/>
        <w:t>О мій башо! З тобою рай —&lt;br /&gt;</w:t>
        <w:br/>
        <w:t>Жагою серденько співає!&lt;br /&gt;</w:t>
        <w:br/>
        <w:t>Ах ніч, ця ніч&lt;br /&gt;</w:t>
        <w:br/>
        <w:t>Цілунки і стискання...&lt;br /&gt;</w:t>
        <w:br/>
        <w:t>Ах, най хоч смерть&lt;br /&gt;</w:t>
        <w:br/>
        <w:t>В цю ніч — в цю ніч кохання!..&lt;br /&gt;</w:t>
        <w:br/>
        <w:t>(Докінчивши танець, одаліска мішається в гурті неволь-ниць).</w:t>
      </w:r>
    </w:p>
    <w:p>
      <w:r>
        <w:br/>
        <w:t>Наливайко</w:t>
      </w:r>
    </w:p>
    <w:p>
      <w:r>
        <w:br/>
        <w:t>А що, братове,— га? А правда ж, красно?&lt;br /&gt;</w:t>
        <w:br/>
        <w:t>Баша, як бачите, не дурень був&lt;br /&gt;</w:t>
        <w:br/>
        <w:t>І мав, псявіра, смак не кепський,— правда?</w:t>
      </w:r>
    </w:p>
    <w:p>
      <w:r>
        <w:br/>
        <w:t>Мамай</w:t>
      </w:r>
    </w:p>
    <w:p>
      <w:r>
        <w:br/>
        <w:t>А пху! мов салом хтось намазав губи!&lt;br /&gt;</w:t>
        <w:br/>
        <w:t>Отрута й гріх!</w:t>
      </w:r>
    </w:p>
    <w:p>
      <w:r>
        <w:br/>
        <w:t>Наливайко (регоче).</w:t>
      </w:r>
    </w:p>
    <w:p>
      <w:r>
        <w:br/>
        <w:t>Ти глянь на козаків:&lt;br /&gt;</w:t>
        <w:br/>
        <w:t>Принишкли всі, забули й про меди,&lt;br /&gt;</w:t>
        <w:br/>
        <w:t>А груди дихають, як міх ковальський,&lt;br /&gt;</w:t>
        <w:br/>
        <w:t>І очі, як в вовків, огнем палають...&lt;br /&gt;</w:t>
        <w:br/>
        <w:t>Не оден з них по праці боєвій&lt;br /&gt;</w:t>
        <w:br/>
        <w:t>Солодкою отрутою упився б...&lt;br /&gt;</w:t>
        <w:br/>
        <w:t>Гай-гай, мої брати, нетяги любі!&lt;br /&gt;</w:t>
        <w:br/>
        <w:t>Не для баші самого Бог родив&lt;br /&gt;</w:t>
        <w:br/>
        <w:t>Це зілля приворотне,— чом же й вам&lt;br /&gt;</w:t>
        <w:br/>
        <w:t>Хоч ніч одну по-панському не збавить?&lt;br /&gt;</w:t>
        <w:br/>
        <w:t>Як пак співала тут туркеня та?..&lt;br /&gt;</w:t>
        <w:br/>
        <w:t>Ах ніч, ця ніч —&lt;br /&gt;</w:t>
        <w:br/>
        <w:t>Цілунки і стискання...&lt;br /&gt;</w:t>
        <w:br/>
        <w:t>Гуляй, брати, а потім вибирай,&lt;br /&gt;</w:t>
        <w:br/>
        <w:t>Кому яка найбільше в око впала!</w:t>
      </w:r>
    </w:p>
    <w:p>
      <w:r>
        <w:br/>
        <w:t>Козаки</w:t>
      </w:r>
    </w:p>
    <w:p>
      <w:r>
        <w:br/>
        <w:t>Гаразд!.. Спасибі, славний наш гетьмане!</w:t>
      </w:r>
    </w:p>
    <w:p>
      <w:r>
        <w:br/>
        <w:t>Між невольницями переполох і замішання: вони злякано тиснуться одна до одної.</w:t>
      </w:r>
    </w:p>
    <w:p>
      <w:r>
        <w:br/>
        <w:t>Пазина&lt;br /&gt;</w:t>
        <w:br/>
        <w:t>(вискакує з гурту невольниць на середину, од гніву несамовита).</w:t>
      </w:r>
    </w:p>
    <w:p>
      <w:r>
        <w:br/>
        <w:t>Що? що?! То визволитель ти такий?...&lt;br /&gt;</w:t>
        <w:br/>
        <w:t>Від одного собаки визволивши нас,&lt;br /&gt;</w:t>
        <w:br/>
        <w:t>Ти хочеш кинуть псам своїм, ще гіршим?&lt;br /&gt;</w:t>
        <w:br/>
        <w:t>Паскуднику! чи ти ж спитав — кого?..&lt;br /&gt;</w:t>
        <w:br/>
        <w:t>Туркеня, кажеш ти, перед тобою,&lt;br /&gt;</w:t>
        <w:br/>
        <w:t>Затисши в серці свій несвітський жах,&lt;br /&gt;</w:t>
        <w:br/>
        <w:t>На втіху вам світила грішним тілом!&lt;br /&gt;</w:t>
        <w:br/>
        <w:t>Туркеня, га?.. А ти ж спитав, поганцю,&lt;br /&gt;</w:t>
        <w:br/>
        <w:t>Звідкіль узяв баша туркеню тую?..&lt;br /&gt;</w:t>
        <w:br/>
        <w:t>(Біжить до гурту невольниць, хапає одаліску&lt;br /&gt;</w:t>
        <w:br/>
        <w:t>за руки й силоміць виводить наперед).&lt;br /&gt;</w:t>
        <w:br/>
        <w:t>Іди, дурна! скажи поганцям цим,&lt;br /&gt;</w:t>
        <w:br/>
        <w:t>Яка туркеня ти!</w:t>
      </w:r>
    </w:p>
    <w:p>
      <w:r>
        <w:br/>
        <w:t>Мамай</w:t>
      </w:r>
    </w:p>
    <w:p>
      <w:r>
        <w:br/>
        <w:t>Оце дак баба!..&lt;br /&gt;</w:t>
        <w:br/>
        <w:t>Гей, Северине, стережись! Очей&lt;br /&gt;</w:t>
        <w:br/>
        <w:t>Пильнуй, бо видере тобі, бігме,&lt;br /&gt;</w:t>
        <w:br/>
        <w:t>Із лоба. їх, люциперова теща!</w:t>
      </w:r>
    </w:p>
    <w:p>
      <w:r>
        <w:br/>
        <w:t>Пазина (до Мамая).</w:t>
      </w:r>
    </w:p>
    <w:p>
      <w:r>
        <w:br/>
        <w:t>А щоб тобі язик усох, старий&lt;br /&gt;</w:t>
        <w:br/>
        <w:t>Собако! Сам люципер ти!..&lt;br /&gt;</w:t>
        <w:br/>
        <w:t>(До Наливайка).&lt;br /&gt;</w:t>
        <w:br/>
        <w:t>Чого ж&lt;br /&gt;</w:t>
        <w:br/>
        <w:t>Мовчиш, гетьмане славний? Розпитай!..</w:t>
      </w:r>
    </w:p>
    <w:p>
      <w:r>
        <w:br/>
        <w:t>Наливайко&lt;br /&gt;</w:t>
        <w:br/>
        <w:t>(зніяковівши, до Орішевського).</w:t>
      </w:r>
    </w:p>
    <w:p>
      <w:r>
        <w:br/>
        <w:t>Прийти до пам'яті негоден я...&lt;br /&gt;</w:t>
        <w:br/>
        <w:t>Лайками ошелешила мене,&lt;br /&gt;</w:t>
        <w:br/>
        <w:t>Немовби громом, клята баба... Як ти&lt;br /&gt;</w:t>
        <w:br/>
        <w:t>На це?</w:t>
      </w:r>
    </w:p>
    <w:p>
      <w:r>
        <w:br/>
        <w:t>Орішевський (посміхаючись).</w:t>
      </w:r>
    </w:p>
    <w:p>
      <w:r>
        <w:br/>
        <w:t>Що ж... Має правду, а від правди&lt;br /&gt;</w:t>
        <w:br/>
        <w:t>Козак не сміє ухилятись.</w:t>
      </w:r>
    </w:p>
    <w:p>
      <w:r>
        <w:br/>
        <w:t>Наливайко (до одаліски).&lt;br /&gt;</w:t>
        <w:br/>
        <w:t>Ти&lt;br /&gt;</w:t>
        <w:br/>
        <w:t>Звідкіль, дівчино красна?</w:t>
      </w:r>
    </w:p>
    <w:p>
      <w:r>
        <w:br/>
        <w:t>Одаліска (тремтячи)</w:t>
      </w:r>
    </w:p>
    <w:p>
      <w:r>
        <w:br/>
        <w:t>Я... з Волині...&lt;br /&gt;</w:t>
        <w:br/>
        <w:t>Отця духовного донька я...</w:t>
      </w:r>
    </w:p>
    <w:p>
      <w:r>
        <w:br/>
        <w:t>Наливайко&lt;br /&gt;</w:t>
        <w:br/>
        <w:t>(кинувшись на місці).</w:t>
      </w:r>
    </w:p>
    <w:p>
      <w:r>
        <w:br/>
        <w:t>Що?!&lt;br /&gt;</w:t>
        <w:br/>
        <w:t>То не туркеня ти?.. А як попала&lt;br /&gt;</w:t>
        <w:br/>
        <w:t>Баші у лаби до гарему,— га?&lt;br /&gt;</w:t>
        <w:br/>
        <w:t>З татарським ясирем?&lt;br /&gt;</w:t>
        <w:br/>
        <w:t>Одаліска&lt;br /&gt;</w:t>
        <w:br/>
        <w:t>О, так, мій пане!</w:t>
      </w:r>
    </w:p>
    <w:p>
      <w:r>
        <w:br/>
        <w:t>Наливайко</w:t>
      </w:r>
    </w:p>
    <w:p>
      <w:r>
        <w:br/>
        <w:t>А де ж навчилася ти танців красних?</w:t>
      </w:r>
    </w:p>
    <w:p>
      <w:r>
        <w:br/>
        <w:t>Пазина</w:t>
      </w:r>
    </w:p>
    <w:p>
      <w:r>
        <w:br/>
        <w:t>Та вже ж не в батька з ненькою — це певно!&lt;br /&gt;</w:t>
        <w:br/>
        <w:t>А ти ще тих спитай. Нас цілий гурт&lt;br /&gt;</w:t>
        <w:br/>
        <w:t>В баші самого лиш. А скільки ще&lt;br /&gt;</w:t>
        <w:br/>
        <w:t>По інших турках по багатих! От&lt;br /&gt;</w:t>
        <w:br/>
        <w:t>Хоч би і в тих, що там коло дверей&lt;br /&gt;</w:t>
        <w:br/>
        <w:t>Стоять, дрижать, і шибениці ждуть.&lt;br /&gt;</w:t>
        <w:br/>
        <w:t>Ти гнізда їх пустив за димом всі,&lt;br /&gt;</w:t>
        <w:br/>
        <w:t>Але про тих, що в гніздах, у неволі,&lt;br /&gt;</w:t>
        <w:br/>
        <w:t>В гаремах ниділи роками, ти&lt;br /&gt;</w:t>
        <w:br/>
        <w:t>Забув, гетьмане славний...</w:t>
      </w:r>
    </w:p>
    <w:p>
      <w:r>
        <w:br/>
        <w:t>Наливайко (спалахнувши).&lt;br /&gt;</w:t>
        <w:br/>
        <w:t>Я забув?!&lt;br /&gt;</w:t>
        <w:br/>
        <w:t>Зважай на те, що плещеш безсоромно!&lt;br /&gt;</w:t>
        <w:br/>
        <w:t>Хіба не я цих визволив з неволі?&lt;br /&gt;</w:t>
        <w:br/>
        <w:t>(Показує на невольників).</w:t>
      </w:r>
    </w:p>
    <w:p>
      <w:r>
        <w:br/>
        <w:t>Пазина</w:t>
      </w:r>
    </w:p>
    <w:p>
      <w:r>
        <w:br/>
        <w:t>О, так,— про лобуряк ти не забув&lt;br /&gt;</w:t>
        <w:br/>
        <w:t>Таких, як сам. А нас, жінок, за що&lt;br /&gt;</w:t>
        <w:br/>
        <w:t>Ти маєш, га?.. За іграшку чи ні?..&lt;br /&gt;</w:t>
        <w:br/>
        <w:t>Хто козакам, безличнику, хотів&lt;br /&gt;</w:t>
        <w:br/>
        <w:t>Допіру нас віддати на поталу?..</w:t>
      </w:r>
    </w:p>
    <w:p>
      <w:r>
        <w:br/>
        <w:t>Мамай&lt;br /&gt;</w:t>
        <w:br/>
        <w:t>Та ти заткнеш сьогодні писка, бабо?&lt;br /&gt;</w:t>
        <w:br/>
        <w:t>Всю бесіду перепсувала нам,&lt;br /&gt;</w:t>
        <w:br/>
        <w:t>Чортяча коцюба!</w:t>
      </w:r>
    </w:p>
    <w:p>
      <w:r>
        <w:br/>
        <w:t>Пазина&lt;br /&gt;</w:t>
        <w:br/>
        <w:t>Чого гарчиш,&lt;br /&gt;</w:t>
        <w:br/>
        <w:t>П'янюго осоружний!.. Ти гадаєш,&lt;br /&gt;</w:t>
        <w:br/>
        <w:t>Що я не знаю, хто ти? Знаю добре!&lt;br /&gt;</w:t>
        <w:br/>
        <w:t>Та й хто не знає Мамая п'яницю,&lt;br /&gt;</w:t>
        <w:br/>
        <w:t>Здобичника старого!..</w:t>
      </w:r>
    </w:p>
    <w:p>
      <w:r>
        <w:br/>
        <w:t>Мамай (ошелешений).</w:t>
      </w:r>
    </w:p>
    <w:p>
      <w:r>
        <w:br/>
        <w:t>Пху, чортице!..&lt;br /&gt;</w:t>
        <w:br/>
        <w:t>Та хто ж ти й звідкіля мене ти знаєш?</w:t>
      </w:r>
    </w:p>
    <w:p>
      <w:r>
        <w:br/>
        <w:t>Пазина&lt;br /&gt;</w:t>
        <w:br/>
        <w:t>Хто я?.. Скажу, не бійсь,— не потаю,&lt;br /&gt;</w:t>
        <w:br/>
        <w:t>Але держись, бо скрутишся від болю,&lt;br /&gt;</w:t>
        <w:br/>
        <w:t>Коли не всю ще душу утопив&lt;br /&gt;</w:t>
        <w:br/>
        <w:t>Ув оковитій ти... Ба ні, не всю...&lt;br /&gt;</w:t>
        <w:br/>
        <w:t>Хоча і стерво ти останнє...</w:t>
      </w:r>
    </w:p>
    <w:p>
      <w:r>
        <w:br/>
        <w:t>Мамай (одвернувшись).&lt;br /&gt;</w:t>
        <w:br/>
        <w:t>Пху!..</w:t>
      </w:r>
    </w:p>
    <w:p>
      <w:r>
        <w:br/>
        <w:t>Пазина</w:t>
      </w:r>
    </w:p>
    <w:p>
      <w:r>
        <w:br/>
        <w:t>...Але пісень коштовну таємницю&lt;br /&gt;</w:t>
        <w:br/>
        <w:t>Господь тобі, безличнику, одкрив&lt;br /&gt;</w:t>
        <w:br/>
        <w:t>Занадто щедро, й зрозумієш ти,&lt;br /&gt;</w:t>
        <w:br/>
        <w:t>Хто я...</w:t>
      </w:r>
    </w:p>
    <w:p>
      <w:r>
        <w:br/>
        <w:t>Наливайко (як зачарований).</w:t>
      </w:r>
    </w:p>
    <w:p>
      <w:r>
        <w:br/>
        <w:t>І справді, хто, старенька, ти?</w:t>
      </w:r>
    </w:p>
    <w:p>
      <w:r>
        <w:br/>
        <w:t>Пазина</w:t>
      </w:r>
    </w:p>
    <w:p>
      <w:r>
        <w:br/>
        <w:t>Допіру тут хвалився ти, гетьмане,&lt;br /&gt;</w:t>
        <w:br/>
        <w:t>Й казав, що вітер степовий єси.&lt;br /&gt;</w:t>
        <w:br/>
        <w:t>І правду мовив ти: як буревій,&lt;br /&gt;</w:t>
        <w:br/>
        <w:t>Як ураган, з пустель злетів ти раптом&lt;br /&gt;</w:t>
        <w:br/>
        <w:t>Туди, де правду нашу степову&lt;br /&gt;</w:t>
        <w:br/>
        <w:t>Хижацька сила і сваволя топче.&lt;br /&gt;</w:t>
        <w:br/>
        <w:t>Тим славен ти єси, могутній орле,&lt;br /&gt;</w:t>
        <w:br/>
        <w:t>Від Килії й до славної Варшави,&lt;br /&gt;</w:t>
        <w:br/>
        <w:t>Від грізного Дніпра й до Семиграду,&lt;br /&gt;</w:t>
        <w:br/>
        <w:t>Хоч час суворий ще не посріблив&lt;br /&gt;</w:t>
        <w:br/>
        <w:t>Прелчшних кучерів над думним чолом.&lt;br /&gt;</w:t>
        <w:br/>
        <w:t>Так, вітер ти... орел ти чорнокрилець&lt;br /&gt;</w:t>
        <w:br/>
        <w:t>І горе яструбам, на котрих впало&lt;br /&gt;</w:t>
        <w:br/>
        <w:t>Твоє зненацька око винозоре...</w:t>
      </w:r>
    </w:p>
    <w:p>
      <w:r>
        <w:br/>
        <w:t>Наливайко (нетерпляче).</w:t>
      </w:r>
    </w:p>
    <w:p>
      <w:r>
        <w:br/>
        <w:t>Але хто ти?..&lt;br /&gt;</w:t>
        <w:br/>
        <w:t>(До Орішевського).&lt;br /&gt;</w:t>
        <w:br/>
        <w:t>Це загадка якась.</w:t>
      </w:r>
    </w:p>
    <w:p>
      <w:r>
        <w:br/>
        <w:t>Пазина</w:t>
      </w:r>
    </w:p>
    <w:p>
      <w:r>
        <w:br/>
        <w:t>Ти вітер степу, дух його страшний,&lt;br /&gt;</w:t>
        <w:br/>
        <w:t>А я... його я серце, мій гетьмане...&lt;br /&gt;</w:t>
        <w:br/>
        <w:t>Я серце те, що від князів іще&lt;br /&gt;</w:t>
        <w:br/>
        <w:t>Без краю сходить кров'ю през незгоду&lt;br /&gt;</w:t>
        <w:br/>
        <w:t>І през нерозум ваш...</w:t>
      </w:r>
    </w:p>
    <w:p>
      <w:r>
        <w:br/>
        <w:t>Голоси</w:t>
      </w:r>
    </w:p>
    <w:p>
      <w:r>
        <w:br/>
        <w:t>— Чуднії речі!..&lt;br /&gt;</w:t>
        <w:br/>
        <w:t>— Хто вона, й до чого мова ця?..&lt;br /&gt;</w:t>
        <w:br/>
        <w:t>— Вона причинна!...— Навіжена баба!..&lt;br /&gt;</w:t>
        <w:br/>
        <w:t>Наливайко робить знак, і всі стихають.</w:t>
      </w:r>
    </w:p>
    <w:p>
      <w:r>
        <w:br/>
        <w:t>Пазина</w:t>
      </w:r>
    </w:p>
    <w:p>
      <w:r>
        <w:br/>
        <w:t>Що? що?! Причинна я?.. Я навіжена?&lt;br /&gt;</w:t>
        <w:br/>
        <w:t>Авжеж, що так!.. Віками сходить кров'ю&lt;br /&gt;</w:t>
        <w:br/>
        <w:t>І розум зберегти — над силу це&lt;br /&gt;</w:t>
        <w:br/>
        <w:t>І Прометеєві самому.&lt;br /&gt;</w:t>
        <w:br/>
        <w:t>(Втирає сльозу. Наливайко й Орішевський&lt;br /&gt;</w:t>
        <w:br/>
        <w:t>перезираються здивовано).</w:t>
      </w:r>
    </w:p>
    <w:p>
      <w:r>
        <w:br/>
        <w:t>Орішевський</w:t>
      </w:r>
    </w:p>
    <w:p>
      <w:r>
        <w:br/>
        <w:t>Хто ти?&lt;br /&gt;</w:t>
        <w:br/>
        <w:t>Шляхетського високого якогось&lt;br /&gt;</w:t>
        <w:br/>
        <w:t>Ти роду полонянка?</w:t>
      </w:r>
    </w:p>
    <w:p>
      <w:r>
        <w:br/>
        <w:t>Пазина</w:t>
      </w:r>
    </w:p>
    <w:p>
      <w:r>
        <w:br/>
        <w:t>Хто сказав?..&lt;br /&gt;</w:t>
        <w:br/>
        <w:t>Минулося... Зосталося лиш серце —&lt;br /&gt;</w:t>
        <w:br/>
        <w:t>Розбите серце степу, й квилить-плаче&lt;br /&gt;</w:t>
        <w:br/>
        <w:t>За дітьми, мов та чайка степова.</w:t>
      </w:r>
    </w:p>
    <w:p>
      <w:r>
        <w:br/>
        <w:t>Орішевський</w:t>
      </w:r>
    </w:p>
    <w:p>
      <w:r>
        <w:br/>
        <w:t>А де ж твої, шановна пані, діти?</w:t>
      </w:r>
    </w:p>
    <w:p>
      <w:r>
        <w:br/>
        <w:t>Пазина (оспало).</w:t>
      </w:r>
    </w:p>
    <w:p>
      <w:r>
        <w:br/>
        <w:t>Мої?.. Й твої... і їхні...&lt;br /&gt;</w:t>
        <w:br/>
        <w:t>(Показує на всіх).&lt;br /&gt;</w:t>
        <w:br/>
        <w:t>...діти степу...&lt;br /&gt;</w:t>
        <w:br/>
        <w:t>Одні орлами вільними, як ви,&lt;br /&gt;</w:t>
        <w:br/>
        <w:t>Шугають попід хмарами на здобич...&lt;br /&gt;</w:t>
        <w:br/>
        <w:t>Другії стогнуть тяжко в полоні,&lt;br /&gt;</w:t>
        <w:br/>
        <w:t>А треті... там, на півночі, в неволі,&lt;br /&gt;</w:t>
        <w:br/>
        <w:t>В ярмі магнатськім у панів вельможних&lt;br /&gt;</w:t>
        <w:br/>
        <w:t>Працюють на ріллі на ріднім полі —&lt;br /&gt;</w:t>
        <w:br/>
        <w:t>Вже не своїм... Гниють живцем на буртах&lt;br /&gt;</w:t>
        <w:br/>
        <w:t>Салітряних по рідних по степах —&lt;br /&gt;</w:t>
        <w:br/>
        <w:t>Теж не своїх, а панських... Інші знов&lt;br /&gt;</w:t>
        <w:br/>
        <w:t>Печуться вік по броварнях, гуральнях,&lt;br /&gt;</w:t>
        <w:br/>
        <w:t>По панських палацах торгують честю&lt;br /&gt;</w:t>
        <w:br/>
        <w:t>Й за лакомство нещасне продають&lt;br /&gt;</w:t>
        <w:br/>
        <w:t>Сумління батьківське і помагають&lt;br /&gt;</w:t>
        <w:br/>
        <w:t>Панам кувать кайдани на братів...&lt;br /&gt;</w:t>
        <w:br/>
        <w:t>Минають дні... ще безліч буде їх —&lt;br /&gt;</w:t>
        <w:br/>
        <w:t>І вільний степ під панською п'ятою,&lt;br /&gt;</w:t>
        <w:br/>
        <w:t>Мов гаддям, закиишить рабами всюди...&lt;br /&gt;</w:t>
        <w:br/>
        <w:t>А вітер степовий розмає буйно,&lt;br /&gt;</w:t>
        <w:br/>
        <w:t>Превесело над степом панський прапор,&lt;br /&gt;</w:t>
        <w:br/>
        <w:t>Крутитиме ретельно вітряки&lt;br /&gt;</w:t>
        <w:br/>
        <w:t>І зерно золоте панам на хліб&lt;br /&gt;</w:t>
        <w:br/>
        <w:t>Молотиме, щоб жили у розкошах...&lt;br /&gt;</w:t>
        <w:br/>
        <w:t>Ти чуєш, вітре степовий,— ти чуєш,&lt;br /&gt;</w:t>
        <w:br/>
        <w:t>Яка тебе спіткає доля?..</w:t>
      </w:r>
    </w:p>
    <w:p>
      <w:r>
        <w:br/>
        <w:t>Орішевський (набік).</w:t>
      </w:r>
    </w:p>
    <w:p>
      <w:r>
        <w:br/>
        <w:t>Диво!&lt;br /&gt;</w:t>
        <w:br/>
        <w:t>Це піфія якась...</w:t>
      </w:r>
    </w:p>
    <w:p>
      <w:r>
        <w:br/>
        <w:t>Наливайко&lt;br /&gt;</w:t>
        <w:br/>
        <w:t>(не зводить з неї зачарованого погляду).</w:t>
      </w:r>
    </w:p>
    <w:p>
      <w:r>
        <w:br/>
        <w:t>А що ж чинити?</w:t>
      </w:r>
    </w:p>
    <w:p>
      <w:r>
        <w:br/>
        <w:t>Пазина</w:t>
      </w:r>
    </w:p>
    <w:p>
      <w:r>
        <w:br/>
        <w:t>Чинити що?.. Мене питаєш ти?&lt;br /&gt;</w:t>
        <w:br/>
        <w:t>Мене, що розгубила по степах&lt;br /&gt;</w:t>
        <w:br/>
        <w:t>Дітей своїх і кров'ю ізійшла?..&lt;br /&gt;</w:t>
        <w:br/>
        <w:t>Ночами довгими страшні ці роки&lt;br /&gt;</w:t>
        <w:br/>
        <w:t>Неволі бусурменської я все&lt;br /&gt;</w:t>
        <w:br/>
        <w:t>Лиш думала про те, чинити що,&lt;br /&gt;</w:t>
        <w:br/>
        <w:t>А вигадала що? — Анічогісько!..&lt;br /&gt;</w:t>
        <w:br/>
        <w:t>Ти — вітер степу, волю любиш ти&lt;br /&gt;</w:t>
        <w:br/>
        <w:t>Над все, і світу бачив десь чимало,&lt;br /&gt;</w:t>
        <w:br/>
        <w:t>Але... щоб знать, куди свій справить чин,&lt;br /&gt;</w:t>
        <w:br/>
        <w:t>Єдиною тобі бракує до всього,&lt;br /&gt;</w:t>
        <w:br/>
        <w:t>Що маєш їй, мій лицарю завзятий...&lt;br /&gt;</w:t>
        <w:br/>
        <w:t>Веселий ти тепер і безтурботний,&lt;br /&gt;</w:t>
        <w:br/>
        <w:t>Тому й не знаєш, що чинити тра.&lt;br /&gt;</w:t>
        <w:br/>
        <w:t>Це знає той, кому раз в серце вп'ється&lt;br /&gt;</w:t>
        <w:br/>
        <w:t>Гадюкою глибокий, гострий жаль!..&lt;br /&gt;</w:t>
        <w:br/>
        <w:t>(Натхненно).&lt;br /&gt;</w:t>
        <w:br/>
        <w:t>І ти цього зазнаєш, мій гетьмане!&lt;br /&gt;</w:t>
        <w:br/>
        <w:t>Так мусить бути,— чуєш?... І я скажу:&lt;br /&gt;</w:t>
        <w:br/>
        <w:t>Іще не сяде сонечко сьогодні,&lt;br /&gt;</w:t>
        <w:br/>
        <w:t>Як ти вже знатимеш, чинити що!..&lt;br /&gt;</w:t>
        <w:br/>
        <w:t>(Зникає у гурті невольниць).</w:t>
      </w:r>
    </w:p>
    <w:p>
      <w:r>
        <w:br/>
        <w:t>Наливайко&lt;br /&gt;</w:t>
        <w:br/>
        <w:t>(немов спросоння).</w:t>
      </w:r>
    </w:p>
    <w:p>
      <w:r>
        <w:br/>
        <w:t>Не сяде сонечко сьогодні...&lt;br /&gt;</w:t>
        <w:br/>
        <w:t>(Озирається).</w:t>
      </w:r>
    </w:p>
    <w:p>
      <w:r>
        <w:br/>
        <w:t>Таж&lt;br /&gt;</w:t>
        <w:br/>
        <w:t>Воно надвечір вже і незабаром&lt;br /&gt;</w:t>
        <w:br/>
        <w:t>За гори скотиться далекі...</w:t>
      </w:r>
    </w:p>
    <w:p>
      <w:r>
        <w:br/>
        <w:t>Мамай&lt;br /&gt;</w:t>
        <w:br/>
        <w:t>(брязнувши в струни).</w:t>
      </w:r>
    </w:p>
    <w:p>
      <w:r>
        <w:br/>
        <w:t>Ат,&lt;br /&gt;</w:t>
        <w:br/>
        <w:t>Дурне! Балакала стара до смерті&lt;br /&gt;</w:t>
        <w:br/>
        <w:t>Та все чорт батька знає що! Ось глянь,&lt;br /&gt;</w:t>
        <w:br/>
        <w:t>Як засмутила відьма всіх! Ану,&lt;br /&gt;</w:t>
        <w:br/>
        <w:t>За мною, товариство підтягай!..&lt;br /&gt;</w:t>
        <w:br/>
        <w:t>Хор козаків</w:t>
      </w:r>
    </w:p>
    <w:p>
      <w:r>
        <w:br/>
        <w:t>Ой не п'ється оковита,&lt;br /&gt;</w:t>
        <w:br/>
        <w:t>Огидли меди,-&lt;br /&gt;</w:t>
        <w:br/>
        <w:t>Болить моя головонька&lt;br /&gt;</w:t>
        <w:br/>
        <w:t>З якоїсь біди.&lt;br /&gt;</w:t>
        <w:br/>
        <w:t>Ой вре море, вре,&lt;br /&gt;</w:t>
        <w:br/>
        <w:t>Хвилоньками грає,&lt;br /&gt;</w:t>
        <w:br/>
        <w:t>Козакові-нетяжищу&lt;br /&gt;</w:t>
        <w:br/>
        <w:t>Спокою немає.&lt;br /&gt;</w:t>
        <w:br/>
        <w:t>Та де ж вона узялася,&lt;br /&gt;</w:t>
        <w:br/>
        <w:t>Козацька біда?&lt;br /&gt;</w:t>
        <w:br/>
        <w:t>Чи не тая то в запасці&lt;br /&gt;</w:t>
        <w:br/>
        <w:t>Вдова молода?&lt;br /&gt;</w:t>
        <w:br/>
        <w:t>Ой вре море, вре,&lt;br /&gt;</w:t>
        <w:br/>
        <w:t>Шумом закипає,&lt;br /&gt;</w:t>
        <w:br/>
        <w:t>Козакові-нетяжищу&lt;br /&gt;</w:t>
        <w:br/>
        <w:t>Щось серденько крає.&lt;br /&gt;</w:t>
        <w:br/>
        <w:t>А у вдови чорні очі,&lt;br /&gt;</w:t>
        <w:br/>
        <w:t>Подивиться — край:&lt;br /&gt;</w:t>
        <w:br/>
        <w:t>Хоч женися, хоч вдавися,&lt;br /&gt;</w:t>
        <w:br/>
        <w:t>Хоч так пропадай!&lt;br /&gt;</w:t>
        <w:br/>
        <w:t>Ой вре море, вре,&lt;br /&gt;</w:t>
        <w:br/>
        <w:t>Хмара наступає,&lt;br /&gt;</w:t>
        <w:br/>
        <w:t>Козакові-нетяжищу&lt;br /&gt;</w:t>
        <w:br/>
        <w:t>Рятунку немає.</w:t>
      </w:r>
    </w:p>
    <w:p>
      <w:r>
        <w:br/>
        <w:t>Наливайко&lt;br /&gt;</w:t>
        <w:br/>
        <w:t>(знову веселий, розпромінений).</w:t>
      </w:r>
    </w:p>
    <w:p>
      <w:r>
        <w:br/>
        <w:t>Ох і спасибі ж вам, браття любі,&lt;br /&gt;</w:t>
        <w:br/>
        <w:t>Козаки мої нетяги,&lt;br /&gt;</w:t>
        <w:br/>
        <w:t>Що піснею веселою своєю&lt;br /&gt;</w:t>
        <w:br/>
        <w:t>Смертельную ви тугу одігнали,&lt;br /&gt;</w:t>
        <w:br/>
        <w:t>Свого гетьмана розважали!..&lt;br /&gt;</w:t>
        <w:br/>
        <w:t>Гей ти, бабо-бранко,&lt;br /&gt;</w:t>
        <w:br/>
        <w:t>Чи проста селянко,&lt;br /&gt;</w:t>
        <w:br/>
        <w:t>Чи вельможна шляхтянко,-&lt;br /&gt;</w:t>
        <w:br/>
        <w:t>Того не знати,&lt;br /&gt;</w:t>
        <w:br/>
        <w:t>Як на ймення тебе звати!&lt;br /&gt;</w:t>
        <w:br/>
        <w:t>Гетьманським словом своїм присягаюсь&lt;br /&gt;</w:t>
        <w:br/>
        <w:t>Доти сердечного спокою не знати,&lt;br /&gt;</w:t>
        <w:br/>
        <w:t>Доки всіх вас бідних невольників&lt;br /&gt;</w:t>
        <w:br/>
        <w:t>З неволі турецької,&lt;br /&gt;</w:t>
        <w:br/>
        <w:t>Віри бусурменської&lt;br /&gt;</w:t>
        <w:br/>
        <w:t>Та не верну до рідного краю&lt;br /&gt;</w:t>
        <w:br/>
        <w:t>На ясні зорі,&lt;br /&gt;</w:t>
        <w:br/>
        <w:t>На тихі води,&lt;br /&gt;</w:t>
        <w:br/>
        <w:t>У край веселий,&lt;br /&gt;</w:t>
        <w:br/>
        <w:t>У мир хрещений!..&lt;br /&gt;</w:t>
        <w:br/>
        <w:t>Най буде слава славна&lt;br /&gt;</w:t>
        <w:br/>
        <w:t>Поміж козаками,&lt;br /&gt;</w:t>
        <w:br/>
        <w:t>Поміж друззями,&lt;br /&gt;</w:t>
        <w:br/>
        <w:t>Поміж лицарями,&lt;br /&gt;</w:t>
        <w:br/>
        <w:t>Поміж добрими людьми!</w:t>
      </w:r>
    </w:p>
    <w:p>
      <w:r>
        <w:br/>
        <w:t>Голоси</w:t>
      </w:r>
    </w:p>
    <w:p>
      <w:r>
        <w:br/>
        <w:t>— Амінь! — Нехай живе здоров&lt;br /&gt;</w:t>
        <w:br/>
        <w:t>— Гетьман козацький Северин!</w:t>
      </w:r>
    </w:p>
    <w:p>
      <w:r>
        <w:br/>
        <w:t>Турки розносять меди. Бенкет точиться далі.</w:t>
      </w:r>
    </w:p>
    <w:p>
      <w:r>
        <w:br/>
        <w:t>Наливайко (до Орішевського).</w:t>
      </w:r>
    </w:p>
    <w:p>
      <w:r>
        <w:br/>
        <w:t>А ти чого, мій любий побратиме,&lt;br /&gt;</w:t>
        <w:br/>
        <w:t>Замисливсь так?</w:t>
      </w:r>
    </w:p>
    <w:p>
      <w:r>
        <w:br/>
        <w:t>Орішевський</w:t>
      </w:r>
    </w:p>
    <w:p>
      <w:r>
        <w:br/>
        <w:t>Із голови не йдуть&lt;br /&gt;</w:t>
        <w:br/>
        <w:t>Старої бранки мудрі речі.</w:t>
      </w:r>
    </w:p>
    <w:p>
      <w:r>
        <w:br/>
        <w:t>Мамай</w:t>
      </w:r>
    </w:p>
    <w:p>
      <w:r>
        <w:br/>
        <w:t>Мудрі?..&lt;br /&gt;</w:t>
        <w:br/>
        <w:t>Жіноче слово — шум на хвилях моря:&lt;br /&gt;</w:t>
        <w:br/>
        <w:t>Затоко море, хвилі полягли,&lt;br /&gt;</w:t>
        <w:br/>
        <w:t>І шум — немов той лизень ізлизав.&lt;br /&gt;</w:t>
        <w:br/>
        <w:t>Правдиве ж, мудре слово — в глибині,&lt;br /&gt;</w:t>
        <w:br/>
        <w:t>В душі людській таїться аж на дні.</w:t>
      </w:r>
    </w:p>
    <w:p>
      <w:r>
        <w:br/>
        <w:t>Орішевський</w:t>
      </w:r>
    </w:p>
    <w:p>
      <w:r>
        <w:br/>
        <w:t>Немало десь таїлось їх — тих слів —&lt;br /&gt;</w:t>
        <w:br/>
        <w:t>І в неї у душі на дні глибокім,-&lt;br /&gt;</w:t>
        <w:br/>
        <w:t>Щоб зворушить ту темную безодню,&lt;br /&gt;</w:t>
        <w:br/>
        <w:t>Була потрібна буря аж така,&lt;br /&gt;</w:t>
        <w:br/>
        <w:t>Яку навіяв вітер степовий...&lt;br /&gt;</w:t>
        <w:br/>
        <w:t>Промовила безодня... Але як!..&lt;br /&gt;</w:t>
        <w:br/>
        <w:t>Не раз, не два безсонними ночами&lt;br /&gt;</w:t>
        <w:br/>
        <w:t>Й моя від дум таких тяжіла голова&lt;br /&gt;</w:t>
        <w:br/>
        <w:t>На правду нашу й волю степову&lt;br /&gt;</w:t>
        <w:br/>
        <w:t>З усіх боків вовками зазіхають&lt;br /&gt;</w:t>
        <w:br/>
        <w:t>Несито хижаки: татари, турки,&lt;br /&gt;</w:t>
        <w:br/>
        <w:t>Магнати лядські, а із ними й наші&lt;br /&gt;</w:t>
        <w:br/>
        <w:t>Перевертні вельможні...</w:t>
      </w:r>
    </w:p>
    <w:p>
      <w:r>
        <w:br/>
        <w:t>Наливайко (весело).</w:t>
      </w:r>
    </w:p>
    <w:p>
      <w:r>
        <w:br/>
        <w:t>Ат, дурне!..&lt;br /&gt;</w:t>
        <w:br/>
        <w:t>Чи я, із діда-прадіда козак,&lt;br /&gt;</w:t>
        <w:br/>
        <w:t>Не бив цю панську ледач смертним боєм,&lt;br /&gt;</w:t>
        <w:br/>
        <w:t>Коли на нашу правду зазіхала?</w:t>
      </w:r>
    </w:p>
    <w:p>
      <w:r>
        <w:br/>
        <w:t>Орішевський</w:t>
      </w:r>
    </w:p>
    <w:p>
      <w:r>
        <w:br/>
        <w:t>Це так... Їх бив Підкова, бив їх Шах,&lt;br /&gt;</w:t>
        <w:br/>
        <w:t>Немало їх Косяинський Криштоф товк,&lt;br /&gt;</w:t>
        <w:br/>
        <w:t>Товчеш і ти, мій лицарю одважний,-&lt;br /&gt;</w:t>
        <w:br/>
        <w:t>А врешті що?.. З Волині до Лубень,&lt;br /&gt;</w:t>
        <w:br/>
        <w:t>До Поля Дикого — чиї усюди&lt;br /&gt;</w:t>
        <w:br/>
        <w:t>Безкраї займища в степах козачих?</w:t>
      </w:r>
    </w:p>
    <w:p>
      <w:r>
        <w:br/>
        <w:t>Наливайко</w:t>
      </w:r>
    </w:p>
    <w:p>
      <w:r>
        <w:br/>
        <w:t>Най бавляться,— тож на папері лиш&lt;br /&gt;</w:t>
        <w:br/>
        <w:t>Король роздав панам чужі степи...&lt;br /&gt;</w:t>
        <w:br/>
        <w:t>Простягне ж руку хтось — дістане одсіч.</w:t>
      </w:r>
    </w:p>
    <w:p>
      <w:r>
        <w:br/>
        <w:t>Орішевський</w:t>
      </w:r>
    </w:p>
    <w:p>
      <w:r>
        <w:br/>
        <w:t>Гай-гай! літаєш ти верхами, брате,&lt;br /&gt;</w:t>
        <w:br/>
        <w:t>Своєю думкою — правдивий вітер.&lt;br /&gt;</w:t>
        <w:br/>
        <w:t>Ти глибше глянь: в магнатів на папері&lt;br /&gt;</w:t>
        <w:br/>
        <w:t>Лиш степові безлюднії пустелі,&lt;br /&gt;</w:t>
        <w:br/>
        <w:t>А землі ті, що людом закишіли,&lt;br /&gt;</w:t>
        <w:br/>
        <w:t>Давно пишають замками навколо,&lt;br /&gt;</w:t>
        <w:br/>
        <w:t>Колись же вільний люд — у них в ярмі.</w:t>
      </w:r>
    </w:p>
    <w:p>
      <w:r>
        <w:br/>
        <w:t>Наливайко</w:t>
      </w:r>
    </w:p>
    <w:p>
      <w:r>
        <w:br/>
        <w:t>Ярмо там, брате, тягне той, хто хоче,&lt;br /&gt;</w:t>
        <w:br/>
        <w:t>А хто не хоче — той у мене ось —&lt;br /&gt;</w:t>
        <w:br/>
        <w:t>(Показує на козаків).&lt;br /&gt;</w:t>
        <w:br/>
        <w:t>Або на Запорожжі в Лободи.</w:t>
      </w:r>
    </w:p>
    <w:p>
      <w:r>
        <w:br/>
        <w:t>Орішевський</w:t>
      </w:r>
    </w:p>
    <w:p>
      <w:r>
        <w:br/>
        <w:t>А землі ж як, загарбані панами?</w:t>
      </w:r>
    </w:p>
    <w:p>
      <w:r>
        <w:br/>
        <w:t>Наливайко</w:t>
      </w:r>
    </w:p>
    <w:p>
      <w:r>
        <w:br/>
        <w:t>Ого! землі неміряної безкрай:&lt;br /&gt;</w:t>
        <w:br/>
        <w:t>Іди, сідай, де серце забажало,&lt;br /&gt;</w:t>
        <w:br/>
        <w:t>Де уподобала душа,— навкруг&lt;br /&gt;</w:t>
        <w:br/>
        <w:t>Усе твоє...</w:t>
      </w:r>
    </w:p>
    <w:p>
      <w:r>
        <w:br/>
        <w:t>Орішевський</w:t>
      </w:r>
    </w:p>
    <w:p>
      <w:r>
        <w:br/>
        <w:t>Аж поки прийде пан&lt;br /&gt;</w:t>
        <w:br/>
        <w:t>І запряже тебе в ярмо, а землю&lt;br /&gt;</w:t>
        <w:br/>
        <w:t>Собі загарбає. То що тоді?</w:t>
      </w:r>
    </w:p>
    <w:p>
      <w:r>
        <w:br/>
        <w:t>Наливайко</w:t>
      </w:r>
    </w:p>
    <w:p>
      <w:r>
        <w:br/>
        <w:t>А те, що чиним ми!</w:t>
      </w:r>
    </w:p>
    <w:p>
      <w:r>
        <w:br/>
        <w:t>Орішевський</w:t>
      </w:r>
    </w:p>
    <w:p>
      <w:r>
        <w:br/>
        <w:t>А чом же ви&lt;br /&gt;</w:t>
        <w:br/>
        <w:t>Того та не вчинили там, нетяги,&lt;br /&gt;</w:t>
        <w:br/>
        <w:t>Де вже осілися пани магнати?</w:t>
      </w:r>
    </w:p>
    <w:p>
      <w:r>
        <w:br/>
        <w:t>Наливайко</w:t>
      </w:r>
    </w:p>
    <w:p>
      <w:r>
        <w:br/>
        <w:t>Та кинь ти про панів! Кажу ж тобі:&lt;br /&gt;</w:t>
        <w:br/>
        <w:t>На світі місця всім доволі є.&lt;br /&gt;</w:t>
        <w:br/>
        <w:t>Чи так кажу, мої братове любі?&lt;br /&gt;</w:t>
        <w:br/>
        <w:t>Нехай живуть, та нас не зачіпають,&lt;br /&gt;</w:t>
        <w:br/>
        <w:t>Бо хто з нас, братця,&lt;br /&gt;</w:t>
        <w:br/>
        <w:t>Буде сміяться,&lt;br /&gt;</w:t>
        <w:br/>
        <w:t>Того... най начувається, ледащо!</w:t>
      </w:r>
    </w:p>
    <w:p>
      <w:r>
        <w:br/>
        <w:t>Голоси</w:t>
      </w:r>
    </w:p>
    <w:p>
      <w:r>
        <w:br/>
        <w:t>— Ого! тому не з медом буде!&lt;br /&gt;</w:t>
        <w:br/>
        <w:t>— Як туркам цим!..</w:t>
      </w:r>
    </w:p>
    <w:p>
      <w:r>
        <w:br/>
        <w:t>Орішевський (зітхнувши).&lt;br /&gt;</w:t>
        <w:br/>
        <w:t>Ох-ох! дивлюсь на тебе я, гетьмане,&lt;br /&gt;</w:t>
        <w:br/>
        <w:t>Мій лицарю над лицарями всіми,-&lt;br /&gt;</w:t>
        <w:br/>
        <w:t>До бідної голоти серцем молодечим&lt;br /&gt;</w:t>
        <w:br/>
        <w:t>Ти припадаєш щиро й не лукаво:&lt;br /&gt;</w:t>
        <w:br/>
        <w:t>Такий лиш ти один,— нема другого.&lt;br /&gt;</w:t>
        <w:br/>
        <w:t>І в серці я своїм плекав надію,&lt;br /&gt;</w:t>
        <w:br/>
        <w:t>Що ти збагнеш трагедію степів&lt;br /&gt;</w:t>
        <w:br/>
        <w:t>Широких, вільних... у своїм безвіллі,&lt;br /&gt;</w:t>
        <w:br/>
        <w:t>Що кликнеш клич до бідної голоти&lt;br /&gt;</w:t>
        <w:br/>
        <w:t>Від моря Чорного аж до Литви,&lt;br /&gt;</w:t>
        <w:br/>
        <w:t>І силу ту страшну відважно кинеш&lt;br /&gt;</w:t>
        <w:br/>
        <w:t>На гордую Варшаву й дальній Краків,&lt;br /&gt;</w:t>
        <w:br/>
        <w:t>І в корні підотнеш другую силу,&lt;br /&gt;</w:t>
        <w:br/>
        <w:t>Що так поволеньки, але потужно&lt;br /&gt;</w:t>
        <w:br/>
        <w:t>Бере в міцні обійми вільний степ,&lt;br /&gt;</w:t>
        <w:br/>
        <w:t>А підотнувши, з правди степової —&lt;br /&gt;</w:t>
        <w:br/>
        <w:t>З козацької голоти створиш ти&lt;br /&gt;</w:t>
        <w:br/>
        <w:t>Державний лад без пана і без хлопа,&lt;br /&gt;</w:t>
        <w:br/>
        <w:t>Й такий міцний, щоб вже не лиш магнати,&lt;br /&gt;</w:t>
        <w:br/>
        <w:t>А й сам люципер зуби поламав.</w:t>
      </w:r>
    </w:p>
    <w:p>
      <w:r>
        <w:br/>
        <w:t>Наливайко</w:t>
      </w:r>
    </w:p>
    <w:p>
      <w:r>
        <w:br/>
        <w:t>Гай-гай, мій брате,— в хмари залетів ти!&lt;br /&gt;</w:t>
        <w:br/>
        <w:t>Чи буде з того нам користь яка,&lt;br /&gt;</w:t>
        <w:br/>
        <w:t>Чи ні, а короля ми роздратуєм.&lt;br /&gt;</w:t>
        <w:br/>
        <w:t>Навіщо це?.. Його пресвітла милость&lt;br /&gt;</w:t>
        <w:br/>
        <w:t>Гуляти нам степами не боронить&lt;br /&gt;</w:t>
        <w:br/>
        <w:t>І навіть стації дає, а волі&lt;br /&gt;</w:t>
        <w:br/>
        <w:t>Нам не уймає: хоч — сиди без діла,&lt;br /&gt;</w:t>
        <w:br/>
        <w:t>А хоч — іди на бусурмена смертним боєм,&lt;br /&gt;</w:t>
        <w:br/>
        <w:t>А то й на неслухняного магната.</w:t>
      </w:r>
    </w:p>
    <w:p>
      <w:r>
        <w:br/>
        <w:t>Орішевський (хитає головою).</w:t>
      </w:r>
    </w:p>
    <w:p>
      <w:r>
        <w:br/>
        <w:t>Так, так... Вже бачу я, що передчасно&lt;br /&gt;</w:t>
        <w:br/>
        <w:t>Свою з тобою мову розпочав,&lt;br /&gt;</w:t>
        <w:br/>
        <w:t>І правду баба та казала тут,&lt;br /&gt;</w:t>
        <w:br/>
        <w:t>Що втілити ідею той здолає,&lt;br /&gt;</w:t>
        <w:br/>
        <w:t>Хто тугою глибокою її спочатку&lt;br /&gt;</w:t>
        <w:br/>
        <w:t>Із серця перев'є й покропить ревно&lt;br /&gt;</w:t>
        <w:br/>
        <w:t>Пекучими сльозами&lt;br /&gt;</w:t>
        <w:br/>
        <w:t>(Спускає голову на груди).</w:t>
      </w:r>
    </w:p>
    <w:p>
      <w:r>
        <w:br/>
        <w:t>Наливайко (обіймає його).&lt;br /&gt;</w:t>
        <w:br/>
        <w:t>Кинь журбу,&lt;br /&gt;</w:t>
        <w:br/>
        <w:t>Старий мій побратиме,— чи ж козак&lt;br /&gt;</w:t>
        <w:br/>
        <w:t>Не пан над серцем власним і душею?&lt;br /&gt;</w:t>
        <w:br/>
        <w:t>А думи геть! Живи, поки живеться,&lt;br /&gt;</w:t>
        <w:br/>
        <w:t>І мислями вперед не залітай.&lt;br /&gt;</w:t>
        <w:br/>
        <w:t>(Цілує його).</w:t>
      </w:r>
    </w:p>
    <w:p>
      <w:r>
        <w:br/>
        <w:t>Мамай</w:t>
      </w:r>
    </w:p>
    <w:p>
      <w:r>
        <w:br/>
        <w:t>То відьма їх накракала стара.&lt;br /&gt;</w:t>
        <w:br/>
        <w:t>Ану, брати, до танцю, хто охочий,-&lt;br /&gt;</w:t>
        <w:br/>
        <w:t>Гонім до дідька лисого той сум!&lt;br /&gt;</w:t>
        <w:br/>
        <w:t>(Б'є по струнах. Дехто з козаків пускається&lt;br /&gt;</w:t>
        <w:br/>
        <w:t>в танець).&lt;br /&gt;</w:t>
        <w:br/>
        <w:t>Небога Хотина&lt;br /&gt;</w:t>
        <w:br/>
        <w:t>Нетягу любила:&lt;br /&gt;</w:t>
        <w:br/>
        <w:t>Ой цілуй же мене,&lt;br /&gt;</w:t>
        <w:br/>
        <w:t>Ой милуй же мене,&lt;br /&gt;</w:t>
        <w:br/>
        <w:t>Шкарбанюжище старий,&lt;br /&gt;</w:t>
        <w:br/>
        <w:t>Трясця мамі твоїй!&lt;br /&gt;</w:t>
        <w:br/>
        <w:t>Ой рад би кохати,&lt;br /&gt;</w:t>
        <w:br/>
        <w:t>Рад би цілувати,-&lt;br /&gt;</w:t>
        <w:br/>
        <w:t>Заказав мені піп,&lt;br /&gt;</w:t>
        <w:br/>
        <w:t>Щоб халяви не пік,&lt;br /&gt;</w:t>
        <w:br/>
        <w:t>А щоб постив, і говів,&lt;br /&gt;</w:t>
        <w:br/>
        <w:t>І м'ясива не їв.</w:t>
      </w:r>
    </w:p>
    <w:p>
      <w:r>
        <w:br/>
        <w:t>Під час танцю в дверях з'являється обідраний змучений вістовець і щось питає в турків: вони показують на Наливайка.</w:t>
      </w:r>
    </w:p>
    <w:p>
      <w:r>
        <w:br/>
        <w:t>Наливайко&lt;br /&gt;</w:t>
        <w:br/>
        <w:t>(з дитячою втіхою, нічого не помічаючи, ляпає в долоні).</w:t>
      </w:r>
    </w:p>
    <w:p>
      <w:r>
        <w:br/>
        <w:t>Ану, шпаркіш, шпаркіш! Нехай земля&lt;br /&gt;</w:t>
        <w:br/>
        <w:t>Палає під ногами!&lt;br /&gt;</w:t>
        <w:br/>
        <w:t>(До Орішевського).&lt;br /&gt;</w:t>
        <w:br/>
        <w:t>Та розважся ж,&lt;br /&gt;</w:t>
        <w:br/>
        <w:t>Не псуй нам бенкету суворим видом!</w:t>
      </w:r>
    </w:p>
    <w:p>
      <w:r>
        <w:br/>
        <w:t>Орішевський мовчки показує на вістовця, який бистро пробирається крізь танцюристів до гетьмана.</w:t>
      </w:r>
    </w:p>
    <w:p>
      <w:r>
        <w:br/>
        <w:t>Мамай</w:t>
      </w:r>
    </w:p>
    <w:p>
      <w:r>
        <w:br/>
        <w:t>В небоги ж Хотини —&lt;br /&gt;</w:t>
        <w:br/>
        <w:t>Що грудей, що спини:&lt;br /&gt;</w:t>
        <w:br/>
        <w:t>І сюди позирни,&lt;br /&gt;</w:t>
        <w:br/>
        <w:t>І туди повер...</w:t>
      </w:r>
    </w:p>
    <w:p>
      <w:r>
        <w:br/>
        <w:t>Помітивши вістовця, раптово вриває. Танець припиняється. Загальна увага.</w:t>
      </w:r>
    </w:p>
    <w:p>
      <w:r>
        <w:br/>
        <w:t>Наливайко&lt;br /&gt;</w:t>
        <w:br/>
        <w:t>(до вістовця здивовано, хоч сміх ще промінить вид його).</w:t>
      </w:r>
    </w:p>
    <w:p>
      <w:r>
        <w:br/>
        <w:t>Семен?!</w:t>
      </w:r>
    </w:p>
    <w:p>
      <w:r>
        <w:br/>
        <w:t>Вістовець (важко дихаючи).</w:t>
      </w:r>
    </w:p>
    <w:p>
      <w:r>
        <w:br/>
        <w:t>Це я... це я, гетьмане мій...&lt;br /&gt;</w:t>
        <w:br/>
        <w:t>Летів до тебе тиждень без перепочинку...</w:t>
      </w:r>
    </w:p>
    <w:p>
      <w:r>
        <w:br/>
        <w:t>Наливайко</w:t>
      </w:r>
    </w:p>
    <w:p>
      <w:r>
        <w:br/>
        <w:t>Що сталося?..</w:t>
      </w:r>
    </w:p>
    <w:p>
      <w:r>
        <w:br/>
        <w:t>Вістовець</w:t>
      </w:r>
    </w:p>
    <w:p>
      <w:r>
        <w:br/>
        <w:t>На хутір наш напав&lt;br /&gt;</w:t>
        <w:br/>
        <w:t>Пан Калиновський з уграми своїми:&lt;br /&gt;</w:t>
        <w:br/>
        <w:t>Забрав усе, зайняв грунти, а батька&lt;br /&gt;</w:t>
        <w:br/>
        <w:t>Твого старого вбив...</w:t>
      </w:r>
    </w:p>
    <w:p>
      <w:r>
        <w:br/>
        <w:t>Голоси</w:t>
      </w:r>
    </w:p>
    <w:p>
      <w:r>
        <w:br/>
        <w:t>— Прокляття!..</w:t>
      </w:r>
    </w:p>
    <w:p>
      <w:r>
        <w:br/>
        <w:t>Наливайко (спазматично шепоче)</w:t>
      </w:r>
    </w:p>
    <w:p>
      <w:r>
        <w:br/>
        <w:t>Що?!&lt;br /&gt;</w:t>
        <w:br/>
        <w:t>(Раптово тигром стрибає до вістовця й хапає&lt;br /&gt;</w:t>
        <w:br/>
        <w:t>його за горло).&lt;br /&gt;</w:t>
        <w:br/>
        <w:t>Ти брешеш, проклятий!!!</w:t>
      </w:r>
    </w:p>
    <w:p>
      <w:r>
        <w:br/>
        <w:t>Орішевський і Мамай кидаються й розводять їх.</w:t>
      </w:r>
    </w:p>
    <w:p>
      <w:r>
        <w:br/>
        <w:t>Як?! Батька вбив?!&lt;br /&gt;</w:t>
        <w:br/>
        <w:t>Стривайте... що ж це?.. Грім небесний... кара?&lt;br /&gt;</w:t>
        <w:br/>
        <w:t>За що ж... за що?.. Один у мене батько...&lt;br /&gt;</w:t>
        <w:br/>
        <w:t>За що ж найтяжча кара ця?.. за що?!</w:t>
      </w:r>
    </w:p>
    <w:p>
      <w:r>
        <w:br/>
        <w:t>Орішевський</w:t>
      </w:r>
    </w:p>
    <w:p>
      <w:r>
        <w:br/>
        <w:t>Бач, сталося... Але ти заспокойся,&lt;br /&gt;</w:t>
        <w:br/>
        <w:t>Мій брате...</w:t>
      </w:r>
    </w:p>
    <w:p>
      <w:r>
        <w:br/>
        <w:t>Наливайко (опритомнюючи поволі).</w:t>
      </w:r>
    </w:p>
    <w:p>
      <w:r>
        <w:br/>
        <w:t>Заспокоїтись?.. мені?!&lt;br /&gt;</w:t>
        <w:br/>
        <w:t>Так, заспокоюсь я, але не тут,&lt;br /&gt;</w:t>
        <w:br/>
        <w:t>А там!..&lt;br /&gt;</w:t>
        <w:br/>
        <w:t>(Махає рукою на північ. Озирається по всіх&lt;br /&gt;</w:t>
        <w:br/>
        <w:t>і опановує себе).&lt;br /&gt;</w:t>
        <w:br/>
        <w:t>Даруй, Семене, я не хтів...</w:t>
      </w:r>
    </w:p>
    <w:p>
      <w:r>
        <w:br/>
        <w:t>Вістовець</w:t>
      </w:r>
    </w:p>
    <w:p>
      <w:r>
        <w:br/>
        <w:t>Нічого, мій гетьмане: лихо те,&lt;br /&gt;</w:t>
        <w:br/>
        <w:t>Що я приніс, і мертвого запалить.</w:t>
      </w:r>
    </w:p>
    <w:p>
      <w:r>
        <w:br/>
        <w:t>Наливайко</w:t>
      </w:r>
    </w:p>
    <w:p>
      <w:r>
        <w:br/>
        <w:t>Спасибі, брате!..&lt;br /&gt;</w:t>
        <w:br/>
        <w:t>(Хапається за голову).&lt;br /&gt;</w:t>
        <w:br/>
        <w:t>Тату... тату мій,&lt;br /&gt;</w:t>
        <w:br/>
        <w:t>Єдиний, дорогий!..&lt;br /&gt;</w:t>
        <w:br/>
        <w:t>(Падає на місце, де сидів перед цим і гірко ридає).&lt;br /&gt;</w:t>
        <w:br/>
        <w:t>А я... а я...&lt;br /&gt;</w:t>
        <w:br/>
        <w:t>Тут бенкетую... Гріх і кара разом...&lt;br /&gt;</w:t>
        <w:br/>
        <w:t>(Підводить голову).&lt;br /&gt;</w:t>
        <w:br/>
        <w:t>О, проклятий магнате!..&lt;br /&gt;</w:t>
        <w:br/>
        <w:t>(Схопившись на бистрі ноги).&lt;br /&gt;</w:t>
        <w:br/>
        <w:t>Ні, стривай!..&lt;br /&gt;</w:t>
        <w:br/>
        <w:t>Не ронить Наливайко сліз дарма...&lt;br /&gt;</w:t>
        <w:br/>
        <w:t>Мої нетяги любі...</w:t>
      </w:r>
    </w:p>
    <w:p>
      <w:r>
        <w:br/>
        <w:t>Козаки</w:t>
      </w:r>
    </w:p>
    <w:p>
      <w:r>
        <w:br/>
        <w:t>— Ми з тобою,&lt;br /&gt;</w:t>
        <w:br/>
        <w:t>Гетьмане любий наш!..— Хоч і на пекло,&lt;br /&gt;</w:t>
        <w:br/>
        <w:t>Не то, що на магнатів!..</w:t>
      </w:r>
    </w:p>
    <w:p>
      <w:r>
        <w:br/>
        <w:t>Наливайко</w:t>
      </w:r>
    </w:p>
    <w:p>
      <w:r>
        <w:br/>
        <w:t>Так... спасибі!..&lt;br /&gt;</w:t>
        <w:br/>
        <w:t>На коні ж, любі!..&lt;br /&gt;</w:t>
        <w:br/>
        <w:t>(Хоче йти).</w:t>
      </w:r>
    </w:p>
    <w:p>
      <w:r>
        <w:br/>
        <w:t>Орішевський</w:t>
      </w:r>
    </w:p>
    <w:p>
      <w:r>
        <w:br/>
        <w:t>Постривай... А з цими&lt;br /&gt;</w:t>
        <w:br/>
        <w:t>Як буде?&lt;br /&gt;</w:t>
        <w:br/>
        <w:t>(Показує на невольників).</w:t>
      </w:r>
    </w:p>
    <w:p>
      <w:r>
        <w:br/>
        <w:t>Наливайко (махнувши рукою).</w:t>
      </w:r>
    </w:p>
    <w:p>
      <w:r>
        <w:br/>
        <w:t>Ти зостанься тут... Чини&lt;br /&gt;</w:t>
        <w:br/>
        <w:t>Що хочеш з ними...&lt;br /&gt;</w:t>
        <w:br/>
        <w:t>(Погляд його падає на турків).&lt;br /&gt;</w:t>
        <w:br/>
        <w:t>А оцих... оцих&lt;br /&gt;</w:t>
        <w:br/>
        <w:t>Панів поганих бусурменських — всіх&lt;br /&gt;</w:t>
        <w:br/>
        <w:t>На шибеницю,— теж магнати!..</w:t>
      </w:r>
    </w:p>
    <w:p>
      <w:r>
        <w:br/>
        <w:t>Орішевський</w:t>
      </w:r>
    </w:p>
    <w:p>
      <w:r>
        <w:br/>
        <w:t>Добре,&lt;br /&gt;</w:t>
        <w:br/>
        <w:t>Все буде зроблено.</w:t>
      </w:r>
    </w:p>
    <w:p>
      <w:r>
        <w:br/>
        <w:t>Турки (падають навколішки, благаючи).</w:t>
      </w:r>
    </w:p>
    <w:p>
      <w:r>
        <w:br/>
        <w:t>О, змилосердься!..</w:t>
      </w:r>
    </w:p>
    <w:p>
      <w:r>
        <w:br/>
        <w:t>Наливайко (показує на невольників).</w:t>
      </w:r>
    </w:p>
    <w:p>
      <w:r>
        <w:br/>
        <w:t>Благайте їх, а не мене! Мене&lt;br /&gt;</w:t>
        <w:br/>
        <w:t>Благатимуть панове інші. Годі!&lt;br /&gt;</w:t>
        <w:br/>
        <w:t>На коні, браття!&lt;br /&gt;</w:t>
        <w:br/>
        <w:t>(Бистро виходить. За ним Мамай і козаки).</w:t>
      </w:r>
    </w:p>
    <w:p>
      <w:r>
        <w:br/>
        <w:t>Пазина (підводиться, розрадувана).</w:t>
      </w:r>
    </w:p>
    <w:p>
      <w:r>
        <w:br/>
        <w:t>Сталося нарешті:&lt;br /&gt;</w:t>
        <w:br/>
        <w:t>Жаданий вдарив грім, і степ страшний&lt;br /&gt;</w:t>
        <w:br/>
        <w:t>На ворога повіє ураганом!..</w:t>
      </w:r>
    </w:p>
    <w:p>
      <w:r>
        <w:br/>
        <w:t>ДІЯ ДРУГА</w:t>
      </w:r>
    </w:p>
    <w:p>
      <w:r>
        <w:br/>
        <w:t>Велика їдальня в магнатському домі Оборських. Стіни увішано оленячими рогами, зброєю тощо. В передній стіні— вхідні двері; в лівій двері в інші покої; в правій — двоє великих вікон. Ліворуч — великий комин, праворуч — величезний креденець. Вечір. Полум'я з комину осяває темну фігуру Пазини, що сидить, спершись ліктями в коліна й підперши руками голову, перед комином. По підняттю завіси, по павзі, входить старий дворецький Михаль з свічкою в руках.</w:t>
      </w:r>
    </w:p>
    <w:p>
      <w:r>
        <w:br/>
        <w:t>Михаль&lt;br /&gt;</w:t>
        <w:br/>
        <w:t>(помітивши Пазину, піднімає свічку й оглядає Пазинину постать).&lt;br /&gt;</w:t>
        <w:br/>
        <w:t>Пазино, ти?..</w:t>
      </w:r>
    </w:p>
    <w:p>
      <w:r>
        <w:br/>
        <w:t>Пазина&lt;br /&gt;</w:t>
        <w:br/>
        <w:t>(буркнувши, не рухаючись).</w:t>
      </w:r>
    </w:p>
    <w:p>
      <w:r>
        <w:br/>
        <w:t>Та бачиш же.</w:t>
      </w:r>
    </w:p>
    <w:p>
      <w:r>
        <w:br/>
        <w:t>Михаль&lt;br /&gt;</w:t>
        <w:br/>
        <w:t>(ставить свічку на столі, підставляє стільця,&lt;br /&gt;</w:t>
        <w:br/>
        <w:t>збираючись засвітити свічки в мелюзині&lt;br /&gt;</w:t>
        <w:br/>
        <w:t>з позлотистих оленячих рогів, що спускається над столом в стелі).</w:t>
      </w:r>
    </w:p>
    <w:p>
      <w:r>
        <w:br/>
        <w:t>Вже час&lt;br /&gt;</w:t>
        <w:br/>
        <w:t>Світити: пані наказала вже&lt;br /&gt;</w:t>
        <w:br/>
        <w:t>Зібратись швачкам...</w:t>
      </w:r>
    </w:p>
    <w:p>
      <w:r>
        <w:br/>
        <w:t>Пазина&lt;br /&gt;</w:t>
        <w:br/>
        <w:t>(випростуючись).</w:t>
      </w:r>
    </w:p>
    <w:p>
      <w:r>
        <w:br/>
        <w:t>Постривай... Послав?</w:t>
      </w:r>
    </w:p>
    <w:p>
      <w:r>
        <w:br/>
        <w:t>Михаль&lt;br /&gt;</w:t>
        <w:br/>
        <w:t>(озирнувшись на двері до покоїв),</w:t>
      </w:r>
    </w:p>
    <w:p>
      <w:r>
        <w:br/>
        <w:t>Авжеж... Вже досі там.</w:t>
      </w:r>
    </w:p>
    <w:p>
      <w:r>
        <w:br/>
        <w:t>Пазина</w:t>
      </w:r>
    </w:p>
    <w:p>
      <w:r>
        <w:br/>
        <w:t>Спасибі. Але...&lt;br /&gt;</w:t>
        <w:br/>
        <w:t>Слуга той... певний?.. Може, він...</w:t>
      </w:r>
    </w:p>
    <w:p>
      <w:r>
        <w:br/>
        <w:t>Михаль&lt;br /&gt;</w:t>
        <w:br/>
        <w:t>(сміється).&lt;br /&gt;</w:t>
        <w:br/>
        <w:t>Вони,&lt;br /&gt;</w:t>
        <w:br/>
        <w:t>Голубонько, тепера певні всі:&lt;br /&gt;</w:t>
        <w:br/>
        <w:t>Відколи став під Баром Наливайко,&lt;br /&gt;</w:t>
        <w:br/>
        <w:t>По два, по три зникає їх із двору&lt;br /&gt;</w:t>
        <w:br/>
        <w:t>Щодня... чи пак щоночі. Лихо в тім&lt;br /&gt;</w:t>
        <w:br/>
        <w:t>Лише, що вже назад і не чекай&lt;br /&gt;</w:t>
        <w:br/>
        <w:t>Його з конем.</w:t>
      </w:r>
    </w:p>
    <w:p>
      <w:r>
        <w:br/>
        <w:t>Пазина&lt;br /&gt;</w:t>
        <w:br/>
        <w:t>(заспокоєна, знов схиляється в задумі).</w:t>
      </w:r>
    </w:p>
    <w:p>
      <w:r>
        <w:br/>
        <w:t>Та байдуже мені,&lt;br /&gt;</w:t>
        <w:br/>
        <w:t>Аби листа гетьманові до рук&lt;br /&gt;</w:t>
        <w:br/>
        <w:t>Подав.</w:t>
      </w:r>
    </w:p>
    <w:p>
      <w:r>
        <w:br/>
        <w:t>Михаль&lt;br /&gt;</w:t>
        <w:br/>
        <w:t>(лізе на стільця й засвічує свічку).</w:t>
      </w:r>
    </w:p>
    <w:p>
      <w:r>
        <w:br/>
        <w:t>Подасть, не бійсь. Чи певна ж ти&lt;br /&gt;</w:t>
        <w:br/>
        <w:t>В тому, що написала?</w:t>
      </w:r>
    </w:p>
    <w:p>
      <w:r>
        <w:br/>
        <w:t>Пазина</w:t>
      </w:r>
    </w:p>
    <w:p>
      <w:r>
        <w:br/>
        <w:t>Тобто?</w:t>
      </w:r>
    </w:p>
    <w:p>
      <w:r>
        <w:br/>
        <w:t>Михаль (тихо).</w:t>
      </w:r>
    </w:p>
    <w:p>
      <w:r>
        <w:br/>
        <w:t>В тім,&lt;br /&gt;</w:t>
        <w:br/>
        <w:t>Що у панянці нашій ти дочку&lt;br /&gt;</w:t>
        <w:br/>
        <w:t>Свою пізнала.</w:t>
      </w:r>
    </w:p>
    <w:p>
      <w:r>
        <w:br/>
        <w:t>Пазина</w:t>
      </w:r>
    </w:p>
    <w:p>
      <w:r>
        <w:br/>
        <w:t>Не турбуйсь — пізнала.</w:t>
      </w:r>
    </w:p>
    <w:p>
      <w:r>
        <w:br/>
        <w:t>Михаль</w:t>
      </w:r>
    </w:p>
    <w:p>
      <w:r>
        <w:br/>
        <w:t>Та як?</w:t>
      </w:r>
    </w:p>
    <w:p>
      <w:r>
        <w:br/>
        <w:t>Пазина</w:t>
      </w:r>
    </w:p>
    <w:p>
      <w:r>
        <w:br/>
        <w:t>На лівім рамені малі&lt;br /&gt;</w:t>
        <w:br/>
        <w:t>Два знаки є у неї змалку ще:&lt;br /&gt;</w:t>
        <w:br/>
        <w:t>Колись об пліт поранилась була.&lt;br /&gt;</w:t>
        <w:br/>
        <w:t>А друге, що покійний пан Оборський,-&lt;br /&gt;</w:t>
        <w:br/>
        <w:t>Сама ж про те розповідає пані,-&lt;br /&gt;</w:t>
        <w:br/>
        <w:t>Вертаючись з невдалої погоні&lt;br /&gt;</w:t>
        <w:br/>
        <w:t>За ординським чамбулом, підобрав&lt;br /&gt;</w:t>
        <w:br/>
        <w:t>Дитя за нашим хутором у лісі.&lt;br /&gt;</w:t>
        <w:br/>
        <w:t>А третє ще: вона у батька вся.</w:t>
      </w:r>
    </w:p>
    <w:p>
      <w:r>
        <w:br/>
        <w:t>Михаль (злазить з стільця).</w:t>
      </w:r>
    </w:p>
    <w:p>
      <w:r>
        <w:br/>
        <w:t>Та чом же не признаєшся до неї?</w:t>
      </w:r>
    </w:p>
    <w:p>
      <w:r>
        <w:br/>
        <w:t>Пазина</w:t>
      </w:r>
    </w:p>
    <w:p>
      <w:r>
        <w:br/>
        <w:t>Не час іще... Стару вона так любить,&lt;br /&gt;</w:t>
        <w:br/>
        <w:t>Як матір рідну... А крім того, й те,&lt;br /&gt;</w:t>
        <w:br/>
        <w:t>Що з неї зроблено тут католичку...</w:t>
      </w:r>
    </w:p>
    <w:p>
      <w:r>
        <w:br/>
        <w:t>Михаль</w:t>
      </w:r>
    </w:p>
    <w:p>
      <w:r>
        <w:br/>
        <w:t>Ну, й дочекаєшся, поки побравшись&lt;br /&gt;</w:t>
        <w:br/>
        <w:t>З коронним гетьманом Жолкєвським, панна&lt;br /&gt;</w:t>
        <w:br/>
        <w:t>Чкурне звідсіль аж до Варшави.</w:t>
      </w:r>
    </w:p>
    <w:p>
      <w:r>
        <w:br/>
        <w:t>Пазина (б'є кулаком по коліні).</w:t>
      </w:r>
    </w:p>
    <w:p>
      <w:r>
        <w:br/>
        <w:t>Ні,&lt;br /&gt;</w:t>
        <w:br/>
        <w:t>Цього не станеться!</w:t>
      </w:r>
    </w:p>
    <w:p>
      <w:r>
        <w:br/>
        <w:t>Михаль</w:t>
      </w:r>
    </w:p>
    <w:p>
      <w:r>
        <w:br/>
        <w:t>Чому?</w:t>
      </w:r>
    </w:p>
    <w:p>
      <w:r>
        <w:br/>
        <w:t>Пазина</w:t>
      </w:r>
    </w:p>
    <w:p>
      <w:r>
        <w:br/>
        <w:t>Коли ж&lt;br /&gt;</w:t>
        <w:br/>
        <w:t>Це станеться, то я скажу тоді,&lt;br /&gt;</w:t>
        <w:br/>
        <w:t>Що Наливайко — це останній дурень.&lt;br /&gt;</w:t>
        <w:br/>
        <w:t>Ти розумієш?</w:t>
      </w:r>
    </w:p>
    <w:p>
      <w:r>
        <w:br/>
        <w:t>Михаль</w:t>
      </w:r>
    </w:p>
    <w:p>
      <w:r>
        <w:br/>
        <w:t>Так!.. Я розумію:&lt;br /&gt;</w:t>
        <w:br/>
        <w:t>Піймавши пташку в руки, Северин&lt;br /&gt;</w:t>
        <w:br/>
        <w:t>Тим самим і Жолкєвського до рук&lt;br /&gt;</w:t>
        <w:br/>
        <w:t>Любенько прибере... Ха-ха-ха! Мудро!&lt;br /&gt;</w:t>
        <w:br/>
        <w:t>А ти — з дочкою будеш...</w:t>
      </w:r>
    </w:p>
    <w:p>
      <w:r>
        <w:br/>
        <w:t>Пазина</w:t>
      </w:r>
    </w:p>
    <w:p>
      <w:r>
        <w:br/>
        <w:t>Ти не знаєш,&lt;br /&gt;</w:t>
        <w:br/>
        <w:t>Чого чернець отой прибув із Бару?</w:t>
      </w:r>
    </w:p>
    <w:p>
      <w:r>
        <w:br/>
        <w:t>Михаль</w:t>
      </w:r>
    </w:p>
    <w:p>
      <w:r>
        <w:br/>
        <w:t>Чому не знаю? Знаю. Пані каже,&lt;br /&gt;</w:t>
        <w:br/>
        <w:t>Що він вінчати буде молодих,&lt;br /&gt;</w:t>
        <w:br/>
        <w:t>А я гадаю: носом він почув,&lt;br /&gt;</w:t>
        <w:br/>
        <w:t>Що в Бар ось-ось ускочить Наливайко,&lt;br /&gt;</w:t>
        <w:br/>
        <w:t>І піп заздалегідь утік сюди.</w:t>
      </w:r>
    </w:p>
    <w:p>
      <w:r>
        <w:br/>
        <w:t>Пазина</w:t>
      </w:r>
    </w:p>
    <w:p>
      <w:r>
        <w:br/>
        <w:t>Можливо, й це... Але тут ще щось єсть.&lt;br /&gt;</w:t>
        <w:br/>
        <w:t>Щось до Касильди горнеться він дуже...&lt;br /&gt;</w:t>
        <w:br/>
        <w:t>Не знаєш: він раніш її не бачив?</w:t>
      </w:r>
    </w:p>
    <w:p>
      <w:r>
        <w:br/>
        <w:t>Михаль</w:t>
      </w:r>
    </w:p>
    <w:p>
      <w:r>
        <w:br/>
        <w:t>Як пак не бачив! Це ж її навчитель&lt;br /&gt;</w:t>
        <w:br/>
        <w:t>Ще із Варшави...</w:t>
      </w:r>
    </w:p>
    <w:p>
      <w:r>
        <w:br/>
        <w:t>Пазина</w:t>
      </w:r>
    </w:p>
    <w:p>
      <w:r>
        <w:br/>
        <w:t>Так?.. Хм... ну, цей навчить!&lt;br /&gt;</w:t>
        <w:br/>
        <w:t>(Дослухається).&lt;br /&gt;</w:t>
        <w:br/>
        <w:t>Іде хтось...</w:t>
      </w:r>
    </w:p>
    <w:p>
      <w:r>
        <w:br/>
        <w:t>Михаль&lt;br /&gt;</w:t>
        <w:br/>
        <w:t>(відставляє стільця до стіни).</w:t>
      </w:r>
    </w:p>
    <w:p>
      <w:r>
        <w:br/>
        <w:t>Мабуть, пані та дівчата.&lt;br /&gt;</w:t>
        <w:br/>
        <w:t>Ну, я піду... Пазино, на добраніч!..&lt;br /&gt;</w:t>
        <w:br/>
        <w:t>(Іде до вхідних дверей).</w:t>
      </w:r>
    </w:p>
    <w:p>
      <w:r>
        <w:br/>
        <w:t>Оборська&lt;br /&gt;</w:t>
        <w:br/>
        <w:t>(входить; за нею кілька челядок із шитвом&lt;br /&gt;</w:t>
        <w:br/>
        <w:t>у руках).</w:t>
      </w:r>
    </w:p>
    <w:p>
      <w:r>
        <w:br/>
        <w:t>Це ти, Михалю?.. Постривай... Ну, що&lt;br /&gt;</w:t>
        <w:br/>
        <w:t>Там чути в тебе?</w:t>
      </w:r>
    </w:p>
    <w:p>
      <w:r>
        <w:br/>
        <w:t>Михаль (вклоняючись)</w:t>
      </w:r>
    </w:p>
    <w:p>
      <w:r>
        <w:br/>
        <w:t>Втішного нічого,&lt;br /&gt;</w:t>
        <w:br/>
        <w:t>Ясновельможна пані. У дворі,&lt;br /&gt;</w:t>
        <w:br/>
        <w:t>Як тільки з військом рушили до Бару&lt;br /&gt;</w:t>
        <w:br/>
        <w:t>Лабендзі, лицарі преславні...</w:t>
      </w:r>
    </w:p>
    <w:p>
      <w:r>
        <w:br/>
        <w:t>Оборська (зітхнувши).</w:t>
      </w:r>
    </w:p>
    <w:p>
      <w:r>
        <w:br/>
        <w:t>Ох,&lt;br /&gt;</w:t>
        <w:br/>
        <w:t>Мої зяті кохані!..</w:t>
      </w:r>
    </w:p>
    <w:p>
      <w:r>
        <w:br/>
        <w:t>Михаль</w:t>
      </w:r>
    </w:p>
    <w:p>
      <w:r>
        <w:br/>
        <w:t>Челядь клята&lt;br /&gt;</w:t>
        <w:br/>
        <w:t>Один по одному зникають з двору...</w:t>
      </w:r>
    </w:p>
    <w:p>
      <w:r>
        <w:br/>
        <w:t>Оборська</w:t>
      </w:r>
    </w:p>
    <w:p>
      <w:r>
        <w:br/>
        <w:t>Куди ж вони?</w:t>
      </w:r>
    </w:p>
    <w:p>
      <w:r>
        <w:br/>
        <w:t>Михаль</w:t>
      </w:r>
    </w:p>
    <w:p>
      <w:r>
        <w:br/>
        <w:t>Хіба про це хто скаже!&lt;br /&gt;</w:t>
        <w:br/>
        <w:t>Нікуди більш — до Наливайка в табір.</w:t>
      </w:r>
    </w:p>
    <w:p>
      <w:r>
        <w:br/>
        <w:t>Оборська (в гніві).</w:t>
      </w:r>
    </w:p>
    <w:p>
      <w:r>
        <w:br/>
        <w:t>Невдячні пси! За панські добродійства,&lt;br /&gt;</w:t>
        <w:br/>
        <w:t>За те, що з ласки ми їм даємо&lt;br /&gt;</w:t>
        <w:br/>
        <w:t>Для кожного і працю, і поживу,&lt;br /&gt;</w:t>
        <w:br/>
        <w:t>Вони при всякій нагоді ладні&lt;br /&gt;</w:t>
        <w:br/>
        <w:t>Лайдацьку руку зняти на панів...&lt;br /&gt;</w:t>
        <w:br/>
        <w:t>Перекажи, Михалю, там в дворі,&lt;br /&gt;</w:t>
        <w:br/>
        <w:t>Що милосердя тим, хто втік, не буде,&lt;br /&gt;</w:t>
        <w:br/>
        <w:t>Що їх назад в кайданах приведуть...&lt;br /&gt;</w:t>
        <w:br/>
        <w:t>Для того ж, щоб була наука іншим,&lt;br /&gt;</w:t>
        <w:br/>
        <w:t>Утікачам звелю я повтинати&lt;br /&gt;</w:t>
        <w:br/>
        <w:t>Носи і вуха,— чув?</w:t>
      </w:r>
    </w:p>
    <w:p>
      <w:r>
        <w:br/>
        <w:t>Михаль (вклоняється).</w:t>
      </w:r>
    </w:p>
    <w:p>
      <w:r>
        <w:br/>
        <w:t>Перекажу,&lt;br /&gt;</w:t>
        <w:br/>
        <w:t>Ясновельможна пані. Вже немало&lt;br /&gt;</w:t>
        <w:br/>
        <w:t>І так їх є, безвухих та безносих,&lt;br /&gt;</w:t>
        <w:br/>
        <w:t>Але не каються. Ну, що ж, нехай&lt;br /&gt;</w:t>
        <w:br/>
        <w:t>Іще побачать панську ласку, дурні!</w:t>
      </w:r>
    </w:p>
    <w:p>
      <w:r>
        <w:br/>
        <w:t>Оборська</w:t>
      </w:r>
    </w:p>
    <w:p>
      <w:r>
        <w:br/>
        <w:t>Авжеж, авжеж... Іди й пильнуй там добре.</w:t>
      </w:r>
    </w:p>
    <w:p>
      <w:r>
        <w:br/>
        <w:t>Михаль, вклонившись, виходить.</w:t>
      </w:r>
    </w:p>
    <w:p>
      <w:r>
        <w:br/>
        <w:t>А ви чого ж це стоїте?.. Сідайте&lt;br /&gt;</w:t>
        <w:br/>
        <w:t>І за роботу!..</w:t>
      </w:r>
    </w:p>
    <w:p>
      <w:r>
        <w:br/>
        <w:t>Дівчата сідають і починають шити, мережити, гаптувати.</w:t>
      </w:r>
    </w:p>
    <w:p>
      <w:r>
        <w:br/>
        <w:t>Ох, не в добрий час&lt;br /&gt;</w:t>
        <w:br/>
        <w:t>Розпочали ми справу з шлюбом цим!..&lt;br /&gt;</w:t>
        <w:br/>
        <w:t>(Сідає й починає щось шити).</w:t>
      </w:r>
    </w:p>
    <w:p>
      <w:r>
        <w:br/>
        <w:t>Пазина (не рухаючись).</w:t>
      </w:r>
    </w:p>
    <w:p>
      <w:r>
        <w:br/>
        <w:t>Так нагло степ загомонів...</w:t>
      </w:r>
    </w:p>
    <w:p>
      <w:r>
        <w:br/>
        <w:t>Оборська</w:t>
      </w:r>
    </w:p>
    <w:p>
      <w:r>
        <w:br/>
        <w:t>Де нагло!..&lt;br /&gt;</w:t>
        <w:br/>
        <w:t>Часу не мало вже сплило відтоді,&lt;br /&gt;</w:t>
        <w:br/>
        <w:t>Як Калиновського спалив дощенту&lt;br /&gt;</w:t>
        <w:br/>
        <w:t>Харциз той проклятий, що звуть його&lt;br /&gt;</w:t>
        <w:br/>
        <w:t>Гетьманом Наливайком. Всі у них,&lt;br /&gt;</w:t>
        <w:br/>
        <w:t>Хто лиш збере ватагу розбишак,&lt;br /&gt;</w:t>
        <w:br/>
        <w:t>Гетьманами себе взивають...</w:t>
      </w:r>
    </w:p>
    <w:p>
      <w:r>
        <w:br/>
        <w:t>Пазина</w:t>
      </w:r>
    </w:p>
    <w:p>
      <w:r>
        <w:br/>
        <w:t>Звичай&lt;br /&gt;</w:t>
        <w:br/>
        <w:t>У них такий.</w:t>
      </w:r>
    </w:p>
    <w:p>
      <w:r>
        <w:br/>
        <w:t>Оборська</w:t>
      </w:r>
    </w:p>
    <w:p>
      <w:r>
        <w:br/>
        <w:t>Ох-ох... Пан Калиновський&lt;br /&gt;</w:t>
        <w:br/>
        <w:t>Утік собі здоров аж до Варшави,&lt;br /&gt;</w:t>
        <w:br/>
        <w:t>А Наливайко розгромив під Луцьком&lt;br /&gt;</w:t>
        <w:br/>
        <w:t>Панів, які йому не завинили,&lt;br /&gt;</w:t>
        <w:br/>
        <w:t>А з'їхались на рочки судові,&lt;br /&gt;</w:t>
        <w:br/>
        <w:t>І добра їх пожакував... А далі,&lt;br /&gt;</w:t>
        <w:br/>
        <w:t>Як тигрус, кинувся уже на всіх:&lt;br /&gt;</w:t>
        <w:br/>
        <w:t>Побив Семашків, Потія, Терлецьких&lt;br /&gt;</w:t>
        <w:br/>
        <w:t>Під Пинськом, бивсь в Копилові, під Слуцьком&lt;br /&gt;</w:t>
        <w:br/>
        <w:t>І опинився в Могилеві... Звідти&lt;br /&gt;</w:t>
        <w:br/>
        <w:t>Загрожував, що виб'є панство впень,&lt;br /&gt;</w:t>
        <w:br/>
        <w:t>Зруйнує геть Варшаву й навіть Краків,&lt;br /&gt;</w:t>
        <w:br/>
        <w:t>Не боячись ні короля, ні Бога...&lt;br /&gt;</w:t>
        <w:br/>
        <w:t>Князь Радзивілл прогнав його звідтіль —&lt;br /&gt;</w:t>
        <w:br/>
        <w:t>Погнав сюди, на лихо наше й згубу,&lt;br /&gt;</w:t>
        <w:br/>
        <w:t>А сам вернувся до Литви. Щоправда,&lt;br /&gt;</w:t>
        <w:br/>
        <w:t>Король наш найясніший вже послав&lt;br /&gt;</w:t>
        <w:br/>
        <w:t>Одкликати з Семигороду військо&lt;br /&gt;</w:t>
        <w:br/>
        <w:t>Кварцяне і коронного гетьмана&lt;br /&gt;</w:t>
        <w:br/>
        <w:t>Жолкєвського, що незабаром стане&lt;br /&gt;</w:t>
        <w:br/>
        <w:t>Моїм, вже третім, зятем... Ось-ось-ось&lt;br /&gt;</w:t>
        <w:br/>
        <w:t>Прибути має з військом, та чи встигне?&lt;br /&gt;</w:t>
        <w:br/>
        <w:t>Харциз уже націлився на Бар.&lt;br /&gt;</w:t>
        <w:br/>
        <w:t>Коли зяті мої не оборонять&lt;br /&gt;</w:t>
        <w:br/>
        <w:t>Від нього міста — край тоді всьому...</w:t>
      </w:r>
    </w:p>
    <w:p>
      <w:r>
        <w:br/>
        <w:t>Входить Касильда. Пазина, почувши її ходу, випростовується&lt;br /&gt;</w:t>
        <w:br/>
        <w:t>на стільці й далі не зводить з неї очей.</w:t>
      </w:r>
    </w:p>
    <w:p>
      <w:r>
        <w:br/>
        <w:t>Касильда&lt;br /&gt;</w:t>
        <w:br/>
        <w:t>(почувши останні слова, підходить до пані&lt;br /&gt;</w:t>
        <w:br/>
        <w:t>Оборської й, ніжно обіймаючи її, притуляється&lt;br /&gt;</w:t>
        <w:br/>
        <w:t>личком до її обличчя).</w:t>
      </w:r>
    </w:p>
    <w:p>
      <w:r>
        <w:br/>
        <w:t>Спокою, мамо-серденько, спокою!&lt;br /&gt;</w:t>
        <w:br/>
        <w:t>Заступниця у нас Святая Діва:&lt;br /&gt;</w:t>
        <w:br/>
        <w:t>Ми під її пречистим омофором,&lt;br /&gt;</w:t>
        <w:br/>
        <w:t>І жадне лихо не спаде на нас.&lt;br /&gt;</w:t>
        <w:br/>
        <w:t>(Сідає коло Оборської).</w:t>
      </w:r>
    </w:p>
    <w:p>
      <w:r>
        <w:br/>
        <w:t>Оборська</w:t>
      </w:r>
    </w:p>
    <w:p>
      <w:r>
        <w:br/>
        <w:t>Спасибі, серденько... але — вже впало!..&lt;br /&gt;</w:t>
        <w:br/>
        <w:t>(В безсиллі спускає руки з шитвом).&lt;br /&gt;</w:t>
        <w:br/>
        <w:t>Несила, ні... І руки — мов чужі,&lt;br /&gt;</w:t>
        <w:br/>
        <w:t>А в голові — татарська веремія,&lt;br /&gt;</w:t>
        <w:br/>
        <w:t>І тріщать від дум лихих, тривожних скроні&lt;br /&gt;</w:t>
        <w:br/>
        <w:t>Ах, Наливайко той... ті гультяї!&lt;br /&gt;</w:t>
        <w:br/>
        <w:t>Немає впину їм. Мов духи степу,&lt;br /&gt;</w:t>
        <w:br/>
        <w:t>Злучившися в один нестримний буревій,&lt;br /&gt;</w:t>
        <w:br/>
        <w:t>Вони метуть усе, що на путі&lt;br /&gt;</w:t>
        <w:br/>
        <w:t>Своїй зустрінуть. Де пройшли вони —&lt;br /&gt;</w:t>
        <w:br/>
        <w:t>Руїна там і чорнії пожари.</w:t>
      </w:r>
    </w:p>
    <w:p>
      <w:r>
        <w:br/>
        <w:t>Челядки непомітно перезираються, посміхаючись.</w:t>
      </w:r>
    </w:p>
    <w:p>
      <w:r>
        <w:br/>
        <w:t>Касильда&lt;br /&gt;</w:t>
        <w:br/>
        <w:t>(в задумі).</w:t>
      </w:r>
    </w:p>
    <w:p>
      <w:r>
        <w:br/>
        <w:t>Так, так... Страшне воно, те степове&lt;br /&gt;</w:t>
        <w:br/>
        <w:t>Лицарство... подих степу той могутній...&lt;br /&gt;</w:t>
        <w:br/>
        <w:t>І славен буде вічно той, хто спинить&lt;br /&gt;</w:t>
        <w:br/>
        <w:t>І хто навік його розвіє...</w:t>
      </w:r>
    </w:p>
    <w:p>
      <w:r>
        <w:br/>
        <w:t>Оборська (обурено).</w:t>
      </w:r>
    </w:p>
    <w:p>
      <w:r>
        <w:br/>
        <w:t>Що?!&lt;br /&gt;</w:t>
        <w:br/>
        <w:t>Чи не гультяйство степове зовеш&lt;br /&gt;</w:t>
        <w:br/>
        <w:t>Лицарством ти,— оте ледаче бидло —&lt;br /&gt;</w:t>
        <w:br/>
        <w:t>Броварників та винників дурних,&lt;br /&gt;</w:t>
        <w:br/>
        <w:t>Що на здобичництво лихе, хижацьке&lt;br /&gt;</w:t>
        <w:br/>
        <w:t>Зміняли тиху працю на панів,&lt;br /&gt;</w:t>
        <w:br/>
        <w:t>Своїх добродіїв і милостивців?..&lt;br /&gt;</w:t>
        <w:br/>
        <w:t>Чи орди будників страшні і чорні&lt;br /&gt;</w:t>
        <w:br/>
        <w:t>В лицарство славне ти пошила, доню?</w:t>
      </w:r>
    </w:p>
    <w:p>
      <w:r>
        <w:br/>
        <w:t>Касильда</w:t>
      </w:r>
    </w:p>
    <w:p>
      <w:r>
        <w:br/>
        <w:t>Але ж там Наливайко Северин&lt;br /&gt;</w:t>
        <w:br/>
        <w:t>І Лобода Грицько з січовиками,&lt;br /&gt;</w:t>
        <w:br/>
        <w:t>А лицарів таких не густо, кажуть,&lt;br /&gt;</w:t>
        <w:br/>
        <w:t>І в цілій Речі Посполитій навіть...</w:t>
      </w:r>
    </w:p>
    <w:p>
      <w:r>
        <w:br/>
        <w:t>Оборська (сплеснувши руками).</w:t>
      </w:r>
    </w:p>
    <w:p>
      <w:r>
        <w:br/>
        <w:t>О, Єзус-Маріє!.. Та звідкіля&lt;br /&gt;</w:t>
        <w:br/>
        <w:t>Про це ти знаєш? Хто тобі сказав?</w:t>
      </w:r>
    </w:p>
    <w:p>
      <w:r>
        <w:br/>
        <w:t>Касильда</w:t>
      </w:r>
    </w:p>
    <w:p>
      <w:r>
        <w:br/>
        <w:t>О, мамочко, не треба хвилюватись,&lt;br /&gt;</w:t>
        <w:br/>
        <w:t>Бо хто ж про це не відає?.. Вся челядь&lt;br /&gt;</w:t>
        <w:br/>
        <w:t>У нас самих про це лише шепоче...</w:t>
      </w:r>
    </w:p>
    <w:p>
      <w:r>
        <w:br/>
        <w:t>Челядки знову перезираються й ще нижче спускають голови над роботою.</w:t>
      </w:r>
    </w:p>
    <w:p>
      <w:r>
        <w:br/>
        <w:t>Оборська (злякано).</w:t>
      </w:r>
    </w:p>
    <w:p>
      <w:r>
        <w:br/>
        <w:t>О, Боже мій! Я так і прочувала...&lt;br /&gt;</w:t>
        <w:br/>
        <w:t>(Схаменувшись).&lt;br /&gt;</w:t>
        <w:br/>
        <w:t>Дівчата, геть ідіть... лишіть роботу:&lt;br /&gt;</w:t>
        <w:br/>
        <w:t>Вже досить на сьогодні... Та глядіть —&lt;br /&gt;</w:t>
        <w:br/>
        <w:t>Дурниць не переказуйте там всяких&lt;br /&gt;</w:t>
        <w:br/>
        <w:t>Поміж собою й другими також!..</w:t>
      </w:r>
    </w:p>
    <w:p>
      <w:r>
        <w:br/>
        <w:t>Дівчата лишають шитво, вклоняються й виходять.</w:t>
      </w:r>
    </w:p>
    <w:p>
      <w:r>
        <w:br/>
        <w:t>Ох, небезпечна річ розмови ці&lt;br /&gt;</w:t>
        <w:br/>
        <w:t>Й таємні шепоти поміж цим бидлом.&lt;br /&gt;</w:t>
        <w:br/>
        <w:t>У мене вже і серце не на місці...&lt;br /&gt;</w:t>
        <w:br/>
        <w:t>(Бере роботу).&lt;br /&gt;</w:t>
        <w:br/>
        <w:t>Як тільки чутка піде десь про те&lt;br /&gt;</w:t>
        <w:br/>
        <w:t>Страшке гультяйство степове,— дивись&lt;br /&gt;</w:t>
        <w:br/>
        <w:t>І в дворищі вже іншим духом віє,&lt;br /&gt;</w:t>
        <w:br/>
        <w:t>А хлопи кляті дивляться на тебе&lt;br /&gt;</w:t>
        <w:br/>
        <w:t>Вовками з хмизу... Дяка Господеві,&lt;br /&gt;</w:t>
        <w:br/>
        <w:t>Що хоч зятів потужних маю близько,&lt;br /&gt;</w:t>
        <w:br/>
        <w:t>А то б не бачити ні послухання,&lt;br /&gt;</w:t>
        <w:br/>
        <w:t>Ні жодного одбутку з харцизяк.&lt;br /&gt;</w:t>
        <w:br/>
        <w:t>Самим до плуга стати довелось би&lt;br /&gt;</w:t>
        <w:br/>
        <w:t>І попрощатися з усім навіки!&lt;br /&gt;</w:t>
        <w:br/>
        <w:t>Забуть медову й іншую данину,&lt;br /&gt;</w:t>
        <w:br/>
        <w:t>І поволовщину, й уходи рибні,&lt;br /&gt;</w:t>
        <w:br/>
        <w:t>І покуховщину, й торгове мито,-&lt;br /&gt;</w:t>
        <w:br/>
        <w:t>Та це ж і світові прийшов би край,&lt;br /&gt;</w:t>
        <w:br/>
        <w:t>Коли б та пан гербований позбувся&lt;br /&gt;</w:t>
        <w:br/>
        <w:t>Слухнянства хлопського!..&lt;br /&gt;</w:t>
        <w:br/>
        <w:t>(До Касильди).&lt;br /&gt;</w:t>
        <w:br/>
        <w:t>А ти — лицарство...&lt;br /&gt;</w:t>
        <w:br/>
        <w:t>Харцизтво це, сваволя степова,&lt;br /&gt;</w:t>
        <w:br/>
        <w:t>А Наливайко твій... та й Лобода&lt;br /&gt;</w:t>
        <w:br/>
        <w:t>Здобичники і гайдабури — от що!</w:t>
      </w:r>
    </w:p>
    <w:p>
      <w:r>
        <w:br/>
        <w:t>Касильда (посміхаючись).</w:t>
      </w:r>
    </w:p>
    <w:p>
      <w:r>
        <w:br/>
        <w:t>Чому ж вони мої?</w:t>
      </w:r>
    </w:p>
    <w:p>
      <w:r>
        <w:br/>
        <w:t>Оборська&lt;br /&gt;</w:t>
        <w:br/>
        <w:t>А як же ні?&lt;br /&gt;</w:t>
        <w:br/>
        <w:t>Адже ж твоє до них так лине серце —&lt;br /&gt;</w:t>
        <w:br/>
        <w:t>До лицарів отих, степовиків...</w:t>
      </w:r>
    </w:p>
    <w:p>
      <w:r>
        <w:br/>
        <w:t>Касильда (сміється).</w:t>
      </w:r>
    </w:p>
    <w:p>
      <w:r>
        <w:br/>
        <w:t>Чому і ні? Всі кажуть: Наливайко —&lt;br /&gt;</w:t>
        <w:br/>
        <w:t>Шляхетний красень, лицар і з гонором,&lt;br /&gt;</w:t>
        <w:br/>
        <w:t>Ще молодий, високої освіти,&lt;br /&gt;</w:t>
        <w:br/>
        <w:t>А брат його — духовником у князя&lt;br /&gt;</w:t>
        <w:br/>
        <w:t>Острозького...</w:t>
      </w:r>
    </w:p>
    <w:p>
      <w:r>
        <w:br/>
        <w:t>В дверях до покоїв стає непомітно фігура Ігнотуса й дослухається до розмови.</w:t>
      </w:r>
    </w:p>
    <w:p>
      <w:r>
        <w:br/>
        <w:t>Оборська</w:t>
      </w:r>
    </w:p>
    <w:p>
      <w:r>
        <w:br/>
        <w:t>Жартуєш, доню, ти,&lt;br /&gt;</w:t>
        <w:br/>
        <w:t>Чи кажеш це поважно — я не знаю...&lt;br /&gt;</w:t>
        <w:br/>
        <w:t>Але тобі тепер, як нареченій&lt;br /&gt;</w:t>
        <w:br/>
        <w:t>Коронного гетьмана, не годиться&lt;br /&gt;</w:t>
        <w:br/>
        <w:t>Такі думки в своїй голівці мати,&lt;br /&gt;</w:t>
        <w:br/>
        <w:t>Тим паче ще й при людях говорити.</w:t>
      </w:r>
    </w:p>
    <w:p>
      <w:r>
        <w:br/>
        <w:t>Касильда (переставши сміятись).</w:t>
      </w:r>
    </w:p>
    <w:p>
      <w:r>
        <w:br/>
        <w:t>Даруй, мамунцю, я дурна, негарна...&lt;br /&gt;</w:t>
        <w:br/>
        <w:t>Не мене іноді немов находить...&lt;br /&gt;</w:t>
        <w:br/>
        <w:t>А що — сама того гаразд не знаю...&lt;br /&gt;</w:t>
        <w:br/>
        <w:t>Тих розбишак ненавиджу всім серцем&lt;br /&gt;</w:t>
        <w:br/>
        <w:t>За те, що віру католицьку нашу&lt;br /&gt;</w:t>
        <w:br/>
        <w:t>Безбожно топчуть, слуг її святих,&lt;br /&gt;</w:t>
        <w:br/>
        <w:t>Її святині топлять у крові&lt;br /&gt;</w:t>
        <w:br/>
        <w:t>І димом геть пускають в небуття.&lt;br /&gt;</w:t>
        <w:br/>
        <w:t>Ненавиджу я їх і проклинаю,&lt;br /&gt;</w:t>
        <w:br/>
        <w:t>Але... позбутися не в силі чарів,&lt;br /&gt;</w:t>
        <w:br/>
        <w:t>Які цей гомін степу навіває...&lt;br /&gt;</w:t>
        <w:br/>
        <w:t>Не маю сил позбутися тривоги...</w:t>
      </w:r>
    </w:p>
    <w:p>
      <w:r>
        <w:br/>
        <w:t>Оборська</w:t>
      </w:r>
    </w:p>
    <w:p>
      <w:r>
        <w:br/>
        <w:t>Та що ж тут дивного, моя дитино,&lt;br /&gt;</w:t>
        <w:br/>
        <w:t>В самої в мене серце не на місці...</w:t>
      </w:r>
    </w:p>
    <w:p>
      <w:r>
        <w:br/>
        <w:t>Касильда&lt;br /&gt;</w:t>
        <w:br/>
        <w:t>Не те, мамунцю, ні... Я не боюсь...&lt;br /&gt;</w:t>
        <w:br/>
        <w:t>Страху не маю я... Моя тривога —&lt;br /&gt;</w:t>
        <w:br/>
        <w:t>Це туга мов якась за тим, чого&lt;br /&gt;</w:t>
        <w:br/>
        <w:t>Не маю я, а мають доста ті&lt;br /&gt;</w:t>
        <w:br/>
        <w:t>Відважні демони степів безкраїх,&lt;br /&gt;</w:t>
        <w:br/>
        <w:t>Той Наливайко-красень, Лобода...</w:t>
      </w:r>
    </w:p>
    <w:p>
      <w:r>
        <w:br/>
        <w:t>Оборська</w:t>
      </w:r>
    </w:p>
    <w:p>
      <w:r>
        <w:br/>
        <w:t>Не розумію я... Не хвора ти?..&lt;br /&gt;</w:t>
        <w:br/>
        <w:t>Як очі й лиця в тебе запалали...</w:t>
      </w:r>
    </w:p>
    <w:p>
      <w:r>
        <w:br/>
        <w:t>Пазина&lt;br /&gt;</w:t>
        <w:br/>
        <w:t>(не зводячи з неї очей).</w:t>
      </w:r>
    </w:p>
    <w:p>
      <w:r>
        <w:br/>
        <w:t>Вона, вона... Прокинувся в ній степ..</w:t>
      </w:r>
    </w:p>
    <w:p>
      <w:r>
        <w:br/>
        <w:t>Касильда</w:t>
      </w:r>
    </w:p>
    <w:p>
      <w:r>
        <w:br/>
        <w:t>Яка могутня й красна сила ця!&lt;br /&gt;</w:t>
        <w:br/>
        <w:t>І вабить рівною із нею стати&lt;br /&gt;</w:t>
        <w:br/>
        <w:t>І кинутись у бій... чи попліч з нею —&lt;br /&gt;</w:t>
        <w:br/>
        <w:t>На всіх і все, чи вдарити на неї&lt;br /&gt;</w:t>
        <w:br/>
        <w:t>І розтрощити впень, пустить за вітром&lt;br /&gt;</w:t>
        <w:br/>
        <w:t>Або, як дикого коня, впіймати,&lt;br /&gt;</w:t>
        <w:br/>
        <w:t>Приговтати й любенько осідлати...</w:t>
      </w:r>
    </w:p>
    <w:p>
      <w:r>
        <w:br/>
        <w:t>Оборська</w:t>
      </w:r>
    </w:p>
    <w:p>
      <w:r>
        <w:br/>
        <w:t>Лицарське діло, доню, це. А нам,&lt;br /&gt;</w:t>
        <w:br/>
        <w:t>Жінкам, довліє їм допомогти&lt;br /&gt;</w:t>
        <w:br/>
        <w:t>Молитвою пречистій Панні Діві.&lt;br /&gt;</w:t>
        <w:br/>
        <w:t>Не зглянешся, як ось до нас прибуде&lt;br /&gt;</w:t>
        <w:br/>
        <w:t>Гетьман коронний...</w:t>
      </w:r>
    </w:p>
    <w:p>
      <w:r>
        <w:br/>
        <w:t>Ігнотус&lt;br /&gt;</w:t>
        <w:br/>
        <w:t>(показує на освітлені далекою пожежею вікна,&lt;br /&gt;</w:t>
        <w:br/>
        <w:t>чого присутні за розмовою досі не зауважили).</w:t>
      </w:r>
    </w:p>
    <w:p>
      <w:r>
        <w:br/>
        <w:t>Кара Божа, кара!..</w:t>
      </w:r>
    </w:p>
    <w:p>
      <w:r>
        <w:br/>
        <w:t>Всі злякано підводяться й дивляться в напрямку вікон.</w:t>
      </w:r>
    </w:p>
    <w:p>
      <w:r>
        <w:br/>
        <w:t>Оборська (з жахом).</w:t>
      </w:r>
    </w:p>
    <w:p>
      <w:r>
        <w:br/>
        <w:t>Спізнивсь гетьман... це ж місто Бар горить...&lt;br /&gt;</w:t>
        <w:br/>
        <w:t>Зяті мої, зяті!..&lt;br /&gt;</w:t>
        <w:br/>
        <w:t>(Закриває лице руками й падає в крісло).</w:t>
      </w:r>
    </w:p>
    <w:p>
      <w:r>
        <w:br/>
        <w:t>Касильда&lt;br /&gt;</w:t>
        <w:br/>
        <w:t>(стоїть, як зачарована, не зводячи очей з пожежі).</w:t>
      </w:r>
    </w:p>
    <w:p>
      <w:r>
        <w:br/>
        <w:t>Краса... Огневий вітер із степів...</w:t>
      </w:r>
    </w:p>
    <w:p>
      <w:r>
        <w:br/>
        <w:t>Пазина (тихо).</w:t>
      </w:r>
    </w:p>
    <w:p>
      <w:r>
        <w:br/>
        <w:t>Так, доню,— вітер степовий гукає...</w:t>
      </w:r>
    </w:p>
    <w:p>
      <w:r>
        <w:br/>
        <w:t>Касильда&lt;br /&gt;</w:t>
        <w:br/>
        <w:t>(бистро обертається й пильно дивиться на неї).</w:t>
      </w:r>
    </w:p>
    <w:p>
      <w:r>
        <w:br/>
        <w:t>Чи то мені почулося, Пазино?..</w:t>
      </w:r>
    </w:p>
    <w:p>
      <w:r>
        <w:br/>
        <w:t>Пазина (отямившись).</w:t>
      </w:r>
    </w:p>
    <w:p>
      <w:r>
        <w:br/>
        <w:t>Про що ти, ясна панно, я не знаю?..</w:t>
      </w:r>
    </w:p>
    <w:p>
      <w:r>
        <w:br/>
        <w:t>Оборська</w:t>
      </w:r>
    </w:p>
    <w:p>
      <w:r>
        <w:br/>
        <w:t>Що сталося із ними там?.. Чого&lt;br /&gt;</w:t>
        <w:br/>
        <w:t>Ви мовчите усі?..</w:t>
      </w:r>
    </w:p>
    <w:p>
      <w:r>
        <w:br/>
        <w:t>Касильда</w:t>
      </w:r>
    </w:p>
    <w:p>
      <w:r>
        <w:br/>
        <w:t>О, мамо!&lt;br /&gt;</w:t>
        <w:br/>
        <w:t>Ми ж певного нічого ще не знаєм...&lt;br /&gt;</w:t>
        <w:br/>
        <w:t>(Нахиляється над нею й обіймає її).&lt;br /&gt;</w:t>
        <w:br/>
        <w:t>Спокою, ненечко, спокою: Діва&lt;br /&gt;</w:t>
        <w:br/>
        <w:t>Пречиста нам заступниця міцна.</w:t>
      </w:r>
    </w:p>
    <w:p>
      <w:r>
        <w:br/>
        <w:t>Михаль (вбігає).</w:t>
      </w:r>
    </w:p>
    <w:p>
      <w:r>
        <w:br/>
        <w:t>Ясновельможна пані, там вістовець&lt;br /&gt;</w:t>
        <w:br/>
        <w:t>Примчав конем з-під Бару від панів&lt;br /&gt;</w:t>
        <w:br/>
        <w:t>Лабендзів...</w:t>
      </w:r>
    </w:p>
    <w:p>
      <w:r>
        <w:br/>
        <w:t>Оборська (схопившись).</w:t>
      </w:r>
    </w:p>
    <w:p>
      <w:r>
        <w:br/>
        <w:t>Чом же ти його не пустиш?!</w:t>
      </w:r>
    </w:p>
    <w:p>
      <w:r>
        <w:br/>
        <w:t>Михаль обертається й відчиняє вхідні двері, закликаючи кивом голови вістовця. В ту ж мить переступає поріг змучений, скривавлений, вістовець з перев'язаним чолом.</w:t>
      </w:r>
    </w:p>
    <w:p>
      <w:r>
        <w:br/>
        <w:t>Ах, жах який!..&lt;br /&gt;</w:t>
        <w:br/>
        <w:t>(Знову падає в крісло).&lt;br /&gt;</w:t>
        <w:br/>
        <w:t>Що сталось там?..</w:t>
      </w:r>
    </w:p>
    <w:p>
      <w:r>
        <w:br/>
        <w:t>Вістовець (вклонившись).</w:t>
      </w:r>
    </w:p>
    <w:p>
      <w:r>
        <w:br/>
        <w:t>Мене послав вельможний пан Лабендзя&lt;br /&gt;</w:t>
        <w:br/>
        <w:t>Переказать ясновельможній пані,&lt;br /&gt;</w:t>
        <w:br/>
        <w:t>Що з Бару мусіли ми вийти геть&lt;br /&gt;</w:t>
        <w:br/>
        <w:t>Під тиском Наливайка й Лободи&lt;br /&gt;</w:t>
        <w:br/>
        <w:t>Й засіли в балці при Кривім Шляху:&lt;br /&gt;</w:t>
        <w:br/>
        <w:t>Від перебіжчика довідавсь пан,&lt;br /&gt;</w:t>
        <w:br/>
        <w:t>Що Наливайко й Лобода вночі&lt;br /&gt;</w:t>
        <w:br/>
        <w:t>Хотять сюди навідатись з малим&lt;br /&gt;</w:t>
        <w:br/>
        <w:t>Загоном, полишивши решту в Барі&lt;br /&gt;</w:t>
        <w:br/>
        <w:t>З голотою мійською жакувати&lt;br /&gt;</w:t>
        <w:br/>
        <w:t>Мійських багатирів. Вельможний пан&lt;br /&gt;</w:t>
        <w:br/>
        <w:t>Благають всіх нічого не боятись,&lt;br /&gt;</w:t>
        <w:br/>
        <w:t>Бо за короткий час обох гетьманів&lt;br /&gt;</w:t>
        <w:br/>
        <w:t>Сюди на хутір приведуть в кайданах...&lt;br /&gt;</w:t>
        <w:br/>
        <w:t>(Знесилений хитнувся. Михаль підтримує його).&lt;br /&gt;</w:t>
        <w:br/>
        <w:t>Не можу більш... зійшов увесь я кров'ю...</w:t>
      </w:r>
    </w:p>
    <w:p>
      <w:r>
        <w:br/>
        <w:t>Оборська</w:t>
      </w:r>
    </w:p>
    <w:p>
      <w:r>
        <w:br/>
        <w:t>Михалю, одведи його, бідаху,&lt;br /&gt;</w:t>
        <w:br/>
        <w:t>До челяді... допоможи йому...&lt;br /&gt;</w:t>
        <w:br/>
        <w:t>Пазино, йди і ти туди: доглянь,&lt;br /&gt;</w:t>
        <w:br/>
        <w:t>Щоб помочі дали!..</w:t>
      </w:r>
    </w:p>
    <w:p>
      <w:r>
        <w:br/>
        <w:t>Михаль, вістовець і Пазина виходять.</w:t>
      </w:r>
    </w:p>
    <w:p>
      <w:r>
        <w:br/>
        <w:t>Ох, чує серце,&lt;br /&gt;</w:t>
        <w:br/>
        <w:t>Що не скінчиться це добром!..</w:t>
      </w:r>
    </w:p>
    <w:p>
      <w:r>
        <w:br/>
        <w:t>Важко опускається в крісло. Касильда нервово ходить по покою,зупиняючись часом перед вікнами. Ігнотус нерухомо, з дерев'яним обличчям стоїть, спершись об одвірок і слідкуючи за нею очима.</w:t>
      </w:r>
    </w:p>
    <w:p>
      <w:r>
        <w:br/>
        <w:t>Оборська (в розпуці).&lt;br /&gt;</w:t>
        <w:br/>
        <w:t>Ах!..&lt;br /&gt;</w:t>
        <w:br/>
        <w:t>Чого ж ви мовчите? . Касильдо, доню...&lt;br /&gt;</w:t>
        <w:br/>
        <w:t>Пречесний отче...</w:t>
      </w:r>
    </w:p>
    <w:p>
      <w:r>
        <w:br/>
        <w:t>Касильда (зупинившись).</w:t>
      </w:r>
    </w:p>
    <w:p>
      <w:r>
        <w:br/>
        <w:t>Ах, що можу я?..</w:t>
      </w:r>
    </w:p>
    <w:p>
      <w:r>
        <w:br/>
        <w:t>Оборська</w:t>
      </w:r>
    </w:p>
    <w:p>
      <w:r>
        <w:br/>
        <w:t>Утіхи слово хоч єдине, доню!..</w:t>
      </w:r>
    </w:p>
    <w:p>
      <w:r>
        <w:br/>
        <w:t>Касильда</w:t>
      </w:r>
    </w:p>
    <w:p>
      <w:r>
        <w:br/>
        <w:t>Чим можу я — слаба, нікчемна панна —&lt;br /&gt;</w:t>
        <w:br/>
        <w:t>Утішити когось в цей час страшний,&lt;br /&gt;</w:t>
        <w:br/>
        <w:t>Коли єдина втіха тут — це меч?..&lt;br /&gt;</w:t>
        <w:br/>
        <w:t>А чи ж рукам моїм слабим і ніжним&lt;br /&gt;</w:t>
        <w:br/>
        <w:t>Держати меч важкий і битись ним,&lt;br /&gt;</w:t>
        <w:br/>
        <w:t>Коли вправляли їх лише до голки,&lt;br /&gt;</w:t>
        <w:br/>
        <w:t>А серце — до молитви і покори?..&lt;br /&gt;</w:t>
        <w:br/>
        <w:t>Що ж можу я, тендітна панна?..</w:t>
      </w:r>
    </w:p>
    <w:p>
      <w:r>
        <w:br/>
        <w:t>Ігнотус (суворо).</w:t>
      </w:r>
    </w:p>
    <w:p>
      <w:r>
        <w:br/>
        <w:t>Все!</w:t>
      </w:r>
    </w:p>
    <w:p>
      <w:r>
        <w:br/>
        <w:t>Оборська злякано, Касильда здивовано озирається на нього.</w:t>
      </w:r>
    </w:p>
    <w:p>
      <w:r>
        <w:br/>
        <w:t>Коли святая віра і отчизна&lt;br /&gt;</w:t>
        <w:br/>
        <w:t>В страшній, смертельній небезпеці,— хто&lt;br /&gt;</w:t>
        <w:br/>
        <w:t>На чатах мусить стати в обороні? —&lt;br /&gt;</w:t>
        <w:br/>
        <w:t>Без винятку — усі! Мужі — най здіймуть&lt;br /&gt;</w:t>
        <w:br/>
        <w:t>Свій гострий меч і жертвують життя...</w:t>
      </w:r>
    </w:p>
    <w:p>
      <w:r>
        <w:br/>
        <w:t>Касильда</w:t>
      </w:r>
    </w:p>
    <w:p>
      <w:r>
        <w:br/>
        <w:t>Так, правда це... Але жінки, жінки?..</w:t>
      </w:r>
    </w:p>
    <w:p>
      <w:r>
        <w:br/>
        <w:t>Ігнотус</w:t>
      </w:r>
    </w:p>
    <w:p>
      <w:r>
        <w:br/>
        <w:t>Жінки на це страшнішу зброю мають!</w:t>
      </w:r>
    </w:p>
    <w:p>
      <w:r>
        <w:br/>
        <w:t>Касильда (пристрасно).</w:t>
      </w:r>
    </w:p>
    <w:p>
      <w:r>
        <w:br/>
        <w:t>Яку ж... яку?.</w:t>
      </w:r>
    </w:p>
    <w:p>
      <w:r>
        <w:br/>
        <w:t>Ігнотус</w:t>
      </w:r>
    </w:p>
    <w:p>
      <w:r>
        <w:br/>
        <w:t>Красу!</w:t>
      </w:r>
    </w:p>
    <w:p>
      <w:r>
        <w:br/>
        <w:t>Касильда</w:t>
      </w:r>
    </w:p>
    <w:p>
      <w:r>
        <w:br/>
        <w:t>Не розумію...</w:t>
      </w:r>
    </w:p>
    <w:p>
      <w:r>
        <w:br/>
        <w:t>Ігнотус</w:t>
      </w:r>
    </w:p>
    <w:p>
      <w:r>
        <w:br/>
        <w:t>Бо вже забули заповіт святий:&lt;br /&gt;</w:t>
        <w:br/>
        <w:t>Забули подвиг красної Юдити,&lt;br /&gt;</w:t>
        <w:br/>
        <w:t>Забули жертву мрійної Естирі,&lt;br /&gt;</w:t>
        <w:br/>
        <w:t>Забули і лукавий чар Даліли!..&lt;br /&gt;</w:t>
        <w:br/>
        <w:t>Для рідної отчизни і народу&lt;br /&gt;</w:t>
        <w:br/>
        <w:t>Вони красу свою дали в офіру&lt;br /&gt;</w:t>
        <w:br/>
        <w:t>Й боролись нею, як мужі мечем!</w:t>
      </w:r>
    </w:p>
    <w:p>
      <w:r>
        <w:br/>
        <w:t>Оборська</w:t>
      </w:r>
    </w:p>
    <w:p>
      <w:r>
        <w:br/>
        <w:t>Не розумію я, пречесний отче...&lt;br /&gt;</w:t>
        <w:br/>
        <w:t>Невже Касильда мусіла б зріктись&lt;br /&gt;</w:t>
        <w:br/>
        <w:t>Блискучого малженства і харцизам&lt;br /&gt;</w:t>
        <w:br/>
        <w:t>Пренепорочную красу віддати&lt;br /&gt;</w:t>
        <w:br/>
        <w:t>Та ще напередодні майже шлюбу?</w:t>
      </w:r>
    </w:p>
    <w:p>
      <w:r>
        <w:br/>
        <w:t>Ігнотус</w:t>
      </w:r>
    </w:p>
    <w:p>
      <w:r>
        <w:br/>
        <w:t>Чи не про те ж і я глаголю?..&lt;br /&gt;</w:t>
        <w:br/>
        <w:t>Вже над безоднею отчизна й віра&lt;br /&gt;</w:t>
        <w:br/>
        <w:t>Святая католицька — ви ж усі&lt;br /&gt;</w:t>
        <w:br/>
        <w:t>Марноту маєте в своїх думках.</w:t>
      </w:r>
    </w:p>
    <w:p>
      <w:r>
        <w:br/>
        <w:t>Оборська (обурено).</w:t>
      </w:r>
    </w:p>
    <w:p>
      <w:r>
        <w:br/>
        <w:t>Яка ж марнота це, пречесний отче?..&lt;br /&gt;</w:t>
        <w:br/>
        <w:t>Невже марнотою ти шлюб зовеш?..&lt;br /&gt;</w:t>
        <w:br/>
        <w:t>Пробач мені, пречесний отче... я&lt;br /&gt;</w:t>
        <w:br/>
        <w:t>Її виховувала не в черниці —&lt;br /&gt;</w:t>
        <w:br/>
        <w:t>Нема до цього в неї покликання,&lt;br /&gt;</w:t>
        <w:br/>
        <w:t>А затя кращого, як пан гетьман&lt;br /&gt;</w:t>
        <w:br/>
        <w:t>Жолкєвський...</w:t>
      </w:r>
    </w:p>
    <w:p>
      <w:r>
        <w:br/>
        <w:t>Ігнотус (палко).</w:t>
      </w:r>
    </w:p>
    <w:p>
      <w:r>
        <w:br/>
        <w:t>Де ж він, де?.. Чому не йде&lt;br /&gt;</w:t>
        <w:br/>
        <w:t>На ворогів з мечем своїм потужним?..&lt;br /&gt;</w:t>
        <w:br/>
        <w:t>Чи певні ви, що він іще живий,&lt;br /&gt;</w:t>
        <w:br/>
        <w:t>Що з турками в бою під Семиградом&lt;br /&gt;</w:t>
        <w:br/>
        <w:t>Не ліг кістьми, як падають герої&lt;br /&gt;</w:t>
        <w:br/>
        <w:t>Та вірнії сини отчизни й віри?</w:t>
      </w:r>
    </w:p>
    <w:p>
      <w:r>
        <w:br/>
        <w:t>Оборська&lt;br /&gt;</w:t>
        <w:br/>
        <w:t>(з ляку махає руками).</w:t>
      </w:r>
    </w:p>
    <w:p>
      <w:r>
        <w:br/>
        <w:t>Най Бог боронить!.. Що це, отче, ти,&lt;br /&gt;</w:t>
        <w:br/>
        <w:t>Заздалегідь життя, його ховаєш&lt;br /&gt;</w:t>
        <w:br/>
        <w:t>І накликаєш долю нам страшну!..&lt;br /&gt;</w:t>
        <w:br/>
        <w:t>(Простягає руки до Касильди).&lt;br /&gt;</w:t>
        <w:br/>
        <w:t>Моя дитино бідна...</w:t>
      </w:r>
    </w:p>
    <w:p>
      <w:r>
        <w:br/>
        <w:t>Касильда стоїть нерухомо, мов зачарована, й чекаюче дивиться на ченця.</w:t>
      </w:r>
    </w:p>
    <w:p>
      <w:r>
        <w:br/>
        <w:t>Ігнотус (грізно).</w:t>
      </w:r>
    </w:p>
    <w:p>
      <w:r>
        <w:br/>
        <w:t>Той не бідний,&lt;br /&gt;</w:t>
        <w:br/>
        <w:t>Кому на долю випало отчизну&lt;br /&gt;</w:t>
        <w:br/>
        <w:t>І віру врятувати в день страшний.&lt;br /&gt;</w:t>
        <w:br/>
        <w:t>Це доля не страшна, як кажеш ти,&lt;br /&gt;</w:t>
        <w:br/>
        <w:t>Бо там...&lt;br /&gt;</w:t>
        <w:br/>
        <w:t>(Піднімає палець угору).&lt;br /&gt;</w:t>
        <w:br/>
        <w:t>на небесах за подвиг цей&lt;br /&gt;</w:t>
        <w:br/>
        <w:t>Вготовано небесну нагороду,&lt;br /&gt;</w:t>
        <w:br/>
        <w:t>Що більша над усі земні безмірно,&lt;br /&gt;</w:t>
        <w:br/>
        <w:t>А щастя райське те дає Господь&lt;br /&gt;</w:t>
        <w:br/>
        <w:t>Лиш вибранцям своїм...</w:t>
      </w:r>
    </w:p>
    <w:p>
      <w:r>
        <w:br/>
        <w:t>Касильда (в пориві).</w:t>
      </w:r>
    </w:p>
    <w:p>
      <w:r>
        <w:br/>
        <w:t>Та як же, як&lt;br /&gt;</w:t>
        <w:br/>
        <w:t>Великий подвиг цей вчинити маю?..</w:t>
      </w:r>
    </w:p>
    <w:p>
      <w:r>
        <w:br/>
        <w:t>Оборська&lt;br /&gt;</w:t>
        <w:br/>
        <w:t>(безпорадно опускає руки).</w:t>
      </w:r>
    </w:p>
    <w:p>
      <w:r>
        <w:br/>
        <w:t>О, Діво пресвята! спаси й помилуй!..</w:t>
      </w:r>
    </w:p>
    <w:p>
      <w:r>
        <w:br/>
        <w:t>Ігнотус</w:t>
      </w:r>
    </w:p>
    <w:p>
      <w:r>
        <w:br/>
        <w:t>Їх два — як два люципери із пекла —&lt;br /&gt;</w:t>
        <w:br/>
        <w:t>З'єднавшись в дику і потужну силу,&lt;br /&gt;</w:t>
        <w:br/>
        <w:t>Із краю в край літають ураганом,&lt;br /&gt;</w:t>
        <w:br/>
        <w:t>Під ноги топчуть віру і отчизну,&lt;br /&gt;</w:t>
        <w:br/>
        <w:t>А дику чернь усюди піднімають&lt;br /&gt;</w:t>
        <w:br/>
        <w:t>На вірних їм панів і короля.&lt;br /&gt;</w:t>
        <w:br/>
        <w:t>Моя прекрасна доню, сам Господь,&lt;br /&gt;</w:t>
        <w:br/>
        <w:t>Красу тобі осяйну дарувавши,&lt;br /&gt;</w:t>
        <w:br/>
        <w:t>Обрав тебе сосудом грізним кари&lt;br /&gt;</w:t>
        <w:br/>
        <w:t>За всі диявольські ті вчинки їх...&lt;br /&gt;</w:t>
        <w:br/>
        <w:t>Спізнатися ти мусиш з кимсь із них —&lt;br /&gt;</w:t>
        <w:br/>
        <w:t>Чи з Наливайком то, чи з Лободою —&lt;br /&gt;</w:t>
        <w:br/>
        <w:t>І серце звіря підкорить красою:&lt;br /&gt;</w:t>
        <w:br/>
        <w:t>Коли ти зачаруєш одного,&lt;br /&gt;</w:t>
        <w:br/>
        <w:t>То другий з ревнощів уб'є другого,&lt;br /&gt;</w:t>
        <w:br/>
        <w:t>І сила їх потужна розпадеться...</w:t>
      </w:r>
    </w:p>
    <w:p>
      <w:r>
        <w:br/>
        <w:t>Оборська (спліскує руками).</w:t>
      </w:r>
    </w:p>
    <w:p>
      <w:r>
        <w:br/>
        <w:t>О Господи!..</w:t>
      </w:r>
    </w:p>
    <w:p>
      <w:r>
        <w:br/>
        <w:t>Касильда&lt;br /&gt;</w:t>
        <w:br/>
        <w:t>(рухом руки зупиняє її обурення).</w:t>
      </w:r>
    </w:p>
    <w:p>
      <w:r>
        <w:br/>
        <w:t>Готова, отче, я,&lt;br /&gt;</w:t>
        <w:br/>
        <w:t>Але... гетьманові вже подала&lt;br /&gt;</w:t>
        <w:br/>
        <w:t>Своє я слово...</w:t>
      </w:r>
    </w:p>
    <w:p>
      <w:r>
        <w:br/>
        <w:t>Ігнотус (урочисто).</w:t>
      </w:r>
    </w:p>
    <w:p>
      <w:r>
        <w:br/>
        <w:t>Власть мені надав&lt;br /&gt;</w:t>
        <w:br/>
        <w:t>Святий отець на римському престолі&lt;br /&gt;</w:t>
        <w:br/>
        <w:t>Ці присяги в'язати й розрішать...</w:t>
      </w:r>
    </w:p>
    <w:p>
      <w:r>
        <w:br/>
        <w:t>Оборська (гнівно схопившись).</w:t>
      </w:r>
    </w:p>
    <w:p>
      <w:r>
        <w:br/>
        <w:t>Цього не станеться ніколи, отче!..&lt;br /&gt;</w:t>
        <w:br/>
        <w:t>Чому не інший хтось, але вона,&lt;br /&gt;</w:t>
        <w:br/>
        <w:t>Моя Касильда дорога, в офіру&lt;br /&gt;</w:t>
        <w:br/>
        <w:t>Якимсь дияволам...</w:t>
      </w:r>
    </w:p>
    <w:p>
      <w:r>
        <w:br/>
        <w:t>Михаль (входить).</w:t>
      </w:r>
    </w:p>
    <w:p>
      <w:r>
        <w:br/>
        <w:t>Вістовець там&lt;br /&gt;</w:t>
        <w:br/>
        <w:t>До чесного отця аж із Варшави.</w:t>
      </w:r>
    </w:p>
    <w:p>
      <w:r>
        <w:br/>
        <w:t>Оборська</w:t>
      </w:r>
    </w:p>
    <w:p>
      <w:r>
        <w:br/>
        <w:t>Пусти сюди!..&lt;br /&gt;</w:t>
        <w:br/>
        <w:t>Михаль виходить Вона сідає, вся в гніві</w:t>
      </w:r>
    </w:p>
    <w:p>
      <w:r>
        <w:br/>
        <w:t>Ігнотус&lt;br /&gt;</w:t>
        <w:br/>
        <w:t>(ледве втримує радість).</w:t>
      </w:r>
    </w:p>
    <w:p>
      <w:r>
        <w:br/>
        <w:t>Якісь важливі вісті.&lt;br /&gt;</w:t>
        <w:br/>
        <w:t>(Йде назустріч вістовцеві).</w:t>
      </w:r>
    </w:p>
    <w:p>
      <w:r>
        <w:br/>
        <w:t>Дрига&lt;br /&gt;</w:t>
        <w:br/>
        <w:t>(одягнений посполитим, входить із передпокою,&lt;br /&gt;</w:t>
        <w:br/>
        <w:t>не зачиняючи за собою дверей, вклоняється й підходить&lt;br /&gt;</w:t>
        <w:br/>
        <w:t>благословитись до Ігнотуса).</w:t>
      </w:r>
    </w:p>
    <w:p>
      <w:r>
        <w:br/>
        <w:t>Най бендзе похвальони Єзус Кристус!</w:t>
      </w:r>
    </w:p>
    <w:p>
      <w:r>
        <w:br/>
        <w:t>Всі</w:t>
      </w:r>
    </w:p>
    <w:p>
      <w:r>
        <w:br/>
        <w:t>Амінь!</w:t>
      </w:r>
    </w:p>
    <w:p>
      <w:r>
        <w:br/>
        <w:t>Ігнотус</w:t>
      </w:r>
    </w:p>
    <w:p>
      <w:r>
        <w:br/>
        <w:t>Кажи, які там вісті маєш?</w:t>
      </w:r>
    </w:p>
    <w:p>
      <w:r>
        <w:br/>
        <w:t>Дрига</w:t>
      </w:r>
    </w:p>
    <w:p>
      <w:r>
        <w:br/>
        <w:t>За десять миль звідціль кварцяне військо...</w:t>
      </w:r>
    </w:p>
    <w:p>
      <w:r>
        <w:br/>
        <w:t>Оборська</w:t>
      </w:r>
    </w:p>
    <w:p>
      <w:r>
        <w:br/>
        <w:t>О, дяка Діві пресвятій — рятунок!</w:t>
      </w:r>
    </w:p>
    <w:p>
      <w:r>
        <w:br/>
        <w:t>Дрига</w:t>
      </w:r>
    </w:p>
    <w:p>
      <w:r>
        <w:br/>
        <w:t>Із паном Калиновським на чолі...</w:t>
      </w:r>
    </w:p>
    <w:p>
      <w:r>
        <w:br/>
        <w:t>Оборська</w:t>
      </w:r>
    </w:p>
    <w:p>
      <w:r>
        <w:br/>
        <w:t>Як з Калиновським?! А гетьман коронний&lt;br /&gt;</w:t>
        <w:br/>
        <w:t>Жолкєвський?..&lt;br /&gt;</w:t>
        <w:br/>
        <w:t>Дрига</w:t>
      </w:r>
    </w:p>
    <w:p>
      <w:r>
        <w:br/>
        <w:t>Під Семигородом ліг&lt;br /&gt;</w:t>
        <w:br/>
        <w:t>В бою із турками...</w:t>
      </w:r>
    </w:p>
    <w:p>
      <w:r>
        <w:br/>
        <w:t>Оборська</w:t>
      </w:r>
    </w:p>
    <w:p>
      <w:r>
        <w:br/>
        <w:t>Свята Маріє!..&lt;br /&gt;</w:t>
        <w:br/>
        <w:t>(Падає в крісло. Касильда нахиляється над нею).</w:t>
      </w:r>
    </w:p>
    <w:p>
      <w:r>
        <w:br/>
        <w:t>Накрякав чорний крук...</w:t>
      </w:r>
    </w:p>
    <w:p>
      <w:r>
        <w:br/>
        <w:t>Касильда</w:t>
      </w:r>
    </w:p>
    <w:p>
      <w:r>
        <w:br/>
        <w:t>Спокою, мамо...</w:t>
      </w:r>
    </w:p>
    <w:p>
      <w:r>
        <w:br/>
        <w:t>Дрига&lt;br /&gt;</w:t>
        <w:br/>
        <w:t>(передає Ігнотусові папери).</w:t>
      </w:r>
    </w:p>
    <w:p>
      <w:r>
        <w:br/>
        <w:t>Оце від кардинала із Варшави.</w:t>
      </w:r>
    </w:p>
    <w:p>
      <w:r>
        <w:br/>
        <w:t>Ігнотус</w:t>
      </w:r>
    </w:p>
    <w:p>
      <w:r>
        <w:br/>
        <w:t>Гаразд... Іди, чекай в передпокої.&lt;br /&gt;</w:t>
        <w:br/>
        <w:t>Чого ж стоїш?</w:t>
      </w:r>
    </w:p>
    <w:p>
      <w:r>
        <w:br/>
        <w:t>Дрига</w:t>
      </w:r>
    </w:p>
    <w:p>
      <w:r>
        <w:br/>
        <w:t>Коли ввійшов на хутір,&lt;br /&gt;</w:t>
        <w:br/>
        <w:t>То чув важку здалека тупотняву:&lt;br /&gt;</w:t>
        <w:br/>
        <w:t>Боюсь, що наливайківці із Бару...</w:t>
      </w:r>
    </w:p>
    <w:p>
      <w:r>
        <w:br/>
        <w:t>Оборська (схопившись).</w:t>
      </w:r>
    </w:p>
    <w:p>
      <w:r>
        <w:br/>
        <w:t>О, ні, зяті мої кохані це&lt;br /&gt;</w:t>
        <w:br/>
        <w:t>Вертаються, побивши харцизяк.&lt;br /&gt;</w:t>
        <w:br/>
        <w:t>Лабендзі це...</w:t>
      </w:r>
    </w:p>
    <w:p>
      <w:r>
        <w:br/>
        <w:t>Голос Наливайка (з передпокою);</w:t>
      </w:r>
    </w:p>
    <w:p>
      <w:r>
        <w:br/>
        <w:t>"Стривай, стара, не квапся!"</w:t>
      </w:r>
    </w:p>
    <w:p>
      <w:r>
        <w:br/>
        <w:t>В передпокої тупотнява й брязкіт зброї. Дрига, почувши&lt;br /&gt;</w:t>
        <w:br/>
        <w:t>Наливайків голос, непомітно зникає до покоїв.</w:t>
      </w:r>
    </w:p>
    <w:p>
      <w:r>
        <w:br/>
        <w:t>Ігнотус</w:t>
      </w:r>
    </w:p>
    <w:p>
      <w:r>
        <w:br/>
        <w:t>Вони... Це наливайківці із Бару...</w:t>
      </w:r>
    </w:p>
    <w:p>
      <w:r>
        <w:br/>
        <w:t>Підходить до жінок, Оборська стоїть, як непритомна, втопивши безумний погляд до входу. Ігнотус шепоче щось на вухо Касильді. Вона киває головою й зводить очі горі, ніби зовучи на поміч силу небесну. Тим часом до покою входять по одному — Наливайко, Лобода, Орішевський, Мамай і Гуменицький.&lt;br /&gt;</w:t>
        <w:br/>
        <w:t>Позад них, у дверях, скупилися дівчата-челядки з Михалем і П а з и н о ю попереду.</w:t>
      </w:r>
    </w:p>
    <w:p>
      <w:r>
        <w:br/>
        <w:t>Наливайко&lt;br /&gt;</w:t>
        <w:br/>
        <w:t>(вклонившись і знявши шлика).</w:t>
      </w:r>
    </w:p>
    <w:p>
      <w:r>
        <w:br/>
        <w:t>Добривечір, ясновельможна пані!&lt;br /&gt;</w:t>
        <w:br/>
        <w:t>Гостей ти, чую, ждала не таких,&lt;br /&gt;</w:t>
        <w:br/>
        <w:t>Як ми, нетяги, а весільних. Бачу,&lt;br /&gt;</w:t>
        <w:br/>
        <w:t>Що вже й попа до шлюбу поєднала...</w:t>
      </w:r>
    </w:p>
    <w:p>
      <w:r>
        <w:br/>
        <w:t>Оборська&lt;br /&gt;</w:t>
        <w:br/>
        <w:t>(ледве чутно з перестраху),</w:t>
      </w:r>
    </w:p>
    <w:p>
      <w:r>
        <w:br/>
        <w:t>Ви ж хто?..</w:t>
      </w:r>
    </w:p>
    <w:p>
      <w:r>
        <w:br/>
        <w:t>Наливайко</w:t>
      </w:r>
    </w:p>
    <w:p>
      <w:r>
        <w:br/>
        <w:t>Ми від зятів твоїх тобі&lt;br /&gt;</w:t>
        <w:br/>
        <w:t>Уклін низенький привезли...</w:t>
      </w:r>
    </w:p>
    <w:p>
      <w:r>
        <w:br/>
        <w:t>Оборська (з жахом).</w:t>
      </w:r>
    </w:p>
    <w:p>
      <w:r>
        <w:br/>
        <w:t>А де ж...&lt;br /&gt;</w:t>
        <w:br/>
        <w:t>А де ж вони?..</w:t>
      </w:r>
    </w:p>
    <w:p>
      <w:r>
        <w:br/>
        <w:t>Наливайко</w:t>
      </w:r>
    </w:p>
    <w:p>
      <w:r>
        <w:br/>
        <w:t>Ох-ох, пречесна вдово!&lt;br /&gt;</w:t>
        <w:br/>
        <w:t>Заснули сном спокійним у яру,&lt;br /&gt;</w:t>
        <w:br/>
        <w:t>А вклала спати їх козацька шабля,&lt;br /&gt;</w:t>
        <w:br/>
        <w:t>Покрила ліжником темненька нічка,&lt;br /&gt;</w:t>
        <w:br/>
        <w:t>Козацькі сурми грали колискову&lt;br /&gt;</w:t>
        <w:br/>
        <w:t>На вічний спокій лицарям Лабендзям...&lt;br /&gt;</w:t>
        <w:br/>
        <w:t>Оборська безумно скрикує й падає, як мертва, на килим. Михаль і дівчата кидаються до неї, беруть на руки й виносять до покоїв, Касильда хотіла також кинутись, перестрашена за життя її, але Ігнотус, взявши за руку її, суворо й владно зупиняє, зробивши знак лишитись на місці. Пазина виступила наперед, але за челяддю не пішла, занепокоєна душевним станом Касильди.</w:t>
      </w:r>
    </w:p>
    <w:p>
      <w:r>
        <w:br/>
        <w:t>Мамай</w:t>
      </w:r>
    </w:p>
    <w:p>
      <w:r>
        <w:br/>
        <w:t>Чого вона?.. Немов і не пила,&lt;br /&gt;</w:t>
        <w:br/>
        <w:t>А упилася...</w:t>
      </w:r>
    </w:p>
    <w:p>
      <w:r>
        <w:br/>
        <w:t>Гуменицький (посміхнувшись).</w:t>
      </w:r>
    </w:p>
    <w:p>
      <w:r>
        <w:br/>
        <w:t>Бесіда козацька&lt;br /&gt;</w:t>
        <w:br/>
        <w:t>Жінкам п'янкіш бува за оковиту.</w:t>
      </w:r>
    </w:p>
    <w:p>
      <w:r>
        <w:br/>
        <w:t>Касильда&lt;br /&gt;</w:t>
        <w:br/>
        <w:t>(опритомнівши, впадає в страшний гнів).</w:t>
      </w:r>
    </w:p>
    <w:p>
      <w:r>
        <w:br/>
        <w:t>Ти — кат! ти — душогуб!..&lt;br /&gt;</w:t>
        <w:br/>
        <w:t>(Стискає кулаки).</w:t>
      </w:r>
    </w:p>
    <w:p>
      <w:r>
        <w:br/>
        <w:t>Наливайко&lt;br /&gt;</w:t>
        <w:br/>
        <w:t>(любуючи з неї й посміхаючись, до Пазиш).</w:t>
      </w:r>
    </w:p>
    <w:p>
      <w:r>
        <w:br/>
        <w:t>Яка!.. Орлиця!..&lt;br /&gt;</w:t>
        <w:br/>
        <w:t>Не панна, а козак!..</w:t>
      </w:r>
    </w:p>
    <w:p>
      <w:r>
        <w:br/>
        <w:t>Орішевський</w:t>
      </w:r>
    </w:p>
    <w:p>
      <w:r>
        <w:br/>
        <w:t>Образа це,&lt;br /&gt;</w:t>
        <w:br/>
        <w:t>Прекрасна панно... не для нас, але&lt;br /&gt;</w:t>
        <w:br/>
        <w:t>Для лицарів хоробрих, для Лабендзів:&lt;br /&gt;</w:t>
        <w:br/>
        <w:t>Лягли не від катівської руки,&lt;br /&gt;</w:t>
        <w:br/>
        <w:t>А в чесному бою із козаком&lt;br /&gt;</w:t>
        <w:br/>
        <w:t>Таким, як Наливайко Северин,&lt;br /&gt;</w:t>
        <w:br/>
        <w:t>Це ж, панно, честь і неабияка:&lt;br /&gt;</w:t>
        <w:br/>
        <w:t>За це історія прославить їх&lt;br /&gt;</w:t>
        <w:br/>
        <w:t>І славу їм задзвонять кобзарі.</w:t>
      </w:r>
    </w:p>
    <w:p>
      <w:r>
        <w:br/>
        <w:t>Під час цієї рацеї Ігнотус ізнову щось шепоче на вухо Касильді.&lt;br /&gt;</w:t>
        <w:br/>
        <w:t>Касяльда (опанувавши себе).</w:t>
      </w:r>
    </w:p>
    <w:p>
      <w:r>
        <w:br/>
        <w:t>Чого ж ви хочете?.. чого прийшли?..</w:t>
      </w:r>
    </w:p>
    <w:p>
      <w:r>
        <w:br/>
        <w:t>Наливайко</w:t>
      </w:r>
    </w:p>
    <w:p>
      <w:r>
        <w:br/>
        <w:t>Про твій ми шлюб прочули, ясна панно...&lt;br /&gt;</w:t>
        <w:br/>
        <w:t>Летіли вихорем, щоб...</w:t>
      </w:r>
    </w:p>
    <w:p>
      <w:r>
        <w:br/>
        <w:t>Касильда</w:t>
      </w:r>
    </w:p>
    <w:p>
      <w:r>
        <w:br/>
        <w:t>Ви спізнились:&lt;br /&gt;</w:t>
        <w:br/>
        <w:t>Коронного гетьмана вже нема&lt;br /&gt;</w:t>
        <w:br/>
        <w:t>На світі — він поліг під Семиградом&lt;br /&gt;</w:t>
        <w:br/>
        <w:t>В бою із турками.</w:t>
      </w:r>
    </w:p>
    <w:p>
      <w:r>
        <w:br/>
        <w:t>Козаки здивовано перезираються, потім, ніби зрозумівши, в чім річ, посміхаються.</w:t>
      </w:r>
    </w:p>
    <w:p>
      <w:r>
        <w:br/>
        <w:t>Наливайко&lt;br /&gt;</w:t>
        <w:br/>
        <w:t>(вдаючи, що поняв віри, поважно).</w:t>
      </w:r>
    </w:p>
    <w:p>
      <w:r>
        <w:br/>
        <w:t>Велика шкода,&lt;br /&gt;</w:t>
        <w:br/>
        <w:t>Що прислужилися йому не ми.&lt;br /&gt;</w:t>
        <w:br/>
        <w:t>Дозволь же, ясна панно, нам, нетягам,&lt;br /&gt;</w:t>
        <w:br/>
        <w:t>Своє тобі принести спочуття&lt;br /&gt;</w:t>
        <w:br/>
        <w:t>В сердечній втраті.&lt;br /&gt;</w:t>
        <w:br/>
        <w:t>(Вклоняється).&lt;br /&gt;</w:t>
        <w:br/>
        <w:t>Люди не лихі ми,&lt;br /&gt;</w:t>
        <w:br/>
        <w:t>Хоч нас пани вельможнії не люблять,&lt;br /&gt;</w:t>
        <w:br/>
        <w:t>І винагородити втрату цю&lt;br /&gt;</w:t>
        <w:br/>
        <w:t>Вважатимем за честь.</w:t>
      </w:r>
    </w:p>
    <w:p>
      <w:r>
        <w:br/>
        <w:t>Касильда</w:t>
      </w:r>
    </w:p>
    <w:p>
      <w:r>
        <w:br/>
        <w:t>Не розумію,&lt;br /&gt;</w:t>
        <w:br/>
        <w:t>Про що, гетьмане, кажеш ти...</w:t>
      </w:r>
    </w:p>
    <w:p>
      <w:r>
        <w:br/>
        <w:t>Наливайко</w:t>
      </w:r>
    </w:p>
    <w:p>
      <w:r>
        <w:br/>
        <w:t>Про те,&lt;br /&gt;</w:t>
        <w:br/>
        <w:t>О, ясна панно, що нам жаль великий&lt;br /&gt;</w:t>
        <w:br/>
        <w:t>Не помогти в твоїй тяжкій утраті:&lt;br /&gt;</w:t>
        <w:br/>
        <w:t>На місце нареченого твого&lt;br /&gt;</w:t>
        <w:br/>
        <w:t>Я стану залюбки, коли твоя&lt;br /&gt;</w:t>
        <w:br/>
        <w:t>На теє буде ласка й згода, й шлюб&lt;br /&gt;</w:t>
        <w:br/>
        <w:t>Відбудеться негайно, а тим паче,&lt;br /&gt;</w:t>
        <w:br/>
        <w:t>Що в тебе й піп уже напоготові...</w:t>
      </w:r>
    </w:p>
    <w:p>
      <w:r>
        <w:br/>
        <w:t>Мамай&lt;br /&gt;</w:t>
        <w:br/>
        <w:t>(ошелешений несподіванкою, до Гуменицького).</w:t>
      </w:r>
    </w:p>
    <w:p>
      <w:r>
        <w:br/>
        <w:t>Та він сказивсь, чи що?!</w:t>
      </w:r>
    </w:p>
    <w:p>
      <w:r>
        <w:br/>
        <w:t>Гуменицький</w:t>
      </w:r>
    </w:p>
    <w:p>
      <w:r>
        <w:br/>
        <w:t>Мовчи та диш!</w:t>
      </w:r>
    </w:p>
    <w:p>
      <w:r>
        <w:br/>
        <w:t>Наливайко&lt;br /&gt;</w:t>
        <w:br/>
        <w:t>(до Ігнотуса).</w:t>
      </w:r>
    </w:p>
    <w:p>
      <w:r>
        <w:br/>
        <w:t>Унита ти?</w:t>
      </w:r>
    </w:p>
    <w:p>
      <w:r>
        <w:br/>
        <w:t>Ігнотус</w:t>
      </w:r>
    </w:p>
    <w:p>
      <w:r>
        <w:br/>
        <w:t>Я?.. Хм... так.</w:t>
      </w:r>
    </w:p>
    <w:p>
      <w:r>
        <w:br/>
        <w:t>Наливайко</w:t>
      </w:r>
    </w:p>
    <w:p>
      <w:r>
        <w:br/>
        <w:t>Ну, от і добре:&lt;br /&gt;</w:t>
        <w:br/>
        <w:t>Із панною звінчаєш нас, а потім&lt;br /&gt;</w:t>
        <w:br/>
        <w:t>Тебе за унію твою повісять&lt;br /&gt;</w:t>
        <w:br/>
        <w:t>Мої нетяги.</w:t>
      </w:r>
    </w:p>
    <w:p>
      <w:r>
        <w:br/>
        <w:t>Касильда&lt;br /&gt;</w:t>
        <w:br/>
        <w:t>(затремтівши).</w:t>
      </w:r>
    </w:p>
    <w:p>
      <w:r>
        <w:br/>
        <w:t>Жах який!..</w:t>
      </w:r>
    </w:p>
    <w:p>
      <w:r>
        <w:br/>
        <w:t>Ігнотус (тихо їй).</w:t>
      </w:r>
    </w:p>
    <w:p>
      <w:r>
        <w:br/>
        <w:t>Мужайся,-&lt;br /&gt;</w:t>
        <w:br/>
        <w:t>Од слів до діла ще далеко.</w:t>
      </w:r>
    </w:p>
    <w:p>
      <w:r>
        <w:br/>
        <w:t>Наливайко</w:t>
      </w:r>
    </w:p>
    <w:p>
      <w:r>
        <w:br/>
        <w:t>Ну?..</w:t>
      </w:r>
    </w:p>
    <w:p>
      <w:r>
        <w:br/>
        <w:t>Лобода (до Наливайка).</w:t>
      </w:r>
    </w:p>
    <w:p>
      <w:r>
        <w:br/>
        <w:t>Сгривай-но, брате... Як казать по правді,&lt;br /&gt;</w:t>
        <w:br/>
        <w:t>То панна ця мені також припала&lt;br /&gt;</w:t>
        <w:br/>
        <w:t>До серця й до душі. Чому ж не я,&lt;br /&gt;</w:t>
        <w:br/>
        <w:t>А ти із нею візьмеш шлюб?</w:t>
      </w:r>
    </w:p>
    <w:p>
      <w:r>
        <w:br/>
        <w:t>Наливайко (сміється).</w:t>
      </w:r>
    </w:p>
    <w:p>
      <w:r>
        <w:br/>
        <w:t>Хто?.. ти?!&lt;br /&gt;</w:t>
        <w:br/>
        <w:t>В свічадо глянь, старий, на сивий волос.&lt;br /&gt;</w:t>
        <w:br/>
        <w:t>Чи одружитись для других бажаєш?</w:t>
      </w:r>
    </w:p>
    <w:p>
      <w:r>
        <w:br/>
        <w:t>Сміх.</w:t>
      </w:r>
    </w:p>
    <w:p>
      <w:r>
        <w:br/>
        <w:t>Лобода (спалахнувши).</w:t>
      </w:r>
    </w:p>
    <w:p>
      <w:r>
        <w:br/>
        <w:t>Чому ж старий?.. В чуприні сивий волос&lt;br /&gt;</w:t>
        <w:br/>
        <w:t>Не ганьба козакові: сивина —&lt;br /&gt;</w:t>
        <w:br/>
        <w:t>Це розуму ознака. Серця ж палу&lt;br /&gt;</w:t>
        <w:br/>
        <w:t>Ніхто й ніде не міряв сивиною.&lt;br /&gt;</w:t>
        <w:br/>
        <w:t>А опріч того ще — так хочу я,&lt;br /&gt;</w:t>
        <w:br/>
        <w:t>Щоб панна красна ця була моєю!</w:t>
      </w:r>
    </w:p>
    <w:p>
      <w:r>
        <w:br/>
        <w:t>Наливайко (спалахнувши).</w:t>
      </w:r>
    </w:p>
    <w:p>
      <w:r>
        <w:br/>
        <w:t>Хотіти мало ще, гетьмане славний,&lt;br /&gt;</w:t>
        <w:br/>
        <w:t>А треба взяти!&lt;br /&gt;</w:t>
        <w:br/>
        <w:t>(Б'є рукою по шаблі).</w:t>
      </w:r>
    </w:p>
    <w:p>
      <w:r>
        <w:br/>
        <w:t>Лобода (хапається за шаблю).</w:t>
      </w:r>
    </w:p>
    <w:p>
      <w:r>
        <w:br/>
        <w:t>Треба, то й візьму,&lt;br /&gt;</w:t>
        <w:br/>
        <w:t>Хоч би і через труп твій довелось&lt;br /&gt;</w:t>
        <w:br/>
        <w:t>Переступити!..</w:t>
      </w:r>
    </w:p>
    <w:p>
      <w:r>
        <w:br/>
        <w:t>Мамай (гнівно).</w:t>
      </w:r>
    </w:p>
    <w:p>
      <w:r>
        <w:br/>
        <w:t>Сто чортів у пельку!&lt;br /&gt;</w:t>
        <w:br/>
        <w:t>Цього ще не бувало, щоб за бабу&lt;br /&gt;</w:t>
        <w:br/>
        <w:t>Гетьмани перегризлись!</w:t>
      </w:r>
    </w:p>
    <w:p>
      <w:r>
        <w:br/>
        <w:t>Гуменицький</w:t>
      </w:r>
    </w:p>
    <w:p>
      <w:r>
        <w:br/>
        <w:t>Гарне діло!&lt;br /&gt;</w:t>
        <w:br/>
        <w:t>Кварцяне військо на карку, вони ж&lt;br /&gt;</w:t>
        <w:br/>
        <w:t>За дівку панську б'ються...&lt;br /&gt;</w:t>
        <w:br/>
        <w:t>Орішевський (виходить наперед).</w:t>
      </w:r>
    </w:p>
    <w:p>
      <w:r>
        <w:br/>
        <w:t>Постривайте,&lt;br /&gt;</w:t>
        <w:br/>
        <w:t>Мої панове, лицарі відважні!&lt;br /&gt;</w:t>
        <w:br/>
        <w:t>На думку на мою, ця зрада зайва...</w:t>
      </w:r>
    </w:p>
    <w:p>
      <w:r>
        <w:br/>
        <w:t>Мамай</w:t>
      </w:r>
    </w:p>
    <w:p>
      <w:r>
        <w:br/>
        <w:t>Хе!.. Ще б пак!</w:t>
      </w:r>
    </w:p>
    <w:p>
      <w:r>
        <w:br/>
        <w:t>Гуменицьккй</w:t>
      </w:r>
    </w:p>
    <w:p>
      <w:r>
        <w:br/>
        <w:t>Усьому козацтву сором!</w:t>
      </w:r>
    </w:p>
    <w:p>
      <w:r>
        <w:br/>
        <w:t>Орішевський</w:t>
      </w:r>
    </w:p>
    <w:p>
      <w:r>
        <w:br/>
        <w:t>Я розумію вас обох: блискуча&lt;br /&gt;</w:t>
        <w:br/>
        <w:t>Краса ясної панни засліпила б&lt;br /&gt;</w:t>
        <w:br/>
        <w:t>Усякого на вашім місці....</w:t>
      </w:r>
    </w:p>
    <w:p>
      <w:r>
        <w:br/>
        <w:t>Мамай</w:t>
      </w:r>
    </w:p>
    <w:p>
      <w:r>
        <w:br/>
        <w:t>Що?!</w:t>
      </w:r>
    </w:p>
    <w:p>
      <w:r>
        <w:br/>
        <w:t>Орішевський&lt;br /&gt;</w:t>
        <w:br/>
        <w:t>(махнувши на нього рукою).</w:t>
      </w:r>
    </w:p>
    <w:p>
      <w:r>
        <w:br/>
        <w:t>Лиш не тебе, Мамаю, не тебе...&lt;br /&gt;</w:t>
        <w:br/>
        <w:t>І всяк радий би невимовне був&lt;br /&gt;</w:t>
        <w:br/>
        <w:t>Дружиною красу такую мати.&lt;br /&gt;</w:t>
        <w:br/>
        <w:t>Але ж ви — лицарі, мої панове,&lt;br /&gt;</w:t>
        <w:br/>
        <w:t>Й повинні знати добре, що в цім ділі&lt;br /&gt;</w:t>
        <w:br/>
        <w:t>Належить першість ув обранні тій,&lt;br /&gt;</w:t>
        <w:br/>
        <w:t>Чиє ви серце хочете скорити.&lt;br /&gt;</w:t>
        <w:br/>
        <w:t>Тому най панна скаже нам сама,&lt;br /&gt;</w:t>
        <w:br/>
        <w:t>На кого з вас впаде сердечний вибір.</w:t>
      </w:r>
    </w:p>
    <w:p>
      <w:r>
        <w:br/>
        <w:t>Наливайко</w:t>
      </w:r>
    </w:p>
    <w:p>
      <w:r>
        <w:br/>
        <w:t>Так, згода.</w:t>
      </w:r>
    </w:p>
    <w:p>
      <w:r>
        <w:br/>
        <w:t>Лобода понуро мовчить.</w:t>
      </w:r>
    </w:p>
    <w:p>
      <w:r>
        <w:br/>
        <w:t>Орішевський (до Касильди).</w:t>
      </w:r>
    </w:p>
    <w:p>
      <w:r>
        <w:br/>
        <w:t>Слово ваше, ясна панно.</w:t>
      </w:r>
    </w:p>
    <w:p>
      <w:r>
        <w:br/>
        <w:t>Касильда (погірдливо).</w:t>
      </w:r>
    </w:p>
    <w:p>
      <w:r>
        <w:br/>
        <w:t>Ви що?.. Глузуєте?! Ви на торзі чи де?..&lt;br /&gt;</w:t>
        <w:br/>
        <w:t>Щоб я, гербована шляхтянка...</w:t>
      </w:r>
    </w:p>
    <w:p>
      <w:r>
        <w:br/>
        <w:t>Наливайко&lt;br /&gt;</w:t>
        <w:br/>
        <w:t>(хапаючись за шаблю).</w:t>
      </w:r>
    </w:p>
    <w:p>
      <w:r>
        <w:br/>
        <w:t>Як?!</w:t>
      </w:r>
    </w:p>
    <w:p>
      <w:r>
        <w:br/>
        <w:t>Касильда</w:t>
      </w:r>
    </w:p>
    <w:p>
      <w:r>
        <w:br/>
        <w:t>...Та віддалася за ворога отчизни&lt;br /&gt;</w:t>
        <w:br/>
        <w:t>І віри католицької святої?..&lt;br /&gt;</w:t>
        <w:br/>
        <w:t>Цього не буде!..</w:t>
      </w:r>
    </w:p>
    <w:p>
      <w:r>
        <w:br/>
        <w:t>Наливайко (виймає шаблю).</w:t>
      </w:r>
    </w:p>
    <w:p>
      <w:r>
        <w:br/>
        <w:t>Так?! То пропади ж...</w:t>
      </w:r>
    </w:p>
    <w:p>
      <w:r>
        <w:br/>
        <w:t>Пазина висне йому на руці й разом з Орішевським&lt;br /&gt;</w:t>
        <w:br/>
        <w:t>здержує його.</w:t>
      </w:r>
    </w:p>
    <w:p>
      <w:r>
        <w:br/>
        <w:t>Ігнотус (простягає руки).</w:t>
      </w:r>
    </w:p>
    <w:p>
      <w:r>
        <w:br/>
        <w:t>Панове лицарі, спокою прошу.&lt;br /&gt;</w:t>
        <w:br/>
        <w:t>(Одводить Касильду набік і щось шепоче їй).</w:t>
      </w:r>
    </w:p>
    <w:p>
      <w:r>
        <w:br/>
        <w:t>Наливайко&lt;br /&gt;</w:t>
        <w:br/>
        <w:t>(відступивши набік, ховає шаблю; до Пазини&lt;br /&gt;</w:t>
        <w:br/>
        <w:t>напівголосно).</w:t>
      </w:r>
    </w:p>
    <w:p>
      <w:r>
        <w:br/>
        <w:t>Така вона у тебе?.. Католичка,&lt;br /&gt;</w:t>
        <w:br/>
        <w:t>Та ще й запекла... Най же дідько лисий&lt;br /&gt;</w:t>
        <w:br/>
        <w:t>Ожениться із ляшкою, не я...</w:t>
      </w:r>
    </w:p>
    <w:p>
      <w:r>
        <w:br/>
        <w:t>Касильда&lt;br /&gt;</w:t>
        <w:br/>
        <w:t>(ламле руки, благаюче).</w:t>
      </w:r>
    </w:p>
    <w:p>
      <w:r>
        <w:br/>
        <w:t>Ах, не тепер!.. Нехай... Лиш не сьогодні...</w:t>
      </w:r>
    </w:p>
    <w:p>
      <w:r>
        <w:br/>
        <w:t>Орішевський&lt;br /&gt;</w:t>
        <w:br/>
        <w:t>(до гетьманів).&lt;br /&gt;</w:t>
        <w:br/>
        <w:t>Оскільки зрозумів я, красна панна&lt;br /&gt;</w:t>
        <w:br/>
        <w:t>Цілком не відкида освідчин ваших,&lt;br /&gt;</w:t>
        <w:br/>
        <w:t>Хоробрі лицарі: вона лише&lt;br /&gt;</w:t>
        <w:br/>
        <w:t>Вагається — й це зрозуміла річ,-&lt;br /&gt;</w:t>
        <w:br/>
        <w:t>Кому із двох своє віддати серце,&lt;br /&gt;</w:t>
        <w:br/>
        <w:t>І на роздумування просить часу.&lt;br /&gt;</w:t>
        <w:br/>
        <w:t>Понеже так воно і мусить бути,&lt;br /&gt;</w:t>
        <w:br/>
        <w:t>Я раю вам, хоробрії гетьмани,&lt;br /&gt;</w:t>
        <w:br/>
        <w:t>Її вволити волю й дати їй...&lt;br /&gt;</w:t>
        <w:br/>
        <w:t>Ну, скільки?.. Днів за три-чотири в нас&lt;br /&gt;</w:t>
        <w:br/>
        <w:t>На черзі бій з кварцяним військом... Отже,&lt;br /&gt;</w:t>
        <w:br/>
        <w:t>Даємо їй два дні. Чи згодні ви?&lt;br /&gt;</w:t>
        <w:br/>
        <w:t>Позавтрьому, у цей приблизно час,&lt;br /&gt;</w:t>
        <w:br/>
        <w:t>Ми і весілля одгуляєм тут:&lt;br /&gt;</w:t>
        <w:br/>
        <w:t>Свої бояри в нас, свої й музики,&lt;br /&gt;</w:t>
        <w:br/>
        <w:t>А шлюбну сальву битимуть гармати&lt;br /&gt;</w:t>
        <w:br/>
        <w:t>Кварцяникам назустріч. Так чи ні?</w:t>
      </w:r>
    </w:p>
    <w:p>
      <w:r>
        <w:br/>
        <w:t>Мамай</w:t>
      </w:r>
    </w:p>
    <w:p>
      <w:r>
        <w:br/>
        <w:t>А щоб ти скис! Це вигадав на диво!</w:t>
      </w:r>
    </w:p>
    <w:p>
      <w:r>
        <w:br/>
        <w:t>Гумеіницький</w:t>
      </w:r>
    </w:p>
    <w:p>
      <w:r>
        <w:br/>
        <w:t>Такого ще весілля не бувало,&lt;br /&gt;</w:t>
        <w:br/>
        <w:t>Відколи й світ стоїть!..</w:t>
      </w:r>
    </w:p>
    <w:p>
      <w:r>
        <w:br/>
        <w:t>Наливайко (байдужо).</w:t>
      </w:r>
    </w:p>
    <w:p>
      <w:r>
        <w:br/>
        <w:t>Як так, то й так.</w:t>
      </w:r>
    </w:p>
    <w:p>
      <w:r>
        <w:br/>
        <w:t>Лобода (по задумі).</w:t>
      </w:r>
    </w:p>
    <w:p>
      <w:r>
        <w:br/>
        <w:t>Дотепно вигадав... Най буде так...&lt;br /&gt;</w:t>
        <w:br/>
        <w:t>Але щоб часом не втекла куниця&lt;br /&gt;</w:t>
        <w:br/>
        <w:t>З цим чорним лисом.&lt;br /&gt;</w:t>
        <w:br/>
        <w:t>(Киває на ченця).&lt;br /&gt;</w:t>
        <w:br/>
        <w:t>Ти, Охріме-брате,&lt;br /&gt;</w:t>
        <w:br/>
        <w:t>У панськім дворищі цім розташуй&lt;br /&gt;</w:t>
        <w:br/>
        <w:t>Свою козацьку сотню, й най пильнують,&lt;br /&gt;</w:t>
        <w:br/>
        <w:t>Як ока власного. В одвіті — ти!..</w:t>
      </w:r>
    </w:p>
    <w:p>
      <w:r>
        <w:br/>
        <w:t>Гуменицький</w:t>
      </w:r>
    </w:p>
    <w:p>
      <w:r>
        <w:br/>
        <w:t>Гаразд, мій батьку, не втече!&lt;br /&gt;</w:t>
        <w:br/>
        <w:t>Орішевський (до гетьманів).</w:t>
      </w:r>
    </w:p>
    <w:p>
      <w:r>
        <w:br/>
        <w:t>Ну, що ж,-&lt;br /&gt;</w:t>
        <w:br/>
        <w:t>Нам час назад, до Бару.&lt;br /&gt;</w:t>
        <w:br/>
        <w:t>(До Касильди).&lt;br /&gt;</w:t>
        <w:br/>
        <w:t>На добраніч,-&lt;br /&gt;</w:t>
        <w:br/>
        <w:t>Даруйте нам турбацію цю, панно,&lt;br /&gt;</w:t>
        <w:br/>
        <w:t>І най Морфей рожеві сни навіє&lt;br /&gt;</w:t>
        <w:br/>
        <w:t>Тому, кого сполохали ми тяжко.</w:t>
      </w:r>
    </w:p>
    <w:p>
      <w:r>
        <w:br/>
        <w:t>Всі вклоняються й виходять.</w:t>
      </w:r>
    </w:p>
    <w:p>
      <w:r>
        <w:br/>
        <w:t>Мамай&lt;br /&gt;</w:t>
        <w:br/>
        <w:t>(виходячи, чухає потилицю).</w:t>
      </w:r>
    </w:p>
    <w:p>
      <w:r>
        <w:br/>
        <w:t>З женячкою розмордувало їх! —&lt;br /&gt;</w:t>
        <w:br/>
        <w:t>А тут же оковитої й медів&lt;br /&gt;</w:t>
        <w:br/>
        <w:t>І всякого добра...</w:t>
      </w:r>
    </w:p>
    <w:p>
      <w:r>
        <w:br/>
        <w:t>Гуменицький&lt;br /&gt;</w:t>
        <w:br/>
        <w:t>(сміючись, підштовхує його ліктем).</w:t>
      </w:r>
    </w:p>
    <w:p>
      <w:r>
        <w:br/>
        <w:t>Ще маєм час...</w:t>
      </w:r>
    </w:p>
    <w:p>
      <w:r>
        <w:br/>
        <w:t>Виходять. Пазина за ними. Касильда закриває очі, хитається й падає непритомно на руки ченця.</w:t>
      </w:r>
    </w:p>
    <w:p>
      <w:r>
        <w:br/>
        <w:t>Ігнотус&lt;br /&gt;</w:t>
        <w:br/>
        <w:t>(міцно тримає її, пригорнувши до грудей і втопивши&lt;br /&gt;</w:t>
        <w:br/>
        <w:t>в неї жагучий погляд).</w:t>
      </w:r>
    </w:p>
    <w:p>
      <w:r>
        <w:br/>
        <w:t>Яка краса!.. Німію перед нею.&lt;br /&gt;</w:t>
        <w:br/>
        <w:t>І цю красу хотів Жолкєвський взяти?&lt;br /&gt;</w:t>
        <w:br/>
        <w:t>Е, ні вона моя, і вирву я&lt;br /&gt;</w:t>
        <w:br/>
        <w:t>Із пазурів самого чорта,&lt;br /&gt;</w:t>
        <w:br/>
        <w:t>Не то, що у Жолкєвського...&lt;br /&gt;</w:t>
        <w:br/>
        <w:t>А дурні Ці дикі в помочі мені до цього&lt;br /&gt;</w:t>
        <w:br/>
        <w:t>Любенько стануть... Ти стомилась, пташко?&lt;br /&gt;</w:t>
        <w:br/>
        <w:t>Поблідли лиця як... але уста&lt;br /&gt;</w:t>
        <w:br/>
        <w:t>Немов благають поцілунку...&lt;br /&gt;</w:t>
        <w:br/>
        <w:t>(Жагучо впивається їй в уста довгим поцілунком).</w:t>
      </w:r>
    </w:p>
    <w:p>
      <w:r>
        <w:br/>
        <w:t>Дрига&lt;br /&gt;</w:t>
        <w:br/>
        <w:t>(висовує голову з лівих дверей і лякливо озирає покій;&lt;br /&gt;</w:t>
        <w:br/>
        <w:t>побачивши ченця з Касильдою на руках, лукаво посміхається).&lt;br /&gt;</w:t>
        <w:br/>
        <w:t>Кхе!..&lt;br /&gt;</w:t>
        <w:br/>
        <w:t>(Ховається за двері).</w:t>
      </w:r>
    </w:p>
    <w:p>
      <w:r>
        <w:br/>
        <w:t>Ігнотус&lt;br /&gt;</w:t>
        <w:br/>
        <w:t>(почувши кашель, здригається й озирається).</w:t>
      </w:r>
    </w:p>
    <w:p>
      <w:r>
        <w:br/>
        <w:t>Хто тут?..&lt;br /&gt;</w:t>
        <w:br/>
        <w:t>(Кладе Касильду на канапу. Входить Д р и г а).&lt;br /&gt;</w:t>
        <w:br/>
        <w:t>Це ти?.. Гаразд... Іди, спочинь&lt;br /&gt;</w:t>
        <w:br/>
        <w:t>З дороги: завтра знов потрібен будеш&lt;br /&gt;</w:t>
        <w:br/>
        <w:t>(Кидає йому капшука з грішми).&lt;br /&gt;</w:t>
        <w:br/>
        <w:t>А це візьми і — аніже нікому!</w:t>
      </w:r>
    </w:p>
    <w:p>
      <w:r>
        <w:br/>
        <w:t>Дрига хапає гроші і, кланяючись та задкуючи, виходить геть.</w:t>
      </w:r>
    </w:p>
    <w:p>
      <w:r>
        <w:br/>
        <w:t>ДІЯ ТРЕТЯ</w:t>
      </w:r>
    </w:p>
    <w:p>
      <w:r>
        <w:br/>
        <w:t>Ясний весняний ранок. Наливайківський табір у степу. Ліворуч — великий, відкритий до глядачів, намет таборової канцелярії з столом посередині й скамницями довкола столу. На другім плані — наладовані військовою всячиною вози. В перспективі — місто Бар. Між возами вештається найрізноманітніший люд: шляхта, міщани, козаки, могильники, будники, броварі, кравці, шевці, ткачі кушніри тощо — всі, кому тісно було жити під паном або глитаєм-господарем. Під возами, в холодку й посеред сцени, сидять купками й пиячать ті, в кого ще не все пропито. Від гурту до гурту ходить козацька кабашниця. Хотина; за нею наймит возить барилко з оковитою й націджує кому скільки треба — чи то в пляшку, чи в тикві, чи в глечик, чи в боклажок. Хотина одбирає гроші чи застави за горілку.</w:t>
      </w:r>
    </w:p>
    <w:p>
      <w:r>
        <w:br/>
        <w:t>Голос (із 1-ої групи).</w:t>
      </w:r>
    </w:p>
    <w:p>
      <w:r>
        <w:br/>
        <w:t>Пху, чорт!.. Ізнов у тикві ані краплі!&lt;br /&gt;</w:t>
        <w:br/>
        <w:t>А вже й заставити нема чого.&lt;br /&gt;</w:t>
        <w:br/>
        <w:t>Хіба штани?.. Але ж самі дірки,-&lt;br /&gt;</w:t>
        <w:br/>
        <w:t>Бо ті, що з пана здер, пропив ще вчора...</w:t>
      </w:r>
    </w:p>
    <w:p>
      <w:r>
        <w:br/>
        <w:t>Сміх.</w:t>
      </w:r>
    </w:p>
    <w:p>
      <w:r>
        <w:br/>
        <w:t>Голос (із 2-ої групи).</w:t>
      </w:r>
    </w:p>
    <w:p>
      <w:r>
        <w:br/>
        <w:t>А ти вклонись Хотині й попрохай&lt;br /&gt;</w:t>
        <w:br/>
        <w:t>Гарненько,— наборг дасть.</w:t>
      </w:r>
    </w:p>
    <w:p>
      <w:r>
        <w:br/>
        <w:t>Хотина</w:t>
      </w:r>
    </w:p>
    <w:p>
      <w:r>
        <w:br/>
        <w:t>А чорта з два!</w:t>
      </w:r>
    </w:p>
    <w:p>
      <w:r>
        <w:br/>
        <w:t>Голос (із 1-ої групи).</w:t>
      </w:r>
    </w:p>
    <w:p>
      <w:r>
        <w:br/>
        <w:t>Не дасть, ледащо!&lt;br /&gt;</w:t>
        <w:br/>
        <w:t>(До своїх "горілчаних братів").&lt;br /&gt;</w:t>
        <w:br/>
        <w:t>В кого з вас, брати,&lt;br /&gt;</w:t>
        <w:br/>
        <w:t>Ще єсть одежа, чоботи — рятуй!</w:t>
      </w:r>
    </w:p>
    <w:p>
      <w:r>
        <w:br/>
        <w:t>2-й голос (із тої ж групи).</w:t>
      </w:r>
    </w:p>
    <w:p>
      <w:r>
        <w:br/>
        <w:t>Та де! не бачиш сам, що босі всі&lt;br /&gt;</w:t>
        <w:br/>
        <w:t>І грішним тілом світять.</w:t>
      </w:r>
    </w:p>
    <w:p>
      <w:r>
        <w:br/>
        <w:t>Голос (із 1-ої групи).</w:t>
      </w:r>
    </w:p>
    <w:p>
      <w:r>
        <w:br/>
        <w:t>От напасть!&lt;br /&gt;</w:t>
        <w:br/>
        <w:t>І на якого дідька нас гетьман&lt;br /&gt;</w:t>
        <w:br/>
        <w:t>Із міста раптом вивів аж у степ?&lt;br /&gt;</w:t>
        <w:br/>
        <w:t>Та в місті ж ще лишилося добра&lt;br /&gt;</w:t>
        <w:br/>
        <w:t>Усякого, хоч греблі ним гати!</w:t>
      </w:r>
    </w:p>
    <w:p>
      <w:r>
        <w:br/>
        <w:t>Голос (із 3-ої групи).</w:t>
      </w:r>
    </w:p>
    <w:p>
      <w:r>
        <w:br/>
        <w:t>Хіба в міщан та у попів, а в панства&lt;br /&gt;</w:t>
        <w:br/>
        <w:t>З маєтків їх лишились димарі&lt;br /&gt;</w:t>
        <w:br/>
        <w:t>Та чорні слупи: маєш хіть — повисни&lt;br /&gt;</w:t>
        <w:br/>
        <w:t>Хоч на найвищому!</w:t>
      </w:r>
    </w:p>
    <w:p>
      <w:r>
        <w:br/>
        <w:t>Мамай</w:t>
      </w:r>
    </w:p>
    <w:p>
      <w:r>
        <w:br/>
        <w:t>Коли гетьман&lt;br /&gt;</w:t>
        <w:br/>
        <w:t>Із Бару вивів нас сюди, то певне&lt;br /&gt;</w:t>
        <w:br/>
        <w:t>Не з розуму дурного. Чи забув ти,&lt;br /&gt;</w:t>
        <w:br/>
        <w:t>Що завтра маємо вітати з честю&lt;br /&gt;</w:t>
        <w:br/>
        <w:t>Кварцяників з Жолкєвським на чолі.&lt;br /&gt;</w:t>
        <w:br/>
        <w:t>Чи ти б хотів, щоб в пастці нас застукав&lt;br /&gt;</w:t>
        <w:br/>
        <w:t>Гетьман коронний...</w:t>
      </w:r>
    </w:p>
    <w:p>
      <w:r>
        <w:br/>
        <w:t>Голос (із 1-ої групи).</w:t>
      </w:r>
    </w:p>
    <w:p>
      <w:r>
        <w:br/>
        <w:t>От лиха година!&lt;br /&gt;</w:t>
        <w:br/>
        <w:t>Розмордувало їх невчасно так...&lt;br /&gt;</w:t>
        <w:br/>
        <w:t>А тут же саме випити охота!&lt;br /&gt;</w:t>
        <w:br/>
        <w:t>Мамай</w:t>
      </w:r>
    </w:p>
    <w:p>
      <w:r>
        <w:br/>
        <w:t>Стривай,— червоної нап'єшся завтра!</w:t>
      </w:r>
    </w:p>
    <w:p>
      <w:r>
        <w:br/>
        <w:t>Голос (із 1-ої групи).</w:t>
      </w:r>
    </w:p>
    <w:p>
      <w:r>
        <w:br/>
        <w:t>Хотино, гей! пащеко ти несита!&lt;br /&gt;</w:t>
        <w:br/>
        <w:t>Повір у борг: чим хочеш присягаюсь,&lt;br /&gt;</w:t>
        <w:br/>
        <w:t>Що завтра ввечері віддам в заставу&lt;br /&gt;</w:t>
        <w:br/>
        <w:t>Штани з Жолкєвського самого!..Браття,&lt;br /&gt;</w:t>
        <w:br/>
        <w:t>Вже наперед кажу: цур не ділитись!&lt;br /&gt;</w:t>
        <w:br/>
        <w:t>Штани з коронного гетьмана я&lt;br /&gt;</w:t>
        <w:br/>
        <w:t>Здеру, а іншим зась до них.</w:t>
      </w:r>
    </w:p>
    <w:p>
      <w:r>
        <w:br/>
        <w:t>Голоси (регочучи).</w:t>
      </w:r>
    </w:p>
    <w:p>
      <w:r>
        <w:br/>
        <w:t>— Бери,&lt;br /&gt;</w:t>
        <w:br/>
        <w:t>Здоров! — Та не ускоч, гляди, в матню,&lt;br /&gt;</w:t>
        <w:br/>
        <w:t>Бо з неї шлях один: до чорта в пекло!</w:t>
      </w:r>
    </w:p>
    <w:p>
      <w:r>
        <w:br/>
        <w:t>Регіт.</w:t>
      </w:r>
    </w:p>
    <w:p>
      <w:r>
        <w:br/>
        <w:t>Мамай (перехиляє боклажок),</w:t>
      </w:r>
    </w:p>
    <w:p>
      <w:r>
        <w:br/>
        <w:t>Рятуйте!.. Пробі!..</w:t>
      </w:r>
    </w:p>
    <w:p>
      <w:r>
        <w:br/>
        <w:t>Голоси (злякано)</w:t>
      </w:r>
    </w:p>
    <w:p>
      <w:r>
        <w:br/>
        <w:t>Що таке, Мамзю?!</w:t>
      </w:r>
    </w:p>
    <w:p>
      <w:r>
        <w:br/>
        <w:t>Мамай (піднімає боклага).</w:t>
      </w:r>
    </w:p>
    <w:p>
      <w:r>
        <w:br/>
        <w:t>Ось гляньте — порожнісінький!.. А я ж&lt;br /&gt;</w:t>
        <w:br/>
        <w:t>Іще й не похмеливсь...</w:t>
      </w:r>
    </w:p>
    <w:p>
      <w:r>
        <w:br/>
        <w:t>Голоси</w:t>
      </w:r>
    </w:p>
    <w:p>
      <w:r>
        <w:br/>
        <w:t>Застав штани!</w:t>
      </w:r>
    </w:p>
    <w:p>
      <w:r>
        <w:br/>
        <w:t>Мамай</w:t>
      </w:r>
    </w:p>
    <w:p>
      <w:r>
        <w:br/>
        <w:t>Не можу, братчики: небавом рада&lt;br /&gt;</w:t>
        <w:br/>
        <w:t>Гетьманська, а ви ж знаєте, що й я&lt;br /&gt;</w:t>
        <w:br/>
        <w:t>На ній болячка не з останніх, тож&lt;br /&gt;</w:t>
        <w:br/>
        <w:t>Без них до радного не пустять кола...&lt;br /&gt;</w:t>
        <w:br/>
        <w:t>(Б'є себе по лобі).&lt;br /&gt;</w:t>
        <w:br/>
        <w:t>А гей ти, надовбню оден!.. А кобза!..&lt;br /&gt;</w:t>
        <w:br/>
        <w:t>(Здіймає з плечей кобзу).&lt;br /&gt;</w:t>
        <w:br/>
        <w:t>Хотино, гей! ану лиш націди&lt;br /&gt;</w:t>
        <w:br/>
        <w:t>За кобзу в боклажок...</w:t>
      </w:r>
    </w:p>
    <w:p>
      <w:r>
        <w:br/>
        <w:t>Голоси (обурено).</w:t>
      </w:r>
    </w:p>
    <w:p>
      <w:r>
        <w:br/>
        <w:t>— Чи ти сказивсь?!&lt;br /&gt;</w:t>
        <w:br/>
        <w:t>Чи вже останній розум свій пропив?..&lt;br /&gt;</w:t>
        <w:br/>
        <w:t>— Нащо ж кому без кобзи здався ти?..&lt;br /&gt;</w:t>
        <w:br/>
        <w:t>— А ми, нетяги, без Мамая?.. Тільки&lt;br /&gt;</w:t>
        <w:br/>
        <w:t>І людського в нас, може, небораків,&lt;br /&gt;</w:t>
        <w:br/>
        <w:t>Що пісня Мамаєва голосна!..&lt;br /&gt;</w:t>
        <w:br/>
        <w:t>— Ану, кабашнице, несита пелько,&lt;br /&gt;</w:t>
        <w:br/>
        <w:t>Налий йому!</w:t>
      </w:r>
    </w:p>
    <w:p>
      <w:r>
        <w:br/>
        <w:t>Хотина</w:t>
      </w:r>
    </w:p>
    <w:p>
      <w:r>
        <w:br/>
        <w:t>А хто платити буде?</w:t>
      </w:r>
    </w:p>
    <w:p>
      <w:r>
        <w:br/>
        <w:t>Голоси</w:t>
      </w:r>
    </w:p>
    <w:p>
      <w:r>
        <w:br/>
        <w:t>А щоб ти скисла, ненажеро клята!&lt;br /&gt;</w:t>
        <w:br/>
        <w:t>— Скидаймось браття, в кого ще дзвенить&lt;br /&gt;</w:t>
        <w:br/>
        <w:t>в кишені!..</w:t>
      </w:r>
    </w:p>
    <w:p>
      <w:r>
        <w:br/>
        <w:t>Декотрі витягають гроші й платять Хотині.</w:t>
      </w:r>
    </w:p>
    <w:p>
      <w:r>
        <w:br/>
        <w:t>Наймит&lt;br /&gt;</w:t>
        <w:br/>
        <w:t>(бере боклажок; до Хотини).</w:t>
      </w:r>
    </w:p>
    <w:p>
      <w:r>
        <w:br/>
        <w:t>Повен наливати?</w:t>
      </w:r>
    </w:p>
    <w:p>
      <w:r>
        <w:br/>
        <w:t>Хотина (лічить гроші).</w:t>
      </w:r>
    </w:p>
    <w:p>
      <w:r>
        <w:br/>
        <w:t>Повен.&lt;br /&gt;</w:t>
        <w:br/>
        <w:t>Мамай</w:t>
      </w:r>
    </w:p>
    <w:p>
      <w:r>
        <w:br/>
        <w:t>Ох, і спасибі ж вам, мої брати,&lt;br /&gt;</w:t>
        <w:br/>
        <w:t>Що не дали живцем од спраги вмерти!&lt;br /&gt;</w:t>
        <w:br/>
        <w:t>Як тільки бій скінчиться із ляхами,&lt;br /&gt;</w:t>
        <w:br/>
        <w:t>Частую всіх на радощах, а поки —&lt;br /&gt;</w:t>
        <w:br/>
        <w:t>(бере боклажок)&lt;br /&gt;</w:t>
        <w:br/>
        <w:t>За вас за всіх і за козацьку славу!&lt;br /&gt;</w:t>
        <w:br/>
        <w:t>(Перехиляє боклажок і п'є нахильці з нього).</w:t>
      </w:r>
    </w:p>
    <w:p>
      <w:r>
        <w:br/>
        <w:t>Голоси</w:t>
      </w:r>
    </w:p>
    <w:p>
      <w:r>
        <w:br/>
        <w:t>— Е, ні! до бою ще далеко, серце,-&lt;br /&gt;</w:t>
        <w:br/>
        <w:t>А ти утни якоїсь нам на кобзі,&lt;br /&gt;</w:t>
        <w:br/>
        <w:t>Врятованій із пазурів кабацьких!..&lt;br /&gt;</w:t>
        <w:br/>
        <w:t>— Авжеж, авжеж! — А за тобою й ми!..</w:t>
      </w:r>
    </w:p>
    <w:p>
      <w:r>
        <w:br/>
        <w:t>Мамай&lt;br /&gt;</w:t>
        <w:br/>
        <w:t>(одірвавшись од боклажка).</w:t>
      </w:r>
    </w:p>
    <w:p>
      <w:r>
        <w:br/>
        <w:t>Ффу!.. Мов на світ наново народився...&lt;br /&gt;</w:t>
        <w:br/>
        <w:t>То тільки й плати, кажете, що пісня?&lt;br /&gt;</w:t>
        <w:br/>
        <w:t>(Бере бандуру).&lt;br /&gt;</w:t>
        <w:br/>
        <w:t>Ох, кобзонько моя співучеструнна!&lt;br /&gt;</w:t>
        <w:br/>
        <w:t>Не раз нетягу рятувала ти&lt;br /&gt;</w:t>
        <w:br/>
        <w:t>Від смутку клятого та від жури,-&lt;br /&gt;</w:t>
        <w:br/>
        <w:t>Ой, врятувала ще раз ти від смерті,&lt;br /&gt;</w:t>
        <w:br/>
        <w:t>Від наглої напасниці...&lt;br /&gt;</w:t>
        <w:br/>
        <w:t>(Перебирає на струнах).&lt;br /&gt;</w:t>
        <w:br/>
        <w:t>— Дзвони ж,&lt;br /&gt;</w:t>
        <w:br/>
        <w:t>Гучніш дзвони препишну славу всім:&lt;br /&gt;</w:t>
        <w:br/>
        <w:t>Степам безкраїм, вольній волі їхній&lt;br /&gt;</w:t>
        <w:br/>
        <w:t>І славному козацтву-побратимству!..&lt;br /&gt;</w:t>
        <w:br/>
        <w:t>(Б'є по струнах).&lt;br /&gt;</w:t>
        <w:br/>
        <w:t>Ой із степу, степу широкого&lt;br /&gt;</w:t>
        <w:br/>
        <w:t>Та не буйні вітри повівали,&lt;br /&gt;</w:t>
        <w:br/>
        <w:t>Гей, повівали!</w:t>
      </w:r>
    </w:p>
    <w:p>
      <w:r>
        <w:br/>
        <w:t>Хор</w:t>
      </w:r>
    </w:p>
    <w:p>
      <w:r>
        <w:br/>
        <w:t>Розходилась-розгулялась бідная голота,&lt;br /&gt;</w:t>
        <w:br/>
        <w:t>Бідная голота з батьком Наливаєм.</w:t>
      </w:r>
    </w:p>
    <w:p>
      <w:r>
        <w:br/>
        <w:t>Мамай</w:t>
      </w:r>
    </w:p>
    <w:p>
      <w:r>
        <w:br/>
        <w:t>Ой із-за лісу, лісу зеленого&lt;br /&gt;</w:t>
        <w:br/>
        <w:t>Та не чорні хмари насували,&lt;br /&gt;</w:t>
        <w:br/>
        <w:t>Гей, насували!</w:t>
      </w:r>
    </w:p>
    <w:p>
      <w:r>
        <w:br/>
        <w:t>Хор</w:t>
      </w:r>
    </w:p>
    <w:p>
      <w:r>
        <w:br/>
        <w:t>Насували-налітали славні козаченьки,&lt;br /&gt;</w:t>
        <w:br/>
        <w:t>Славні козаченьки в гості до вельможних.</w:t>
      </w:r>
    </w:p>
    <w:p>
      <w:r>
        <w:br/>
        <w:t>Мамай</w:t>
      </w:r>
    </w:p>
    <w:p>
      <w:r>
        <w:br/>
        <w:t>Де ж те панство, панство гербоване,&lt;br /&gt;</w:t>
        <w:br/>
        <w:t>Що з голоти гордо так сміялось,&lt;br /&gt;</w:t>
        <w:br/>
        <w:t>Гей, так сміялось?</w:t>
      </w:r>
    </w:p>
    <w:p>
      <w:r>
        <w:br/>
        <w:t>Хор</w:t>
      </w:r>
    </w:p>
    <w:p>
      <w:r>
        <w:br/>
        <w:t>Положили-повкладали спати в чистім полі,&lt;br /&gt;</w:t>
        <w:br/>
        <w:t>Спати в чистім полі, в полі на роздоллі!</w:t>
      </w:r>
    </w:p>
    <w:p>
      <w:r>
        <w:br/>
        <w:t>Скінчивши пісню, Мамай знову перехиляє боклажок і п'є нахильці.</w:t>
      </w:r>
    </w:p>
    <w:p>
      <w:r>
        <w:br/>
        <w:t>Голос Дриги&lt;br /&gt;</w:t>
        <w:br/>
        <w:t>(з правого боку).</w:t>
      </w:r>
    </w:p>
    <w:p>
      <w:r>
        <w:br/>
        <w:t>Ой гоп, рики-чики,&lt;br /&gt;</w:t>
        <w:br/>
        <w:t>Куплю, мила, черевики!&lt;br /&gt;</w:t>
        <w:br/>
        <w:t>А ти, любко, кохай,&lt;br /&gt;</w:t>
        <w:br/>
        <w:t>А ти, серце, пригортай,&lt;br /&gt;</w:t>
        <w:br/>
        <w:t>Та стривай —&lt;br /&gt;</w:t>
        <w:br/>
        <w:t>Не тікай!&lt;br /&gt;</w:t>
        <w:br/>
        <w:t>(Виходить на сцену, пританцьовуючи; він у підраній попівській рясі).&lt;br /&gt;</w:t>
        <w:br/>
        <w:t>Я милую поцілую,&lt;br /&gt;</w:t>
        <w:br/>
        <w:t>Ще дві парі подарую,-&lt;br /&gt;</w:t>
        <w:br/>
        <w:t>А ти, любко, кохай,&lt;br /&gt;</w:t>
        <w:br/>
        <w:t>А ти, серце, пригортай,&lt;br /&gt;</w:t>
        <w:br/>
        <w:t>Та стривай —&lt;br /&gt;</w:t>
        <w:br/>
        <w:t>Не тікай!</w:t>
      </w:r>
    </w:p>
    <w:p>
      <w:r>
        <w:br/>
        <w:t>Вибухи гомеричного реготу. Дрига зупиняється й&lt;br /&gt;</w:t>
        <w:br/>
        <w:t>посоловілими очима оглядає пияків.</w:t>
      </w:r>
    </w:p>
    <w:p>
      <w:r>
        <w:br/>
        <w:t>Голоси&lt;br /&gt;</w:t>
        <w:br/>
        <w:t>— Оце дак піп! — Якої уджигнув!..&lt;br /&gt;</w:t>
        <w:br/>
        <w:t>— Розбий, Мамаю, кобзу: не складеш&lt;br /&gt;</w:t>
        <w:br/>
        <w:t>І ти дотепніш!..</w:t>
      </w:r>
    </w:p>
    <w:p>
      <w:r>
        <w:br/>
        <w:t>Дрига (йде до гурту).</w:t>
      </w:r>
    </w:p>
    <w:p>
      <w:r>
        <w:br/>
        <w:t>Братіки мої!&lt;br /&gt;</w:t>
        <w:br/>
        <w:t>Мої возлюбленії чада й вівці!&lt;br /&gt;</w:t>
        <w:br/>
        <w:t>Воістину сей день, єго же... той...&lt;br /&gt;</w:t>
        <w:br/>
        <w:t>(Угледівши Мамая).&lt;br /&gt;</w:t>
        <w:br/>
        <w:t>Мамаю!.. й ти між нами?..</w:t>
      </w:r>
    </w:p>
    <w:p>
      <w:r>
        <w:br/>
        <w:t>Голоси</w:t>
      </w:r>
    </w:p>
    <w:p>
      <w:r>
        <w:br/>
        <w:t>— Звідкіля?..&lt;br /&gt;</w:t>
        <w:br/>
        <w:t>— Яким це вітром принесло тебе?..&lt;br /&gt;</w:t>
        <w:br/>
        <w:t>— Де пропадав з самого Могилева?..</w:t>
      </w:r>
    </w:p>
    <w:p>
      <w:r>
        <w:br/>
        <w:t>Дрига (похитуючись).</w:t>
      </w:r>
    </w:p>
    <w:p>
      <w:r>
        <w:br/>
        <w:t>Вразі мої возсташа... Литвинам&lt;br /&gt;</w:t>
        <w:br/>
        <w:t>У руці впав бих... Мало не повис був&lt;br /&gt;</w:t>
        <w:br/>
        <w:t>На древі, та Господняя десниця,&lt;br /&gt;</w:t>
        <w:br/>
        <w:t>Як древле Ілію, на колесниці&lt;br /&gt;</w:t>
        <w:br/>
        <w:t>Огневій восхитила мя з їх рук&lt;br /&gt;</w:t>
        <w:br/>
        <w:t>І аж до вас, о чада, принесла...</w:t>
      </w:r>
    </w:p>
    <w:p>
      <w:r>
        <w:br/>
        <w:t>Регіт.</w:t>
      </w:r>
    </w:p>
    <w:p>
      <w:r>
        <w:br/>
        <w:t>Голоси</w:t>
      </w:r>
    </w:p>
    <w:p>
      <w:r>
        <w:br/>
        <w:t>— А де ж вона? — Продав десь, певне, й коні&lt;br /&gt;</w:t>
        <w:br/>
        <w:t>— І колесницю тую, та й напивсь!</w:t>
      </w:r>
    </w:p>
    <w:p>
      <w:r>
        <w:br/>
        <w:t>Дрига</w:t>
      </w:r>
    </w:p>
    <w:p>
      <w:r>
        <w:br/>
        <w:t>Воістину... Великая спокуса.-&lt;br /&gt;</w:t>
        <w:br/>
        <w:t>Не воздержахся аз... продав... єй-єй...&lt;br /&gt;</w:t>
        <w:br/>
        <w:t>Ось і дінари</w:t>
      </w:r>
    </w:p>
    <w:p>
      <w:r>
        <w:br/>
        <w:t>(Виймає жменю грошей).</w:t>
      </w:r>
    </w:p>
    <w:p>
      <w:r>
        <w:br/>
        <w:t>Голоси</w:t>
      </w:r>
    </w:p>
    <w:p>
      <w:r>
        <w:br/>
        <w:t>— Ого-го!..-Частуй же,&lt;br /&gt;</w:t>
        <w:br/>
        <w:t>Велебний отче, всіх! — А то у нас&lt;br /&gt;</w:t>
        <w:br/>
        <w:t>Ні колесниць, ні коней...— Вже й хламиди&lt;br /&gt;</w:t>
        <w:br/>
        <w:t>Хотині всі давно позаставляли!..</w:t>
      </w:r>
    </w:p>
    <w:p>
      <w:r>
        <w:br/>
        <w:t>Дрига (до Хотини).</w:t>
      </w:r>
    </w:p>
    <w:p>
      <w:r>
        <w:br/>
        <w:t>А де ж спокусниця?.. Ти тут?.. Бери!&lt;br /&gt;</w:t>
        <w:br/>
        <w:t>(Дає їй гроші).&lt;br /&gt;</w:t>
        <w:br/>
        <w:t>На всі усім!..</w:t>
      </w:r>
    </w:p>
    <w:p>
      <w:r>
        <w:br/>
        <w:t>До наймита підходять хто з чим, дістають горілку, й пиятика точиться далі.</w:t>
      </w:r>
    </w:p>
    <w:p>
      <w:r>
        <w:br/>
        <w:t>Аз немощен і слаб...&lt;br /&gt;</w:t>
        <w:br/>
        <w:t>Спочину, як Господь у семий день...&lt;br /&gt;</w:t>
        <w:br/>
        <w:t>(Похитуючись, ніби ненароком точиться до намету і вкладається під ним на землі).</w:t>
      </w:r>
    </w:p>
    <w:p>
      <w:r>
        <w:br/>
        <w:t>Мамай</w:t>
      </w:r>
    </w:p>
    <w:p>
      <w:r>
        <w:br/>
        <w:t>Хоч і проноза клятий піп, а добрий,-&lt;br /&gt;</w:t>
        <w:br/>
        <w:t>Тож за здоров'я чесного отця!..</w:t>
      </w:r>
    </w:p>
    <w:p>
      <w:r>
        <w:br/>
        <w:t>Хотина (дивиться вправо).</w:t>
      </w:r>
    </w:p>
    <w:p>
      <w:r>
        <w:br/>
        <w:t>Либонь, гетьман із старшиною йдуть?..&lt;br /&gt;</w:t>
        <w:br/>
        <w:t>(До наймита).&lt;br /&gt;</w:t>
        <w:br/>
        <w:t>Агов! ходімо звідціля!&lt;br /&gt;</w:t>
        <w:br/>
        <w:t>(Зникають з наймитом ліворуч).</w:t>
      </w:r>
    </w:p>
    <w:p>
      <w:r>
        <w:br/>
        <w:t>Голоси</w:t>
      </w:r>
    </w:p>
    <w:p>
      <w:r>
        <w:br/>
        <w:t>— Гетьман!..&lt;br /&gt;</w:t>
        <w:br/>
        <w:t>То що? Нехай... ми всі гетьмани тут!..&lt;br /&gt;</w:t>
        <w:br/>
        <w:t>— Гетьман твій змовився з панами й нас&lt;br /&gt;</w:t>
        <w:br/>
        <w:t>Із Бару вивів аж у степ...</w:t>
      </w:r>
    </w:p>
    <w:p>
      <w:r>
        <w:br/>
        <w:t>Мамай (грізно).</w:t>
      </w:r>
    </w:p>
    <w:p>
      <w:r>
        <w:br/>
        <w:t>Ану,&lt;br /&gt;</w:t>
        <w:br/>
        <w:t>Занишкни, дурноверхий!.. Чи тебе&lt;br /&gt;</w:t>
        <w:br/>
        <w:t>Питати мав?</w:t>
      </w:r>
    </w:p>
    <w:p>
      <w:r>
        <w:br/>
        <w:t>Голос</w:t>
      </w:r>
    </w:p>
    <w:p>
      <w:r>
        <w:br/>
        <w:t>Не вадило б і в нас&lt;br /&gt;</w:t>
        <w:br/>
        <w:t>Позичить розуму для справ таких!</w:t>
      </w:r>
    </w:p>
    <w:p>
      <w:r>
        <w:br/>
        <w:t>Мамай</w:t>
      </w:r>
    </w:p>
    <w:p>
      <w:r>
        <w:br/>
        <w:t>Та де ж він в тебе? Ти ж давно його&lt;br /&gt;</w:t>
        <w:br/>
        <w:t>Кабашниці заставив за горілку,&lt;br /&gt;</w:t>
        <w:br/>
        <w:t>А рештки в оковитій утопив.&lt;br /&gt;</w:t>
        <w:br/>
        <w:t>Отож мовчи та диш!..</w:t>
      </w:r>
    </w:p>
    <w:p>
      <w:r>
        <w:br/>
        <w:t>Голоси</w:t>
      </w:r>
    </w:p>
    <w:p>
      <w:r>
        <w:br/>
        <w:t>Авжеж, мовчи,&lt;br /&gt;</w:t>
        <w:br/>
        <w:t>Бо в Северина шабля гостра, ти ж&lt;br /&gt;</w:t>
        <w:br/>
        <w:t>Дрючка не маєш навіть — все пропив!..&lt;br /&gt;</w:t>
        <w:br/>
        <w:t>— Та ось і він...</w:t>
      </w:r>
    </w:p>
    <w:p>
      <w:r>
        <w:br/>
        <w:t>З правого боку виходять Наливайко, Орішевський, Кремпський і Мазепа.</w:t>
      </w:r>
    </w:p>
    <w:p>
      <w:r>
        <w:br/>
        <w:t>— Здоров будь, наш гетьмане! —&lt;br /&gt;</w:t>
        <w:br/>
        <w:t>— Живе най Наливайко! — Віват! віват!..</w:t>
      </w:r>
    </w:p>
    <w:p>
      <w:r>
        <w:br/>
        <w:t>Наливайко</w:t>
      </w:r>
    </w:p>
    <w:p>
      <w:r>
        <w:br/>
        <w:t>Спасибі вам, мої нетяги любі!..&lt;br /&gt;</w:t>
        <w:br/>
        <w:t>Гай-гай! то ви й не висихали, бачу,&lt;br /&gt;</w:t>
        <w:br/>
        <w:t>А нині ж рада військова,— забули?</w:t>
      </w:r>
    </w:p>
    <w:p>
      <w:r>
        <w:br/>
        <w:t>Голоси</w:t>
      </w:r>
    </w:p>
    <w:p>
      <w:r>
        <w:br/>
        <w:t>— Та де забули пак! Чекаєм ради...&lt;br /&gt;</w:t>
        <w:br/>
        <w:t>— П'ємо ж, щоб вивітрити хміль вчорашній&lt;br /&gt;</w:t>
        <w:br/>
        <w:t>І свіжу голову на раді мати</w:t>
      </w:r>
    </w:p>
    <w:p>
      <w:r>
        <w:br/>
        <w:t>Сміх.</w:t>
      </w:r>
    </w:p>
    <w:p>
      <w:r>
        <w:br/>
        <w:t>Наливайко</w:t>
      </w:r>
    </w:p>
    <w:p>
      <w:r>
        <w:br/>
        <w:t>Гаразд! та пийте й далі, скільки влізе,&lt;br /&gt;</w:t>
        <w:br/>
        <w:t>А ніч — на сон, щоб свіжі і бадьорі&lt;br /&gt;</w:t>
        <w:br/>
        <w:t>Були на ранок. Не ячіте лиш,&lt;br /&gt;</w:t>
        <w:br/>
        <w:t>Щоб раді старшини не перешкодить.&lt;br /&gt;</w:t>
        <w:br/>
        <w:t>Мамаю, й ти гуляєш, любий друже?&lt;br /&gt;</w:t>
        <w:br/>
        <w:t>Мамай</w:t>
      </w:r>
    </w:p>
    <w:p>
      <w:r>
        <w:br/>
        <w:t>Козак-душа, гетьмане славний, щира:&lt;br /&gt;</w:t>
        <w:br/>
        <w:t>Коли не п'є, то воші б'є, а все&lt;br /&gt;</w:t>
        <w:br/>
        <w:t>Про діло про лицарське добре дбає.</w:t>
      </w:r>
    </w:p>
    <w:p>
      <w:r>
        <w:br/>
        <w:t>Наливайко (сміється).</w:t>
      </w:r>
    </w:p>
    <w:p>
      <w:r>
        <w:br/>
        <w:t>В гуморі, бачу, добрім ти, то ж зовсім&lt;br /&gt;</w:t>
        <w:br/>
        <w:t>Ще глузду в оковитій не втопив,&lt;br /&gt;</w:t>
        <w:br/>
        <w:t>Тому бери свою ти златострунну&lt;br /&gt;</w:t>
        <w:br/>
        <w:t>Й на раду з нами до намету.</w:t>
      </w:r>
    </w:p>
    <w:p>
      <w:r>
        <w:br/>
        <w:t>Мамай (чухає потилицю).</w:t>
      </w:r>
    </w:p>
    <w:p>
      <w:r>
        <w:br/>
        <w:t>Зараз...&lt;br /&gt;</w:t>
        <w:br/>
        <w:t>Допити тра.&lt;br /&gt;</w:t>
        <w:br/>
        <w:t>(Допиває з боклажка).</w:t>
      </w:r>
    </w:p>
    <w:p>
      <w:r>
        <w:br/>
        <w:t>Наливайко&lt;br /&gt;</w:t>
        <w:br/>
        <w:t>(побачивши заснулого попа).</w:t>
      </w:r>
    </w:p>
    <w:p>
      <w:r>
        <w:br/>
        <w:t>А це... чиї це мощі?</w:t>
      </w:r>
    </w:p>
    <w:p>
      <w:r>
        <w:br/>
        <w:t>Голоси (регочучи).</w:t>
      </w:r>
    </w:p>
    <w:p>
      <w:r>
        <w:br/>
        <w:t>— То піп, гетьмане, Дрига упокоївсь!..</w:t>
      </w:r>
    </w:p>
    <w:p>
      <w:r>
        <w:br/>
        <w:t>Наливайко</w:t>
      </w:r>
    </w:p>
    <w:p>
      <w:r>
        <w:br/>
        <w:t>Таж ми його, либонь, десь загубили —&lt;br /&gt;</w:t>
        <w:br/>
        <w:t>Під Могилевим ще, чи що?</w:t>
      </w:r>
    </w:p>
    <w:p>
      <w:r>
        <w:br/>
        <w:t>Голоси</w:t>
      </w:r>
    </w:p>
    <w:p>
      <w:r>
        <w:br/>
        <w:t>— Прибув,&lt;br /&gt;</w:t>
        <w:br/>
        <w:t>Він каже, на вогнистій колесниці,&lt;br /&gt;</w:t>
        <w:br/>
        <w:t>Як Ілія на небо!..</w:t>
      </w:r>
    </w:p>
    <w:p>
      <w:r>
        <w:br/>
        <w:t>Орішевський (сміється).</w:t>
      </w:r>
    </w:p>
    <w:p>
      <w:r>
        <w:br/>
        <w:t>Так?.. А впав,&lt;br /&gt;</w:t>
        <w:br/>
        <w:t>Як та його хламида, і лежить.</w:t>
      </w:r>
    </w:p>
    <w:p>
      <w:r>
        <w:br/>
        <w:t>Наливайко&lt;br /&gt;</w:t>
        <w:br/>
        <w:t>Най спочиває з праведними. Прошу!..</w:t>
      </w:r>
    </w:p>
    <w:p>
      <w:r>
        <w:br/>
        <w:t>Старшина йде до намету. Мамай бере кобзу й теж за ними.&lt;br /&gt;</w:t>
        <w:br/>
        <w:t>В наметі сідають колом столу.</w:t>
      </w:r>
    </w:p>
    <w:p>
      <w:r>
        <w:br/>
        <w:t>Голоси (притишено).</w:t>
      </w:r>
    </w:p>
    <w:p>
      <w:r>
        <w:br/>
        <w:t>— Ходімо, браття, геть ізвідціля,&lt;br /&gt;</w:t>
        <w:br/>
        <w:t>А то котрийсь не вдержиться й почне&lt;br /&gt;</w:t>
        <w:br/>
        <w:t>Тут зіпати із перепою.— Гайда!..</w:t>
      </w:r>
    </w:p>
    <w:p>
      <w:r>
        <w:br/>
        <w:t>Сцена на другому плані хутко пустіє. Дрига, помітивши це, підводить голову, озирається й починає підслухувати те, що говориться в наметі.</w:t>
      </w:r>
    </w:p>
    <w:p>
      <w:r>
        <w:br/>
        <w:t>Наливайко</w:t>
      </w:r>
    </w:p>
    <w:p>
      <w:r>
        <w:br/>
        <w:t>Мене дивує те, що досі ще&lt;br /&gt;</w:t>
        <w:br/>
        <w:t>На раду не прибув гетьман Грицько.&lt;br /&gt;</w:t>
        <w:br/>
        <w:t>А час би вже й почати, поки ще&lt;br /&gt;</w:t>
        <w:br/>
        <w:t>Мої нетяги не перепились,&lt;br /&gt;</w:t>
        <w:br/>
        <w:t>Бо з п'яними яка вже рада!</w:t>
      </w:r>
    </w:p>
    <w:p>
      <w:r>
        <w:br/>
        <w:t>Кремпський</w:t>
      </w:r>
    </w:p>
    <w:p>
      <w:r>
        <w:br/>
        <w:t>Шкоди&lt;br /&gt;</w:t>
        <w:br/>
        <w:t>Великої не буде з того справі,&lt;br /&gt;</w:t>
        <w:br/>
        <w:t>Якщо обійдеться й без них: твоє,&lt;br /&gt;</w:t>
        <w:br/>
        <w:t>Гетьмане, слово перше в справі цій,&lt;br /&gt;</w:t>
        <w:br/>
        <w:t>А чернь і старшина повинні слухать.</w:t>
      </w:r>
    </w:p>
    <w:p>
      <w:r>
        <w:br/>
        <w:t>Мазепа</w:t>
      </w:r>
    </w:p>
    <w:p>
      <w:r>
        <w:br/>
        <w:t>Полковник я і карність військову&lt;br /&gt;</w:t>
        <w:br/>
        <w:t>Над всякі ради ставлю: наказав —&lt;br /&gt;</w:t>
        <w:br/>
        <w:t>І всякий писка затули, хоч як&lt;br /&gt;</w:t>
        <w:br/>
        <w:t>Не до вподоби той наказ.</w:t>
      </w:r>
    </w:p>
    <w:p>
      <w:r>
        <w:br/>
        <w:t>Кремпський</w:t>
      </w:r>
    </w:p>
    <w:p>
      <w:r>
        <w:br/>
        <w:t>Авжеж!&lt;br /&gt;</w:t>
        <w:br/>
        <w:t>Їй що, голоті тій? Аби принада&lt;br /&gt;</w:t>
        <w:br/>
        <w:t>Була, то битимуться, як леви:&lt;br /&gt;</w:t>
        <w:br/>
        <w:t>Не раз, не двічі довели вже це.&lt;br /&gt;</w:t>
        <w:br/>
        <w:t>Принади ж тої — золота, срібла,&lt;br /&gt;</w:t>
        <w:br/>
        <w:t>Саєтів, сукон, зброї, коней тощо&lt;br /&gt;</w:t>
        <w:br/>
        <w:t>У табори в Жолковського задосить,-&lt;br /&gt;</w:t>
        <w:br/>
        <w:t>Не менш, як в тих, яких під Луцьком ми&lt;br /&gt;</w:t>
        <w:br/>
        <w:t>Так потовкли і табор зжакували.</w:t>
      </w:r>
    </w:p>
    <w:p>
      <w:r>
        <w:br/>
        <w:t>Наливайко</w:t>
      </w:r>
    </w:p>
    <w:p>
      <w:r>
        <w:br/>
        <w:t>Це так... Але... не все в принаді тій...&lt;br /&gt;</w:t>
        <w:br/>
        <w:t>Є щось іще, мої братії... Воно&lt;br /&gt;</w:t>
        <w:br/>
        <w:t>Найледачішого з голоти тої&lt;br /&gt;</w:t>
        <w:br/>
        <w:t>Із гайдабури в лицаря оберне,&lt;br /&gt;</w:t>
        <w:br/>
        <w:t>Як обернуло нас уже давно&lt;br /&gt;</w:t>
        <w:br/>
        <w:t>У месники, а потім, по звитязі,&lt;br /&gt;</w:t>
        <w:br/>
        <w:t>Оберне в будівничі і творці.&lt;br /&gt;</w:t>
        <w:br/>
        <w:t>Це та святая зненависть до пана&lt;br /&gt;</w:t>
        <w:br/>
        <w:t>Й палка любов до волі степової&lt;br /&gt;</w:t>
        <w:br/>
        <w:t>І до козацької людської правди.</w:t>
      </w:r>
    </w:p>
    <w:p>
      <w:r>
        <w:br/>
        <w:t>Орішевський&lt;br /&gt;</w:t>
        <w:br/>
        <w:t>(здивовано-врадувано).</w:t>
      </w:r>
    </w:p>
    <w:p>
      <w:r>
        <w:br/>
        <w:t>Що чую я?.. О, жити варто ще,&lt;br /&gt;</w:t>
        <w:br/>
        <w:t>Коли такі думки почути можна&lt;br /&gt;</w:t>
        <w:br/>
        <w:t>Та ще й із наміром твердим у чин&lt;br /&gt;</w:t>
        <w:br/>
        <w:t>Їх обернути.</w:t>
      </w:r>
    </w:p>
    <w:p>
      <w:r>
        <w:br/>
        <w:t>Наливайко (сміється).</w:t>
      </w:r>
    </w:p>
    <w:p>
      <w:r>
        <w:br/>
        <w:t>Побратиме мій,&lt;br /&gt;</w:t>
        <w:br/>
        <w:t>Твої поради не пішли на вітер,&lt;br /&gt;</w:t>
        <w:br/>
        <w:t>Хоч вітром звався я. Твою науку,&lt;br /&gt;</w:t>
        <w:br/>
        <w:t>Її незмірну глибину збагнув я&lt;br /&gt;</w:t>
        <w:br/>
        <w:t>І ввесь у ній поринув щирим серцем.</w:t>
      </w:r>
    </w:p>
    <w:p>
      <w:r>
        <w:br/>
        <w:t>Кремпський</w:t>
      </w:r>
    </w:p>
    <w:p>
      <w:r>
        <w:br/>
        <w:t>Чому не зрадиш нам, іетьмане славний,&lt;br /&gt;</w:t>
        <w:br/>
        <w:t>Своєї тайни?.. З тобою попліч&lt;br /&gt;</w:t>
        <w:br/>
        <w:t>Відколи вже ми ходимо в боях,&lt;br /&gt;</w:t>
        <w:br/>
        <w:t>Гадаючи, що лиш лицарську справу&lt;br /&gt;</w:t>
        <w:br/>
        <w:t>Сумлінно чинимо по змозі всяк.&lt;br /&gt;</w:t>
        <w:br/>
        <w:t>Та бачу я, що в голові твоїй&lt;br /&gt;</w:t>
        <w:br/>
        <w:t>Якась висока дума зріє.</w:t>
      </w:r>
    </w:p>
    <w:p>
      <w:r>
        <w:br/>
        <w:t>Наливайко (занепокоєно).&lt;br /&gt;</w:t>
        <w:br/>
        <w:t>Так...&lt;br /&gt;</w:t>
        <w:br/>
        <w:t>Скажу я все... скажу на раді всім,&lt;br /&gt;</w:t>
        <w:br/>
        <w:t>Щоб дух голоти буйно розпалити,&lt;br /&gt;</w:t>
        <w:br/>
        <w:t>Щоб та козацька правда степова,&lt;br /&gt;</w:t>
        <w:br/>
        <w:t>Що жевріє в душі десь непомітно,&lt;br /&gt;</w:t>
        <w:br/>
        <w:t>Пожежею страшною спалахнула&lt;br /&gt;</w:t>
        <w:br/>
        <w:t>І ворога змела...&lt;br /&gt;</w:t>
        <w:br/>
        <w:t>(Виходить із намету й роззирається на всі боки. Дрига вдає, що спить).&lt;br /&gt;</w:t>
        <w:br/>
        <w:t>Але чому&lt;br /&gt;</w:t>
        <w:br/>
        <w:t>Нема і досі Лободи?.. Мене&lt;br /&gt;</w:t>
        <w:br/>
        <w:t>Вже непокоїть це...</w:t>
      </w:r>
    </w:p>
    <w:p>
      <w:r>
        <w:br/>
        <w:t>Мамай</w:t>
      </w:r>
    </w:p>
    <w:p>
      <w:r>
        <w:br/>
        <w:t>Це справді той...&lt;br /&gt;</w:t>
        <w:br/>
        <w:t>А чи не баба замішалась тут&lt;br /&gt;</w:t>
        <w:br/>
        <w:t>В козацьку справу?.. Недарма ж було&lt;br /&gt;</w:t>
        <w:br/>
        <w:t>Розмордувало вас тоді з цією&lt;br /&gt;</w:t>
        <w:br/>
        <w:t>Панянкою... Ну, десь ото й пасе&lt;br /&gt;</w:t>
        <w:br/>
        <w:t>Грицько, щоб ти, гетьмане, не одбив...</w:t>
      </w:r>
    </w:p>
    <w:p>
      <w:r>
        <w:br/>
        <w:t>Наливайко</w:t>
      </w:r>
    </w:p>
    <w:p>
      <w:r>
        <w:br/>
        <w:t>Та най бере її собі з гуздром,-&lt;br /&gt;</w:t>
        <w:br/>
        <w:t>Не до панянок нам...</w:t>
      </w:r>
    </w:p>
    <w:p>
      <w:r>
        <w:br/>
        <w:t>Мамай</w:t>
      </w:r>
    </w:p>
    <w:p>
      <w:r>
        <w:br/>
        <w:t>Чому ж тоді&lt;br /&gt;</w:t>
        <w:br/>
        <w:t>За шаблю ви хапалися, її&lt;br /&gt;</w:t>
        <w:br/>
        <w:t>Не поділивший?</w:t>
      </w:r>
    </w:p>
    <w:p>
      <w:r>
        <w:br/>
        <w:t>Наливайко (сміється)</w:t>
      </w:r>
    </w:p>
    <w:p>
      <w:r>
        <w:br/>
        <w:t>Гарна ж збіса дівка,&lt;br /&gt;</w:t>
        <w:br/>
        <w:t>Хоч хто запалиться... Лицарський жарт.</w:t>
      </w:r>
    </w:p>
    <w:p>
      <w:r>
        <w:br/>
        <w:t>Мамай</w:t>
      </w:r>
    </w:p>
    <w:p>
      <w:r>
        <w:br/>
        <w:t>Тобі, бач, жарт, гетьман же запорозький&lt;br /&gt;</w:t>
        <w:br/>
        <w:t>Не в жарт розласивсь...</w:t>
      </w:r>
    </w:p>
    <w:p>
      <w:r>
        <w:br/>
        <w:t>Мазепа</w:t>
      </w:r>
    </w:p>
    <w:p>
      <w:r>
        <w:br/>
        <w:t>Непевне, щось&lt;br /&gt;</w:t>
        <w:br/>
        <w:t>І справді... А проте в січовиків&lt;br /&gt;</w:t>
        <w:br/>
        <w:t>Правдива карність не в пошані здавна.</w:t>
      </w:r>
    </w:p>
    <w:p>
      <w:r>
        <w:br/>
        <w:t>Кремпський</w:t>
      </w:r>
    </w:p>
    <w:p>
      <w:r>
        <w:br/>
        <w:t>О, прийде ще: занадто вже багатий&lt;br /&gt;</w:t>
        <w:br/>
        <w:t>Той табор у коронного гетьмана,&lt;br /&gt;</w:t>
        <w:br/>
        <w:t>Щоб січовик одмовився нагоди&lt;br /&gt;</w:t>
        <w:br/>
        <w:t>Його пожакувати.</w:t>
      </w:r>
    </w:p>
    <w:p>
      <w:r>
        <w:br/>
        <w:t>Наливайко</w:t>
      </w:r>
    </w:p>
    <w:p>
      <w:r>
        <w:br/>
        <w:t>Правда це,&lt;br /&gt;</w:t>
        <w:br/>
        <w:t>Але час раду починати вже:&lt;br /&gt;</w:t>
        <w:br/>
        <w:t>Ще маємо багацько справ без неї.</w:t>
      </w:r>
    </w:p>
    <w:p>
      <w:r>
        <w:br/>
        <w:t>Орішевський</w:t>
      </w:r>
    </w:p>
    <w:p>
      <w:r>
        <w:br/>
        <w:t>То й починай,— тим часом він над'їде.</w:t>
      </w:r>
    </w:p>
    <w:p>
      <w:r>
        <w:br/>
        <w:t>Наливайко</w:t>
      </w:r>
    </w:p>
    <w:p>
      <w:r>
        <w:br/>
        <w:t>Мамаю, друже, йди й звели сурмити&lt;br /&gt;</w:t>
        <w:br/>
        <w:t>До ради військової.</w:t>
      </w:r>
    </w:p>
    <w:p>
      <w:r>
        <w:br/>
        <w:t>Мамай виходить і зникає за наметом.</w:t>
      </w:r>
    </w:p>
    <w:p>
      <w:r>
        <w:br/>
        <w:t>Сподіваюсь,&lt;br /&gt;</w:t>
        <w:br/>
        <w:t>Що ви готові всі до неї?</w:t>
      </w:r>
    </w:p>
    <w:p>
      <w:r>
        <w:br/>
        <w:t>Мазепа</w:t>
      </w:r>
    </w:p>
    <w:p>
      <w:r>
        <w:br/>
        <w:t>Так,&lt;br /&gt;</w:t>
        <w:br/>
        <w:t>Свій полк привів сюди я до схід сонця.&lt;br /&gt;</w:t>
        <w:br/>
        <w:t>Боюся лиш, щоб козаки мої&lt;br /&gt;</w:t>
        <w:br/>
        <w:t>Та не впились з голотою твоєю.</w:t>
      </w:r>
    </w:p>
    <w:p>
      <w:r>
        <w:br/>
        <w:t>Орішевський (сміється).</w:t>
      </w:r>
    </w:p>
    <w:p>
      <w:r>
        <w:br/>
        <w:t>Козак не віл: не вип'є більш відра.</w:t>
      </w:r>
    </w:p>
    <w:p>
      <w:r>
        <w:br/>
        <w:t>Кремпський</w:t>
      </w:r>
    </w:p>
    <w:p>
      <w:r>
        <w:br/>
        <w:t>Й моя десь шляхта голопуза тут.&lt;br /&gt;</w:t>
        <w:br/>
        <w:t>Вона б і випила, та катма за що,&lt;br /&gt;</w:t>
        <w:br/>
        <w:t>А кунтушів з гонору не проп'є.</w:t>
      </w:r>
    </w:p>
    <w:p>
      <w:r>
        <w:br/>
        <w:t>За сценою голосний звук сурми. Поволі сцена залюднюється.&lt;br /&gt;</w:t>
        <w:br/>
        <w:t>Старшина сидить поки що в наметі, перекидаючись тихими увагами.</w:t>
      </w:r>
    </w:p>
    <w:p>
      <w:r>
        <w:br/>
        <w:t>Мамай (вертається).</w:t>
      </w:r>
    </w:p>
    <w:p>
      <w:r>
        <w:br/>
        <w:t>Гей, попе! час вставати: службу Божу&lt;br /&gt;</w:t>
        <w:br/>
        <w:t>Проспиш, ледащо!..</w:t>
      </w:r>
    </w:p>
    <w:p>
      <w:r>
        <w:br/>
        <w:t>В натовпі регіт і кпини.</w:t>
      </w:r>
    </w:p>
    <w:p>
      <w:r>
        <w:br/>
        <w:t>Голос І</w:t>
      </w:r>
    </w:p>
    <w:p>
      <w:r>
        <w:br/>
        <w:t>Най! Хто, кажуть, спить,&lt;br /&gt;</w:t>
        <w:br/>
        <w:t>Той не грішить.</w:t>
      </w:r>
    </w:p>
    <w:p>
      <w:r>
        <w:br/>
        <w:t>Голос II</w:t>
      </w:r>
    </w:p>
    <w:p>
      <w:r>
        <w:br/>
        <w:t>А примостивсь вигідно&lt;br /&gt;</w:t>
        <w:br/>
        <w:t>У холодку!</w:t>
      </w:r>
    </w:p>
    <w:p>
      <w:r>
        <w:br/>
        <w:t>Голос III</w:t>
      </w:r>
    </w:p>
    <w:p>
      <w:r>
        <w:br/>
        <w:t>Це Дрига?! Де він взявся?</w:t>
      </w:r>
    </w:p>
    <w:p>
      <w:r>
        <w:br/>
        <w:t>Голос І</w:t>
      </w:r>
    </w:p>
    <w:p>
      <w:r>
        <w:br/>
        <w:t>На колесниці вогняній, казав,&lt;br /&gt;</w:t>
        <w:br/>
        <w:t>Прибув з-під Могилева...</w:t>
      </w:r>
    </w:p>
    <w:p>
      <w:r>
        <w:br/>
        <w:t>Дрига&lt;br /&gt;</w:t>
        <w:br/>
        <w:t>(вдає, що прокинувся, позіхає, протирає очі,&lt;br /&gt;</w:t>
        <w:br/>
        <w:t>потім озирається).</w:t>
      </w:r>
    </w:p>
    <w:p>
      <w:r>
        <w:br/>
        <w:t>Де ж це я?..&lt;br /&gt;</w:t>
        <w:br/>
        <w:t>Невже із вами, братіки мої?&lt;br /&gt;</w:t>
        <w:br/>
        <w:t>(Підводиться).</w:t>
      </w:r>
    </w:p>
    <w:p>
      <w:r>
        <w:br/>
        <w:t>З намету виходять Наливайко, Орішевський, Кремпський, Мазепа.</w:t>
      </w:r>
    </w:p>
    <w:p>
      <w:r>
        <w:br/>
        <w:t>Вигуки&lt;br /&gt;</w:t>
        <w:br/>
        <w:t>— Гей, віват! віват! віват! — Най живе&lt;br /&gt;</w:t>
        <w:br/>
        <w:t>Гетьман наш Наливайко Северин!&lt;br /&gt;</w:t>
        <w:br/>
        <w:t>— Най живе здорова старшина!..</w:t>
      </w:r>
    </w:p>
    <w:p>
      <w:r>
        <w:br/>
        <w:t>Мамай&lt;br /&gt;</w:t>
        <w:br/>
        <w:t>(викочує барило з-за намету й ставить його перед Наливайком).</w:t>
      </w:r>
    </w:p>
    <w:p>
      <w:r>
        <w:br/>
        <w:t>Ставай сюди: тебе видніше буде!</w:t>
      </w:r>
    </w:p>
    <w:p>
      <w:r>
        <w:br/>
        <w:t>Наливайко (стає на барило).</w:t>
      </w:r>
    </w:p>
    <w:p>
      <w:r>
        <w:br/>
        <w:t>Мої брати! мої нетяги любі&lt;br /&gt;</w:t>
        <w:br/>
        <w:t>І ви, шляхетство чесне й козаки!&lt;br /&gt;</w:t>
        <w:br/>
        <w:t>До вас моє недовге щире слово...&lt;br /&gt;</w:t>
        <w:br/>
        <w:t>Отверзти прошу вас серця і душі&lt;br /&gt;</w:t>
        <w:br/>
        <w:t>Йому назустріч, зважити його&lt;br /&gt;</w:t>
        <w:br/>
        <w:t>Холодним розумом нелицемірно&lt;br /&gt;</w:t>
        <w:br/>
        <w:t>І, якщо мудрим здасться вам,&lt;br /&gt;</w:t>
        <w:br/>
        <w:t>То приязно приняти до викону...</w:t>
      </w:r>
    </w:p>
    <w:p>
      <w:r>
        <w:br/>
        <w:t>Вигуки</w:t>
      </w:r>
    </w:p>
    <w:p>
      <w:r>
        <w:br/>
        <w:t>— Кажи! — Ми слухаєм тебе, гетьмане!..</w:t>
      </w:r>
    </w:p>
    <w:p>
      <w:r>
        <w:br/>
        <w:t>Наливайко</w:t>
      </w:r>
    </w:p>
    <w:p>
      <w:r>
        <w:br/>
        <w:t>Спасибі, браття, вам!..&lt;br /&gt;</w:t>
        <w:br/>
        <w:t>(По хвилевій надумі).&lt;br /&gt;</w:t>
        <w:br/>
        <w:t>Назавтра бій!&lt;br /&gt;</w:t>
        <w:br/>
        <w:t>Страшний, останній бій з кварцяним військом&lt;br /&gt;</w:t>
        <w:br/>
        <w:t>Самого короля... Щаслива доля —&lt;br /&gt;</w:t>
        <w:br/>
        <w:t>Я певний в тім — пошле звитягу нам,&lt;br /&gt;</w:t>
        <w:br/>
        <w:t>Бо вся душа, все серце наше в тім,&lt;br /&gt;</w:t>
        <w:br/>
        <w:t>Щоб ворога перемогти лихого.&lt;br /&gt;</w:t>
        <w:br/>
        <w:t>Або на полі смерті полягти...</w:t>
      </w:r>
    </w:p>
    <w:p>
      <w:r>
        <w:br/>
        <w:t>Всі</w:t>
      </w:r>
    </w:p>
    <w:p>
      <w:r>
        <w:br/>
        <w:t>— Веди, гетьмане наш!..— Веди у бій!..&lt;br /&gt;</w:t>
        <w:br/>
        <w:t>— Ксьондзам, панам магнатам смерть&lt;br /&gt;</w:t>
        <w:br/>
        <w:t>проклятим!</w:t>
      </w:r>
    </w:p>
    <w:p>
      <w:r>
        <w:br/>
        <w:t>Наливайко&lt;br /&gt;</w:t>
        <w:br/>
        <w:t>(простягає руку — все стихає).&lt;br /&gt;</w:t>
        <w:br/>
        <w:t>Так, друзі, так,— ксьондзам, магнатам смерть!&lt;br /&gt;</w:t>
        <w:br/>
        <w:t>А нам — звитяга. А чому? — Тому,&lt;br /&gt;</w:t>
        <w:br/>
        <w:t>Що позад нас нема нічого — пустка:&lt;br /&gt;</w:t>
        <w:br/>
        <w:t>Нічого ми не стратим, наложивши&lt;br /&gt;</w:t>
        <w:br/>
        <w:t>Своєю головою у бою,&lt;br /&gt;</w:t>
        <w:br/>
        <w:t>А перемігши — завоюєм все&lt;br /&gt;</w:t>
        <w:br/>
        <w:t>І над усім свою поставим правду,&lt;br /&gt;</w:t>
        <w:br/>
        <w:t>Обідрану магнатами лихими&lt;br /&gt;</w:t>
        <w:br/>
        <w:t>І споневірену ксьондзом лукавим,&lt;br /&gt;</w:t>
        <w:br/>
        <w:t>Що носить хрест на грудях, а в душі&lt;br /&gt;</w:t>
        <w:br/>
        <w:t>Страшну, диявольську плекає думку...</w:t>
      </w:r>
    </w:p>
    <w:p>
      <w:r>
        <w:br/>
        <w:t>Вигуки</w:t>
      </w:r>
    </w:p>
    <w:p>
      <w:r>
        <w:br/>
        <w:t>— На палі їх, скажених!..— Смерть їм, смерть!</w:t>
      </w:r>
    </w:p>
    <w:p>
      <w:r>
        <w:br/>
        <w:t>Наливайко</w:t>
      </w:r>
    </w:p>
    <w:p>
      <w:r>
        <w:br/>
        <w:t>Та сильна ще козацька наша правда,&lt;br /&gt;</w:t>
        <w:br/>
        <w:t>Та правда, що плекалася степами&lt;br /&gt;</w:t>
        <w:br/>
        <w:t>Й буйновітром на ворога літала,-&lt;br /&gt;</w:t>
        <w:br/>
        <w:t>Жива вона і житиме вовіки!.&lt;br /&gt;</w:t>
        <w:br/>
        <w:t>(До старшини).&lt;br /&gt;</w:t>
        <w:br/>
        <w:t>Хотіли знати ви, мої брати,&lt;br /&gt;</w:t>
        <w:br/>
        <w:t>Той таємничий скарб душі моєї,&lt;br /&gt;</w:t>
        <w:br/>
        <w:t>Високу думу ту, що міць страшну&lt;br /&gt;</w:t>
        <w:br/>
        <w:t>Влила мені у груди й запалила&lt;br /&gt;</w:t>
        <w:br/>
        <w:t>До боротьби. Її одкрию вам,&lt;br /&gt;</w:t>
        <w:br/>
        <w:t>її одкрию тут усім братам,&lt;br /&gt;</w:t>
        <w:br/>
        <w:t>Бо лиш про них плекав її таємно.&lt;br /&gt;</w:t>
        <w:br/>
        <w:t>(До всіх).&lt;br /&gt;</w:t>
        <w:br/>
        <w:t>Назавтра бій, страшний, останній бій...&lt;br /&gt;</w:t>
        <w:br/>
        <w:t>Впадем могутніми орлами степу&lt;br /&gt;</w:t>
        <w:br/>
        <w:t>Ми на потугу тую королівську&lt;br /&gt;</w:t>
        <w:br/>
        <w:t>І знищимо упень,— це зважив я&lt;br /&gt;</w:t>
        <w:br/>
        <w:t>І певен перемоги... Останній бій...&lt;br /&gt;</w:t>
        <w:br/>
        <w:t>Напишем ми угоду з королем&lt;br /&gt;</w:t>
        <w:br/>
        <w:t>На віки вічнії мечем козацьким,&lt;br /&gt;</w:t>
        <w:br/>
        <w:t>І волі вольної нова зоря&lt;br /&gt;</w:t>
        <w:br/>
        <w:t>Велично, пишно зійде над степами&lt;br /&gt;</w:t>
        <w:br/>
        <w:t>Й покличе всіх до творчого життя&lt;br /&gt;</w:t>
        <w:br/>
        <w:t>Так, так, голото бідная моя! —&lt;br /&gt;</w:t>
        <w:br/>
        <w:t>Творити будем ми своє життя,&lt;br /&gt;</w:t>
        <w:br/>
        <w:t>В підвалину поставим нашу правду,&lt;br /&gt;</w:t>
        <w:br/>
        <w:t>І запишає рідная земля —&lt;br /&gt;</w:t>
        <w:br/>
        <w:t>Від Прип'яті і аж до Криму вольна —&lt;br /&gt;</w:t>
        <w:br/>
        <w:t>Веселими містами, хуторами&lt;br /&gt;</w:t>
        <w:br/>
        <w:t>І селами — без хлопа і магната,&lt;br /&gt;</w:t>
        <w:br/>
        <w:t>Де всі за одного й один за всіх,&lt;br /&gt;</w:t>
        <w:br/>
        <w:t>А разом — вольний і міцний народ!&lt;br /&gt;</w:t>
        <w:br/>
        <w:t>Ви чуєте, брати? — не гайдабури,&lt;br /&gt;</w:t>
        <w:br/>
        <w:t>Здобичники, голота, а — народ,&lt;br /&gt;</w:t>
        <w:br/>
        <w:t>Що ходить не у панському ярмі,&lt;br /&gt;</w:t>
        <w:br/>
        <w:t>А сам свою величну долю творить&lt;br /&gt;</w:t>
        <w:br/>
        <w:t>І одсіч дать здолає хижакам,&lt;br /&gt;</w:t>
        <w:br/>
        <w:t>Котрі схотять його в лабети взяти.&lt;br /&gt;</w:t>
        <w:br/>
        <w:t>Скажіть же ви мені, мої брати,-&lt;br /&gt;</w:t>
        <w:br/>
        <w:t>Скажіть сердечно, щиро, без лукавства:&lt;br /&gt;</w:t>
        <w:br/>
        <w:t>Хіба не варт за це й умерти,&lt;br /&gt;</w:t>
        <w:br/>
        <w:t>Щоб кров'ю то скроплена велична дума&lt;br /&gt;</w:t>
        <w:br/>
        <w:t>Зросла хижацтву лютому на страх,&lt;br /&gt;</w:t>
        <w:br/>
        <w:t>А з бидла панського, з рабів нікчемних,&lt;br /&gt;</w:t>
        <w:br/>
        <w:t>То цебто з нас, створила на степах&lt;br /&gt;</w:t>
        <w:br/>
        <w:t>Великий, сильний, радісний народ,&lt;br /&gt;</w:t>
        <w:br/>
        <w:t>Що створить сам свою велику долю?..</w:t>
      </w:r>
    </w:p>
    <w:p>
      <w:r>
        <w:br/>
        <w:t>Всі</w:t>
      </w:r>
    </w:p>
    <w:p>
      <w:r>
        <w:br/>
        <w:t>— Веди нас всіх до перемоги! — Віват!..&lt;br /&gt;</w:t>
        <w:br/>
        <w:t>— Поляжем всі або здобудем волю!.</w:t>
      </w:r>
    </w:p>
    <w:p>
      <w:r>
        <w:br/>
        <w:t>Орішевський (втирає сльози).</w:t>
      </w:r>
    </w:p>
    <w:p>
      <w:r>
        <w:br/>
        <w:t>Я знав... я знав... Не марне сподівавсь...</w:t>
      </w:r>
    </w:p>
    <w:p>
      <w:r>
        <w:br/>
        <w:t>Мазепа (розчулено).</w:t>
      </w:r>
    </w:p>
    <w:p>
      <w:r>
        <w:br/>
        <w:t>Мої орли тобі до послуг, брате:&lt;br /&gt;</w:t>
        <w:br/>
        <w:t>Будь певен,— жоден з них в бою не схибить.</w:t>
      </w:r>
    </w:p>
    <w:p>
      <w:r>
        <w:br/>
        <w:t>Кремпський</w:t>
      </w:r>
    </w:p>
    <w:p>
      <w:r>
        <w:br/>
        <w:t>То це твоя таємна дума, брате?..&lt;br /&gt;</w:t>
        <w:br/>
        <w:t>Я в захваті!&lt;br /&gt;</w:t>
        <w:br/>
        <w:t>(Б'є шапкою об землю).&lt;br /&gt;</w:t>
        <w:br/>
        <w:t>Най чорт поб'є нас всіх,&lt;br /&gt;</w:t>
        <w:br/>
        <w:t>Коли з моєї шляхти хоч один&lt;br /&gt;</w:t>
        <w:br/>
        <w:t>Свою поверне ворогові спину!</w:t>
      </w:r>
    </w:p>
    <w:p>
      <w:r>
        <w:br/>
        <w:t>Мамай (чухає потилицю).&lt;br /&gt;</w:t>
        <w:br/>
        <w:t>Ех-ех, гетьмане! перелив я трохи,&lt;br /&gt;</w:t>
        <w:br/>
        <w:t>А то на радощах хіба таку&lt;br /&gt;</w:t>
        <w:br/>
        <w:t>Тобі на славу склав би пісню... Ех!..</w:t>
      </w:r>
    </w:p>
    <w:p>
      <w:r>
        <w:br/>
        <w:t>Наливайко (розпромінений).</w:t>
      </w:r>
    </w:p>
    <w:p>
      <w:r>
        <w:br/>
        <w:t>Спасибі, браття, вам за щире слово!..&lt;br /&gt;</w:t>
        <w:br/>
        <w:t>Але...&lt;br /&gt;</w:t>
        <w:br/>
        <w:t>(Озирається довкола, промінь щастя на виду&lt;br /&gt;</w:t>
        <w:br/>
        <w:t>обертається в хмарку тривоги).</w:t>
      </w:r>
    </w:p>
    <w:p>
      <w:r>
        <w:br/>
        <w:t>...де Лобода? де запорожці?..</w:t>
      </w:r>
    </w:p>
    <w:p>
      <w:r>
        <w:br/>
        <w:t>Всі тепер тільки звертають увагу на відсутність запорозького гетьмана й січовиків. Глухий гомін здивування та обурення.</w:t>
      </w:r>
    </w:p>
    <w:p>
      <w:r>
        <w:br/>
        <w:t>Це хто там? Пропустіть сюди старого!...</w:t>
      </w:r>
    </w:p>
    <w:p>
      <w:r>
        <w:br/>
        <w:t>Крізь натовп з правого боку продирається Михаль.</w:t>
      </w:r>
    </w:p>
    <w:p>
      <w:r>
        <w:br/>
        <w:t>Михаль&lt;br /&gt;</w:t>
        <w:br/>
        <w:t>(ледве дихаючи, стає перед Наливайком).</w:t>
      </w:r>
    </w:p>
    <w:p>
      <w:r>
        <w:br/>
        <w:t>До тебе я, гетьмане...</w:t>
      </w:r>
    </w:p>
    <w:p>
      <w:r>
        <w:br/>
        <w:t>Наливайко (нахмурившись).</w:t>
      </w:r>
    </w:p>
    <w:p>
      <w:r>
        <w:br/>
        <w:t>Хто єси?..&lt;br /&gt;</w:t>
        <w:br/>
        <w:t>Десь бачив ніби я тебе, старий...</w:t>
      </w:r>
    </w:p>
    <w:p>
      <w:r>
        <w:br/>
        <w:t>Михаль</w:t>
      </w:r>
    </w:p>
    <w:p>
      <w:r>
        <w:br/>
        <w:t>Так, так... мене ти бачив позавчора&lt;br /&gt;</w:t>
        <w:br/>
        <w:t>В Шершнях... Дворецький я в панів Оборських...&lt;br /&gt;</w:t>
        <w:br/>
        <w:t>Ох-ох... старий вже дуже став і ледве&lt;br /&gt;</w:t>
        <w:br/>
        <w:t>Сюди дошкандибав...</w:t>
      </w:r>
    </w:p>
    <w:p>
      <w:r>
        <w:br/>
        <w:t>Наливайко</w:t>
      </w:r>
    </w:p>
    <w:p>
      <w:r>
        <w:br/>
        <w:t>Що сталось там?&lt;br /&gt;</w:t>
        <w:br/>
        <w:t>Кажи хутчій!..&lt;br /&gt;</w:t>
        <w:br/>
        <w:t>Михаль</w:t>
      </w:r>
    </w:p>
    <w:p>
      <w:r>
        <w:br/>
        <w:t>Усі порозбігались...&lt;br /&gt;</w:t>
        <w:br/>
        <w:t>Вся челядь...&lt;br /&gt;</w:t>
        <w:br/>
        <w:t>Наливайко</w:t>
      </w:r>
    </w:p>
    <w:p>
      <w:r>
        <w:br/>
        <w:t>Як?! А де ж січовики?..</w:t>
      </w:r>
    </w:p>
    <w:p>
      <w:r>
        <w:br/>
        <w:t>Михаль</w:t>
      </w:r>
    </w:p>
    <w:p>
      <w:r>
        <w:br/>
        <w:t>Опівночі приїхав Лобода...&lt;br /&gt;</w:t>
        <w:br/>
        <w:t>Ксьондза, Пазину й панночку Касильду&lt;br /&gt;</w:t>
        <w:br/>
        <w:t>Звелів посадовити на вози...&lt;br /&gt;</w:t>
        <w:br/>
        <w:t>Ввесь дім і двір пожакував... мене ж&lt;br /&gt;</w:t>
        <w:br/>
        <w:t>Замкнув із панією у покої...&lt;br /&gt;</w:t>
        <w:br/>
        <w:t>Вона нездужала... вже вмерла з ляку...&lt;br /&gt;</w:t>
        <w:br/>
        <w:t>Самі ж десь зникли уночі... Насилу&lt;br /&gt;</w:t>
        <w:br/>
        <w:t>З покою видряпавсь вікном до ранку&lt;br /&gt;</w:t>
        <w:br/>
        <w:t>Й оце прибіг, щоб сповістить тебе,&lt;br /&gt;</w:t>
        <w:br/>
        <w:t>Гетьмане...</w:t>
      </w:r>
    </w:p>
    <w:p>
      <w:r>
        <w:br/>
        <w:t>Наливайко (грізно).</w:t>
      </w:r>
    </w:p>
    <w:p>
      <w:r>
        <w:br/>
        <w:t>Та куди ж вони, куди?!</w:t>
      </w:r>
    </w:p>
    <w:p>
      <w:r>
        <w:br/>
        <w:t>Михаль</w:t>
      </w:r>
    </w:p>
    <w:p>
      <w:r>
        <w:br/>
        <w:t>Січовики казали поміж себе,&lt;br /&gt;</w:t>
        <w:br/>
        <w:t>Що звелено на Брацлав путь держати...</w:t>
      </w:r>
    </w:p>
    <w:p>
      <w:r>
        <w:br/>
        <w:t>Наливайко (як безумний).</w:t>
      </w:r>
    </w:p>
    <w:p>
      <w:r>
        <w:br/>
        <w:t>А як же ж бій?.. Без нього ж все загине...&lt;br /&gt;</w:t>
        <w:br/>
        <w:t>Де ж правда?.. Присягався ж він... Чи це&lt;br /&gt;</w:t>
        <w:br/>
        <w:t>І є та правда січова, що все&lt;br /&gt;</w:t>
        <w:br/>
        <w:t>Лиш сіяла між нас розбрат і зраду&lt;br /&gt;</w:t>
        <w:br/>
        <w:t>З давніх-давен?.. Раби... раби, раби...</w:t>
      </w:r>
    </w:p>
    <w:p>
      <w:r>
        <w:br/>
        <w:t>(Падає непритомний на руки старшині).</w:t>
      </w:r>
    </w:p>
    <w:p>
      <w:r>
        <w:br/>
        <w:t>ДІЯ ЧЕТВЕРТА У замку в Білій Церкві. Просто — вхідні двері, праворуч — до інших покоїв, ліворуч — два вікна. Посередині — великий довгий стіл. В простінку, між вікнами, — налой з розп'яттям.</w:t>
      </w:r>
    </w:p>
    <w:p>
      <w:r>
        <w:br/>
        <w:t>Касильда&lt;br /&gt;</w:t>
        <w:br/>
        <w:t>(що клячила перед розп'яттям у молитві, підводиться).</w:t>
      </w:r>
    </w:p>
    <w:p>
      <w:r>
        <w:br/>
        <w:t>Немов тягар з натружених рамен,&lt;br /&gt;</w:t>
        <w:br/>
        <w:t>Печаль тяжку зняла Святая Діва&lt;br /&gt;</w:t>
        <w:br/>
        <w:t>З душі знебулої... А чи надовго ж?</w:t>
      </w:r>
    </w:p>
    <w:p>
      <w:r>
        <w:br/>
        <w:t>Ігнотус&lt;br /&gt;</w:t>
        <w:br/>
        <w:t>(стоїть збоку; ввесь час, поки вона молилася, дивився він на неї жадібними очима; коли ж вона підвелась і звернулася до нього, зір його потух і обличчя закам'яніло).</w:t>
      </w:r>
    </w:p>
    <w:p>
      <w:r>
        <w:br/>
        <w:t>Із всіх дівчат, що земський рай скрашають,&lt;br /&gt;</w:t>
        <w:br/>
        <w:t>Господь обрав тебе, прекрасна доню,&lt;br /&gt;</w:t>
        <w:br/>
        <w:t>Щоб гідрі навісній нести загибель...</w:t>
      </w:r>
    </w:p>
    <w:p>
      <w:r>
        <w:br/>
        <w:t>Касильда (ламле руки).</w:t>
      </w:r>
    </w:p>
    <w:p>
      <w:r>
        <w:br/>
        <w:t>Ах, падоньку!.. і знову ти про це,&lt;br /&gt;</w:t>
        <w:br/>
        <w:t>Пречесний отче...</w:t>
      </w:r>
    </w:p>
    <w:p>
      <w:r>
        <w:br/>
        <w:t>Ігнотус (твердо)</w:t>
      </w:r>
    </w:p>
    <w:p>
      <w:r>
        <w:br/>
        <w:t>Так, і паки, й паки!</w:t>
      </w:r>
    </w:p>
    <w:p>
      <w:r>
        <w:br/>
        <w:t>Касильда</w:t>
      </w:r>
    </w:p>
    <w:p>
      <w:r>
        <w:br/>
        <w:t>Не можу ж я,— ти зрозумій мене! —&lt;br /&gt;</w:t>
        <w:br/>
        <w:t>Не можу я віддати на поталу&lt;br /&gt;</w:t>
        <w:br/>
        <w:t>Себе якійсь потворі дикій, п'яній...</w:t>
      </w:r>
    </w:p>
    <w:p>
      <w:r>
        <w:br/>
        <w:t>Ігнотус</w:t>
      </w:r>
    </w:p>
    <w:p>
      <w:r>
        <w:br/>
        <w:t>Офіри цеї в тебе вимагають&lt;br /&gt;</w:t>
        <w:br/>
        <w:t>Святая церква і Річ Посполита.</w:t>
      </w:r>
    </w:p>
    <w:p>
      <w:r>
        <w:br/>
        <w:t>Каспльда</w:t>
      </w:r>
    </w:p>
    <w:p>
      <w:r>
        <w:br/>
        <w:t>А серце!.. Ах, я не люблю його...&lt;br /&gt;</w:t>
        <w:br/>
        <w:t>Огидний він мені... Це ж мука, мука...&lt;br /&gt;</w:t>
        <w:br/>
        <w:t>Ігнотус</w:t>
      </w:r>
    </w:p>
    <w:p>
      <w:r>
        <w:br/>
        <w:t>Щоб визволити рід людський,&lt;br /&gt;</w:t>
        <w:br/>
        <w:t>Христос Прийняв страшні терпіння на хресті...&lt;br /&gt;</w:t>
        <w:br/>
        <w:t>(Показує рукою на розп'яття).&lt;br /&gt;</w:t>
        <w:br/>
        <w:t>Чи хто із нас достойніший за нього?..</w:t>
      </w:r>
    </w:p>
    <w:p>
      <w:r>
        <w:br/>
        <w:t>Касильда&lt;br /&gt;</w:t>
        <w:br/>
        <w:t>(в розпуці падає перед ним навколішки).</w:t>
      </w:r>
    </w:p>
    <w:p>
      <w:r>
        <w:br/>
        <w:t>О, змилосердься!.. Я ж люблю другого...&lt;br /&gt;</w:t>
        <w:br/>
        <w:t>І ніч, і день — чи сплю я, чи не сплю —&lt;br /&gt;</w:t>
        <w:br/>
        <w:t>Той образ лицаря перед очима...&lt;br /&gt;</w:t>
        <w:br/>
        <w:t>Йому лиш одному себе віддам&lt;br /&gt;</w:t>
        <w:br/>
        <w:t>Навіки я...</w:t>
      </w:r>
    </w:p>
    <w:p>
      <w:r>
        <w:br/>
        <w:t>Ігнотус (грізно).</w:t>
      </w:r>
    </w:p>
    <w:p>
      <w:r>
        <w:br/>
        <w:t>Жолкєвському?.. Марнота!..</w:t>
      </w:r>
    </w:p>
    <w:p>
      <w:r>
        <w:br/>
        <w:t>Касильда</w:t>
      </w:r>
    </w:p>
    <w:p>
      <w:r>
        <w:br/>
        <w:t>Нема ж його?..</w:t>
      </w:r>
    </w:p>
    <w:p>
      <w:r>
        <w:br/>
        <w:t>Ігнотус</w:t>
      </w:r>
    </w:p>
    <w:p>
      <w:r>
        <w:br/>
        <w:t>Кому ж, як не йому?!</w:t>
      </w:r>
    </w:p>
    <w:p>
      <w:r>
        <w:br/>
        <w:t>Касильда</w:t>
      </w:r>
    </w:p>
    <w:p>
      <w:r>
        <w:br/>
        <w:t>Тобі признаюсь я, о чесний отче...&lt;br /&gt;</w:t>
        <w:br/>
        <w:t>Тобі спокутую свій гріх тяжкий...</w:t>
      </w:r>
    </w:p>
    <w:p>
      <w:r>
        <w:br/>
        <w:t>Ігнотус&lt;br /&gt;</w:t>
        <w:br/>
        <w:t>(впивається в неї палаючими очима).</w:t>
      </w:r>
    </w:p>
    <w:p>
      <w:r>
        <w:br/>
        <w:t>Кажи ж, кажи хутчій...</w:t>
      </w:r>
    </w:p>
    <w:p>
      <w:r>
        <w:br/>
        <w:t>Касильда</w:t>
      </w:r>
    </w:p>
    <w:p>
      <w:r>
        <w:br/>
        <w:t>Єдиний раз&lt;br /&gt;</w:t>
        <w:br/>
        <w:t>З'явився він тоді... із цим... в Шершнях,&lt;br /&gt;</w:t>
        <w:br/>
        <w:t>Як Божий грім... Мов тая блискавиця,&lt;br /&gt;</w:t>
        <w:br/>
        <w:t>Красою очі засліпив мої&lt;br /&gt;</w:t>
        <w:br/>
        <w:t>І нею серце підкорив дівоче,&lt;br /&gt;</w:t>
        <w:br/>
        <w:t>Що ще кохання грішного не знало...&lt;br /&gt;</w:t>
        <w:br/>
        <w:t>Ах, гріх який!.. Даруй мені, даруй&lt;br /&gt;</w:t>
        <w:br/>
        <w:t>Цей гріх, пречесний отче...</w:t>
      </w:r>
    </w:p>
    <w:p>
      <w:r>
        <w:br/>
        <w:t>Ігнотус&lt;br /&gt;</w:t>
        <w:br/>
        <w:t>(ледве втримуючи, радість).</w:t>
      </w:r>
    </w:p>
    <w:p>
      <w:r>
        <w:br/>
        <w:t>Наливайко?!</w:t>
      </w:r>
    </w:p>
    <w:p>
      <w:r>
        <w:br/>
        <w:t>Касильда&lt;br /&gt;</w:t>
        <w:br/>
        <w:t>(спустивши голову й закривши обличчя руками, тихо).</w:t>
      </w:r>
    </w:p>
    <w:p>
      <w:r>
        <w:br/>
        <w:t>Так, він... Краси такої ще не бачив&lt;br /&gt;</w:t>
        <w:br/>
        <w:t>Ніколи світ,— чи ж дивно, що слабе&lt;br /&gt;</w:t>
        <w:br/>
        <w:t>Дівоче серце вразила вона&lt;br /&gt;</w:t>
        <w:br/>
        <w:t>Й його і думи всі гріхом повила?..</w:t>
      </w:r>
    </w:p>
    <w:p>
      <w:r>
        <w:br/>
        <w:t>Ігнотус (підводить їі).</w:t>
      </w:r>
    </w:p>
    <w:p>
      <w:r>
        <w:br/>
        <w:t>Устань!.. Воістину це Божий перст.&lt;br /&gt;</w:t>
        <w:br/>
        <w:t>Там, де краса любов собою творить,&lt;br /&gt;</w:t>
        <w:br/>
        <w:t>Гріха нема, моя прекрасна доню.&lt;br /&gt;</w:t>
        <w:br/>
        <w:t>Мені оцим признанням ти своїм&lt;br /&gt;</w:t>
        <w:br/>
        <w:t>Надіями новими окрилила&lt;br /&gt;</w:t>
        <w:br/>
        <w:t>Зневірену уже тобою душу...</w:t>
      </w:r>
    </w:p>
    <w:p>
      <w:r>
        <w:br/>
        <w:t>Касильда (радісно).</w:t>
      </w:r>
    </w:p>
    <w:p>
      <w:r>
        <w:br/>
        <w:t>То це не гріх?..</w:t>
      </w:r>
    </w:p>
    <w:p>
      <w:r>
        <w:br/>
        <w:t>Ігнотус</w:t>
      </w:r>
    </w:p>
    <w:p>
      <w:r>
        <w:br/>
        <w:t>Кажу ж: там, де любов,&lt;br /&gt;</w:t>
        <w:br/>
        <w:t>Нема гріха... Про щастя про твоє&lt;br /&gt;</w:t>
        <w:br/>
        <w:t>Із тим, кого ти любиш, я подбаю.</w:t>
      </w:r>
    </w:p>
    <w:p>
      <w:r>
        <w:br/>
        <w:t>Касильда</w:t>
      </w:r>
    </w:p>
    <w:p>
      <w:r>
        <w:br/>
        <w:t>Невже його побачу знов я?</w:t>
      </w:r>
    </w:p>
    <w:p>
      <w:r>
        <w:br/>
        <w:t>Ігнотус</w:t>
      </w:r>
    </w:p>
    <w:p>
      <w:r>
        <w:br/>
        <w:t>Не тільки це... Він буде твій.</w:t>
      </w:r>
    </w:p>
    <w:p>
      <w:r>
        <w:br/>
        <w:t>Кастильда</w:t>
      </w:r>
    </w:p>
    <w:p>
      <w:r>
        <w:br/>
        <w:t>О, щастя!&lt;br /&gt;</w:t>
        <w:br/>
        <w:t>(Припадає устами до його руки. Він цілує її в голову).</w:t>
      </w:r>
    </w:p>
    <w:p>
      <w:r>
        <w:br/>
        <w:t>Пазина&lt;br /&gt;</w:t>
        <w:br/>
        <w:t>(входить і з підозрінням давиться на них).</w:t>
      </w:r>
    </w:p>
    <w:p>
      <w:r>
        <w:br/>
        <w:t>Прибув там той, що до Шершнів колись&lt;br /&gt;</w:t>
        <w:br/>
        <w:t>З вістями од коронного гетьмана&lt;br /&gt;</w:t>
        <w:br/>
        <w:t>Вночі приїхав був. Пустить чи ні?&lt;br /&gt;</w:t>
        <w:br/>
        <w:t>В передпокої жде він...</w:t>
      </w:r>
    </w:p>
    <w:p>
      <w:r>
        <w:br/>
        <w:t>Ігнотус</w:t>
      </w:r>
    </w:p>
    <w:p>
      <w:r>
        <w:br/>
        <w:t>Постривай!..&lt;br /&gt;</w:t>
        <w:br/>
        <w:t>Ти панну до покою одведи,&lt;br /&gt;</w:t>
        <w:br/>
        <w:t>А я з ним сам...</w:t>
      </w:r>
    </w:p>
    <w:p>
      <w:r>
        <w:br/>
        <w:t>Пазина й Касильда виходять дверима праворуч. Ігнотус бистро йде до вхідних дверей і відчиняє їх, пропускаючи&lt;br /&gt;</w:t>
        <w:br/>
        <w:t>до покою Дригу.</w:t>
      </w:r>
    </w:p>
    <w:p>
      <w:r>
        <w:br/>
        <w:t>Це ти?! Звідкіль узявсь&lt;br /&gt;</w:t>
        <w:br/>
        <w:t>І де так довго пробував, ледащо?..&lt;br /&gt;</w:t>
        <w:br/>
        <w:t>Ти був в Шершнях?</w:t>
      </w:r>
    </w:p>
    <w:p>
      <w:r>
        <w:br/>
        <w:t>Дрига</w:t>
      </w:r>
    </w:p>
    <w:p>
      <w:r>
        <w:br/>
        <w:t>Так, чесний отче, був.</w:t>
      </w:r>
    </w:p>
    <w:p>
      <w:r>
        <w:br/>
        <w:t>Ігнотус</w:t>
      </w:r>
    </w:p>
    <w:p>
      <w:r>
        <w:br/>
        <w:t>Кажи, що сталось там по нас.</w:t>
      </w:r>
    </w:p>
    <w:p>
      <w:r>
        <w:br/>
        <w:t>Дрига</w:t>
      </w:r>
    </w:p>
    <w:p>
      <w:r>
        <w:br/>
        <w:t>Стара,&lt;br /&gt;</w:t>
        <w:br/>
        <w:t>Як тільки вирушили ви, померла,&lt;br /&gt;</w:t>
        <w:br/>
        <w:t>А слуги всі розбіглись, хто куди...</w:t>
      </w:r>
    </w:p>
    <w:p>
      <w:r>
        <w:br/>
        <w:t>Ігнотус&lt;br /&gt;</w:t>
        <w:br/>
        <w:t>(молитовно складає руки й зводить очі горі).</w:t>
      </w:r>
    </w:p>
    <w:p>
      <w:r>
        <w:br/>
        <w:t>Най в царство прийме Бог її своє!..&lt;br /&gt;</w:t>
        <w:br/>
        <w:t>Тепера менше перешкод... А ти&lt;br /&gt;</w:t>
        <w:br/>
        <w:t>Про це нікому аніже!.. Коли&lt;br /&gt;</w:t>
        <w:br/>
        <w:t>Тебе спитає ненароком панна,&lt;br /&gt;</w:t>
        <w:br/>
        <w:t>Кажи, що все гаразд... стара здорова...</w:t>
      </w:r>
    </w:p>
    <w:p>
      <w:r>
        <w:br/>
        <w:t>Дрига&lt;br /&gt;</w:t>
        <w:br/>
        <w:t>Гаразд, скажу...</w:t>
      </w:r>
    </w:p>
    <w:p>
      <w:r>
        <w:br/>
        <w:t>Ігнотус</w:t>
      </w:r>
    </w:p>
    <w:p>
      <w:r>
        <w:br/>
        <w:t>А Наливайко де?</w:t>
      </w:r>
    </w:p>
    <w:p>
      <w:r>
        <w:br/>
        <w:t>Дрига</w:t>
      </w:r>
    </w:p>
    <w:p>
      <w:r>
        <w:br/>
        <w:t>Дізнавшися, що зрадив Лобода,&lt;br /&gt;</w:t>
        <w:br/>
        <w:t>Він вельми лютував і наздогін&lt;br /&gt;</w:t>
        <w:br/>
        <w:t>За ним з усім пустився військом,&lt;br /&gt;</w:t>
        <w:br/>
        <w:t>З кварцяниками бою не прийнявши.&lt;br /&gt;</w:t>
        <w:br/>
        <w:t>Пожакувавши Брацлав по дорозі,&lt;br /&gt;</w:t>
        <w:br/>
        <w:t>Сюди, у Білу Церкву справив він&lt;br /&gt;</w:t>
        <w:br/>
        <w:t>Свою потугу. Мусить бути близько.</w:t>
      </w:r>
    </w:p>
    <w:p>
      <w:r>
        <w:br/>
        <w:t>Ігнотус (потираючи руки).</w:t>
      </w:r>
    </w:p>
    <w:p>
      <w:r>
        <w:br/>
        <w:t>Так, так... Усе гаразд іде... Нехай&lt;br /&gt;</w:t>
        <w:br/>
        <w:t>Вовків цих двоє степових один&lt;br /&gt;</w:t>
        <w:br/>
        <w:t>Одному поперегризають горла,&lt;br /&gt;</w:t>
        <w:br/>
        <w:t>А тічки їх розпудить по степах&lt;br /&gt;</w:t>
        <w:br/>
        <w:t>Гетьман коронний... хе-хе-хе!.. Про це&lt;br /&gt;</w:t>
        <w:br/>
        <w:t>Подбаю я... О, так,— я вже подбаю,&lt;br /&gt;</w:t>
        <w:br/>
        <w:t>Й побачимо, зухвалий Наливаю,&lt;br /&gt;</w:t>
        <w:br/>
        <w:t>Хто скорше з нас повисне на гілляці,&lt;br /&gt;</w:t>
        <w:br/>
        <w:t>Котру мені ти призначав в Шершнях!..&lt;br /&gt;</w:t>
        <w:br/>
        <w:t>В коронного ти був?</w:t>
      </w:r>
    </w:p>
    <w:p>
      <w:r>
        <w:br/>
        <w:t>Дрига</w:t>
      </w:r>
    </w:p>
    <w:p>
      <w:r>
        <w:br/>
        <w:t>Аякже,— був...&lt;br /&gt;</w:t>
        <w:br/>
        <w:t>Про все йому докладно розповів...&lt;br /&gt;</w:t>
        <w:br/>
        <w:t>Розгнівавсь вельми він...</w:t>
      </w:r>
    </w:p>
    <w:p>
      <w:r>
        <w:br/>
        <w:t>Ігнотус (сміється).</w:t>
      </w:r>
    </w:p>
    <w:p>
      <w:r>
        <w:br/>
        <w:t>Розгнівавсь?.. Ще б пак!&lt;br /&gt;</w:t>
        <w:br/>
        <w:t>Такая пташка пурхнула з-під носа&lt;br /&gt;</w:t>
        <w:br/>
        <w:t>В Жолкєвського самого, ха-ха-ха!..&lt;br /&gt;</w:t>
        <w:br/>
        <w:t>Дрига</w:t>
      </w:r>
    </w:p>
    <w:p>
      <w:r>
        <w:br/>
        <w:t>Не гаючися, він з кварцяним військом&lt;br /&gt;</w:t>
        <w:br/>
        <w:t>Пустивсь за Наливайком наздогін,&lt;br /&gt;</w:t>
        <w:br/>
        <w:t>Але... гетьман козацький, мов той вітер,&lt;br /&gt;</w:t>
        <w:br/>
        <w:t>І не важким кварцяникам догнати&lt;br /&gt;</w:t>
        <w:br/>
        <w:t>Його у чистім полі, і коли б&lt;br /&gt;</w:t>
        <w:br/>
        <w:t>Йому не трапивсь по дорозі Брацлав,&lt;br /&gt;</w:t>
        <w:br/>
        <w:t>То й я сюди не встиг би із звістками.&lt;br /&gt;</w:t>
        <w:br/>
        <w:t>Ось від Жолкєвського листа привіз&lt;br /&gt;</w:t>
        <w:br/>
        <w:t>Тобі, пречесний отче.&lt;br /&gt;</w:t>
        <w:br/>
        <w:t>(Виймає з-за пазухи листа).</w:t>
      </w:r>
    </w:p>
    <w:p>
      <w:r>
        <w:br/>
        <w:t>Ігнотус&lt;br /&gt;</w:t>
        <w:br/>
        <w:t>(дослухаючись до гомону в передпокої, бере листа).</w:t>
      </w:r>
    </w:p>
    <w:p>
      <w:r>
        <w:br/>
        <w:t>Йдуть сюди...&lt;br /&gt;</w:t>
        <w:br/>
        <w:t>Ходімо звідсіля: в своїм покої&lt;br /&gt;</w:t>
        <w:br/>
        <w:t>Я дам доручення нові...&lt;br /&gt;</w:t>
        <w:br/>
        <w:t>Зникають дверима праворуч.&lt;br /&gt;</w:t>
        <w:br/>
        <w:t>З передпокою по хвилі входять&lt;br /&gt;</w:t>
        <w:br/>
        <w:t>Лобода й Гуменицький. Лобода напідпитку.</w:t>
      </w:r>
    </w:p>
    <w:p>
      <w:r>
        <w:br/>
        <w:t>Лобода&lt;br /&gt;</w:t>
        <w:br/>
        <w:t>(зупинившись біля порога, важко зітхає й озирається по покою: не помітивши нікого, скаженіє).</w:t>
      </w:r>
    </w:p>
    <w:p>
      <w:r>
        <w:br/>
        <w:t>Нема&lt;br /&gt;</w:t>
        <w:br/>
        <w:t>Нікого знов!..&lt;br /&gt;</w:t>
        <w:br/>
        <w:t>(Підходить до столу й важко сідає. Раптом — б'є кулаком по столі й гукає).&lt;br /&gt;</w:t>
        <w:br/>
        <w:t>Агей!, чи є хто там?..&lt;br /&gt;</w:t>
        <w:br/>
        <w:t>Як тільки я сюди в покій — всі врозтіч...&lt;br /&gt;</w:t>
        <w:br/>
        <w:t>(Зриває з голови шлика й кидає ним об підлогу).&lt;br /&gt;</w:t>
        <w:br/>
        <w:t>А сто дияволів!.. Та хто я їм?&lt;br /&gt;</w:t>
        <w:br/>
        <w:t>Чума? Червивий пес?! Охріме! чуєш?-&lt;br /&gt;</w:t>
        <w:br/>
        <w:t>Чи вже не запорозький я гетьман?..</w:t>
      </w:r>
    </w:p>
    <w:p>
      <w:r>
        <w:br/>
        <w:t>Гуменицький&lt;br /&gt;</w:t>
        <w:br/>
        <w:t>(поштиво стоїть біля порога, тримаючи&lt;br /&gt;</w:t>
        <w:br/>
        <w:t>в руках шлика).</w:t>
      </w:r>
    </w:p>
    <w:p>
      <w:r>
        <w:br/>
        <w:t>Хто сміє навіть думати таке?!</w:t>
      </w:r>
    </w:p>
    <w:p>
      <w:r>
        <w:br/>
        <w:t>Лобода&lt;br /&gt;</w:t>
        <w:br/>
        <w:t>Хто сміє?.. Та вони ж... Той ксьондз дурний&lt;br /&gt;</w:t>
        <w:br/>
        <w:t>І тая панна...</w:t>
      </w:r>
    </w:p>
    <w:p>
      <w:r>
        <w:br/>
        <w:t>Входить Пазина.</w:t>
      </w:r>
    </w:p>
    <w:p>
      <w:r>
        <w:br/>
        <w:t>Де вона? Ти чуєш?!</w:t>
      </w:r>
    </w:p>
    <w:p>
      <w:r>
        <w:br/>
        <w:t>Пазина</w:t>
      </w:r>
    </w:p>
    <w:p>
      <w:r>
        <w:br/>
        <w:t>Про неї ти, гетьмане?.. Спочиває&lt;br /&gt;</w:t>
        <w:br/>
        <w:t>Вона. Ввесь час молилася й стомилась.&lt;br /&gt;</w:t>
        <w:br/>
        <w:t>Розгнівалась, твій крик почувши...</w:t>
      </w:r>
    </w:p>
    <w:p>
      <w:r>
        <w:br/>
        <w:t>Лобода (тихше).</w:t>
      </w:r>
    </w:p>
    <w:p>
      <w:r>
        <w:br/>
        <w:t>Справді?.&lt;br /&gt;</w:t>
        <w:br/>
        <w:t>Ну, от... Вони цураються мене,&lt;br /&gt;</w:t>
        <w:br/>
        <w:t>А я ще й винен...&lt;br /&gt;</w:t>
        <w:br/>
        <w:t>(Схиляє голову).&lt;br /&gt;</w:t>
        <w:br/>
        <w:t>Спочиває, кажеш?..&lt;br /&gt;</w:t>
        <w:br/>
        <w:t>Ну, що ж чинити?.. Най... Сідай, Охріме.&lt;br /&gt;</w:t>
        <w:br/>
        <w:t>А ти чогось нам випить принеси...</w:t>
      </w:r>
    </w:p>
    <w:p>
      <w:r>
        <w:br/>
        <w:t>Пазина виходить вхідними дверима.</w:t>
      </w:r>
    </w:p>
    <w:p>
      <w:r>
        <w:br/>
        <w:t>Гуменицький (сідає край столу).</w:t>
      </w:r>
    </w:p>
    <w:p>
      <w:r>
        <w:br/>
        <w:t>Дивлюсь на тебе я, гетьмане славний,&lt;br /&gt;</w:t>
        <w:br/>
        <w:t>І жаль гіркий козацьке серце тисне:&lt;br /&gt;</w:t>
        <w:br/>
        <w:t>Назустріч їм всім серцем линеш ти,&lt;br /&gt;</w:t>
        <w:br/>
        <w:t>Вони ж тебе у вічі зневажають</w:t>
      </w:r>
    </w:p>
    <w:p>
      <w:r>
        <w:br/>
        <w:t>Лобода (похиливши голову).</w:t>
      </w:r>
    </w:p>
    <w:p>
      <w:r>
        <w:br/>
        <w:t>Так, так... всім серцем, друже... А вони?</w:t>
      </w:r>
    </w:p>
    <w:p>
      <w:r>
        <w:br/>
        <w:t>Гуменицький</w:t>
      </w:r>
    </w:p>
    <w:p>
      <w:r>
        <w:br/>
        <w:t>Чи варто ж нам було заради цього&lt;br /&gt;</w:t>
        <w:br/>
        <w:t>З гетьманом Северином розійтись,&lt;br /&gt;</w:t>
        <w:br/>
        <w:t>Наразивши його на небезпеку?</w:t>
      </w:r>
    </w:p>
    <w:p>
      <w:r>
        <w:br/>
        <w:t>Лобода</w:t>
      </w:r>
    </w:p>
    <w:p>
      <w:r>
        <w:br/>
        <w:t>Ах, не нагадуй!..&lt;br /&gt;</w:t>
        <w:br/>
        <w:t>Гуменицький</w:t>
      </w:r>
    </w:p>
    <w:p>
      <w:r>
        <w:br/>
        <w:t>Між січовиками&lt;br /&gt;</w:t>
        <w:br/>
        <w:t>Відтоді ремство не вгаває вже:&lt;br /&gt;</w:t>
        <w:br/>
        <w:t>На тебе, мій гетьмане, нарікають,&lt;br /&gt;</w:t>
        <w:br/>
        <w:t>Що товариство зрадив ти ганебно,&lt;br /&gt;</w:t>
        <w:br/>
        <w:t>Не по-лицарському, заради баби&lt;br /&gt;</w:t>
        <w:br/>
        <w:t>І добрами кварцяників не дав&lt;br /&gt;</w:t>
        <w:br/>
        <w:t>Козацтву поділитися по бою...</w:t>
      </w:r>
    </w:p>
    <w:p>
      <w:r>
        <w:br/>
        <w:t>Лобода</w:t>
      </w:r>
    </w:p>
    <w:p>
      <w:r>
        <w:br/>
        <w:t>Мовчи, мовчи! Направлю разом все,&lt;br /&gt;</w:t>
        <w:br/>
        <w:t>Нехай лиш прийде Наливайко... Де він?&lt;br /&gt;</w:t>
        <w:br/>
        <w:t>Не чув нічого ти?</w:t>
      </w:r>
    </w:p>
    <w:p>
      <w:r>
        <w:br/>
        <w:t>Гуменицький</w:t>
      </w:r>
    </w:p>
    <w:p>
      <w:r>
        <w:br/>
        <w:t>Чому не чув?..&lt;br /&gt;</w:t>
        <w:br/>
        <w:t>Жолкєвський Бар зайняв, а Наливайко&lt;br /&gt;</w:t>
        <w:br/>
        <w:t>З Мазепю і Кремпським порядкують&lt;br /&gt;</w:t>
        <w:br/>
        <w:t>Уже у Брацлаві: з кварцяним військом&lt;br /&gt;</w:t>
        <w:br/>
        <w:t>Він бою не прийняв тоді без нас...</w:t>
      </w:r>
    </w:p>
    <w:p>
      <w:r>
        <w:br/>
        <w:t>Пазина вносить великий дзбан меду й ставить на стіл;&lt;br /&gt;</w:t>
        <w:br/>
        <w:t>із креденця дістає кухлі.</w:t>
      </w:r>
    </w:p>
    <w:p>
      <w:r>
        <w:br/>
        <w:t>Пазина (наливаючи).</w:t>
      </w:r>
    </w:p>
    <w:p>
      <w:r>
        <w:br/>
        <w:t>Не знаєте, де Северин?</w:t>
      </w:r>
    </w:p>
    <w:p>
      <w:r>
        <w:br/>
        <w:t>Лобода</w:t>
      </w:r>
    </w:p>
    <w:p>
      <w:r>
        <w:br/>
        <w:t>Тобі&lt;br /&gt;</w:t>
        <w:br/>
        <w:t>Навіщо знати це?</w:t>
      </w:r>
    </w:p>
    <w:p>
      <w:r>
        <w:br/>
        <w:t>Пазина</w:t>
      </w:r>
    </w:p>
    <w:p>
      <w:r>
        <w:br/>
        <w:t>Навіщо, кажеш?..&lt;br /&gt;</w:t>
        <w:br/>
        <w:t>На те...&lt;br /&gt;</w:t>
        <w:br/>
        <w:t>(Озирнувшись і знизивши голос).&lt;br /&gt;</w:t>
        <w:br/>
        <w:t>...що до ксьондза прибув допіру&lt;br /&gt;</w:t>
        <w:br/>
        <w:t>Його вістовець, шпиг... Іще в Шершнях&lt;br /&gt;</w:t>
        <w:br/>
        <w:t>Я бачила його. Тоді навмисне&lt;br /&gt;</w:t>
        <w:br/>
        <w:t>Про смерть Жолкєвського в Семигороді&lt;br /&gt;</w:t>
        <w:br/>
        <w:t>Приніс він вісті, а Жолкєвський той&lt;br /&gt;</w:t>
        <w:br/>
        <w:t>Живісінький... Ніяк я не збагну,&lt;br /&gt;</w:t>
        <w:br/>
        <w:t>Що витіває з ним наш ксьондз понурий.&lt;br /&gt;</w:t>
        <w:br/>
        <w:t>На Северина щось, мені здається...</w:t>
      </w:r>
    </w:p>
    <w:p>
      <w:r>
        <w:br/>
        <w:t>Лобода (п'є).</w:t>
      </w:r>
    </w:p>
    <w:p>
      <w:r>
        <w:br/>
        <w:t>А хоч би й так — тобі до того що?</w:t>
      </w:r>
    </w:p>
    <w:p>
      <w:r>
        <w:br/>
        <w:t>Пазина (блиснувши очима).</w:t>
      </w:r>
    </w:p>
    <w:p>
      <w:r>
        <w:br/>
        <w:t>Мені?.. А те, що і тобі, гетьмане!</w:t>
      </w:r>
    </w:p>
    <w:p>
      <w:r>
        <w:br/>
        <w:t>Лобода (наливає).</w:t>
      </w:r>
    </w:p>
    <w:p>
      <w:r>
        <w:br/>
        <w:t>Ти це до чого?</w:t>
      </w:r>
    </w:p>
    <w:p>
      <w:r>
        <w:br/>
        <w:t>Пазина</w:t>
      </w:r>
    </w:p>
    <w:p>
      <w:r>
        <w:br/>
        <w:t>А до того я,&lt;br /&gt;</w:t>
        <w:br/>
        <w:t>Що як загине Наливайко, й вам&lt;br /&gt;</w:t>
        <w:br/>
        <w:t>Тоді кінець.</w:t>
      </w:r>
    </w:p>
    <w:p>
      <w:r>
        <w:br/>
        <w:t>Лобода (регоче).</w:t>
      </w:r>
    </w:p>
    <w:p>
      <w:r>
        <w:br/>
        <w:t>Оце дак утяла!..&lt;br /&gt;</w:t>
        <w:br/>
        <w:t>Чому ж, чому?</w:t>
      </w:r>
    </w:p>
    <w:p>
      <w:r>
        <w:br/>
        <w:t>Пазина (піднесено).</w:t>
      </w:r>
    </w:p>
    <w:p>
      <w:r>
        <w:br/>
        <w:t>Тому, що в Наливайка&lt;br /&gt;</w:t>
        <w:br/>
        <w:t>На плечах голова, а в голові тій&lt;br /&gt;</w:t>
        <w:br/>
        <w:t>Велика дума зріє...</w:t>
      </w:r>
    </w:p>
    <w:p>
      <w:r>
        <w:br/>
        <w:t>Лобода</w:t>
      </w:r>
    </w:p>
    <w:p>
      <w:r>
        <w:br/>
        <w:t>Хо-хо-хо!..&lt;br /&gt;</w:t>
        <w:br/>
        <w:t>А в нас?..</w:t>
      </w:r>
    </w:p>
    <w:p>
      <w:r>
        <w:br/>
        <w:t>Пазина</w:t>
      </w:r>
    </w:p>
    <w:p>
      <w:r>
        <w:br/>
        <w:t>А в вас усюди безголов'я.&lt;br /&gt;</w:t>
        <w:br/>
        <w:t>На себе глянь, гетьмане: хто єси?&lt;br /&gt;</w:t>
        <w:br/>
        <w:t>Які посіли голову твою думки?&lt;br /&gt;</w:t>
        <w:br/>
        <w:t>В той час, як ти лише про дівку дбаєш,&lt;br /&gt;</w:t>
        <w:br/>
        <w:t>Душа десь Наливайкова горить&lt;br /&gt;</w:t>
        <w:br/>
        <w:t>В огні розпуки, що не довелось&lt;br /&gt;</w:t>
        <w:br/>
        <w:t>Через твоє свавільство й наглу зраду&lt;br /&gt;</w:t>
        <w:br/>
        <w:t>Святого діла доконать...</w:t>
      </w:r>
    </w:p>
    <w:p>
      <w:r>
        <w:br/>
        <w:t>Лобода</w:t>
      </w:r>
    </w:p>
    <w:p>
      <w:r>
        <w:br/>
        <w:t>А ти&lt;br /&gt;</w:t>
        <w:br/>
        <w:t>Звідкіль це знаєш?.</w:t>
      </w:r>
    </w:p>
    <w:p>
      <w:r>
        <w:br/>
        <w:t>Пазина</w:t>
      </w:r>
    </w:p>
    <w:p>
      <w:r>
        <w:br/>
        <w:t>У своїх спитай&lt;br /&gt;</w:t>
        <w:br/>
        <w:t>Січовиків, коли не тямиш сам&lt;br /&gt;</w:t>
        <w:br/>
        <w:t>За дівкою в зальотах та...</w:t>
      </w:r>
    </w:p>
    <w:p>
      <w:r>
        <w:br/>
        <w:t>Лобода (б'є кулаком по столу).</w:t>
      </w:r>
    </w:p>
    <w:p>
      <w:r>
        <w:br/>
        <w:t>Мовчи!..&lt;br /&gt;</w:t>
        <w:br/>
        <w:t>Гетьман твій Наливайко хто? — Щеня!&lt;br /&gt;</w:t>
        <w:br/>
        <w:t>Гетьманом хто його зробив? — Голота —&lt;br /&gt;</w:t>
        <w:br/>
        <w:t>Обідрана, нікчемна та свавільна!..&lt;br /&gt;</w:t>
        <w:br/>
        <w:t>Гетьман правдивий — я! І сам король,&lt;br /&gt;</w:t>
        <w:br/>
        <w:t>Наш найясніший пан, моє обрання&lt;br /&gt;</w:t>
        <w:br/>
        <w:t>Рукою власною ствердив в Варшаві,&lt;br /&gt;</w:t>
        <w:br/>
        <w:t>Тому й з потугою його не буду&lt;br /&gt;</w:t>
        <w:br/>
        <w:t>Я битися...</w:t>
      </w:r>
    </w:p>
    <w:p>
      <w:r>
        <w:br/>
        <w:t>Пазина</w:t>
      </w:r>
    </w:p>
    <w:p>
      <w:r>
        <w:br/>
        <w:t>Та ж досі бився й ти?</w:t>
      </w:r>
    </w:p>
    <w:p>
      <w:r>
        <w:br/>
        <w:t>Лобода</w:t>
      </w:r>
    </w:p>
    <w:p>
      <w:r>
        <w:br/>
        <w:t>Бо сам собі я пан: захочу — б'юсь,&lt;br /&gt;</w:t>
        <w:br/>
        <w:t>А ні — то ні. Чи, може, Наливайко&lt;br /&gt;</w:t>
        <w:br/>
        <w:t>Мені розказувати буде? Дзуськи!&lt;br /&gt;</w:t>
        <w:br/>
        <w:t>Не дамсь я верховодити нікому!..&lt;br /&gt;</w:t>
        <w:br/>
        <w:t>"Велика дума зріє"... Зрою добре,&lt;br /&gt;</w:t>
        <w:br/>
        <w:t>Яка то дума зріє! Хоче він,&lt;br /&gt;</w:t>
        <w:br/>
        <w:t>Побивши Польщу і її панів,&lt;br /&gt;</w:t>
        <w:br/>
        <w:t>Владарем дужим сісти нам на шию&lt;br /&gt;</w:t>
        <w:br/>
        <w:t>Аж від Литви і по Дніпро та море...&lt;br /&gt;</w:t>
        <w:br/>
        <w:t>Нема дурних!..&lt;br /&gt;</w:t>
        <w:br/>
        <w:t>(П'є).</w:t>
      </w:r>
    </w:p>
    <w:p>
      <w:r>
        <w:br/>
        <w:t>Пазина</w:t>
      </w:r>
    </w:p>
    <w:p>
      <w:r>
        <w:br/>
        <w:t>Що ваша шия варт,&lt;br /&gt;</w:t>
        <w:br/>
        <w:t>Коли народ увесь шукає долі&lt;br /&gt;</w:t>
        <w:br/>
        <w:t>І панськії кайдани розриває!</w:t>
      </w:r>
    </w:p>
    <w:p>
      <w:r>
        <w:br/>
        <w:t>Лобода</w:t>
      </w:r>
    </w:p>
    <w:p>
      <w:r>
        <w:br/>
        <w:t>Народ?.. Ця чернь свавільна і дурна?..&lt;br /&gt;</w:t>
        <w:br/>
        <w:t>Ніколи ще такого не бувало,&lt;br /&gt;</w:t>
        <w:br/>
        <w:t>Щоб чернь сама свою творила долю...</w:t>
      </w:r>
    </w:p>
    <w:p>
      <w:r>
        <w:br/>
        <w:t>Пазина</w:t>
      </w:r>
    </w:p>
    <w:p>
      <w:r>
        <w:br/>
        <w:t>Як не було, то буде</w:t>
      </w:r>
    </w:p>
    <w:p>
      <w:r>
        <w:br/>
        <w:t>Лобода</w:t>
      </w:r>
    </w:p>
    <w:p>
      <w:r>
        <w:br/>
        <w:t>Чи не він,&lt;br /&gt;</w:t>
        <w:br/>
        <w:t>Твій Наливайко, допоможе їй?</w:t>
      </w:r>
    </w:p>
    <w:p>
      <w:r>
        <w:br/>
        <w:t>Пазина</w:t>
      </w:r>
    </w:p>
    <w:p>
      <w:r>
        <w:br/>
        <w:t>А певне, що не ти!</w:t>
      </w:r>
    </w:p>
    <w:p>
      <w:r>
        <w:br/>
        <w:t>Лобода&lt;br /&gt;</w:t>
        <w:br/>
        <w:t>(б'є кулаком по столу).</w:t>
      </w:r>
    </w:p>
    <w:p>
      <w:r>
        <w:br/>
        <w:t>Якого ж дідька&lt;br /&gt;</w:t>
        <w:br/>
        <w:t>Від мене хоче він?</w:t>
      </w:r>
    </w:p>
    <w:p>
      <w:r>
        <w:br/>
        <w:t>Пазина</w:t>
      </w:r>
    </w:p>
    <w:p>
      <w:r>
        <w:br/>
        <w:t>Якого дідька?..&lt;br /&gt;</w:t>
        <w:br/>
        <w:t>Того, що й від усіх, хто не з панами&lt;br /&gt;</w:t>
        <w:br/>
        <w:t>Гнобить народ, а чесно б'ється з ними&lt;br /&gt;</w:t>
        <w:br/>
        <w:t>За щасну долю черні тої...</w:t>
      </w:r>
    </w:p>
    <w:p>
      <w:r>
        <w:br/>
        <w:t>Лобода&lt;br /&gt;</w:t>
        <w:br/>
        <w:t>(саркастично сміється).</w:t>
      </w:r>
    </w:p>
    <w:p>
      <w:r>
        <w:br/>
        <w:t>Знаю,&lt;br /&gt;</w:t>
        <w:br/>
        <w:t>Голубко, добре я, за що він б'ється,&lt;br /&gt;</w:t>
        <w:br/>
        <w:t>Твій Северин! За владу б'ється він,&lt;br /&gt;</w:t>
        <w:br/>
        <w:t>За кралю ту, що видер я у нього&lt;br /&gt;</w:t>
        <w:br/>
        <w:t>З-під носа... щоб, побравшися із нею,&lt;br /&gt;</w:t>
        <w:br/>
        <w:t>Зробитися гетьманом на всю губу!..&lt;br /&gt;</w:t>
        <w:br/>
        <w:t>Але не буде так! —Ти чуєш, бабо?&lt;br /&gt;</w:t>
        <w:br/>
        <w:t>З твоєю панною візьму шлюб я...&lt;br /&gt;</w:t>
        <w:br/>
        <w:t>В цю ж мить, хоча для цього довелось би&lt;br /&gt;</w:t>
        <w:br/>
        <w:t>Її зв'язати!.. Де той піп?.. Давай&lt;br /&gt;</w:t>
        <w:br/>
        <w:t>Його сюди!..</w:t>
      </w:r>
    </w:p>
    <w:p>
      <w:r>
        <w:br/>
        <w:t>Козак-вістовець (входить).</w:t>
      </w:r>
    </w:p>
    <w:p>
      <w:r>
        <w:br/>
        <w:t>Добривечір!..</w:t>
      </w:r>
    </w:p>
    <w:p>
      <w:r>
        <w:br/>
        <w:t>Гуменицький</w:t>
      </w:r>
    </w:p>
    <w:p>
      <w:r>
        <w:br/>
        <w:t>Чого&lt;br /&gt;</w:t>
        <w:br/>
        <w:t>Тобі?.. Чи сталось що?</w:t>
      </w:r>
    </w:p>
    <w:p>
      <w:r>
        <w:br/>
        <w:t>Козак-вістовець</w:t>
      </w:r>
    </w:p>
    <w:p>
      <w:r>
        <w:br/>
        <w:t>Під Білу Церкву&lt;br /&gt;</w:t>
        <w:br/>
        <w:t>З потугою своєю Наливайко&lt;br /&gt;</w:t>
        <w:br/>
        <w:t>Прибув допіру...</w:t>
      </w:r>
    </w:p>
    <w:p>
      <w:r>
        <w:br/>
        <w:t>Гуменицький (схопившись).</w:t>
      </w:r>
    </w:p>
    <w:p>
      <w:r>
        <w:br/>
        <w:t>Що?! Ти бачив сам?</w:t>
      </w:r>
    </w:p>
    <w:p>
      <w:r>
        <w:br/>
        <w:t>Козак-вістовець</w:t>
      </w:r>
    </w:p>
    <w:p>
      <w:r>
        <w:br/>
        <w:t>Так, сам я бачив. Там йому назустріч&lt;br /&gt;</w:t>
        <w:br/>
        <w:t>Сливе уся залога наша вийшла:&lt;br /&gt;</w:t>
        <w:br/>
        <w:t>Братаються, цілуються, вітають...</w:t>
      </w:r>
    </w:p>
    <w:p>
      <w:r>
        <w:br/>
        <w:t>Гуменицький (до Лободи).</w:t>
      </w:r>
    </w:p>
    <w:p>
      <w:r>
        <w:br/>
        <w:t>Казав же я...</w:t>
      </w:r>
    </w:p>
    <w:p>
      <w:r>
        <w:br/>
        <w:t>Лобода (похмуро).</w:t>
      </w:r>
    </w:p>
    <w:p>
      <w:r>
        <w:br/>
        <w:t>Куди ж вони простують —&lt;br /&gt;</w:t>
        <w:br/>
        <w:t>У Білу Церкву? в місто?..</w:t>
      </w:r>
    </w:p>
    <w:p>
      <w:r>
        <w:br/>
        <w:t>Козак-вістовець</w:t>
      </w:r>
    </w:p>
    <w:p>
      <w:r>
        <w:br/>
        <w:t>Ні, вони&lt;br /&gt;</w:t>
        <w:br/>
        <w:t>Великим табором розташувались&lt;br /&gt;</w:t>
        <w:br/>
        <w:t>В урочищі, що зветься Гострий Камень.</w:t>
      </w:r>
    </w:p>
    <w:p>
      <w:r>
        <w:br/>
        <w:t>Лобода&lt;br /&gt;</w:t>
        <w:br/>
        <w:t>Скачи туди, Охріме. і дізнайся&lt;br /&gt;</w:t>
        <w:br/>
        <w:t>Про все, що треба,— розумієш?.. Миттю!</w:t>
      </w:r>
    </w:p>
    <w:p>
      <w:r>
        <w:br/>
        <w:t>Гуменицький і козак вийшли.</w:t>
      </w:r>
    </w:p>
    <w:p>
      <w:r>
        <w:br/>
        <w:t>Пазина (радісно).</w:t>
      </w:r>
    </w:p>
    <w:p>
      <w:r>
        <w:br/>
        <w:t>Із степу вітер знов, і не тобі&lt;br /&gt;</w:t>
        <w:br/>
        <w:t>Змагатись з ним, гетьмане запорозький!</w:t>
      </w:r>
    </w:p>
    <w:p>
      <w:r>
        <w:br/>
        <w:t>Лобода&lt;br /&gt;</w:t>
        <w:br/>
        <w:t>(прибитий несподіванкою).</w:t>
      </w:r>
    </w:p>
    <w:p>
      <w:r>
        <w:br/>
        <w:t>Мовчи, стара!.. Поклич попа сюди,&lt;br /&gt;</w:t>
        <w:br/>
        <w:t>А панну приготуй до шлюбу...</w:t>
      </w:r>
    </w:p>
    <w:p>
      <w:r>
        <w:br/>
        <w:t>Пазина</w:t>
      </w:r>
    </w:p>
    <w:p>
      <w:r>
        <w:br/>
        <w:t>Що?!&lt;br /&gt;</w:t>
        <w:br/>
        <w:t>Чи часу іншого тобі на це&lt;br /&gt;</w:t>
        <w:br/>
        <w:t>Не буде вже?..</w:t>
      </w:r>
    </w:p>
    <w:p>
      <w:r>
        <w:br/>
        <w:t>Лобода&lt;br /&gt;</w:t>
        <w:br/>
        <w:t>(оскаженіло стукає кулаком об стіл).</w:t>
      </w:r>
    </w:p>
    <w:p>
      <w:r>
        <w:br/>
        <w:t>Роби, що я сказав!..&lt;br /&gt;</w:t>
        <w:br/>
        <w:t>Патякаєш...</w:t>
      </w:r>
    </w:p>
    <w:p>
      <w:r>
        <w:br/>
        <w:t>Пазина виходить.</w:t>
      </w:r>
    </w:p>
    <w:p>
      <w:r>
        <w:br/>
        <w:t>Ігнотус (входить по хвилі).</w:t>
      </w:r>
    </w:p>
    <w:p>
      <w:r>
        <w:br/>
        <w:t>До послуг я, гетьмане.</w:t>
      </w:r>
    </w:p>
    <w:p>
      <w:r>
        <w:br/>
        <w:t>Лобода</w:t>
      </w:r>
    </w:p>
    <w:p>
      <w:r>
        <w:br/>
        <w:t>Це ти?.. Гаразд... Звінчаєш зараз нас&lt;br /&gt;</w:t>
        <w:br/>
        <w:t>Із панною Касильдою.</w:t>
      </w:r>
    </w:p>
    <w:p>
      <w:r>
        <w:br/>
        <w:t>Ігнотус (здивований)&lt;br /&gt;</w:t>
        <w:br/>
        <w:t>Вона&lt;br /&gt;</w:t>
        <w:br/>
        <w:t>Вже згоду подала?</w:t>
      </w:r>
    </w:p>
    <w:p>
      <w:r>
        <w:br/>
        <w:t>Лобода (схопившись).</w:t>
      </w:r>
    </w:p>
    <w:p>
      <w:r>
        <w:br/>
        <w:t>Начхать хотів&lt;br /&gt;</w:t>
        <w:br/>
        <w:t>На вашу згоду я! І ти й вона —&lt;br /&gt;</w:t>
        <w:br/>
        <w:t>Мої ви бранці: схочу — шлюб візьму&lt;br /&gt;</w:t>
        <w:br/>
        <w:t>Із нею, схочу — вас обох повісять!...&lt;br /&gt;</w:t>
        <w:br/>
        <w:t>Чи ти гадав, лукавий єзуїто,&lt;br /&gt;</w:t>
        <w:br/>
        <w:t>Що для Жолкєвського її плекаю?..</w:t>
      </w:r>
    </w:p>
    <w:p>
      <w:r>
        <w:br/>
        <w:t>Ігнотус</w:t>
      </w:r>
    </w:p>
    <w:p>
      <w:r>
        <w:br/>
        <w:t>Оскільки знаю я і чув од неї&lt;br /&gt;</w:t>
        <w:br/>
        <w:t>Вона Жолкєвського не любить...</w:t>
      </w:r>
    </w:p>
    <w:p>
      <w:r>
        <w:br/>
        <w:t>Лобода</w:t>
      </w:r>
    </w:p>
    <w:p>
      <w:r>
        <w:br/>
        <w:t>Так?..&lt;br /&gt;</w:t>
        <w:br/>
        <w:t>Тим ліпше... Що ж тоді на перешкоді?</w:t>
      </w:r>
    </w:p>
    <w:p>
      <w:r>
        <w:br/>
        <w:t>Ігнотус&lt;br /&gt;</w:t>
        <w:br/>
        <w:t>(ледве втримуючи ненависть і злобу).</w:t>
      </w:r>
    </w:p>
    <w:p>
      <w:r>
        <w:br/>
        <w:t>Боюсь гетьмане, я, що Наливайко&lt;br /&gt;</w:t>
        <w:br/>
        <w:t>Красою серце підкорив її...</w:t>
      </w:r>
    </w:p>
    <w:p>
      <w:r>
        <w:br/>
        <w:t>Лобода (хитнувшись).</w:t>
      </w:r>
    </w:p>
    <w:p>
      <w:r>
        <w:br/>
        <w:t>Що?.. що?!</w:t>
      </w:r>
    </w:p>
    <w:p>
      <w:r>
        <w:br/>
        <w:t>Ігнотус</w:t>
      </w:r>
    </w:p>
    <w:p>
      <w:r>
        <w:br/>
        <w:t>А втім — спитай її саму.</w:t>
      </w:r>
    </w:p>
    <w:p>
      <w:r>
        <w:br/>
        <w:t>Касильда&lt;br /&gt;</w:t>
        <w:br/>
        <w:t>(входить; за нею Пазина).</w:t>
      </w:r>
    </w:p>
    <w:p>
      <w:r>
        <w:br/>
        <w:t>Прийшла тобі сказати я, гетьмане,&lt;br /&gt;</w:t>
        <w:br/>
        <w:t>Що марні заходи твої про шлюб:&lt;br /&gt;</w:t>
        <w:br/>
        <w:t>Його не буде...</w:t>
      </w:r>
    </w:p>
    <w:p>
      <w:r>
        <w:br/>
        <w:t>Лобода (тупнувши ногою).</w:t>
      </w:r>
    </w:p>
    <w:p>
      <w:r>
        <w:br/>
        <w:t>Буде!!</w:t>
      </w:r>
    </w:p>
    <w:p>
      <w:r>
        <w:br/>
        <w:t>Касильда</w:t>
      </w:r>
    </w:p>
    <w:p>
      <w:r>
        <w:br/>
        <w:t>Ні, не буде!&lt;br /&gt;</w:t>
        <w:br/>
        <w:t>Ще не родивсь на світ той піп дурний,&lt;br /&gt;</w:t>
        <w:br/>
        <w:t>Що нас вінчати мав би із тобою...</w:t>
      </w:r>
    </w:p>
    <w:p>
      <w:r>
        <w:br/>
        <w:t>Лобода</w:t>
      </w:r>
    </w:p>
    <w:p>
      <w:r>
        <w:br/>
        <w:t>А з ким же? з ким?.. З гетьманом Наливайком?</w:t>
      </w:r>
    </w:p>
    <w:p>
      <w:r>
        <w:br/>
        <w:t>Касильда</w:t>
      </w:r>
    </w:p>
    <w:p>
      <w:r>
        <w:br/>
        <w:t>О, так! Коли б він тільки захотів,&lt;br /&gt;</w:t>
        <w:br/>
        <w:t>За ним піду хоч в пекло я.</w:t>
      </w:r>
    </w:p>
    <w:p>
      <w:r>
        <w:br/>
        <w:t>Пазина (вражена, набік).</w:t>
      </w:r>
    </w:p>
    <w:p>
      <w:r>
        <w:br/>
        <w:t>Що чую?!&lt;br /&gt;</w:t>
        <w:br/>
        <w:t>О, дякую тобі, Всесильний...</w:t>
      </w:r>
    </w:p>
    <w:p>
      <w:r>
        <w:br/>
        <w:t>Лобода&lt;br /&gt;</w:t>
        <w:br/>
        <w:t>(ледве втримуючи себе)</w:t>
      </w:r>
    </w:p>
    <w:p>
      <w:r>
        <w:br/>
        <w:t>Так?&lt;br /&gt;</w:t>
        <w:br/>
        <w:t>Це новина!.. Не так давно щось інше&lt;br /&gt;</w:t>
        <w:br/>
        <w:t>Із уст твоїх я чув, коли в Шершнях&lt;br /&gt;</w:t>
        <w:br/>
        <w:t>Обом ти гарбуза нам піднесла</w:t>
      </w:r>
    </w:p>
    <w:p>
      <w:r>
        <w:br/>
        <w:t>Касильда</w:t>
      </w:r>
    </w:p>
    <w:p>
      <w:r>
        <w:br/>
        <w:t>Дурна була... не знала ще його,&lt;br /&gt;</w:t>
        <w:br/>
        <w:t>Лиш бачила його блискучу вроду.</w:t>
      </w:r>
    </w:p>
    <w:p>
      <w:r>
        <w:br/>
        <w:t>Лобода</w:t>
      </w:r>
    </w:p>
    <w:p>
      <w:r>
        <w:br/>
        <w:t>Коли ж це розуму набралась ти&lt;br /&gt;</w:t>
        <w:br/>
        <w:t>Й від кого? Ти не бачила ж його&lt;br /&gt;</w:t>
        <w:br/>
        <w:t>Відтоді?</w:t>
      </w:r>
    </w:p>
    <w:p>
      <w:r>
        <w:br/>
        <w:t>Касильда</w:t>
      </w:r>
    </w:p>
    <w:p>
      <w:r>
        <w:br/>
        <w:t>О, красу такую досить&lt;br /&gt;</w:t>
        <w:br/>
        <w:t>Єдиний раз узріти, щоб навіки&lt;br /&gt;</w:t>
        <w:br/>
        <w:t>Дівочим серцем їй заприсягти.</w:t>
      </w:r>
    </w:p>
    <w:p>
      <w:r>
        <w:br/>
        <w:t>Лобода (до Ігнотуса).</w:t>
      </w:r>
    </w:p>
    <w:p>
      <w:r>
        <w:br/>
        <w:t>Ти чуєш, попе?&lt;br /&gt;</w:t>
        <w:br/>
        <w:t>Ігнотус</w:t>
      </w:r>
    </w:p>
    <w:p>
      <w:r>
        <w:br/>
        <w:t>Чую.</w:t>
      </w:r>
    </w:p>
    <w:p>
      <w:r>
        <w:br/>
        <w:t>Лобода (злобно-іронічно).</w:t>
      </w:r>
    </w:p>
    <w:p>
      <w:r>
        <w:br/>
        <w:t>І що ж на це?</w:t>
      </w:r>
    </w:p>
    <w:p>
      <w:r>
        <w:br/>
        <w:t>Ігнотус&lt;br /&gt;</w:t>
        <w:br/>
        <w:t>(складає руки, як до молитви, й здіймає очі горі).</w:t>
      </w:r>
    </w:p>
    <w:p>
      <w:r>
        <w:br/>
        <w:t>Його свята на теє воля...</w:t>
      </w:r>
    </w:p>
    <w:p>
      <w:r>
        <w:br/>
        <w:t>Лобода (оскаженіло).</w:t>
      </w:r>
    </w:p>
    <w:p>
      <w:r>
        <w:br/>
        <w:t>Що?!&lt;br /&gt;</w:t>
        <w:br/>
        <w:t>Моя тут воля — чуєш? — не його!..&lt;br /&gt;</w:t>
        <w:br/>
        <w:t>Тому негайно приготуйсь до шлюбу,-&lt;br /&gt;</w:t>
        <w:br/>
        <w:t>А теревені правити мені&lt;br /&gt;</w:t>
        <w:br/>
        <w:t>Уже насточортіло з вами!.. Чув?</w:t>
      </w:r>
    </w:p>
    <w:p>
      <w:r>
        <w:br/>
        <w:t>Касильда (погірдливо).</w:t>
      </w:r>
    </w:p>
    <w:p>
      <w:r>
        <w:br/>
        <w:t>Ще не родився той, хто силоміць&lt;br /&gt;</w:t>
        <w:br/>
        <w:t>Мене до шлюбу...</w:t>
      </w:r>
    </w:p>
    <w:p>
      <w:r>
        <w:br/>
        <w:t>Лобода&lt;br /&gt;</w:t>
        <w:br/>
        <w:t>(хапається за шаблю, несамовито).</w:t>
      </w:r>
    </w:p>
    <w:p>
      <w:r>
        <w:br/>
        <w:t>Що?! То краще вмри!</w:t>
      </w:r>
    </w:p>
    <w:p>
      <w:r>
        <w:br/>
        <w:t>Кидається до Касильди. Пазина з криком стає йому на дорозі.</w:t>
      </w:r>
    </w:p>
    <w:p>
      <w:r>
        <w:br/>
        <w:t>Пазина</w:t>
      </w:r>
    </w:p>
    <w:p>
      <w:r>
        <w:br/>
        <w:t>Сказився ти?! Очуняйсь, навіжений!&lt;br /&gt;</w:t>
        <w:br/>
        <w:t>Проспися перше...</w:t>
      </w:r>
    </w:p>
    <w:p>
      <w:r>
        <w:br/>
        <w:t>Лобода (грізно).</w:t>
      </w:r>
    </w:p>
    <w:p>
      <w:r>
        <w:br/>
        <w:t>Бабо, одійди!!</w:t>
      </w:r>
    </w:p>
    <w:p>
      <w:r>
        <w:br/>
        <w:t>Вхідними дверима входять Наливайко, Мамай і Орішевський.&lt;br /&gt;</w:t>
        <w:br/>
        <w:t>Мамай&lt;br /&gt;</w:t>
        <w:br/>
        <w:t>(угледівши сцену, регоче).</w:t>
      </w:r>
    </w:p>
    <w:p>
      <w:r>
        <w:br/>
        <w:t>Ось гляньте: він з бабами тут воює!&lt;br /&gt;</w:t>
        <w:br/>
        <w:t>А ми гадали — без роботи десь&lt;br /&gt;</w:t>
        <w:br/>
        <w:t>Марнує час гетьман наш запорозький...</w:t>
      </w:r>
    </w:p>
    <w:p>
      <w:r>
        <w:br/>
        <w:t>Касильда&lt;br /&gt;</w:t>
        <w:br/>
        <w:t>(горнеться злякано до Пазини).</w:t>
      </w:r>
    </w:p>
    <w:p>
      <w:r>
        <w:br/>
        <w:t>Це він... це Наливайко!..</w:t>
      </w:r>
    </w:p>
    <w:p>
      <w:r>
        <w:br/>
        <w:t>Лобода&lt;br /&gt;</w:t>
        <w:br/>
        <w:t>(відразу остовпів од несподіванки; отямившись, кидається на Мамая з шаблею).</w:t>
      </w:r>
    </w:p>
    <w:p>
      <w:r>
        <w:br/>
        <w:t>Смієш ти,&lt;br /&gt;</w:t>
        <w:br/>
        <w:t>Козацький ледарю!</w:t>
      </w:r>
    </w:p>
    <w:p>
      <w:r>
        <w:br/>
        <w:t>Мамай&lt;br /&gt;</w:t>
        <w:br/>
        <w:t>(регочучи, обороняється бандурою).</w:t>
      </w:r>
    </w:p>
    <w:p>
      <w:r>
        <w:br/>
        <w:t>Тю-тю на тебе!&lt;br /&gt;</w:t>
        <w:br/>
        <w:t>Ти не сказився часом, Грицьку?..</w:t>
      </w:r>
    </w:p>
    <w:p>
      <w:r>
        <w:br/>
        <w:t>Наливайко(стає між ними).</w:t>
      </w:r>
    </w:p>
    <w:p>
      <w:r>
        <w:br/>
        <w:t>Стій!&lt;br /&gt;</w:t>
        <w:br/>
        <w:t>Не битися з тобою ми прийшли&lt;br /&gt;</w:t>
        <w:br/>
        <w:t>Мій брате...</w:t>
      </w:r>
    </w:p>
    <w:p>
      <w:r>
        <w:br/>
        <w:t>Лобода&lt;br /&gt;</w:t>
        <w:br/>
        <w:t>(отямившись, ховає шаблю в піхви й&lt;br /&gt;</w:t>
        <w:br/>
        <w:t>відходить до столу).</w:t>
      </w:r>
    </w:p>
    <w:p>
      <w:r>
        <w:br/>
        <w:t>Дідько брат тобі, не я!..</w:t>
      </w:r>
    </w:p>
    <w:p>
      <w:r>
        <w:br/>
        <w:t>Наливайко&lt;br /&gt;</w:t>
        <w:br/>
        <w:t>Пройшла на тебе злість у наших душах,&lt;br /&gt;</w:t>
        <w:br/>
        <w:t>І ми, як і колись, до тебе, Грицьку,&lt;br /&gt;</w:t>
        <w:br/>
        <w:t>Приходимо з любов'ю, як до брата&lt;br /&gt;</w:t>
        <w:br/>
        <w:t>Й товариша в боях...</w:t>
      </w:r>
    </w:p>
    <w:p>
      <w:r>
        <w:br/>
        <w:t>Лобода понуро мовчить, одвернувшись.</w:t>
      </w:r>
    </w:p>
    <w:p>
      <w:r>
        <w:br/>
        <w:t>Забули ми&lt;br /&gt;</w:t>
        <w:br/>
        <w:t>Про те, що ти вчинив тоді, коли&lt;br /&gt;</w:t>
        <w:br/>
        <w:t>На терезах із панською була&lt;br /&gt;</w:t>
        <w:br/>
        <w:t>Козацька наша доля, наша правда.&lt;br /&gt;</w:t>
        <w:br/>
        <w:t>Але... вона і досі там, мій брате,&lt;br /&gt;</w:t>
        <w:br/>
        <w:t>І ти лише, з'єднавшися і з нами,&lt;br /&gt;</w:t>
        <w:br/>
        <w:t>В козацький бік нагнеш ті терези.&lt;br /&gt;</w:t>
        <w:br/>
        <w:t>Тому й прийшли тебе прохати ми,&lt;br /&gt;</w:t>
        <w:br/>
        <w:t>Щоб разом з нами став до бою ти&lt;br /&gt;</w:t>
        <w:br/>
        <w:t>З кварцяним військом: не сьогодні-завтра&lt;br /&gt;</w:t>
        <w:br/>
        <w:t>Жолкєвський з ним прибуде...</w:t>
      </w:r>
    </w:p>
    <w:p>
      <w:r>
        <w:br/>
        <w:t>Касильда (до ксьондза).</w:t>
      </w:r>
    </w:p>
    <w:p>
      <w:r>
        <w:br/>
        <w:t>Що?! Жолкєвський?..</w:t>
      </w:r>
    </w:p>
    <w:p>
      <w:r>
        <w:br/>
        <w:t>Ігнотус робить їй знак мовчати.</w:t>
      </w:r>
    </w:p>
    <w:p>
      <w:r>
        <w:br/>
        <w:t>Лобода&lt;br /&gt;</w:t>
        <w:br/>
        <w:t>(раптом повертається).</w:t>
      </w:r>
    </w:p>
    <w:p>
      <w:r>
        <w:br/>
        <w:t>Лукавий лисе!.. й хочеш ти, щоб я&lt;br /&gt;</w:t>
        <w:br/>
        <w:t>Поняв тобі у тому віри легко,&lt;br /&gt;</w:t>
        <w:br/>
        <w:t>Що ти прийшов сюди заради правди&lt;br /&gt;</w:t>
        <w:br/>
        <w:t>Козацької?&lt;br /&gt;</w:t>
        <w:br/>
        <w:t>(Показує на Касильду).&lt;br /&gt;</w:t>
        <w:br/>
        <w:t>А чи не це вона,&lt;br /&gt;</w:t>
        <w:br/>
        <w:t>Принадна "правда" та, що привела&lt;br /&gt;</w:t>
        <w:br/>
        <w:t>Тебе сюди з потугою твоєю?..&lt;br /&gt;</w:t>
        <w:br/>
        <w:t>(Регоче. Між наливайківцями рух обурення).</w:t>
      </w:r>
    </w:p>
    <w:p>
      <w:r>
        <w:br/>
        <w:t>Мамай</w:t>
      </w:r>
    </w:p>
    <w:p>
      <w:r>
        <w:br/>
        <w:t>Голодній курці хліб на думці!</w:t>
      </w:r>
    </w:p>
    <w:p>
      <w:r>
        <w:br/>
        <w:t>Орішевський</w:t>
      </w:r>
    </w:p>
    <w:p>
      <w:r>
        <w:br/>
        <w:t>Ну-у!..&lt;br /&gt;</w:t>
        <w:br/>
        <w:t>Наливайко</w:t>
      </w:r>
    </w:p>
    <w:p>
      <w:r>
        <w:br/>
        <w:t>Не розумію я, мій друже любий...&lt;br /&gt;</w:t>
        <w:br/>
        <w:t>Невже гадаєш ти, що на якусь&lt;br /&gt;</w:t>
        <w:br/>
        <w:t>Панянку красну проміняю я&lt;br /&gt;</w:t>
        <w:br/>
        <w:t>Своїх нетяг щасливу долю?</w:t>
      </w:r>
    </w:p>
    <w:p>
      <w:r>
        <w:br/>
        <w:t>Лобода (злорадо до Касильди).</w:t>
      </w:r>
    </w:p>
    <w:p>
      <w:r>
        <w:br/>
        <w:t>Чула?</w:t>
      </w:r>
    </w:p>
    <w:p>
      <w:r>
        <w:br/>
        <w:t>Касильда (до Пазиш).</w:t>
      </w:r>
    </w:p>
    <w:p>
      <w:r>
        <w:br/>
        <w:t>Мій Боженьку! для нього я — якась.</w:t>
      </w:r>
    </w:p>
    <w:p>
      <w:r>
        <w:br/>
        <w:t>Наливайко&lt;br /&gt;</w:t>
        <w:br/>
        <w:t>(ввесь захоплений своєю думкою).</w:t>
      </w:r>
    </w:p>
    <w:p>
      <w:r>
        <w:br/>
        <w:t>Не нині — завтра буде тут Жолкєвський&lt;br /&gt;</w:t>
        <w:br/>
        <w:t>З кварцяним і магнатським військом.&lt;br /&gt;</w:t>
        <w:br/>
        <w:t>Всі ми палаємо одним бажанням бою&lt;br /&gt;</w:t>
        <w:br/>
        <w:t>Останнього із ним. Його побивши,&lt;br /&gt;</w:t>
        <w:br/>
        <w:t>Обернемо внівець Річ Посполиту,&lt;br /&gt;</w:t>
        <w:br/>
        <w:t>Її магнатство та ксьондзів, і станем&lt;br /&gt;</w:t>
        <w:br/>
        <w:t>Навіки вольними у себе всі,&lt;br /&gt;</w:t>
        <w:br/>
        <w:t>Щоб долі власної панами бути&lt;br /&gt;</w:t>
        <w:br/>
        <w:t>Й свою козацьку правду утвердити&lt;br /&gt;</w:t>
        <w:br/>
        <w:t>Аж до Дніпра й до моря од Литви...&lt;br /&gt;</w:t>
        <w:br/>
        <w:t>Але... без тебе й Війська Низового&lt;br /&gt;</w:t>
        <w:br/>
        <w:t>Програєм справу ми, тому й прийшли&lt;br /&gt;</w:t>
        <w:br/>
        <w:t>Ми знов чолом тобі, гетьмане, бити,&lt;br /&gt;</w:t>
        <w:br/>
        <w:t>Щоб разом нам на ворога ударить,&lt;br /&gt;</w:t>
        <w:br/>
        <w:t>Його побити й тим козацьку правду&lt;br /&gt;</w:t>
        <w:br/>
        <w:t>В степах безкраїх наших утвердить...</w:t>
      </w:r>
    </w:p>
    <w:p>
      <w:r>
        <w:br/>
        <w:t>Лобода</w:t>
      </w:r>
    </w:p>
    <w:p>
      <w:r>
        <w:br/>
        <w:t>А Наливайка одного над всіми&lt;br /&gt;</w:t>
        <w:br/>
        <w:t>Обрати за державця... Чи брешу,&lt;br /&gt;</w:t>
        <w:br/>
        <w:t>Ти скажеш?.. Знаю я твої думки...</w:t>
      </w:r>
    </w:p>
    <w:p>
      <w:r>
        <w:br/>
        <w:t>Наливайко</w:t>
      </w:r>
    </w:p>
    <w:p>
      <w:r>
        <w:br/>
        <w:t>Ах... це тебе лякає, брате мій?..&lt;br /&gt;</w:t>
        <w:br/>
        <w:t>Візьми ж, візьми її, ту владу, ти&lt;br /&gt;</w:t>
        <w:br/>
        <w:t>Хоробрий, славний, мудрий лицар ти:&lt;br /&gt;</w:t>
        <w:br/>
        <w:t>Під проводом твоїм я буду битись&lt;br /&gt;</w:t>
        <w:br/>
        <w:t>Звичайним козаком. Гетьманські я&lt;br /&gt;</w:t>
        <w:br/>
        <w:t>Свої клейноди без жалю до ніг&lt;br /&gt;</w:t>
        <w:br/>
        <w:t>Тобі складаю, й сам тебе благаю&lt;br /&gt;</w:t>
        <w:br/>
        <w:t>Уклінно я: не кидай нас, гетьмане...&lt;br /&gt;</w:t>
        <w:br/>
        <w:t>(Припадає на одно коліно й простягає до нього руки).&lt;br /&gt;</w:t>
        <w:br/>
        <w:t>Касильда (зневажливо).</w:t>
      </w:r>
    </w:p>
    <w:p>
      <w:r>
        <w:br/>
        <w:t>О!.. Фе, яка ганьба...</w:t>
      </w:r>
    </w:p>
    <w:p>
      <w:r>
        <w:br/>
        <w:t>Мамай</w:t>
      </w:r>
    </w:p>
    <w:p>
      <w:r>
        <w:br/>
        <w:t>Оце дак так!&lt;br /&gt;</w:t>
        <w:br/>
        <w:t>Оце вже дожилися!.. Пропадай&lt;br /&gt;</w:t>
        <w:br/>
        <w:t>Усе!.. Кому я складатиму тепер&lt;br /&gt;</w:t>
        <w:br/>
        <w:t>Свої пісні?.. І кобзу геть до дідька!..&lt;br /&gt;</w:t>
        <w:br/>
        <w:t>(Зриває з плеча кобзу й хоче вдарити нею об поміст).</w:t>
      </w:r>
    </w:p>
    <w:p>
      <w:r>
        <w:br/>
        <w:t>Орішевський&lt;br /&gt;</w:t>
        <w:br/>
        <w:t>(хапає його за руку).</w:t>
      </w:r>
    </w:p>
    <w:p>
      <w:r>
        <w:br/>
        <w:t>Спокою, брате мій, спокою!.. Тихо!..</w:t>
      </w:r>
    </w:p>
    <w:p>
      <w:r>
        <w:br/>
        <w:t>Лобода&lt;br /&gt;</w:t>
        <w:br/>
        <w:t>(повертається до них).</w:t>
      </w:r>
    </w:p>
    <w:p>
      <w:r>
        <w:br/>
        <w:t>Стривай, старий,— твоя ще кобза здасться.</w:t>
      </w:r>
    </w:p>
    <w:p>
      <w:r>
        <w:br/>
        <w:t>Підходить до Наливайка й підводить його.&lt;br /&gt;</w:t>
        <w:br/>
        <w:t>Даруй мені, мій брате, що вчинив&lt;br /&gt;</w:t>
        <w:br/>
        <w:t>З тобою я не по-лицарськи в Барі:&lt;br /&gt;</w:t>
        <w:br/>
        <w:t>Цей чорт ув образі ксьондза святого&lt;br /&gt;</w:t>
        <w:br/>
        <w:t>Лукавими речами звів мене&lt;br /&gt;</w:t>
        <w:br/>
        <w:t>На манівці...&lt;br /&gt;</w:t>
        <w:br/>
        <w:t>(Показує на Ігнотуса).&lt;br /&gt;</w:t>
        <w:br/>
        <w:t>Тепер я бачу інше:&lt;br /&gt;</w:t>
        <w:br/>
        <w:t>Лицарській щирості твоїй, мій брате,&lt;br /&gt;</w:t>
        <w:br/>
        <w:t>Поняв я віри й разом із тобою&lt;br /&gt;</w:t>
        <w:br/>
        <w:t>З потугою своєю усією&lt;br /&gt;</w:t>
        <w:br/>
        <w:t>До бою стану, хоч і зараз...</w:t>
      </w:r>
    </w:p>
    <w:p>
      <w:r>
        <w:br/>
        <w:t>Мамай&lt;br /&gt;</w:t>
        <w:br/>
        <w:t>(знову перекидає кобзу через плече).&lt;br /&gt;</w:t>
        <w:br/>
        <w:t>Так!&lt;br /&gt;</w:t>
        <w:br/>
        <w:t>Спасибі, Грицю!</w:t>
      </w:r>
    </w:p>
    <w:p>
      <w:r>
        <w:br/>
        <w:t>Лобода (до Наливайка).</w:t>
      </w:r>
    </w:p>
    <w:p>
      <w:r>
        <w:br/>
        <w:t>Ось рука і слово&lt;br /&gt;</w:t>
        <w:br/>
        <w:t>Лицарське!&lt;br /&gt;</w:t>
        <w:br/>
        <w:t>(Обнімаються й цілуються).&lt;br /&gt;</w:t>
        <w:br/>
        <w:t>Наливайко</w:t>
      </w:r>
    </w:p>
    <w:p>
      <w:r>
        <w:br/>
        <w:t>Дякую тобі, мій брате!&lt;br /&gt;</w:t>
        <w:br/>
        <w:t>Нової віри влив в мою ти душу:&lt;br /&gt;</w:t>
        <w:br/>
        <w:t>В єднанні силу ми знайдем велику&lt;br /&gt;</w:t>
        <w:br/>
        <w:t>І діла славного тепер напевне&lt;br /&gt;</w:t>
        <w:br/>
        <w:t>Вже доконаємо... Попа ж цього&lt;br /&gt;</w:t>
        <w:br/>
        <w:t>Іще тоді хотів я на гілляку...</w:t>
      </w:r>
    </w:p>
    <w:p>
      <w:r>
        <w:br/>
        <w:t>Лобода</w:t>
      </w:r>
    </w:p>
    <w:p>
      <w:r>
        <w:br/>
        <w:t>О, це від нього не втече! І я,&lt;br /&gt;</w:t>
        <w:br/>
        <w:t>Як ти колись, скажу:&lt;br /&gt;</w:t>
        <w:br/>
        <w:t>(до Ігнотуса).&lt;br /&gt;</w:t>
        <w:br/>
        <w:t>Як тільки бій&lt;br /&gt;</w:t>
        <w:br/>
        <w:t>Скінчиться — з панною звінчаєш нас,&lt;br /&gt;</w:t>
        <w:br/>
        <w:t>А потім я тебе звелю повісить!..&lt;br /&gt;</w:t>
        <w:br/>
        <w:t>(До гостей).&lt;br /&gt;</w:t>
        <w:br/>
        <w:t>А вас, панове, прошу я ласкаво&lt;br /&gt;</w:t>
        <w:br/>
        <w:t>Одвідати весілля...&lt;br /&gt;</w:t>
        <w:br/>
        <w:t>(Вклоняється).</w:t>
      </w:r>
    </w:p>
    <w:p>
      <w:r>
        <w:br/>
        <w:t>Мамай</w:t>
      </w:r>
    </w:p>
    <w:p>
      <w:r>
        <w:br/>
        <w:t>Знов весілля?!&lt;br /&gt;</w:t>
        <w:br/>
        <w:t>Тобі десь дуже, Грицьку, засвербіло:&lt;br /&gt;</w:t>
        <w:br/>
        <w:t>Гляди, щоб не пошивсь у дурні! Глянь —&lt;br /&gt;</w:t>
        <w:br/>
        <w:t>Якою дихає бідою он&lt;br /&gt;</w:t>
        <w:br/>
        <w:t>Та молода твоя...</w:t>
      </w:r>
    </w:p>
    <w:p>
      <w:r>
        <w:br/>
        <w:t>Лобода (сміється).</w:t>
      </w:r>
    </w:p>
    <w:p>
      <w:r>
        <w:br/>
        <w:t>О, це байдуже!&lt;br /&gt;</w:t>
        <w:br/>
        <w:t>Мисливець у куниці не питає,&lt;br /&gt;</w:t>
        <w:br/>
        <w:t>Чи з лука дасть вона себе застрелить.</w:t>
      </w:r>
    </w:p>
    <w:p>
      <w:r>
        <w:br/>
        <w:t>Касильда стоїть, уся схвильована, поблідла; хоче щось сказати, але Ігнотус робить їй знак мовчати. Увагу присутніх звернено на Гуменицького.</w:t>
      </w:r>
    </w:p>
    <w:p>
      <w:r>
        <w:br/>
        <w:t>Гуменицький&lt;br /&gt;</w:t>
        <w:br/>
        <w:t>(входить і, помітивши, що нічого страшного не сталося&lt;br /&gt;</w:t>
        <w:br/>
        <w:t>між гетьманами, задоволено вітається до гостей).</w:t>
      </w:r>
    </w:p>
    <w:p>
      <w:r>
        <w:br/>
        <w:t>До згоди, бачу, ви прийшли, брати,&lt;br /&gt;</w:t>
        <w:br/>
        <w:t>І серцем радуюсь своїм, тим паче,&lt;br /&gt;</w:t>
        <w:br/>
        <w:t>Що буря насуває... Час не жде...</w:t>
      </w:r>
    </w:p>
    <w:p>
      <w:r>
        <w:br/>
        <w:t>Лобода</w:t>
      </w:r>
    </w:p>
    <w:p>
      <w:r>
        <w:br/>
        <w:t>А що хіба? Дістав якісь ти вісті?</w:t>
      </w:r>
    </w:p>
    <w:p>
      <w:r>
        <w:br/>
        <w:t>Гуменицький</w:t>
      </w:r>
    </w:p>
    <w:p>
      <w:r>
        <w:br/>
        <w:t>Вернулися допіру наші чати:&lt;br /&gt;</w:t>
        <w:br/>
        <w:t>Із табору Жолкєвського ляшків&lt;br /&gt;</w:t>
        <w:br/>
        <w:t>П'ятьох з собою привезли, піймавши&lt;br /&gt;</w:t>
        <w:br/>
        <w:t>Їх кінних миль за кілька десь од міста.&lt;br /&gt;</w:t>
        <w:br/>
        <w:t>За звичаєм, язик їм розв'язали:&lt;br /&gt;</w:t>
        <w:br/>
        <w:t>Надвечір завтра сам гетьман коронний&lt;br /&gt;</w:t>
        <w:br/>
        <w:t>Прибуде в гості.</w:t>
      </w:r>
    </w:p>
    <w:p>
      <w:r>
        <w:br/>
        <w:t>Лобода</w:t>
      </w:r>
    </w:p>
    <w:p>
      <w:r>
        <w:br/>
        <w:t>Ов?! Чого так борзо?</w:t>
      </w:r>
    </w:p>
    <w:p>
      <w:r>
        <w:br/>
        <w:t>Гумєницький</w:t>
      </w:r>
    </w:p>
    <w:p>
      <w:r>
        <w:br/>
        <w:t>Велика сила, кажуть, в нього.</w:t>
      </w:r>
    </w:p>
    <w:p>
      <w:r>
        <w:br/>
        <w:t>Наливайко</w:t>
      </w:r>
    </w:p>
    <w:p>
      <w:r>
        <w:br/>
        <w:t>Так,&lt;br /&gt;</w:t>
        <w:br/>
        <w:t>Це правда.</w:t>
      </w:r>
    </w:p>
    <w:p>
      <w:r>
        <w:br/>
        <w:t>Лобода</w:t>
      </w:r>
    </w:p>
    <w:p>
      <w:r>
        <w:br/>
        <w:t>Що ж, нехай! На те і сила,&lt;br /&gt;</w:t>
        <w:br/>
        <w:t>Щоб з нею битися Як так, то й так!&lt;br /&gt;</w:t>
        <w:br/>
        <w:t>А поки що гостей я дорогих&lt;br /&gt;</w:t>
        <w:br/>
        <w:t>До столу прошу випити на згоду&lt;br /&gt;</w:t>
        <w:br/>
        <w:t>Та покріпитися з дороги.</w:t>
      </w:r>
    </w:p>
    <w:p>
      <w:r>
        <w:br/>
        <w:t>Мамай</w:t>
      </w:r>
    </w:p>
    <w:p>
      <w:r>
        <w:br/>
        <w:t>Добре!&lt;br /&gt;</w:t>
        <w:br/>
        <w:t>Розумне слово...</w:t>
      </w:r>
    </w:p>
    <w:p>
      <w:r>
        <w:br/>
        <w:t>Лобода (сміється).</w:t>
      </w:r>
    </w:p>
    <w:p>
      <w:r>
        <w:br/>
        <w:t>Вина тут, меди&lt;br /&gt;</w:t>
        <w:br/>
        <w:t>Такі, яких не має і коронний...</w:t>
      </w:r>
    </w:p>
    <w:p>
      <w:r>
        <w:br/>
        <w:t>Мамай</w:t>
      </w:r>
    </w:p>
    <w:p>
      <w:r>
        <w:br/>
        <w:t>Та не дражни хоч, а звели подати!..&lt;br /&gt;</w:t>
        <w:br/>
        <w:t>(Сідає за стіл).</w:t>
      </w:r>
    </w:p>
    <w:p>
      <w:r>
        <w:br/>
        <w:t>Лобода</w:t>
      </w:r>
    </w:p>
    <w:p>
      <w:r>
        <w:br/>
        <w:t>Пазино! панно! це вже ваша справа...</w:t>
      </w:r>
    </w:p>
    <w:p>
      <w:r>
        <w:br/>
        <w:t>Пазина виходить. Касильда кидає на всіх погірдливий погляд і виходить дверима до інших покоїв.</w:t>
      </w:r>
    </w:p>
    <w:p>
      <w:r>
        <w:br/>
        <w:t>Мамай (услід їй).</w:t>
      </w:r>
    </w:p>
    <w:p>
      <w:r>
        <w:br/>
        <w:t>Ого!.. А не казав тобі я, Грицьку,&lt;br /&gt;</w:t>
        <w:br/>
        <w:t>Що молода твоя бідою диха!</w:t>
      </w:r>
    </w:p>
    <w:p>
      <w:r>
        <w:br/>
        <w:t>Орішевський (сідає).</w:t>
      </w:r>
    </w:p>
    <w:p>
      <w:r>
        <w:br/>
        <w:t>Нічого, не привчилася іще&lt;br /&gt;</w:t>
        <w:br/>
        <w:t>Гетьманшою в господі врядувати.</w:t>
      </w:r>
    </w:p>
    <w:p>
      <w:r>
        <w:br/>
        <w:t>Лобода&lt;br /&gt;</w:t>
        <w:br/>
        <w:t>(до Наливайка, що стоїть осторонь, тихо розмовляючи з Гуменицьким).</w:t>
      </w:r>
    </w:p>
    <w:p>
      <w:r>
        <w:br/>
        <w:t>А ти?..</w:t>
      </w:r>
    </w:p>
    <w:p>
      <w:r>
        <w:br/>
        <w:t>Наливайко сідає.</w:t>
      </w:r>
    </w:p>
    <w:p>
      <w:r>
        <w:br/>
        <w:t>Сідай, Охріме!</w:t>
      </w:r>
    </w:p>
    <w:p>
      <w:r>
        <w:br/>
        <w:t>Гуменицький сідає.&lt;br /&gt;</w:t>
        <w:br/>
        <w:t>А з тобою,&lt;br /&gt;</w:t>
        <w:br/>
        <w:t>Пречесний отче, я й не знаю вже,&lt;br /&gt;</w:t>
        <w:br/>
        <w:t>Чинити що. На людях, кажуть, ви&lt;br /&gt;</w:t>
        <w:br/>
        <w:t>Ніколи не п'єте, а тільки нишком,&lt;br /&gt;</w:t>
        <w:br/>
        <w:t>Що навіть дух святий того не бачив,&lt;br /&gt;</w:t>
        <w:br/>
        <w:t>Тому й не кличу я тебе до гурту:&lt;br /&gt;</w:t>
        <w:br/>
        <w:t>Іди до келії своєї, там&lt;br /&gt;</w:t>
        <w:br/>
        <w:t>Замкнись і пий собі аж досхочу,&lt;br /&gt;</w:t>
        <w:br/>
        <w:t>Та тільки... утекти, гляди, не пробуй,&lt;br /&gt;</w:t>
        <w:br/>
        <w:t>Бо я знайду тебе і під землею!..</w:t>
      </w:r>
    </w:p>
    <w:p>
      <w:r>
        <w:br/>
        <w:t>Ігнотус гасить блиски зненависті в очах; смиренно здіймає погляд горі, зітхає й виходить дверима праворуч.</w:t>
      </w:r>
    </w:p>
    <w:p>
      <w:r>
        <w:br/>
        <w:t>ДІЯ П'ЯТА Середина просторої землянки в урочищі Солонині під Лубнами за Сулою. Обстанова проста, але все чисто, чепурно, затишно: помітна жіноча присутність. Просто — вхідні двері, ліворуч двері до спочивальні. Знадвору вряди-годи чути гарматні стріли.</w:t>
      </w:r>
    </w:p>
    <w:p>
      <w:r>
        <w:br/>
        <w:t>Касильда&lt;br /&gt;</w:t>
        <w:br/>
        <w:t>(глибоко схвильована, ходить по хаті позираючи вгору — в темряву вікон).</w:t>
      </w:r>
    </w:p>
    <w:p>
      <w:r>
        <w:br/>
        <w:t>Як довго він не йде... Боюся я,&lt;br /&gt;</w:t>
        <w:br/>
        <w:t>Щоб наливайківцям та ненароком&lt;br /&gt;</w:t>
        <w:br/>
        <w:t>Не трапив він у пазурі...</w:t>
      </w:r>
    </w:p>
    <w:p>
      <w:r>
        <w:br/>
        <w:t>Пазина&lt;br /&gt;</w:t>
        <w:br/>
        <w:t>(готує вечерю на столі).</w:t>
      </w:r>
    </w:p>
    <w:p>
      <w:r>
        <w:br/>
        <w:t>Та хто?</w:t>
      </w:r>
    </w:p>
    <w:p>
      <w:r>
        <w:br/>
        <w:t>Касильда</w:t>
      </w:r>
    </w:p>
    <w:p>
      <w:r>
        <w:br/>
        <w:t>Отець святий прибути мав сюди&lt;br /&gt;</w:t>
        <w:br/>
        <w:t>Цієї ночі до гетьмана....</w:t>
      </w:r>
    </w:p>
    <w:p>
      <w:r>
        <w:br/>
        <w:t>Пазина (здивовано).</w:t>
      </w:r>
    </w:p>
    <w:p>
      <w:r>
        <w:br/>
        <w:t>Як?!&lt;br /&gt;</w:t>
        <w:br/>
        <w:t>І знов той ксьондз?.. Що має тут чинити?&lt;br /&gt;</w:t>
        <w:br/>
        <w:t>Касильда</w:t>
      </w:r>
    </w:p>
    <w:p>
      <w:r>
        <w:br/>
        <w:t>А ти ж гадала як? Що я забула&lt;br /&gt;</w:t>
        <w:br/>
        <w:t>Образу Наливайкрву?.. О, ні!&lt;br /&gt;</w:t>
        <w:br/>
        <w:t>Таких образ гербована шляхтянка&lt;br /&gt;</w:t>
        <w:br/>
        <w:t>Нікому не дарує. Час прийшов,-&lt;br /&gt;</w:t>
        <w:br/>
        <w:t>Тепер вже я із нього насміюсь!</w:t>
      </w:r>
    </w:p>
    <w:p>
      <w:r>
        <w:br/>
        <w:t>Пазина (стривожено).&lt;br /&gt;</w:t>
        <w:br/>
        <w:t>Та як?.. І звідки ксьондз отой прибуде?</w:t>
      </w:r>
    </w:p>
    <w:p>
      <w:r>
        <w:br/>
        <w:t>Касильда</w:t>
      </w:r>
    </w:p>
    <w:p>
      <w:r>
        <w:br/>
        <w:t>О, встигнеш ще дізнатися ти!&lt;br /&gt;</w:t>
        <w:br/>
        <w:t>Чи, може, ти гадала, що дарма&lt;br /&gt;</w:t>
        <w:br/>
        <w:t>Ганебний шлюб взяла у Білій Церкві&lt;br /&gt;</w:t>
        <w:br/>
        <w:t>Оборського донька з медведем диким?..&lt;br /&gt;</w:t>
        <w:br/>
        <w:t>О, ні! ні, не дарма... Таких речей&lt;br /&gt;</w:t>
        <w:br/>
        <w:t>Дарма ніхто не чинить... Я діждусь,&lt;br /&gt;</w:t>
        <w:br/>
        <w:t>Що Наливайко твій, цей гордий лицар,&lt;br /&gt;</w:t>
        <w:br/>
        <w:t>Дістане по заслузі — і вже скоро —&lt;br /&gt;</w:t>
        <w:br/>
        <w:t>За те, що меч зухвалий зняв на нас,&lt;br /&gt;</w:t>
        <w:br/>
        <w:t>На віру нашу й на Річ Посполиту!..</w:t>
      </w:r>
    </w:p>
    <w:p>
      <w:r>
        <w:br/>
        <w:t>Пазина (злякано).</w:t>
      </w:r>
    </w:p>
    <w:p>
      <w:r>
        <w:br/>
        <w:t>Касильдо, схаменись! Що ти верзеш?..&lt;br /&gt;</w:t>
        <w:br/>
        <w:t>Хіба твій муж не б'ється попліч з ним?..</w:t>
      </w:r>
    </w:p>
    <w:p>
      <w:r>
        <w:br/>
        <w:t>Касильда (регоче).</w:t>
      </w:r>
    </w:p>
    <w:p>
      <w:r>
        <w:br/>
        <w:t>Мій муж?! Тобі його дарую я!..&lt;br /&gt;</w:t>
        <w:br/>
        <w:t>Коли пішла на ложе шлюбне з ним,&lt;br /&gt;</w:t>
        <w:br/>
        <w:t>Коли красу свою, ясну, як сонце,&lt;br /&gt;</w:t>
        <w:br/>
        <w:t>Я вергла в бруд самохіть, то вже знала,&lt;br /&gt;</w:t>
        <w:br/>
        <w:t>Навіщо це роблю. І як раділа&lt;br /&gt;</w:t>
        <w:br/>
        <w:t>Тоді я, як гетьман коронний наш&lt;br /&gt;</w:t>
        <w:br/>
        <w:t>Обох твоїх гетьманів погромив&lt;br /&gt;</w:t>
        <w:br/>
        <w:t>В урочищі тім... Гострий Камінь... Нині ж&lt;br /&gt;</w:t>
        <w:br/>
        <w:t>З усіх, як єсть, боків він оточив&lt;br /&gt;</w:t>
        <w:br/>
        <w:t>їх тут кварцяним військом в Солониці,&lt;br /&gt;</w:t>
        <w:br/>
        <w:t>І виходу нема нікуди їм,&lt;br /&gt;</w:t>
        <w:br/>
        <w:t>Цим лицарям степів безкраїх, буйних,-&lt;br /&gt;</w:t>
        <w:br/>
        <w:t>О, ні, нема!..&lt;br /&gt;</w:t>
        <w:br/>
        <w:t>Чути стук у двері. Касильда біжить до дверей.</w:t>
      </w:r>
    </w:p>
    <w:p>
      <w:r>
        <w:br/>
        <w:t>Це він... напевне він...</w:t>
      </w:r>
    </w:p>
    <w:p>
      <w:r>
        <w:br/>
        <w:t>Відчиняє двері. Входить Ігнотус, перебраний за козака.</w:t>
      </w:r>
    </w:p>
    <w:p>
      <w:r>
        <w:br/>
        <w:t>Ігнотус (вклонившись).</w:t>
      </w:r>
    </w:p>
    <w:p>
      <w:r>
        <w:br/>
        <w:t>Най бендзе похвальони Єзус-Кристус!&lt;br /&gt;</w:t>
        <w:br/>
        <w:t>Касильда&lt;br /&gt;</w:t>
        <w:br/>
        <w:t>(здивована спочатку, потім пізнавши голос).</w:t>
      </w:r>
    </w:p>
    <w:p>
      <w:r>
        <w:br/>
        <w:t>Амінь... Пазино, йди і розшукай&lt;br /&gt;</w:t>
        <w:br/>
        <w:t>Гетьмана... мужа і поклич сюди.</w:t>
      </w:r>
    </w:p>
    <w:p>
      <w:r>
        <w:br/>
        <w:t>Пазина кидає на єзуїта погляд, повний зненависті, й виходить. Касильда кидається Ігнотусові на шию.</w:t>
      </w:r>
    </w:p>
    <w:p>
      <w:r>
        <w:br/>
        <w:t>Пречесний отче! ти нарешті тут...&lt;br /&gt;</w:t>
        <w:br/>
        <w:t>Стомилася душею й серцем я,&lt;br /&gt;</w:t>
        <w:br/>
        <w:t>Тебе чекаючи...</w:t>
      </w:r>
    </w:p>
    <w:p>
      <w:r>
        <w:br/>
        <w:t>Ігнотус</w:t>
      </w:r>
    </w:p>
    <w:p>
      <w:r>
        <w:br/>
        <w:t>Думками все&lt;br /&gt;</w:t>
        <w:br/>
        <w:t>З тобою був, моя кохана...&lt;br /&gt;</w:t>
        <w:br/>
        <w:t>(Жагуче пригортає її й довгим поцілунком&lt;br /&gt;</w:t>
        <w:br/>
        <w:t>впивається в уста).</w:t>
      </w:r>
    </w:p>
    <w:p>
      <w:r>
        <w:br/>
        <w:t>Касильда&lt;br /&gt;</w:t>
        <w:br/>
        <w:t>(визволяється з обіймів і показує на вікна).</w:t>
      </w:r>
    </w:p>
    <w:p>
      <w:r>
        <w:br/>
        <w:t>Вікна!..&lt;br /&gt;</w:t>
        <w:br/>
        <w:t>Там варта... обережніш треба...&lt;br /&gt;</w:t>
        <w:br/>
        <w:t>(Проводить рукою по чолі).&lt;br /&gt;</w:t>
        <w:br/>
        <w:t>Стій!..&lt;br /&gt;</w:t>
        <w:br/>
        <w:t>Про що пак я хотіла... Так... про справу...&lt;br /&gt;</w:t>
        <w:br/>
        <w:t>Як наша справа? Йди сюди, до столу&lt;br /&gt;</w:t>
        <w:br/>
        <w:t>І розкажи...</w:t>
      </w:r>
    </w:p>
    <w:p>
      <w:r>
        <w:br/>
        <w:t>Ігнотус сідає за сіл.</w:t>
      </w:r>
    </w:p>
    <w:p>
      <w:r>
        <w:br/>
        <w:t>Коронного ти бачив?&lt;br /&gt;</w:t>
        <w:br/>
        <w:t>Ігнотус</w:t>
      </w:r>
    </w:p>
    <w:p>
      <w:r>
        <w:br/>
        <w:t>Усе гаразд, аби лиш твій медвідь&lt;br /&gt;</w:t>
        <w:br/>
        <w:t>В останнюю хвилину та не зрадив...</w:t>
      </w:r>
    </w:p>
    <w:p>
      <w:r>
        <w:br/>
        <w:t>Касильда (см'ється).</w:t>
      </w:r>
    </w:p>
    <w:p>
      <w:r>
        <w:br/>
        <w:t>А я навіщо?.. О, спокійний будь,&lt;br /&gt;</w:t>
        <w:br/>
        <w:t>Мій любий отче, я без тебе теж&lt;br /&gt;</w:t>
        <w:br/>
        <w:t>Часу не марнувала тут... Не так&lt;br /&gt;</w:t>
        <w:br/>
        <w:t>Зненавистю палає серце в мене,&lt;br /&gt;</w:t>
        <w:br/>
        <w:t>Щоб я забуть могла, кому й для чого&lt;br /&gt;</w:t>
        <w:br/>
        <w:t>Красу свою втоптала у багно,&lt;br /&gt;</w:t>
        <w:br/>
        <w:t>Не гнівайся на мене, любий отче,&lt;br /&gt;</w:t>
        <w:br/>
        <w:t>Але у любощах сама себе&lt;br /&gt;</w:t>
        <w:br/>
        <w:t>Я переважила: свого медведя&lt;br /&gt;</w:t>
        <w:br/>
        <w:t>Отрутою кохання напувала,&lt;br /&gt;</w:t>
        <w:br/>
        <w:t>Аж поки він в ногах моїх звивався,&lt;br /&gt;</w:t>
        <w:br/>
        <w:t>Як вірний пес...</w:t>
      </w:r>
    </w:p>
    <w:p>
      <w:r>
        <w:br/>
        <w:t>Ігнотус</w:t>
      </w:r>
    </w:p>
    <w:p>
      <w:r>
        <w:br/>
        <w:t>А з Наливайком він&lt;br /&gt;</w:t>
        <w:br/>
        <w:t>Ще гарний досі?</w:t>
      </w:r>
    </w:p>
    <w:p>
      <w:r>
        <w:br/>
        <w:t>Касильда</w:t>
      </w:r>
    </w:p>
    <w:p>
      <w:r>
        <w:br/>
        <w:t>Ха-ха-ха! Його&lt;br /&gt;</w:t>
        <w:br/>
        <w:t>Ненавидить наперехід.</w:t>
      </w:r>
    </w:p>
    <w:p>
      <w:r>
        <w:br/>
        <w:t>Ігнотус</w:t>
      </w:r>
    </w:p>
    <w:p>
      <w:r>
        <w:br/>
        <w:t>Що ж сталось?</w:t>
      </w:r>
    </w:p>
    <w:p>
      <w:r>
        <w:br/>
        <w:t>Касильда&lt;br /&gt;</w:t>
        <w:br/>
        <w:t>(по хвилі піднесеної задуми).</w:t>
      </w:r>
    </w:p>
    <w:p>
      <w:r>
        <w:br/>
        <w:t>Що сталося?.. Багато і... нічого...&lt;br /&gt;</w:t>
        <w:br/>
        <w:t>Сказати мушу знов, що Наливайко —&lt;br /&gt;</w:t>
        <w:br/>
        <w:t>Це не людина, ні! Це демон степу,&lt;br /&gt;</w:t>
        <w:br/>
        <w:t>Чарівний демон, вітер, грім, це — сила,&lt;br /&gt;</w:t>
        <w:br/>
        <w:t>Опертись котрій не здола ніхто...&lt;br /&gt;</w:t>
        <w:br/>
        <w:t>(Посміхнувшись задумливо).&lt;br /&gt;</w:t>
        <w:br/>
        <w:t>Крім мене, отче... Так... крім мене...&lt;br /&gt;</w:t>
        <w:br/>
        <w:t>(Знову поважно).&lt;br /&gt;</w:t>
        <w:br/>
        <w:t>Огневим словом він своїм збудив&lt;br /&gt;</w:t>
        <w:br/>
        <w:t>П'яниць запеклих, боягузів, псів&lt;br /&gt;</w:t>
        <w:br/>
        <w:t>І лицарів створив — та ще яких! —&lt;br /&gt;</w:t>
        <w:br/>
        <w:t>З сміття цього. Ця дикая орда&lt;br /&gt;</w:t>
        <w:br/>
        <w:t>Без захвату й піднесення не стріне&lt;br /&gt;</w:t>
        <w:br/>
        <w:t>Свойого Бога, де б він не з'явився.&lt;br /&gt;</w:t>
        <w:br/>
        <w:t>Мазепа навіть, Кремпський, Орішевський&lt;br /&gt;</w:t>
        <w:br/>
        <w:t>На нього моляться, а запорожці&lt;br /&gt;</w:t>
        <w:br/>
        <w:t>Його лиш слухають, а не медведя&lt;br /&gt;</w:t>
        <w:br/>
        <w:t>Мого... Медвідь це знає і лютує,&lt;br /&gt;</w:t>
        <w:br/>
        <w:t>А я... в огонь олії підливаю...&lt;br /&gt;</w:t>
        <w:br/>
        <w:t>(Регоче).&lt;br /&gt;</w:t>
        <w:br/>
        <w:t>Тож і кажу тобі, мій любий отче:&lt;br /&gt;</w:t>
        <w:br/>
        <w:t>Ріллю зорала я, а ти посій,&lt;br /&gt;</w:t>
        <w:br/>
        <w:t>Якщо приніс добірного насіння...</w:t>
      </w:r>
    </w:p>
    <w:p>
      <w:r>
        <w:br/>
        <w:t>Ігнотус&lt;br /&gt;</w:t>
        <w:br/>
        <w:t>(сміється й б'є себе в груди).</w:t>
      </w:r>
    </w:p>
    <w:p>
      <w:r>
        <w:br/>
        <w:t>О, так,— приніс!</w:t>
      </w:r>
    </w:p>
    <w:p>
      <w:r>
        <w:br/>
        <w:t>Касильда (радісно).</w:t>
      </w:r>
    </w:p>
    <w:p>
      <w:r>
        <w:br/>
        <w:t>Гаразд... Цієї ночі&lt;br /&gt;</w:t>
        <w:br/>
        <w:t>Хоробрий демон наш, як чула я,&lt;br /&gt;</w:t>
        <w:br/>
        <w:t>Лаштується Жолкєвському завдати&lt;br /&gt;</w:t>
        <w:br/>
        <w:t>Всім табором своїм удар останній&lt;br /&gt;</w:t>
        <w:br/>
        <w:t>І або розтрощити військо польське&lt;br /&gt;</w:t>
        <w:br/>
        <w:t>Упень, або пробитися на волю&lt;br /&gt;</w:t>
        <w:br/>
        <w:t>Із табору, із колії смерті...</w:t>
      </w:r>
    </w:p>
    <w:p>
      <w:r>
        <w:br/>
        <w:t>Ігнотус (злякано схопившись).</w:t>
      </w:r>
    </w:p>
    <w:p>
      <w:r>
        <w:br/>
        <w:t>Що?!&lt;br /&gt;</w:t>
        <w:br/>
        <w:t>Це правда?</w:t>
      </w:r>
    </w:p>
    <w:p>
      <w:r>
        <w:br/>
        <w:t>Касильда</w:t>
      </w:r>
    </w:p>
    <w:p>
      <w:r>
        <w:br/>
        <w:t>Так. Але поспів ти вчасно.&lt;br /&gt;</w:t>
        <w:br/>
        <w:t>(Дослухається).&lt;br /&gt;</w:t>
        <w:br/>
        <w:t>Спокою, отче... Сядь,— ходу я чую:&lt;br /&gt;</w:t>
        <w:br/>
        <w:t>Це він, це мій медвідь, і ми його&lt;br /&gt;</w:t>
        <w:br/>
        <w:t>Зуміємо умовити в ту ж мить.</w:t>
      </w:r>
    </w:p>
    <w:p>
      <w:r>
        <w:br/>
        <w:t>Входить Лобода й зупиняється на порозі, здивовано оглядаючи гостя.</w:t>
      </w:r>
    </w:p>
    <w:p>
      <w:r>
        <w:br/>
        <w:t>Лобода (насупившись).</w:t>
      </w:r>
    </w:p>
    <w:p>
      <w:r>
        <w:br/>
        <w:t>Добривечір!</w:t>
      </w:r>
    </w:p>
    <w:p>
      <w:r>
        <w:br/>
        <w:t>Касильда (йде йому назустріч)</w:t>
      </w:r>
    </w:p>
    <w:p>
      <w:r>
        <w:br/>
        <w:t>Не пізнаєш, мій любий?..&lt;br /&gt;</w:t>
        <w:br/>
        <w:t>Це ж він... святий отець, що нас вінчав&lt;br /&gt;</w:t>
        <w:br/>
        <w:t>І змогу дав мені, дурній, знайти&lt;br /&gt;</w:t>
        <w:br/>
        <w:t>У тебе, мій коханий, ясне щастя.&lt;br /&gt;</w:t>
        <w:br/>
        <w:t>(Обнімає й цілує його).</w:t>
      </w:r>
    </w:p>
    <w:p>
      <w:r>
        <w:br/>
        <w:t>Лобода (прояснівши).</w:t>
      </w:r>
    </w:p>
    <w:p>
      <w:r>
        <w:br/>
        <w:t>Ніколи б не пізнав...&lt;br /&gt;</w:t>
        <w:br/>
        <w:t>(Іде до столу й цілує ксьондзові руку).&lt;br /&gt;</w:t>
        <w:br/>
        <w:t>Давно прибув?&lt;br /&gt;</w:t>
        <w:br/>
        <w:t>Чи добрі вісті маєш?&lt;br /&gt;</w:t>
        <w:br/>
        <w:t>(Сідає).</w:t>
      </w:r>
    </w:p>
    <w:p>
      <w:r>
        <w:br/>
        <w:t>Ігнотус</w:t>
      </w:r>
    </w:p>
    <w:p>
      <w:r>
        <w:br/>
        <w:t>Так, добрі...</w:t>
      </w:r>
    </w:p>
    <w:p>
      <w:r>
        <w:br/>
        <w:t>Касильда</w:t>
      </w:r>
    </w:p>
    <w:p>
      <w:r>
        <w:br/>
        <w:t>Стривайте...&lt;br /&gt;</w:t>
        <w:br/>
        <w:t>(Наливає кубки).&lt;br /&gt;</w:t>
        <w:br/>
        <w:t>Покріпіться перш, тоді&lt;br /&gt;</w:t>
        <w:br/>
        <w:t>Й про справи ліпше буде розмовляти.</w:t>
      </w:r>
    </w:p>
    <w:p>
      <w:r>
        <w:br/>
        <w:t>Лобода (бере кубка).</w:t>
      </w:r>
    </w:p>
    <w:p>
      <w:r>
        <w:br/>
        <w:t>Розумне слово, серце. Прошу, отче!..&lt;br /&gt;</w:t>
        <w:br/>
        <w:t>(П'ють і вечеряють).</w:t>
      </w:r>
    </w:p>
    <w:p>
      <w:r>
        <w:br/>
        <w:t>Касильда (до Лободи).</w:t>
      </w:r>
    </w:p>
    <w:p>
      <w:r>
        <w:br/>
        <w:t>Чи вірити тому, мій любий Грицю,&lt;br /&gt;</w:t>
        <w:br/>
        <w:t>Що цеї ночі вдарить Наливайко&lt;br /&gt;</w:t>
        <w:br/>
        <w:t>Із табору на військо королівське?</w:t>
      </w:r>
    </w:p>
    <w:p>
      <w:r>
        <w:br/>
        <w:t>Лобода (посміхнувшись).</w:t>
      </w:r>
    </w:p>
    <w:p>
      <w:r>
        <w:br/>
        <w:t>Та ніби так... Вмовлялися ж удвох.</w:t>
      </w:r>
    </w:p>
    <w:p>
      <w:r>
        <w:br/>
        <w:t>Касильда (вдає обурену).</w:t>
      </w:r>
    </w:p>
    <w:p>
      <w:r>
        <w:br/>
        <w:t>Виходить, правда й те, що по звитязі&lt;br /&gt;</w:t>
        <w:br/>
        <w:t>Його козацтво обере гетьманом —&lt;br /&gt;</w:t>
        <w:br/>
        <w:t>Над всіми одного, а ти і інші&lt;br /&gt;</w:t>
        <w:br/>
        <w:t>Лиш за підручних будете у нього!</w:t>
      </w:r>
    </w:p>
    <w:p>
      <w:r>
        <w:br/>
        <w:t>Лобода (перестає їсти).&lt;br /&gt;</w:t>
        <w:br/>
        <w:t>Тобі ж про цеє хто казав?</w:t>
      </w:r>
    </w:p>
    <w:p>
      <w:r>
        <w:br/>
        <w:t>Касильда</w:t>
      </w:r>
    </w:p>
    <w:p>
      <w:r>
        <w:br/>
        <w:t>Всі кажуть,&lt;br /&gt;</w:t>
        <w:br/>
        <w:t>Лиш ти один не знаєш, бачу я.</w:t>
      </w:r>
    </w:p>
    <w:p>
      <w:r>
        <w:br/>
        <w:t>Лобода (насупившись).</w:t>
      </w:r>
    </w:p>
    <w:p>
      <w:r>
        <w:br/>
        <w:t>Дурне верзуть!</w:t>
      </w:r>
    </w:p>
    <w:p>
      <w:r>
        <w:br/>
        <w:t>Касильда</w:t>
      </w:r>
    </w:p>
    <w:p>
      <w:r>
        <w:br/>
        <w:t>Ох, не кажи, гетьмане!&lt;br /&gt;</w:t>
        <w:br/>
        <w:t>Коли до цього прийде, то кого ж,&lt;br /&gt;</w:t>
        <w:br/>
        <w:t>Як не улюбленця свого, голота —&lt;br /&gt;</w:t>
        <w:br/>
        <w:t>Та й запорожці — вкриють бунчуками...</w:t>
      </w:r>
    </w:p>
    <w:p>
      <w:r>
        <w:br/>
        <w:t>Лобода (гнівно).</w:t>
      </w:r>
    </w:p>
    <w:p>
      <w:r>
        <w:br/>
        <w:t>Дурне!..&lt;br /&gt;</w:t>
        <w:br/>
        <w:t>(До ксьондза).&lt;br /&gt;</w:t>
        <w:br/>
        <w:t>Кажи, які звістки приніс!&lt;br /&gt;</w:t>
        <w:br/>
        <w:t>Чи годиться коронний на умови?..</w:t>
      </w:r>
    </w:p>
    <w:p>
      <w:r>
        <w:br/>
        <w:t>Ігнотус&lt;br /&gt;</w:t>
        <w:br/>
        <w:t>(виймає з-за пазухи папери).</w:t>
      </w:r>
    </w:p>
    <w:p>
      <w:r>
        <w:br/>
        <w:t>Ось договір: читай і підпиши!</w:t>
      </w:r>
    </w:p>
    <w:p>
      <w:r>
        <w:br/>
        <w:t>Лобода бере й читає про себе.</w:t>
      </w:r>
    </w:p>
    <w:p>
      <w:r>
        <w:br/>
        <w:t>Тобі, гетьмане, й старшині, а також&lt;br /&gt;</w:t>
        <w:br/>
        <w:t>І Війську Запорозькому коронний&lt;br /&gt;</w:t>
        <w:br/>
        <w:t>Опрощення дає за все минуле&lt;br /&gt;</w:t>
        <w:br/>
        <w:t>І грамоту від короля ясного,&lt;br /&gt;</w:t>
        <w:br/>
        <w:t>Яка потверджує твоє гетьманство&lt;br /&gt;</w:t>
        <w:br/>
        <w:t>Не лиш над запорожцями, але&lt;br /&gt;</w:t>
        <w:br/>
        <w:t>Над всім козацтвом степовим. За це,&lt;br /&gt;</w:t>
        <w:br/>
        <w:t>Не гаючись, ти маєш відчинити&lt;br /&gt;</w:t>
        <w:br/>
        <w:t>Ворота в табір ваш, щоб наше військо&lt;br /&gt;</w:t>
        <w:br/>
        <w:t>Впустити і приборкати навік&lt;br /&gt;</w:t>
        <w:br/>
        <w:t>Зухвалого гультяйського гетьмана&lt;br /&gt;</w:t>
        <w:br/>
        <w:t>І всіх прибічників його.</w:t>
      </w:r>
    </w:p>
    <w:p>
      <w:r>
        <w:br/>
        <w:t>Лобода&lt;br /&gt;</w:t>
        <w:br/>
        <w:t>(встає й ходить ло хаті, схвильований).</w:t>
      </w:r>
    </w:p>
    <w:p>
      <w:r>
        <w:br/>
        <w:t>Так, так...&lt;br /&gt;</w:t>
        <w:br/>
        <w:t>Умови добрі, що казать, але...&lt;br /&gt;</w:t>
        <w:br/>
        <w:t>Козацтво не подякує мені</w:t>
      </w:r>
    </w:p>
    <w:p>
      <w:r>
        <w:br/>
        <w:t>Ігнотус</w:t>
      </w:r>
    </w:p>
    <w:p>
      <w:r>
        <w:br/>
        <w:t>Тобі тепер крулевська ласка буде&lt;br /&gt;</w:t>
        <w:br/>
        <w:t>І нагородою за те, що вчиниш,&lt;br /&gt;</w:t>
        <w:br/>
        <w:t>І охороною від гультяїв.&lt;br /&gt;</w:t>
        <w:br/>
        <w:t>А прийде час — коронного клейноди&lt;br /&gt;</w:t>
        <w:br/>
        <w:t>Перебереш і станеш можновладцем&lt;br /&gt;</w:t>
        <w:br/>
        <w:t>Таким, як і Жолкєвський. Отже, зважся,-&lt;br /&gt;</w:t>
        <w:br/>
        <w:t>Чи, може, ти волієш у багні&lt;br /&gt;</w:t>
        <w:br/>
        <w:t>З голотою і далі пробувати?&lt;br /&gt;</w:t>
        <w:br/>
        <w:t>То залишайсь... Але тоді навіщо&lt;br /&gt;</w:t>
        <w:br/>
        <w:t>Занапащаєш ти з собою разом&lt;br /&gt;</w:t>
        <w:br/>
        <w:t>Її, гербовану шляхтянку родом,&lt;br /&gt;</w:t>
        <w:br/>
        <w:t>А вродою — на світі найяснішу?..&lt;br /&gt;</w:t>
        <w:br/>
        <w:t>Невже вважаєш ти, що цей курінь,&lt;br /&gt;</w:t>
        <w:br/>
        <w:t>Брудний — красі ясній такій оздоба?..&lt;br /&gt;</w:t>
        <w:br/>
        <w:t>Ти гвалтом взяв в коронного її,&lt;br /&gt;</w:t>
        <w:br/>
        <w:t>Тож мусиш дати їй все, як і коронний!..&lt;br /&gt;</w:t>
        <w:br/>
        <w:t>Гетьмане запорозький! не забудь,&lt;br /&gt;</w:t>
        <w:br/>
        <w:t>Що все одно поб'є коронний вас&lt;br /&gt;</w:t>
        <w:br/>
        <w:t>Раніше чи пізніш, і стратиш ти&lt;br /&gt;</w:t>
        <w:br/>
        <w:t>Не лиш її, а і життя своє...</w:t>
      </w:r>
    </w:p>
    <w:p>
      <w:r>
        <w:br/>
        <w:t>Лобода (зупинившіїся, рішуче).</w:t>
      </w:r>
    </w:p>
    <w:p>
      <w:r>
        <w:br/>
        <w:t>Так, правда... Смерті не боюся я,&lt;br /&gt;</w:t>
        <w:br/>
        <w:t>Але тебе, позбутися, кохана,&lt;br /&gt;</w:t>
        <w:br/>
        <w:t>Не маю сили...&lt;br /&gt;</w:t>
        <w:br/>
        <w:t>(Підходить до столу. Касильда подає каламар і перо).&lt;br /&gt;</w:t>
        <w:br/>
        <w:t>Най же буде те,&lt;br /&gt;</w:t>
        <w:br/>
        <w:t>Що Бог призначив!&lt;br /&gt;</w:t>
        <w:br/>
        <w:t>(Бере перо й підписує).&lt;br /&gt;</w:t>
        <w:br/>
        <w:t>Віддаюсь цілком&lt;br /&gt;</w:t>
        <w:br/>
        <w:t>На ласку й милость короля й під зверхність&lt;br /&gt;</w:t>
        <w:br/>
        <w:t>Коронного гетьмана.&lt;br /&gt;</w:t>
        <w:br/>
        <w:t>Будь що буде!&lt;br /&gt;</w:t>
        <w:br/>
        <w:t>Ігнотус (ховає папір).&lt;br /&gt;</w:t>
        <w:br/>
        <w:t>Не станеться лихого, вір мені:&lt;br /&gt;</w:t>
        <w:br/>
        <w:t>Себе врятує лиш і запорожців.</w:t>
      </w:r>
    </w:p>
    <w:p>
      <w:r>
        <w:br/>
        <w:t>Касильда&lt;br /&gt;</w:t>
        <w:br/>
        <w:t>(склавши руки, як до молитви, підносить очі горі).</w:t>
      </w:r>
    </w:p>
    <w:p>
      <w:r>
        <w:br/>
        <w:t>Нарешті сталося... Пречиста Діво,&lt;br /&gt;</w:t>
        <w:br/>
        <w:t>Побожно дякую тобі за те,&lt;br /&gt;</w:t>
        <w:br/>
        <w:t>Що в час тяжкий на поміч ти прийшла&lt;br /&gt;</w:t>
        <w:br/>
        <w:t>Урятувати віру і отчизну!..&lt;br /&gt;</w:t>
        <w:br/>
        <w:t>(Обнімає Лободу).&lt;br /&gt;</w:t>
        <w:br/>
        <w:t>Й тобі, коханий мій, моя подяка&lt;br /&gt;</w:t>
        <w:br/>
        <w:t>За те, що не забув ти і про мене!..</w:t>
      </w:r>
    </w:p>
    <w:p>
      <w:r>
        <w:br/>
        <w:t>Ігнотус</w:t>
      </w:r>
    </w:p>
    <w:p>
      <w:r>
        <w:br/>
        <w:t>Не гаймося ж, гетьмане, час не жде,&lt;br /&gt;</w:t>
        <w:br/>
        <w:t>І північ недалеко вже, коли&lt;br /&gt;</w:t>
        <w:br/>
        <w:t>Свій замір виконати ви хотіли...</w:t>
      </w:r>
    </w:p>
    <w:p>
      <w:r>
        <w:br/>
        <w:t>Лобода</w:t>
      </w:r>
    </w:p>
    <w:p>
      <w:r>
        <w:br/>
        <w:t>Так, так... вже час... ходімо.&lt;br /&gt;</w:t>
        <w:br/>
        <w:t>(До Касильди).&lt;br /&gt;</w:t>
        <w:br/>
        <w:t>Я вернусь&lt;br /&gt;</w:t>
        <w:br/>
        <w:t>За хвильку, серце, захистить тебе,&lt;br /&gt;</w:t>
        <w:br/>
        <w:t>Коли почнеться завірюха.</w:t>
      </w:r>
    </w:p>
    <w:p>
      <w:r>
        <w:br/>
        <w:t>Касильда</w:t>
      </w:r>
    </w:p>
    <w:p>
      <w:r>
        <w:br/>
        <w:t>Добре,&lt;br /&gt;</w:t>
        <w:br/>
        <w:t>Чекатиму тебе.</w:t>
      </w:r>
    </w:p>
    <w:p>
      <w:r>
        <w:br/>
        <w:t>Ігнотус і Лобода виходять.</w:t>
      </w:r>
    </w:p>
    <w:p>
      <w:r>
        <w:br/>
        <w:t>Гей, джуро!.. Де ти?..</w:t>
      </w:r>
    </w:p>
    <w:p>
      <w:r>
        <w:br/>
        <w:t>Джура (входить із сіней).</w:t>
      </w:r>
    </w:p>
    <w:p>
      <w:r>
        <w:br/>
        <w:t>Я тут, вельможна пані.</w:t>
      </w:r>
    </w:p>
    <w:p>
      <w:r>
        <w:br/>
        <w:t>Касильда</w:t>
      </w:r>
    </w:p>
    <w:p>
      <w:r>
        <w:br/>
        <w:t>Де Пазила?</w:t>
      </w:r>
    </w:p>
    <w:p>
      <w:r>
        <w:br/>
        <w:t>Джура</w:t>
      </w:r>
    </w:p>
    <w:p>
      <w:r>
        <w:br/>
        <w:t>Не знаю, пані,— не вернулась ще.</w:t>
      </w:r>
    </w:p>
    <w:p>
      <w:r>
        <w:br/>
        <w:t>Касильда</w:t>
      </w:r>
    </w:p>
    <w:p>
      <w:r>
        <w:br/>
        <w:t>Це дивно... Прибери зо столу все!&lt;br /&gt;</w:t>
        <w:br/>
        <w:t>(Ходить у глибокій задумі по кімнаті.&lt;br /&gt;</w:t>
        <w:br/>
        <w:t>Джура прибирає зо столу).&lt;br /&gt;</w:t>
        <w:br/>
        <w:t>Чиюсь я чую тупотняву... Хто там&lt;br /&gt;</w:t>
        <w:br/>
        <w:t>У пізній час такий?..</w:t>
      </w:r>
    </w:p>
    <w:p>
      <w:r>
        <w:br/>
        <w:t>Джура (прибирає рештки).</w:t>
      </w:r>
    </w:p>
    <w:p>
      <w:r>
        <w:br/>
        <w:t>Пазина, мабуть...</w:t>
      </w:r>
    </w:p>
    <w:p>
      <w:r>
        <w:br/>
        <w:t>Касильда (дослухаючись).</w:t>
      </w:r>
    </w:p>
    <w:p>
      <w:r>
        <w:br/>
        <w:t>Ні, ні... це не вона... Дізнайся вийди!..</w:t>
      </w:r>
    </w:p>
    <w:p>
      <w:r>
        <w:br/>
        <w:t>Стук у двері.</w:t>
      </w:r>
    </w:p>
    <w:p>
      <w:r>
        <w:br/>
        <w:t>Хто там?</w:t>
      </w:r>
    </w:p>
    <w:p>
      <w:r>
        <w:br/>
        <w:t>Джура відчиняє двері і впускає Наливайка, Орішевського, Мазепу, Кремпського й Мамая, сам знов іде до столу.</w:t>
      </w:r>
    </w:p>
    <w:p>
      <w:r>
        <w:br/>
        <w:t>Наливайко</w:t>
      </w:r>
    </w:p>
    <w:p>
      <w:r>
        <w:br/>
        <w:t>Пробач, вельможна, що ми пізно так:&lt;br /&gt;</w:t>
        <w:br/>
        <w:t>Як бачу, ви з гетьманом по вечері...&lt;br /&gt;</w:t>
        <w:br/>
        <w:t>(Сміється).&lt;br /&gt;</w:t>
        <w:br/>
        <w:t>Ну, та дарма! Добривечір у хату!..&lt;br /&gt;</w:t>
        <w:br/>
        <w:t>А де ж — не бачу я — гетьман наш славний?</w:t>
      </w:r>
    </w:p>
    <w:p>
      <w:r>
        <w:br/>
        <w:t>Касильда&lt;br /&gt;</w:t>
        <w:br/>
        <w:t>(страшенно схвильована, але намагається&lt;br /&gt;</w:t>
        <w:br/>
        <w:t>затамувати це усмішкою).</w:t>
      </w:r>
    </w:p>
    <w:p>
      <w:r>
        <w:br/>
        <w:t>Добривечір! Хоч і нема гетьмана —&lt;br /&gt;</w:t>
        <w:br/>
        <w:t>Господаря,— проте гостей вітаю&lt;br /&gt;</w:t>
        <w:br/>
        <w:t>Й до столу всіх ласкаво прошу. Джуро!&lt;br /&gt;</w:t>
        <w:br/>
        <w:t>Подай нам меду доброго.</w:t>
      </w:r>
    </w:p>
    <w:p>
      <w:r>
        <w:br/>
        <w:t>Гості сідають до столу. Джура виходить і за хвильку вертається з великим дзбаном меду, подає кубки й виходить.</w:t>
      </w:r>
    </w:p>
    <w:p>
      <w:r>
        <w:br/>
        <w:t>Наливайко</w:t>
      </w:r>
    </w:p>
    <w:p>
      <w:r>
        <w:br/>
        <w:t>Спасибі,&lt;br /&gt;</w:t>
        <w:br/>
        <w:t>Прекрасна господине, за гостинність.&lt;br /&gt;</w:t>
        <w:br/>
        <w:t>А все ж таки хотіли б знати ми,&lt;br /&gt;</w:t>
        <w:br/>
        <w:t>Де сам гетьман: нараду маєм з ним.</w:t>
      </w:r>
    </w:p>
    <w:p>
      <w:r>
        <w:br/>
        <w:t>Касильда (наливає кубки).</w:t>
      </w:r>
    </w:p>
    <w:p>
      <w:r>
        <w:br/>
        <w:t>Спокою, лицарю,— ще маєм час,-&lt;br /&gt;</w:t>
        <w:br/>
        <w:t>А то помислити я можу справді,&lt;br /&gt;</w:t>
        <w:br/>
        <w:t>Що нудишся в моїм ти товаристві,&lt;br /&gt;</w:t>
        <w:br/>
        <w:t>Як і колись знудився в Білій Церкві.</w:t>
      </w:r>
    </w:p>
    <w:p>
      <w:r>
        <w:br/>
        <w:t>Наливайко (посміхаючись).</w:t>
      </w:r>
    </w:p>
    <w:p>
      <w:r>
        <w:br/>
        <w:t>О, як помислити вельможна пані&lt;br /&gt;</w:t>
        <w:br/>
        <w:t>Могла таке!.. А чи ж не добре дбали&lt;br /&gt;</w:t>
        <w:br/>
        <w:t>Тоді на тім бучнім весіллі ми,&lt;br /&gt;</w:t>
        <w:br/>
        <w:t>Танцюючи й впиваючись червоним&lt;br /&gt;</w:t>
        <w:br/>
        <w:t>Під сальви із гармат ворожих?..&lt;br /&gt;</w:t>
        <w:br/>
        <w:t>(Далі з цікавістю стежить за її незвичайним&lt;br /&gt;</w:t>
        <w:br/>
        <w:t>настроєм).</w:t>
      </w:r>
    </w:p>
    <w:p>
      <w:r>
        <w:br/>
        <w:t>Касильда&lt;br /&gt;</w:t>
        <w:br/>
        <w:t>(усміхом покриває ледве триману ненависть).</w:t>
      </w:r>
    </w:p>
    <w:p>
      <w:r>
        <w:br/>
        <w:t>Правда,-&lt;br /&gt;</w:t>
        <w:br/>
        <w:t>Забула про страшне своє весілля...&lt;br /&gt;</w:t>
        <w:br/>
        <w:t>(Підносить кубка).&lt;br /&gt;</w:t>
        <w:br/>
        <w:t>За що ж тепера будем пити ми?</w:t>
      </w:r>
    </w:p>
    <w:p>
      <w:r>
        <w:br/>
        <w:t>Всі з кубками підводяться.</w:t>
      </w:r>
    </w:p>
    <w:p>
      <w:r>
        <w:br/>
        <w:t>Орішевський</w:t>
      </w:r>
    </w:p>
    <w:p>
      <w:r>
        <w:br/>
        <w:t>За пані красної здоров'я п'єм!</w:t>
      </w:r>
    </w:p>
    <w:p>
      <w:r>
        <w:br/>
        <w:t>Всі (Крім Наливайка).</w:t>
      </w:r>
    </w:p>
    <w:p>
      <w:r>
        <w:br/>
        <w:t>О, віват! віват! віват!</w:t>
      </w:r>
    </w:p>
    <w:p>
      <w:r>
        <w:br/>
        <w:t>Касильда (до Наливайка).</w:t>
      </w:r>
    </w:p>
    <w:p>
      <w:r>
        <w:br/>
        <w:t>А гетьман?..&lt;br /&gt;</w:t>
        <w:br/>
        <w:t>Своєю думкою в степах десь, певне,&lt;br /&gt;</w:t>
        <w:br/>
        <w:t>Витає лицар? Тісно в Солониці&lt;br /&gt;</w:t>
        <w:br/>
        <w:t>В коронного гетьмана під замком?</w:t>
      </w:r>
    </w:p>
    <w:p>
      <w:r>
        <w:br/>
        <w:t>Наливайко (ніба прокинувшись).</w:t>
      </w:r>
    </w:p>
    <w:p>
      <w:r>
        <w:br/>
        <w:t>О, я з братами вкупі завше... Віват!</w:t>
      </w:r>
    </w:p>
    <w:p>
      <w:r>
        <w:br/>
        <w:t>Мамай (нетерпляче).</w:t>
      </w:r>
    </w:p>
    <w:p>
      <w:r>
        <w:br/>
        <w:t>Та не марудь! — від спраги я конаю...</w:t>
      </w:r>
    </w:p>
    <w:p>
      <w:r>
        <w:br/>
        <w:t>П'ють, сміючись, і знов сідають.</w:t>
      </w:r>
    </w:p>
    <w:p>
      <w:r>
        <w:br/>
        <w:t>Касильда (наливає знов).</w:t>
      </w:r>
    </w:p>
    <w:p>
      <w:r>
        <w:br/>
        <w:t>Оповідав мені коханий муж,&lt;br /&gt;</w:t>
        <w:br/>
        <w:t>Що, ночі цеї ще, лицарство славне&lt;br /&gt;</w:t>
        <w:br/>
        <w:t>Останні з ворогом рахунка звірить...</w:t>
      </w:r>
    </w:p>
    <w:p>
      <w:r>
        <w:br/>
        <w:t>Наливайко&lt;br /&gt;</w:t>
        <w:br/>
        <w:t>(перезирнувшись з товаришами).</w:t>
      </w:r>
    </w:p>
    <w:p>
      <w:r>
        <w:br/>
        <w:t>Не втримався...</w:t>
      </w:r>
    </w:p>
    <w:p>
      <w:r>
        <w:br/>
        <w:t>Мамай</w:t>
      </w:r>
    </w:p>
    <w:p>
      <w:r>
        <w:br/>
        <w:t>От проклятий бабій!</w:t>
      </w:r>
    </w:p>
    <w:p>
      <w:r>
        <w:br/>
        <w:t>Касильда (ніби не чула).</w:t>
      </w:r>
    </w:p>
    <w:p>
      <w:r>
        <w:br/>
        <w:t>То чом би нам не випить за звитягу!&lt;br /&gt;</w:t>
        <w:br/>
        <w:t>(Підіймає кубка).</w:t>
      </w:r>
    </w:p>
    <w:p>
      <w:r>
        <w:br/>
        <w:t>Мазепа&lt;br /&gt;</w:t>
        <w:br/>
        <w:t>(підводиться, до Касильди).</w:t>
      </w:r>
    </w:p>
    <w:p>
      <w:r>
        <w:br/>
        <w:t>За це я радо вип'ю ще, але...&lt;br /&gt;</w:t>
        <w:br/>
        <w:t>(До Наливайка).&lt;br /&gt;</w:t>
        <w:br/>
        <w:t>Мене, гетьмане мій, тривожить те,&lt;br /&gt;</w:t>
        <w:br/>
        <w:t>Що замір наш відомий не лиш нам.&lt;br /&gt;</w:t>
        <w:br/>
        <w:t>Де ж карність, так потрібна в справах цих!&lt;br /&gt;</w:t>
        <w:br/>
        <w:t>Дивуюсь я...</w:t>
      </w:r>
    </w:p>
    <w:p>
      <w:r>
        <w:br/>
        <w:t>Кремпський</w:t>
      </w:r>
    </w:p>
    <w:p>
      <w:r>
        <w:br/>
        <w:t>І я також.</w:t>
      </w:r>
    </w:p>
    <w:p>
      <w:r>
        <w:br/>
        <w:t>Орішевський</w:t>
      </w:r>
    </w:p>
    <w:p>
      <w:r>
        <w:br/>
        <w:t>Даруйте,&lt;br /&gt;</w:t>
        <w:br/>
        <w:t>Мої панове! Я також, як ви,&lt;br /&gt;</w:t>
        <w:br/>
        <w:t>Здивований, але велить звичайність&lt;br /&gt;</w:t>
        <w:br/>
        <w:t>Нам перше кубки спорожнить...</w:t>
      </w:r>
    </w:p>
    <w:p>
      <w:r>
        <w:br/>
        <w:t>Мамай</w:t>
      </w:r>
    </w:p>
    <w:p>
      <w:r>
        <w:br/>
        <w:t>Авжеж!&lt;br /&gt;</w:t>
        <w:br/>
        <w:t>А потім вже й про справи військові&lt;br /&gt;</w:t>
        <w:br/>
        <w:t>Нараду розпочати.&lt;br /&gt;</w:t>
        <w:br/>
        <w:t>(Підносить кубка вгору).&lt;br /&gt;</w:t>
        <w:br/>
        <w:t>За звитягу ж!</w:t>
      </w:r>
    </w:p>
    <w:p>
      <w:r>
        <w:br/>
        <w:t>П'ють. Касильда, одпивши трохи, відходить з усмішкою набік.</w:t>
      </w:r>
    </w:p>
    <w:p>
      <w:r>
        <w:br/>
        <w:t>Кремпський</w:t>
      </w:r>
    </w:p>
    <w:p>
      <w:r>
        <w:br/>
        <w:t>Нема що радитись, коли гетьмана&lt;br /&gt;</w:t>
        <w:br/>
        <w:t>У час призначений чомусь нема.&lt;br /&gt;</w:t>
        <w:br/>
        <w:t>У хвилю цю лишати військо годі,&lt;br /&gt;</w:t>
        <w:br/>
        <w:t>Тому кажу: останню раду най&lt;br /&gt;</w:t>
        <w:br/>
        <w:t>Відбудуть тут гетьмани славні...</w:t>
      </w:r>
    </w:p>
    <w:p>
      <w:r>
        <w:br/>
        <w:t>Мазепа</w:t>
      </w:r>
    </w:p>
    <w:p>
      <w:r>
        <w:br/>
        <w:t>Авжеж!&lt;br /&gt;</w:t>
        <w:br/>
        <w:t>А ми повинні буть при війську.</w:t>
      </w:r>
    </w:p>
    <w:p>
      <w:r>
        <w:br/>
        <w:t>Наливайко (встає.)</w:t>
      </w:r>
    </w:p>
    <w:p>
      <w:r>
        <w:br/>
        <w:t>Гаразд, ідіть: в свій час подам я гасло,&lt;br /&gt;</w:t>
        <w:br/>
        <w:t>Як і умовилися ми. А я&lt;br /&gt;</w:t>
        <w:br/>
        <w:t>Вже сам з Грицьком пораджуся востаннє.</w:t>
      </w:r>
    </w:p>
    <w:p>
      <w:r>
        <w:br/>
        <w:t>Мамай (чухає потилицю).</w:t>
      </w:r>
    </w:p>
    <w:p>
      <w:r>
        <w:br/>
        <w:t>Розмордувало вас!.. А тут же мед! —&lt;br /&gt;</w:t>
        <w:br/>
        <w:t>Боїшся проковтнути язика...&lt;br /&gt;</w:t>
        <w:br/>
        <w:t>(Бистро наливає кубка й п'є).</w:t>
      </w:r>
    </w:p>
    <w:p>
      <w:r>
        <w:br/>
        <w:t>Наливайко</w:t>
      </w:r>
    </w:p>
    <w:p>
      <w:r>
        <w:br/>
        <w:t>Червоного нап'єшся незабаром,&lt;br /&gt;</w:t>
        <w:br/>
        <w:t>А потім видно буде!..</w:t>
      </w:r>
    </w:p>
    <w:p>
      <w:r>
        <w:br/>
        <w:t>Всі&lt;br /&gt;</w:t>
        <w:br/>
        <w:t>(вклоняються господині; до Наливайка).</w:t>
      </w:r>
    </w:p>
    <w:p>
      <w:r>
        <w:br/>
        <w:t>Будь здоров,&lt;br /&gt;</w:t>
        <w:br/>
        <w:t>Та не забудь, що північ наступає.&lt;br /&gt;</w:t>
        <w:br/>
        <w:t>(Виходять).</w:t>
      </w:r>
    </w:p>
    <w:p>
      <w:r>
        <w:br/>
        <w:t>Наливайко (їм услід).</w:t>
      </w:r>
    </w:p>
    <w:p>
      <w:r>
        <w:br/>
        <w:t>О, не турбуйтеся!..</w:t>
      </w:r>
    </w:p>
    <w:p>
      <w:r>
        <w:br/>
        <w:t>Павза.</w:t>
      </w:r>
    </w:p>
    <w:p>
      <w:r>
        <w:br/>
        <w:t>Касильда&lt;br /&gt;</w:t>
        <w:br/>
        <w:t>(почуває себе ніяково й хвилюється).</w:t>
      </w:r>
    </w:p>
    <w:p>
      <w:r>
        <w:br/>
        <w:t>Ну, що ж, гетьмане,&lt;br /&gt;</w:t>
        <w:br/>
        <w:t>Наш лицарю преславний,— вип'єш ще?&lt;br /&gt;</w:t>
        <w:br/>
        <w:t>(Підходить до столу й наливає).</w:t>
      </w:r>
    </w:p>
    <w:p>
      <w:r>
        <w:br/>
        <w:t>Наливайко (з усмішкою).</w:t>
      </w:r>
    </w:p>
    <w:p>
      <w:r>
        <w:br/>
        <w:t>Чому і ні, але... чому ж собі&lt;br /&gt;</w:t>
        <w:br/>
        <w:t>Не наливаєш ти, прекрасна пані?</w:t>
      </w:r>
    </w:p>
    <w:p>
      <w:r>
        <w:br/>
        <w:t>Касильда (наливає й собі).</w:t>
      </w:r>
    </w:p>
    <w:p>
      <w:r>
        <w:br/>
        <w:t>Гетьман у добрім гуморі, я бачу,&lt;br /&gt;</w:t>
        <w:br/>
        <w:t>Десь доброго чогось собі чекає&lt;br /&gt;</w:t>
        <w:br/>
        <w:t>Від бою цеї ночі?</w:t>
      </w:r>
    </w:p>
    <w:p>
      <w:r>
        <w:br/>
        <w:t>Наливайко</w:t>
      </w:r>
    </w:p>
    <w:p>
      <w:r>
        <w:br/>
        <w:t>Так, чекаю.</w:t>
      </w:r>
    </w:p>
    <w:p>
      <w:r>
        <w:br/>
        <w:t>Касильда&lt;br /&gt;</w:t>
        <w:br/>
        <w:t>Останнім разом в Білій Церкві&lt;br /&gt;</w:t>
        <w:br/>
        <w:t>Гетьман, здається, теж веселий був,&lt;br /&gt;</w:t>
        <w:br/>
        <w:t>Хоч доброго нічого там не сталось.</w:t>
      </w:r>
    </w:p>
    <w:p>
      <w:r>
        <w:br/>
        <w:t>Наливайко (глузливо).</w:t>
      </w:r>
    </w:p>
    <w:p>
      <w:r>
        <w:br/>
        <w:t>Не сталося?.. А шлюб з гетьманом твій,&lt;br /&gt;</w:t>
        <w:br/>
        <w:t>Вельможна пані!</w:t>
      </w:r>
    </w:p>
    <w:p>
      <w:r>
        <w:br/>
        <w:t>Касильда (спалахнувши).</w:t>
      </w:r>
    </w:p>
    <w:p>
      <w:r>
        <w:br/>
        <w:t>Шлюб? Глузуєш ти?..</w:t>
      </w:r>
    </w:p>
    <w:p>
      <w:r>
        <w:br/>
        <w:t>Наливайко (спокійно).</w:t>
      </w:r>
    </w:p>
    <w:p>
      <w:r>
        <w:br/>
        <w:t>Крий Боже! І чому вельможна пані&lt;br /&gt;</w:t>
        <w:br/>
        <w:t>Гадає, що це глум?..</w:t>
      </w:r>
    </w:p>
    <w:p>
      <w:r>
        <w:br/>
        <w:t>Касильда&lt;br /&gt;</w:t>
        <w:br/>
        <w:t>(тамуючи хвилювання).</w:t>
      </w:r>
    </w:p>
    <w:p>
      <w:r>
        <w:br/>
        <w:t>То прошу ж пити...&lt;br /&gt;</w:t>
        <w:br/>
        <w:t>(Торкає своїм кубком Наливайкового й надпиває).&lt;br /&gt;</w:t>
        <w:br/>
        <w:t>Скажи мені, гетьмане Наливаю,&lt;br /&gt;</w:t>
        <w:br/>
        <w:t>За що ти так зненавидів мене?</w:t>
      </w:r>
    </w:p>
    <w:p>
      <w:r>
        <w:br/>
        <w:t>Наливайко (похлинувшись).</w:t>
      </w:r>
    </w:p>
    <w:p>
      <w:r>
        <w:br/>
        <w:t>Оце, най Бог боронить! Хто сказав&lt;br /&gt;</w:t>
        <w:br/>
        <w:t>Тобі, вельможна пані, цю дурницю?..&lt;br /&gt;</w:t>
        <w:br/>
        <w:t>Зненавидів... За що?</w:t>
      </w:r>
    </w:p>
    <w:p>
      <w:r>
        <w:br/>
        <w:t>Касильда</w:t>
      </w:r>
    </w:p>
    <w:p>
      <w:r>
        <w:br/>
        <w:t>Тебе питаю.</w:t>
      </w:r>
    </w:p>
    <w:p>
      <w:r>
        <w:br/>
        <w:t>Наливайко</w:t>
      </w:r>
    </w:p>
    <w:p>
      <w:r>
        <w:br/>
        <w:t>Я ворогів ненавиджу й тому&lt;br /&gt;</w:t>
        <w:br/>
        <w:t>Їх б'ю, аби доскочив.&lt;br /&gt;</w:t>
        <w:br/>
        <w:t>Ти ж, вельможна...</w:t>
      </w:r>
    </w:p>
    <w:p>
      <w:r>
        <w:br/>
        <w:t>Касильда&lt;br /&gt;</w:t>
        <w:br/>
        <w:t>(не спускаючи з нього очей).</w:t>
      </w:r>
    </w:p>
    <w:p>
      <w:r>
        <w:br/>
        <w:t>Відтоді, як побачила тебе,&lt;br /&gt;</w:t>
        <w:br/>
        <w:t>Спокою я не знала...</w:t>
      </w:r>
    </w:p>
    <w:p>
      <w:r>
        <w:br/>
        <w:t>Наливайко(здивовано).</w:t>
      </w:r>
    </w:p>
    <w:p>
      <w:r>
        <w:br/>
        <w:t>Та чому?!</w:t>
      </w:r>
    </w:p>
    <w:p>
      <w:r>
        <w:br/>
        <w:t>Касильда</w:t>
      </w:r>
    </w:p>
    <w:p>
      <w:r>
        <w:br/>
        <w:t>Чому?.. Сама не знаю досі я...&lt;br /&gt;</w:t>
        <w:br/>
        <w:t>Здавалось тоді, що із тобою&lt;br /&gt;</w:t>
        <w:br/>
        <w:t>Вийшла в життя моє марудне радість.&lt;br /&gt;</w:t>
        <w:br/>
        <w:t>Що в темряві шляхетського життя —&lt;br /&gt;</w:t>
        <w:br/>
        <w:t>Нудного й сірого в своїй пишноті —&lt;br /&gt;</w:t>
        <w:br/>
        <w:t>Зійшло мені давно бажане сонце,&lt;br /&gt;</w:t>
        <w:br/>
        <w:t>Що і мене покликав бучний степ,&lt;br /&gt;</w:t>
        <w:br/>
        <w:t>Як лицарів своїх, як і тебе,&lt;br /&gt;</w:t>
        <w:br/>
        <w:t>До втіх, іще не знаних і чужих&lt;br /&gt;</w:t>
        <w:br/>
        <w:t>Гербованій пишноті. Серцем всім&lt;br /&gt;</w:t>
        <w:br/>
        <w:t>До тебе линула, гетьмане красний,&lt;br /&gt;</w:t>
        <w:br/>
        <w:t>І годна все була тобі віддать&lt;br /&gt;</w:t>
        <w:br/>
        <w:t>Лише за те, щоб з вами бути...</w:t>
      </w:r>
    </w:p>
    <w:p>
      <w:r>
        <w:br/>
        <w:t>Наливайко (вражений).</w:t>
      </w:r>
    </w:p>
    <w:p>
      <w:r>
        <w:br/>
        <w:t>Ти?!</w:t>
      </w:r>
    </w:p>
    <w:p>
      <w:r>
        <w:br/>
        <w:t>Касильда</w:t>
      </w:r>
    </w:p>
    <w:p>
      <w:r>
        <w:br/>
        <w:t>Здавалося так іноді, кажу...&lt;br /&gt;</w:t>
        <w:br/>
        <w:t>Чому ж не п'єш, мій лицарю прекрасний?.&lt;br /&gt;</w:t>
        <w:br/>
        <w:t>Це не отрута — ні, це добрий мед...&lt;br /&gt;</w:t>
        <w:br/>
        <w:t>(Торкає його кубка. П'ють).&lt;br /&gt;</w:t>
        <w:br/>
        <w:t>Хоч іноді бувало і таке,&lt;br /&gt;</w:t>
        <w:br/>
        <w:t>Що годна я була не лиш отрути,&lt;br /&gt;</w:t>
        <w:br/>
        <w:t>Але й тортур тяжких тобі завдати...</w:t>
      </w:r>
    </w:p>
    <w:p>
      <w:r>
        <w:br/>
        <w:t>Наливайко (вражений).</w:t>
      </w:r>
    </w:p>
    <w:p>
      <w:r>
        <w:br/>
        <w:t>Мені?! Та за що ж?</w:t>
      </w:r>
    </w:p>
    <w:p>
      <w:r>
        <w:br/>
        <w:t>Касильда (наливає).</w:t>
      </w:r>
    </w:p>
    <w:p>
      <w:r>
        <w:br/>
        <w:t>Вип'єм ще, гетьмане!</w:t>
      </w:r>
    </w:p>
    <w:p>
      <w:r>
        <w:br/>
        <w:t>П'ють.</w:t>
      </w:r>
    </w:p>
    <w:p>
      <w:r>
        <w:br/>
        <w:t>Відтоді ще, як вітром степовим —&lt;br /&gt;</w:t>
        <w:br/>
        <w:t>Яка краса! яка краса! — упав&lt;br /&gt;</w:t>
        <w:br/>
        <w:t>Ти несподівано зненацька так&lt;br /&gt;</w:t>
        <w:br/>
        <w:t>На замок Калиновського й його&lt;br /&gt;</w:t>
        <w:br/>
        <w:t>Пустив за димом і пожакував...</w:t>
      </w:r>
    </w:p>
    <w:p>
      <w:r>
        <w:br/>
        <w:t>Наливайко (нахмурившись).</w:t>
      </w:r>
    </w:p>
    <w:p>
      <w:r>
        <w:br/>
        <w:t>Вітця мого убив магнат скажений...</w:t>
      </w:r>
    </w:p>
    <w:p>
      <w:r>
        <w:br/>
        <w:t>Касильда</w:t>
      </w:r>
    </w:p>
    <w:p>
      <w:r>
        <w:br/>
        <w:t>...Відтоді ще, як на магнатство наше&lt;br /&gt;</w:t>
        <w:br/>
        <w:t>Повіяв жахом ти неждано з степу,&lt;br /&gt;</w:t>
        <w:br/>
        <w:t>Я стежила твій шлях аж до Литви —&lt;br /&gt;</w:t>
        <w:br/>
        <w:t>Кривавий, грізний шлях... В душі моїй&lt;br /&gt;</w:t>
        <w:br/>
        <w:t>Прокинулась гербована шляхтянка,&lt;br /&gt;</w:t>
        <w:br/>
        <w:t>Відчула я, що ворог ти страшний,&lt;br /&gt;</w:t>
        <w:br/>
        <w:t>Перед котрим тремтять Річ Посполита&lt;br /&gt;</w:t>
        <w:br/>
        <w:t>І віра прадідівська католицька,&lt;br /&gt;</w:t>
        <w:br/>
        <w:t>Перед святим отцем, якого знаєш&lt;br /&gt;</w:t>
        <w:br/>
        <w:t>І ти, перед животворящим крижем&lt;br /&gt;</w:t>
        <w:br/>
        <w:t>Заприсяглася гордим серцем я.&lt;br /&gt;</w:t>
        <w:br/>
        <w:t>Помститися... Але... коли тебе&lt;br /&gt;</w:t>
        <w:br/>
        <w:t>В Шершнях побачила я вперше — враз&lt;br /&gt;</w:t>
        <w:br/>
        <w:t>Розвіялась моя знанависть димом,&lt;br /&gt;</w:t>
        <w:br/>
        <w:t>І хоч огнем ти спалахнув тоді&lt;br /&gt;</w:t>
        <w:br/>
        <w:t>Ворожим і страшним, але від того&lt;br /&gt;</w:t>
        <w:br/>
        <w:t>Іще гарнішим став... Моя зненависть&lt;br /&gt;</w:t>
        <w:br/>
        <w:t>Поволі обернулась у кохання...&lt;br /&gt;</w:t>
        <w:br/>
        <w:t>Так. Так... Не смійся, а випий краще ще...&lt;br /&gt;</w:t>
        <w:br/>
        <w:t>І я з тобою...&lt;br /&gt;</w:t>
        <w:br/>
        <w:t>П'ють.</w:t>
      </w:r>
    </w:p>
    <w:p>
      <w:r>
        <w:br/>
        <w:t>У рожевих снах,&lt;br /&gt;</w:t>
        <w:br/>
        <w:t>У мріях легкокрилих вже літала&lt;br /&gt;</w:t>
        <w:br/>
        <w:t>Я поруч із тобою по степах&lt;br /&gt;</w:t>
        <w:br/>
        <w:t>Безкраїх, пишних вороним конем&lt;br /&gt;</w:t>
        <w:br/>
        <w:t>І радість буйну сонцю посилала,&lt;br /&gt;</w:t>
        <w:br/>
        <w:t>А хмарам грізним — виклик свій до бою...&lt;br /&gt;</w:t>
        <w:br/>
        <w:t>Так марила я в самотині,&lt;br /&gt;</w:t>
        <w:br/>
        <w:t>Й величні приписи отця святого&lt;br /&gt;</w:t>
        <w:br/>
        <w:t>Такими вбогими мені здавались...&lt;br /&gt;</w:t>
        <w:br/>
        <w:t>Обмарена, й не зчулась пишна панна,&lt;br /&gt;</w:t>
        <w:br/>
        <w:t>Як в Білій Церкві раптом опинилась,&lt;br /&gt;</w:t>
        <w:br/>
        <w:t>Медведем диким пірвана вночі...&lt;br /&gt;</w:t>
        <w:br/>
        <w:t>Але і там я бачила щоночі&lt;br /&gt;</w:t>
        <w:br/>
        <w:t>Рожеві сни про лицаря свого,&lt;br /&gt;</w:t>
        <w:br/>
        <w:t>Аж поки сам увіч з'явився він&lt;br /&gt;</w:t>
        <w:br/>
        <w:t>І — ганьба! — клякнувши перед медведем,&lt;br /&gt;</w:t>
        <w:br/>
        <w:t>Мене йому спокійно на поталу&lt;br /&gt;</w:t>
        <w:br/>
        <w:t>Віддав зневажливо, немов якусь...&lt;br /&gt;</w:t>
        <w:br/>
        <w:t>Якусь... так він — мій лицар,— так сказав...&lt;br /&gt;</w:t>
        <w:br/>
        <w:t>І зненависть уся вогнем пекельним&lt;br /&gt;</w:t>
        <w:br/>
        <w:t>В моєму серці спалахнула знов!&lt;br /&gt;</w:t>
        <w:br/>
        <w:t>Перед отцем святим на чеснім древі&lt;br /&gt;</w:t>
        <w:br/>
        <w:t>Животворящого святого крижа&lt;br /&gt;</w:t>
        <w:br/>
        <w:t>Заприсяглась помститись я за все —&lt;br /&gt;</w:t>
        <w:br/>
        <w:t>За віру, за отчизну і за себе...&lt;br /&gt;</w:t>
        <w:br/>
        <w:t>Тож вип'єм кубок передсмертний цей...</w:t>
      </w:r>
    </w:p>
    <w:p>
      <w:r>
        <w:br/>
        <w:t>Рух здивування в Наливайка.</w:t>
      </w:r>
    </w:p>
    <w:p>
      <w:r>
        <w:br/>
        <w:t>...За мрії і потоптані тобою&lt;br /&gt;</w:t>
        <w:br/>
        <w:t>Життя мого найкращі ніжні квіти!..&lt;br /&gt;</w:t>
        <w:br/>
        <w:t>Ат... все загибло, все!.. А винен — ти!&lt;br /&gt;</w:t>
        <w:br/>
        <w:t>(Бере кубка, торкає ним Наливайкового й п'є).</w:t>
      </w:r>
    </w:p>
    <w:p>
      <w:r>
        <w:br/>
        <w:t>Наливайко</w:t>
      </w:r>
    </w:p>
    <w:p>
      <w:r>
        <w:br/>
        <w:t>Чому ж тоді, як кликав я тебе&lt;br /&gt;</w:t>
        <w:br/>
        <w:t>До шлюбу, ти...</w:t>
      </w:r>
    </w:p>
    <w:p>
      <w:r>
        <w:br/>
        <w:t>Касильда&lt;br /&gt;</w:t>
        <w:br/>
        <w:t>(гордо випростуючись).</w:t>
      </w:r>
    </w:p>
    <w:p>
      <w:r>
        <w:br/>
        <w:t>Ти гвалтом взять мене&lt;br /&gt;</w:t>
        <w:br/>
        <w:t>Хотів! — мене — гербовану шляхтянку!..</w:t>
      </w:r>
    </w:p>
    <w:p>
      <w:r>
        <w:br/>
        <w:t>Наливайко</w:t>
      </w:r>
    </w:p>
    <w:p>
      <w:r>
        <w:br/>
        <w:t>Коли б була ти нею, пані й справді,&lt;br /&gt;</w:t>
        <w:br/>
        <w:t>То знай: я з вами там не говорив би,&lt;br /&gt;</w:t>
        <w:br/>
        <w:t>А просто — те гніздо панів Оборських&lt;br /&gt;</w:t>
        <w:br/>
        <w:t>Пустив би був за димом, як і всі,&lt;br /&gt;</w:t>
        <w:br/>
        <w:t>В яких жили гербовані оті...</w:t>
      </w:r>
    </w:p>
    <w:p>
      <w:r>
        <w:br/>
        <w:t>Касильда (здивовано).&lt;br /&gt;</w:t>
        <w:br/>
        <w:t>Не розумію я...</w:t>
      </w:r>
    </w:p>
    <w:p>
      <w:r>
        <w:br/>
        <w:t>Наливайко</w:t>
      </w:r>
    </w:p>
    <w:p>
      <w:r>
        <w:br/>
        <w:t>Але я знав&lt;br /&gt;</w:t>
        <w:br/>
        <w:t>Ще перед тим, що ти хоч і шляхтянка,&lt;br /&gt;</w:t>
        <w:br/>
        <w:t>Та не гербована...</w:t>
      </w:r>
    </w:p>
    <w:p>
      <w:r>
        <w:br/>
        <w:t>Касильда (тупнувши ногою).</w:t>
      </w:r>
    </w:p>
    <w:p>
      <w:r>
        <w:br/>
        <w:t>Як смієш ти!..&lt;br /&gt;</w:t>
        <w:br/>
        <w:t>Оборського магната я дочка,&lt;br /&gt;</w:t>
        <w:br/>
        <w:t>І хто...</w:t>
      </w:r>
    </w:p>
    <w:p>
      <w:r>
        <w:br/>
        <w:t>Наливайко</w:t>
      </w:r>
    </w:p>
    <w:p>
      <w:r>
        <w:br/>
        <w:t>Ти не Оборського дочка!</w:t>
      </w:r>
    </w:p>
    <w:p>
      <w:r>
        <w:br/>
        <w:t>Касильда (вжахнувшись).</w:t>
      </w:r>
    </w:p>
    <w:p>
      <w:r>
        <w:br/>
        <w:t>Як ні?! Чия ж, гадаєш ти?..</w:t>
      </w:r>
    </w:p>
    <w:p>
      <w:r>
        <w:br/>
        <w:t>Наливайко</w:t>
      </w:r>
    </w:p>
    <w:p>
      <w:r>
        <w:br/>
        <w:t>Русинка! —&lt;br /&gt;</w:t>
        <w:br/>
        <w:t>В тобі дочку свою стара Пазина&lt;br /&gt;</w:t>
        <w:br/>
        <w:t>Давно уже пізнала й... пожаліла&lt;br /&gt;</w:t>
        <w:br/>
        <w:t>Зо сну магнатського збудить тебе...&lt;br /&gt;</w:t>
        <w:br/>
        <w:t>Чи ти гадаєш, що дарма стара&lt;br /&gt;</w:t>
        <w:br/>
        <w:t>З тобою всюди йде, немов рабиня?..&lt;br /&gt;</w:t>
        <w:br/>
        <w:t>О, ні! Пазина не з таких! Пазина —&lt;br /&gt;</w:t>
        <w:br/>
        <w:t>Орлиця, любить степ і нашу правду&lt;br /&gt;</w:t>
        <w:br/>
        <w:t>Й ненавидить магнатство, як і ми!</w:t>
      </w:r>
    </w:p>
    <w:p>
      <w:r>
        <w:br/>
        <w:t>Касильда (гнівно).</w:t>
      </w:r>
    </w:p>
    <w:p>
      <w:r>
        <w:br/>
        <w:t>Це вигадка!.. І як могла пізнати те,&lt;br /&gt;</w:t>
        <w:br/>
        <w:t>Чого немає справді?.. Коли ж так,&lt;br /&gt;</w:t>
        <w:br/>
        <w:t>Чого в Оборських опинилась я?!</w:t>
      </w:r>
    </w:p>
    <w:p>
      <w:r>
        <w:br/>
        <w:t>Наливайко</w:t>
      </w:r>
    </w:p>
    <w:p>
      <w:r>
        <w:br/>
        <w:t>На лівім рамені два легких шрами&lt;br /&gt;</w:t>
        <w:br/>
        <w:t>З дитинства маєш ти...</w:t>
      </w:r>
    </w:p>
    <w:p>
      <w:r>
        <w:br/>
        <w:t>Касильда&lt;br /&gt;</w:t>
        <w:br/>
        <w:t>(вражена загортає рукав до плеча).</w:t>
      </w:r>
    </w:p>
    <w:p>
      <w:r>
        <w:br/>
        <w:t>Так, так... два шрами...</w:t>
      </w:r>
    </w:p>
    <w:p>
      <w:r>
        <w:br/>
        <w:t>Наливайко</w:t>
      </w:r>
    </w:p>
    <w:p>
      <w:r>
        <w:br/>
        <w:t>Була мала і зранилась об пліт.&lt;br /&gt;</w:t>
        <w:br/>
        <w:t>Твій батько — з діда-прадіда козак,&lt;br /&gt;</w:t>
        <w:br/>
        <w:t>На службі ж в короля здобув шляхетство.&lt;br /&gt;</w:t>
        <w:br/>
        <w:t>Поліг в бою з татарами, а матір&lt;br /&gt;</w:t>
        <w:br/>
        <w:t>Взяли татари у ясир і туркам&lt;br /&gt;</w:t>
        <w:br/>
        <w:t>У Килію за няньку продали...</w:t>
      </w:r>
    </w:p>
    <w:p>
      <w:r>
        <w:br/>
        <w:t>Касильда&lt;br /&gt;</w:t>
        <w:br/>
        <w:t>(приголомшена, тихо сідає).</w:t>
      </w:r>
    </w:p>
    <w:p>
      <w:r>
        <w:br/>
        <w:t>Стривай... то як же це?.. Русинка я?..&lt;br /&gt;</w:t>
        <w:br/>
        <w:t>А ті ж... Оборські...</w:t>
      </w:r>
    </w:p>
    <w:p>
      <w:r>
        <w:br/>
        <w:t>Наливайко</w:t>
      </w:r>
    </w:p>
    <w:p>
      <w:r>
        <w:br/>
        <w:t>Тож старий Оборський&lt;br /&gt;</w:t>
        <w:br/>
        <w:t>На спів на ту руїну, й підібрав&lt;br /&gt;</w:t>
        <w:br/>
        <w:t>Тебе у лісі, й виховав у себе,&lt;br /&gt;</w:t>
        <w:br/>
        <w:t>Я рідную дочку...</w:t>
      </w:r>
    </w:p>
    <w:p>
      <w:r>
        <w:br/>
        <w:t>Касильда (мов несамовита).</w:t>
      </w:r>
    </w:p>
    <w:p>
      <w:r>
        <w:br/>
        <w:t>Й вона мовчала...</w:t>
      </w:r>
    </w:p>
    <w:p>
      <w:r>
        <w:br/>
        <w:t>Наливайко</w:t>
      </w:r>
    </w:p>
    <w:p>
      <w:r>
        <w:br/>
        <w:t>Кажу ж, із мрій гербованих тебе&lt;br /&gt;</w:t>
        <w:br/>
        <w:t>Збудити не хотіла...</w:t>
      </w:r>
    </w:p>
    <w:p>
      <w:r>
        <w:br/>
        <w:t>Касильда</w:t>
      </w:r>
    </w:p>
    <w:p>
      <w:r>
        <w:br/>
        <w:t>...і на поталу&lt;br /&gt;</w:t>
        <w:br/>
        <w:t>Ляхам гербованим мене лишила...</w:t>
      </w:r>
    </w:p>
    <w:p>
      <w:r>
        <w:br/>
        <w:t>Наливайко</w:t>
      </w:r>
    </w:p>
    <w:p>
      <w:r>
        <w:br/>
        <w:t>Вони — такі ляхи, як ми з тобою,&lt;br /&gt;</w:t>
        <w:br/>
        <w:t>Оборські ті, Жолкєвські, Калиновські!&lt;br /&gt;</w:t>
        <w:br/>
        <w:t>Герби ж на них — тавро лихої зради&lt;br /&gt;</w:t>
        <w:br/>
        <w:t>Народу рідного...</w:t>
      </w:r>
    </w:p>
    <w:p>
      <w:r>
        <w:br/>
        <w:t>Касильда</w:t>
      </w:r>
    </w:p>
    <w:p>
      <w:r>
        <w:br/>
        <w:t>Так, так... І я&lt;br /&gt;</w:t>
        <w:br/>
        <w:t>Їм помагала... Ах, тепер я знаю,&lt;br /&gt;</w:t>
        <w:br/>
        <w:t>Чому душа моя завжди до вас&lt;br /&gt;</w:t>
        <w:br/>
        <w:t>Летіла у степи з магнатських замків&lt;br /&gt;</w:t>
        <w:br/>
        <w:t>І часто у розкошах, як в льоху&lt;br /&gt;</w:t>
        <w:br/>
        <w:t>Глибокому, нудилася в сльозах...&lt;br /&gt;</w:t>
        <w:br/>
        <w:t>Тепер я знаю... Пізно... пізно вже...&lt;br /&gt;</w:t>
        <w:br/>
        <w:t>(Схопившись раптом).&lt;br /&gt;</w:t>
        <w:br/>
        <w:t>Боржій... боржій тікай звідціль, гетьмане,&lt;br /&gt;</w:t>
        <w:br/>
        <w:t>Мій лицарю нещасний...&lt;br /&gt;</w:t>
        <w:br/>
        <w:t>(Хапає його за рукав).</w:t>
      </w:r>
    </w:p>
    <w:p>
      <w:r>
        <w:br/>
        <w:t>Наливайко&lt;br /&gt;</w:t>
        <w:br/>
        <w:t>(підвівшись, здивовано).</w:t>
      </w:r>
    </w:p>
    <w:p>
      <w:r>
        <w:br/>
        <w:t>Та чого&lt;br /&gt;</w:t>
        <w:br/>
        <w:t>Тікати маю я?</w:t>
      </w:r>
    </w:p>
    <w:p>
      <w:r>
        <w:br/>
        <w:t>Касильда (благаюче).</w:t>
      </w:r>
    </w:p>
    <w:p>
      <w:r>
        <w:br/>
        <w:t>Тікай!.. З ксьондзом&lt;br /&gt;</w:t>
        <w:br/>
        <w:t>Отим і Лободою продала&lt;br /&gt;</w:t>
        <w:br/>
        <w:t>Я табір ваш ляхам... Хотіла цим&lt;br /&gt;</w:t>
        <w:br/>
        <w:t>Помститись над тобою за зневагу...&lt;br /&gt;</w:t>
        <w:br/>
        <w:t>Десь досі Лобода одкрив ворота&lt;br /&gt;</w:t>
        <w:br/>
        <w:t>Кварцяникам...</w:t>
      </w:r>
    </w:p>
    <w:p>
      <w:r>
        <w:br/>
        <w:t>Наливайко (гостро вражений).</w:t>
      </w:r>
    </w:p>
    <w:p>
      <w:r>
        <w:br/>
        <w:t>Прокляття!..&lt;br /&gt;</w:t>
        <w:br/>
        <w:t>(Хапає в скамниці шлика. Знадвору чути гомін бою й крики).</w:t>
      </w:r>
    </w:p>
    <w:p>
      <w:r>
        <w:br/>
        <w:t>Касильда&lt;br /&gt;</w:t>
        <w:br/>
        <w:t>(безсильно опускається на стілець).</w:t>
      </w:r>
    </w:p>
    <w:p>
      <w:r>
        <w:br/>
        <w:t>Пізно вже...&lt;br /&gt;</w:t>
        <w:br/>
        <w:t>(Схиляє голову на груди).</w:t>
      </w:r>
    </w:p>
    <w:p>
      <w:r>
        <w:br/>
        <w:t>Наливайко&lt;br /&gt;</w:t>
        <w:br/>
        <w:t>О, ні... не пізно ще!.. Ще я живий —&lt;br /&gt;</w:t>
        <w:br/>
        <w:t>І горе зраді!..</w:t>
      </w:r>
    </w:p>
    <w:p>
      <w:r>
        <w:br/>
        <w:t>Біжить до дверей, але в цю хвилину двері широко розчиняються й наливайківці вводять побитого, скривавленого Лободу, тримаючи його за руки й підганяючи стусанами. За ними входить Пазина й стає мовчки осторонь. Касильда з ляком схопилася й дивиться на несподіваних гостей поширеними з ляку очима.</w:t>
      </w:r>
    </w:p>
    <w:p>
      <w:r>
        <w:br/>
        <w:t>Наливайківці&lt;br /&gt;</w:t>
        <w:br/>
        <w:t>(вимахуючи руками й перебиваючи один одного).</w:t>
      </w:r>
    </w:p>
    <w:p>
      <w:r>
        <w:br/>
        <w:t>— То так про нас гетьмани наші дбають!..&lt;br /&gt;</w:t>
        <w:br/>
        <w:t>— Ляхам на палі продаєте, кляті!..&lt;br /&gt;</w:t>
        <w:br/>
        <w:t>— Не буде так! загинете із нами!..</w:t>
      </w:r>
    </w:p>
    <w:p>
      <w:r>
        <w:br/>
        <w:t>Наливайко&lt;br /&gt;</w:t>
        <w:br/>
        <w:t>(тупнувши ногою, грізно).</w:t>
      </w:r>
    </w:p>
    <w:p>
      <w:r>
        <w:br/>
        <w:t>Що?! Губу затуліть!.. Що сталось?..&lt;br /&gt;</w:t>
        <w:br/>
        <w:t>Наливайківці&lt;br /&gt;</w:t>
        <w:br/>
        <w:t>(відступивши до дверей).</w:t>
      </w:r>
    </w:p>
    <w:p>
      <w:r>
        <w:br/>
        <w:t>— Не знаєш ти? То поспитай його!..&lt;br /&gt;</w:t>
        <w:br/>
        <w:t>— Ворота відчинив ляхам, падлюка!&lt;br /&gt;</w:t>
        <w:br/>
        <w:t>— Ляхи у таборі, а ти не знаєш?..&lt;br /&gt;</w:t>
        <w:br/>
        <w:t>— На чорта нам такі, як ви, гетьмани!&lt;br /&gt;</w:t>
        <w:br/>
        <w:t>— Один ляхам нас продає, а другий&lt;br /&gt;</w:t>
        <w:br/>
        <w:t>Не зна нічого!..</w:t>
      </w:r>
    </w:p>
    <w:p>
      <w:r>
        <w:br/>
        <w:t>Наливайко&lt;br /&gt;</w:t>
        <w:br/>
        <w:t>(висмикує з-за пояса пістоля й стріляє в Лободу).&lt;br /&gt;</w:t>
        <w:br/>
        <w:t>Так умри ж, собако!</w:t>
      </w:r>
    </w:p>
    <w:p>
      <w:r>
        <w:br/>
        <w:t>Лобода (важко подає).</w:t>
      </w:r>
    </w:p>
    <w:p>
      <w:r>
        <w:br/>
        <w:t>Касильдо... смерть... Простіть, брати... простіть!&lt;br /&gt;</w:t>
        <w:br/>
        <w:t>(Вмирає).</w:t>
      </w:r>
    </w:p>
    <w:p>
      <w:r>
        <w:br/>
        <w:t>Касильда</w:t>
      </w:r>
    </w:p>
    <w:p>
      <w:r>
        <w:br/>
        <w:t>Ах, жах...&lt;br /&gt;</w:t>
        <w:br/>
        <w:t>(Кидається на шию Пазині).&lt;br /&gt;</w:t>
        <w:br/>
        <w:t>О, мамо, мамо!&lt;br /&gt;</w:t>
        <w:br/>
        <w:t>Пазина обнімає її й здивовано позирає на Наливайка.</w:t>
      </w:r>
    </w:p>
    <w:p>
      <w:r>
        <w:br/>
        <w:t>Наливайко (до Пазини).</w:t>
      </w:r>
    </w:p>
    <w:p>
      <w:r>
        <w:br/>
        <w:t>Я сказав...</w:t>
      </w:r>
    </w:p>
    <w:p>
      <w:r>
        <w:br/>
        <w:t>Знадвору виразніш чути гомін бою.</w:t>
      </w:r>
    </w:p>
    <w:p>
      <w:r>
        <w:br/>
        <w:t>Наливайківці</w:t>
      </w:r>
    </w:p>
    <w:p>
      <w:r>
        <w:br/>
        <w:t>— На двір! — До бою! — Смерть ляхам!</w:t>
      </w:r>
    </w:p>
    <w:p>
      <w:r>
        <w:br/>
        <w:t>Наливайко</w:t>
      </w:r>
    </w:p>
    <w:p>
      <w:r>
        <w:br/>
        <w:t>Це я сказав їй, хто вона. Прощай!&lt;br /&gt;</w:t>
        <w:br/>
        <w:t>Пропало все — вже бачу я, тому&lt;br /&gt;</w:t>
        <w:br/>
        <w:t>Згадай у молитвах своїх мене,&lt;br /&gt;</w:t>
        <w:br/>
        <w:t>Як жива будеш. Я ж іду і ляжу&lt;br /&gt;</w:t>
        <w:br/>
        <w:t>З брагами поруч в чеснім бої...</w:t>
      </w:r>
    </w:p>
    <w:p>
      <w:r>
        <w:br/>
        <w:t>Пазина</w:t>
      </w:r>
    </w:p>
    <w:p>
      <w:r>
        <w:br/>
        <w:t>Йди,&lt;br /&gt;</w:t>
        <w:br/>
        <w:t>Іди боржій,— тебе потрібно там,-&lt;br /&gt;</w:t>
        <w:br/>
        <w:t>І най Господь тебе боронить, любий!..</w:t>
      </w:r>
    </w:p>
    <w:p>
      <w:r>
        <w:br/>
        <w:t>Наливайко йде до дверей.</w:t>
      </w:r>
    </w:p>
    <w:p>
      <w:r>
        <w:br/>
        <w:t>Касильда&lt;br /&gt;</w:t>
        <w:br/>
        <w:t>(простягає до нього руки).</w:t>
      </w:r>
    </w:p>
    <w:p>
      <w:r>
        <w:br/>
        <w:t>Не йди!.. тебе уб'ють... Зостанься тут:&lt;br /&gt;</w:t>
        <w:br/>
        <w:t>Вблагаю я коронного...</w:t>
      </w:r>
    </w:p>
    <w:p>
      <w:r>
        <w:br/>
        <w:t>Наливайко&lt;br /&gt;</w:t>
        <w:br/>
        <w:t>(почувши в сінях грюкіт, відступає од дверей).</w:t>
      </w:r>
    </w:p>
    <w:p>
      <w:r>
        <w:br/>
        <w:t>Вже пізно...</w:t>
      </w:r>
    </w:p>
    <w:p>
      <w:r>
        <w:br/>
        <w:t>Входить Дрига й веде за собою кварцяників.</w:t>
      </w:r>
    </w:p>
    <w:p>
      <w:r>
        <w:br/>
        <w:t>Дрига</w:t>
      </w:r>
    </w:p>
    <w:p>
      <w:r>
        <w:br/>
        <w:t>Ось він... це Наливайко...</w:t>
      </w:r>
    </w:p>
    <w:p>
      <w:r>
        <w:br/>
        <w:t>Кварцяники ціляться в Наливайка з мушкетів.</w:t>
      </w:r>
    </w:p>
    <w:p>
      <w:r>
        <w:br/>
        <w:t>Наливайко (здивовано).</w:t>
      </w:r>
    </w:p>
    <w:p>
      <w:r>
        <w:br/>
        <w:t>Попе, ти?!</w:t>
      </w:r>
    </w:p>
    <w:p>
      <w:r>
        <w:br/>
        <w:t>Дрига&lt;br /&gt;</w:t>
        <w:br/>
        <w:t>(ніяково кашлянувши).</w:t>
      </w:r>
    </w:p>
    <w:p>
      <w:r>
        <w:br/>
        <w:t>Еге ж... воістину єсм аз...</w:t>
      </w:r>
    </w:p>
    <w:p>
      <w:r>
        <w:br/>
        <w:t>Наливайко (регоче).</w:t>
      </w:r>
    </w:p>
    <w:p>
      <w:r>
        <w:br/>
        <w:t>Продав?..</w:t>
      </w:r>
    </w:p>
    <w:p>
      <w:r>
        <w:br/>
        <w:t>Дрига</w:t>
      </w:r>
    </w:p>
    <w:p>
      <w:r>
        <w:br/>
        <w:t>Еге ж... кхи... яко Юда древле... той...&lt;br /&gt;</w:t>
        <w:br/>
        <w:t>За тридцять...&lt;br /&gt;</w:t>
        <w:br/>
        <w:t>Наливайко</w:t>
      </w:r>
    </w:p>
    <w:p>
      <w:r>
        <w:br/>
        <w:t>Так?..&lt;br /&gt;</w:t>
        <w:br/>
        <w:t>(до Пазини)</w:t>
      </w:r>
    </w:p>
    <w:p>
      <w:r>
        <w:br/>
        <w:t>І з ними мріяв я&lt;br /&gt;</w:t>
        <w:br/>
        <w:t>Козацьку правду боронити, дурень!..&lt;br /&gt;</w:t>
        <w:br/>
        <w:t>Тож пропади, нікчемне падло, й ти!</w:t>
      </w:r>
    </w:p>
    <w:p>
      <w:r>
        <w:br/>
        <w:t>(Бистро вихоплює шаблю й перед отетерілими кварцяниками пронизує нею попа. Він падає в корчах).</w:t>
      </w:r>
    </w:p>
    <w:p>
      <w:r>
        <w:br/>
        <w:t>Візьми — поки що непотрібна вже!</w:t>
      </w:r>
    </w:p>
    <w:p>
      <w:r>
        <w:br/>
        <w:t>(Передає шаблю старшому. Той приймає її й дає знак воякам. Вони оточують гетьмана довкола).</w:t>
      </w:r>
    </w:p>
    <w:p>
      <w:r>
        <w:br/>
        <w:t>Прощай, Пазино! Не привів Господь&lt;br /&gt;</w:t>
        <w:br/>
        <w:t>Святого діла доконати нам,&lt;br /&gt;</w:t>
        <w:br/>
        <w:t>Та не журись: іще не раз із степу&lt;br /&gt;</w:t>
        <w:br/>
        <w:t>Повіє буйний вітер на магнатів,&lt;br /&gt;</w:t>
        <w:br/>
        <w:t>Не одного ще бідная голота&lt;br /&gt;</w:t>
        <w:br/>
        <w:t>Гетьмана вродить Наливайка — їм&lt;br /&gt;</w:t>
        <w:br/>
        <w:t>На страх і на загибель!.. Прощавай!..</w:t>
      </w:r>
    </w:p>
    <w:p>
      <w:r>
        <w:br/>
        <w:t>Його виводять, Касильда падає непритомна.</w:t>
      </w:r>
    </w:p>
    <w:p>
      <w:r>
        <w:br/>
        <w:t>Пазина&lt;br /&gt;</w:t>
        <w:br/>
        <w:t>(стоїть, закам'янівши на місці і дивлячись йому услід, шепоче побілілими устами).</w:t>
      </w:r>
    </w:p>
    <w:p>
      <w:r>
        <w:br/>
        <w:t>Не одного... Але... коли?.. коли?..&lt;br /&gt;</w:t>
        <w:br/>
        <w:t>(Нахиляється над донькою).</w:t>
      </w:r>
    </w:p>
    <w:p>
      <w:r>
        <w:br/>
        <w:t>Ужгород&lt;br /&gt;</w:t>
        <w:br/>
        <w:t>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Северин Наливайко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