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Сестра</w:t>
      </w:r>
    </w:p>
    <w:p>
      <w:r>
        <w:br/>
        <w:t xml:space="preserve"> Ні зозуля в лузі затужила,&lt;br /&gt;</w:t>
        <w:br/>
        <w:t>Ні пташина в тузі голосила,&lt;br /&gt;</w:t>
        <w:br/>
        <w:t>То сестричка лист писала,&lt;br /&gt;</w:t>
        <w:br/>
        <w:t>На сторону посилала,&lt;br /&gt;</w:t>
        <w:br/>
        <w:t>Та й до брата слезно промовляла:</w:t>
      </w:r>
    </w:p>
    <w:p>
      <w:r>
        <w:br/>
        <w:t>"Брате милий, брате соколоньку,&lt;br /&gt;</w:t>
        <w:br/>
        <w:t>Ти-сь покинув сестру сиротоньку,&lt;br /&gt;</w:t>
        <w:br/>
        <w:t>А я ходжу, накликаю,&lt;br /&gt;</w:t>
        <w:br/>
        <w:t>Як зозуленька в темнім гаю:&lt;br /&gt;</w:t>
        <w:br/>
        <w:t>Верни, верни з далекого краю!"</w:t>
      </w:r>
    </w:p>
    <w:p>
      <w:r>
        <w:br/>
        <w:t>"Сестро моя, сестро моя руто,&lt;br /&gt;</w:t>
        <w:br/>
        <w:t>Як я можу до тебе вернути?&lt;br /&gt;</w:t>
        <w:br/>
        <w:t>Через ліси темнесенькі,&lt;br /&gt;</w:t>
        <w:br/>
        <w:t>Через ріки бистресенькі,&lt;br /&gt;</w:t>
        <w:br/>
        <w:t>Через степи рівні, рівнесенькі?"</w:t>
      </w:r>
    </w:p>
    <w:p>
      <w:r>
        <w:br/>
        <w:t>"Гаєм-гаєм, лебедем Дунаєм,&lt;br /&gt;</w:t>
        <w:br/>
        <w:t>А степами бистрим горностаєм,&lt;br /&gt;</w:t>
        <w:br/>
        <w:t>А на моє подвіренько&lt;br /&gt;</w:t>
        <w:br/>
        <w:t>Пади бистрим соколеньком,&lt;br /&gt;</w:t>
        <w:br/>
        <w:t>А голубом на моє серденько".</w:t>
      </w:r>
    </w:p>
    <w:p>
      <w:r>
        <w:br/>
        <w:t>Ой летів я сім день та й годину,&lt;br /&gt;</w:t>
        <w:br/>
        <w:t>Прилетів я до сестри в гостину,&lt;br /&gt;</w:t>
        <w:br/>
        <w:t>Прилетів я та й гукаю,&lt;br /&gt;</w:t>
        <w:br/>
        <w:t>А сестрички не видаю,&lt;br /&gt;</w:t>
        <w:br/>
        <w:t>Ах, відай я сестри вже не маю.</w:t>
      </w:r>
    </w:p>
    <w:p>
      <w:r>
        <w:br/>
        <w:t>"Сестро ж моя, лелієнько біла,&lt;br /&gt;</w:t>
        <w:br/>
        <w:t>Уповіж ми, де ти ся поділа?"&lt;br /&gt;</w:t>
        <w:br/>
        <w:t>"В гаю, брате, в гаю, в гаю,&lt;br /&gt;</w:t>
        <w:br/>
        <w:t>Під могилов пробуваю,&lt;br /&gt;</w:t>
        <w:br/>
        <w:t>Все о тобі розмовоньку маю".</w:t>
      </w:r>
    </w:p>
    <w:p>
      <w:r>
        <w:br/>
        <w:t>(1862)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