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Сервус, Мадонно</w:t>
      </w:r>
    </w:p>
    <w:p>
      <w:r>
        <w:br/>
        <w:t xml:space="preserve"> Константи Ільдефонс Ґалчинський&lt;br /&gt;</w:t>
        <w:br/>
        <w:t>Сервус, Мадонно</w:t>
      </w:r>
    </w:p>
    <w:p>
      <w:r>
        <w:br/>
        <w:t>Перекладач: Р.Лубківський&lt;br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Хай інші там книги пишуть. І навіть&lt;br /&gt;</w:t>
        <w:br/>
        <w:t>нехай гримить їхня слава із веж найвищих&lt;br /&gt;</w:t>
        <w:br/>
        <w:t>стодзвонно.&lt;br /&gt;</w:t>
        <w:br/>
        <w:t>Я книг писати не вмію і зовсім не прагну слави —&lt;br /&gt;</w:t>
        <w:br/>
        <w:t>сервус, Мадонно.</w:t>
      </w:r>
    </w:p>
    <w:p>
      <w:r>
        <w:br/>
        <w:t>Не дбаю про їхню спокійну та променисту долю,&lt;br /&gt;</w:t>
        <w:br/>
        <w:t>і не для мене сонце, ані природи лоно.&lt;br /&gt;</w:t>
        <w:br/>
        <w:t>Для мене — лиш ніч і вітер, та хміль алкоголю, —&lt;br /&gt;</w:t>
        <w:br/>
        <w:t>сервус, Мадонно.</w:t>
      </w:r>
    </w:p>
    <w:p>
      <w:r>
        <w:br/>
        <w:t>Інші були до мене, інші будуть потому,&lt;br /&gt;</w:t>
        <w:br/>
        <w:t>життя — воно споконвічне, поборює смерть невтомно.&lt;br /&gt;</w:t>
        <w:br/>
        <w:t>І все це — мов сон химерний, що верзеться&lt;br /&gt;</w:t>
        <w:br/>
        <w:t>дурному,&lt;br /&gt;</w:t>
        <w:br/>
        <w:t>сервус, Мадонно.</w:t>
      </w:r>
    </w:p>
    <w:p>
      <w:r>
        <w:br/>
        <w:t>Для тебе, що сяєш у строї з латаття і свіжих лілій,&lt;br /&gt;</w:t>
        <w:br/>
        <w:t>квітів мого дитинства, чисто і безборонно,&lt;br /&gt;</w:t>
        <w:br/>
        <w:t>росою руки обмивши, сплітаю вінок невмілий, —&lt;br /&gt;</w:t>
        <w:br/>
        <w:t>сервус, Мадонно.</w:t>
      </w:r>
    </w:p>
    <w:p>
      <w:r>
        <w:br/>
        <w:t>Не погордуй вінком тим поета — пройдисвіта, гнуса,&lt;br /&gt;</w:t>
        <w:br/>
        <w:t>знає мене поліція і борзописців гроно.&lt;br /&gt;</w:t>
        <w:br/>
        <w:t>А ти — моя мати й кохана, а ти — моя муза, —&lt;br /&gt;</w:t>
        <w:br/>
        <w:t>сервус, Мадонно!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Сервус, Мадонно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