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Серце</w:t>
      </w:r>
    </w:p>
    <w:p>
      <w:r>
        <w:br/>
        <w:t xml:space="preserve"> &lt;p&gt;Трохименко примружив очі: над головою йому, над золотим колосом подільської пшениці високо стояло сонце.</w:t>
      </w:r>
    </w:p>
    <w:p>
      <w:r>
        <w:br/>
        <w:t>Димні хмарини, схожі на бабине літо, заткали були на сонце на одну лише мить…</w:t>
      </w:r>
    </w:p>
    <w:p>
      <w:r>
        <w:br/>
        <w:t>Гарячий серпневий день приском пломенів над рікою Збруч; червона шелюга, верболіз і верби молоді заступили перед сонцем цю ріку давню ніби навмисне, щоб не висохла —така вона мілка влітку — прославлена Збруч-ріка!</w:t>
      </w:r>
    </w:p>
    <w:p>
      <w:r>
        <w:br/>
        <w:t>І ріка ліниво, журно якось плющить рудою осугою аж до Дністра… Вона плющить отак споконвіку на землі українській, як тавро те — Збруч-ріка!</w:t>
      </w:r>
    </w:p>
    <w:p>
      <w:r>
        <w:br/>
        <w:t>Кому не служив у минувшині Збруч?…Трохименко звів свої очі до сонця знічев'я: зацікавився, чого воно раптом потьмарилося?</w:t>
      </w:r>
    </w:p>
    <w:p>
      <w:r>
        <w:br/>
        <w:t>Ні, все ніби гаразд: сонце світить, як і світило, Збруч, де замаскований лежить на березі Трохименко, так само плющить поміж стернями, як і плющив, а більше-жодних змін на дільниці вартового червоноармійця.</w:t>
      </w:r>
    </w:p>
    <w:p>
      <w:r>
        <w:br/>
        <w:t>Сонний, тихий українсько-польський кордон!… Трохименкові навіть лежати нудно, така навкруги тиша. Минув уже місяць, як він прибув над Збруч з далекого Амуру — там були жорстокі бої, небезпека, смерть, а тут — золоті пшениці, сиві жита і — сонце!</w:t>
      </w:r>
    </w:p>
    <w:p>
      <w:r>
        <w:br/>
        <w:t>Він, розваги ради, з погордою порівнює повноводу Біру на Амурі з мізерним Збручем: "Ото річка, я розумію, — хоче він сказати комусь, — а Збруч-рівчак якийсь замулений…"</w:t>
      </w:r>
    </w:p>
    <w:p>
      <w:r>
        <w:br/>
        <w:t>Дивно, йому снилися сьогодні жовто-зелені води ріки Біри. Темний, густий-густий ліс, росяна трава на заливних лугах і чорні, з потрісканою корою, берези… Десь горіла тайга. А під березовим пеньком — його так яскраво бачив Трохименко — лежав мертвий китаєць. І Біра запінена заливала тому китайцеві рота водою…</w:t>
      </w:r>
    </w:p>
    <w:p>
      <w:r>
        <w:br/>
        <w:t>"Бій, мабуть, під Чорняєвим снився мені", — подумав Трохименко.</w:t>
      </w:r>
    </w:p>
    <w:p>
      <w:r>
        <w:br/>
        <w:t>Підсунув рукою польового бінокля, обережно протер йому лупаті очі і, в сотий раз, може, оглянув лінію кордону.</w:t>
      </w:r>
    </w:p>
    <w:p>
      <w:r>
        <w:br/>
        <w:t>Десь далеко, випроставши спину, стояв по тім боці ріки вуйко; у білих штанях, постолах, в якомусь каптурі без рукавів, — вуйко схожий був здалеку на лелеку, що несподівано спустився замість болота на сиві жита. Він стояв і пильно мантачив бруском косу, а коли скінчив мантачити, тоді застромив того бруска в дерев'яну кобуру при боці й пальцем по лезу коси…</w:t>
      </w:r>
    </w:p>
    <w:p>
      <w:r>
        <w:br/>
        <w:t>"Чи гостра ж коса?" —промайнуло в Трохименка запитання.</w:t>
      </w:r>
    </w:p>
    <w:p>
      <w:r>
        <w:br/>
        <w:t>Родом з Черкащини, він здивований був з бруска вуйкового: хто мантачить бруском косу? На Черкащині засміяли б такого ветхого косаря! Так незручно носити того бруска при боці, важко; вода, мабуть, хлюпає з кобури, а він ще й досі мантачки не придбав собі!… Порадити б йому мантачку… Мантачка — куди зручніша!</w:t>
      </w:r>
    </w:p>
    <w:p>
      <w:r>
        <w:br/>
        <w:t>Отак розумуючи, Трохименко весело засміявся: йому було видно невдаху-косаря до найменших дрібниць.</w:t>
      </w:r>
    </w:p>
    <w:p>
      <w:r>
        <w:br/>
        <w:t>— Іч, на сонце позирає,— приказував він, спостерігаючи вуйка, — дощу, мабуть, боїться в жнива… Одразу видно тобі нашого чоловіка!</w:t>
      </w:r>
    </w:p>
    <w:p>
      <w:r>
        <w:br/>
        <w:t>Справді, заскаливши трохи око, вуйко підвів голову —дивився й собі на потьмарене сонце; з піднесеною вгору головою він стояв хвилин зо дві, щось притакнув і понуро схилив чоло до землі.</w:t>
      </w:r>
    </w:p>
    <w:p>
      <w:r>
        <w:br/>
        <w:t>Далі зручніше повернув під руку кісся,— коса ясно заблищала проти сонця, а вуйко на всю руку, розгонисто й широко почав класти новий покіс.</w:t>
      </w:r>
    </w:p>
    <w:p>
      <w:r>
        <w:br/>
        <w:t>У Трохименка, коли вуйко закошував нову ручку, зринуло дивне бажання: пожартувати з ним.</w:t>
      </w:r>
    </w:p>
    <w:p>
      <w:r>
        <w:br/>
        <w:t>Гукнути б йому отак, по-парубоцькому, на всю горлянку, як то робив колись Трохименко на селі: "Не давіть, дядьку, на п'ятку,-однаково олія не потече!"</w:t>
      </w:r>
    </w:p>
    <w:p>
      <w:r>
        <w:br/>
        <w:t>І звідки йому такі дикі мислі, з обуренням подумав Трохименко.</w:t>
      </w:r>
    </w:p>
    <w:p>
      <w:r>
        <w:br/>
        <w:t>Йому навіть смішно стало, що в нього зринула така думка.</w:t>
      </w:r>
    </w:p>
    <w:p>
      <w:r>
        <w:br/>
        <w:t>Зразковий червоноармієць з прикордонного корпусу, вій прекрасно знав, що гукнути на такій відповідальній варті, як його варта, міг би лише божевільний. Сам сміявся з вигадки своєї й жартома приказував:</w:t>
      </w:r>
    </w:p>
    <w:p>
      <w:r>
        <w:br/>
        <w:t>— Косіть, вуйку, на здоров'я… Косіть собі з ланом-богом!…</w:t>
      </w:r>
    </w:p>
    <w:p>
      <w:r>
        <w:br/>
        <w:t>Дивився пильно на соромливі кущі червоної шелюги, на молодий очерет понад берегами Збруча, на сиві жита далекі — скрізь оглянув до дрібниць свою дільницю. Але навкруги — особлива, урочиста якась тиша.</w:t>
      </w:r>
    </w:p>
    <w:p>
      <w:r>
        <w:br/>
        <w:t>Аж дивувався: в чому річ? Сьогодні ж повинні приїхати над Збруч гарцежи польські, так принаймні казав Трохименкові начальник застави. Більше того, начальник застави передав, як йому — Трохименкові — слід поводитися з тими гарцежами чваньковитими, коли вони будуть шипіти над рікою свої прокльони Україні.</w:t>
      </w:r>
    </w:p>
    <w:p>
      <w:r>
        <w:br/>
        <w:t>— Не зважай… Хай собі побавляться у непереможну націю, а ти — пильнуй варти. От і все.</w:t>
      </w:r>
    </w:p>
    <w:p>
      <w:r>
        <w:br/>
        <w:t>І Трохименко з великою цікавістю чекав на гарцежів, адже з ними завжди наїздить багато вельможного панства, — а тоді така весела варта, як ніколи!</w:t>
      </w:r>
    </w:p>
    <w:p>
      <w:r>
        <w:br/>
        <w:t>Він уже не раз бачив тут, на українсько-польському кордоні, випещених панків з панянками — о, то все біла кість наїздить над Збруч!</w:t>
      </w:r>
    </w:p>
    <w:p>
      <w:r>
        <w:br/>
        <w:t>Вони завжди ловлять очима далекі вежі Кам'янця-Подільського… Трохименко знає: вони довго стоятимуть над берегом Збруча, тихо заводитимуть свої пісні і будуть співати їх урочисто, з блискучими очима; жовнір польський буде ласкаво, винувато усміхатися, раз у раз підбігатиме від однієї групи до другої, і, заклопотаний, він показуватиме рукою на прикордонний стовп з молотом і серпом…</w:t>
      </w:r>
    </w:p>
    <w:p>
      <w:r>
        <w:br/>
        <w:t>— Дивіться, пани ласкаві, дивіться… Більшовицький стовп.</w:t>
      </w:r>
    </w:p>
    <w:p>
      <w:r>
        <w:br/>
        <w:t>— Кордон, панно…</w:t>
      </w:r>
    </w:p>
    <w:p>
      <w:r>
        <w:br/>
        <w:t>Елегантні панни й пані, зачаровані краєвидом, мовчки дивитимуться на золоті подільські пшениці, мрійно зводитимуть очі на білий Хотин, затканий зеленими берегами, і, невідомо з чого саме незадоволені, вони підійдуть аж до берега Збруч-річки, щоб востаннє —на прощання — кинути якийсь проклін дикій, варварській країні —сусідці.</w:t>
      </w:r>
    </w:p>
    <w:p>
      <w:r>
        <w:br/>
        <w:t>Трохименко опустив бінокля. Не видно тобі й поганенького гарцежа, ніде й нікого… Хвилястий степ, сонце.</w:t>
      </w:r>
    </w:p>
    <w:p>
      <w:r>
        <w:br/>
        <w:t>Вартовий жовнір видивлявся н люстерко; з нудьги, видно, спробував видавити на носі утра, але й він несподівано заховав люстерко до кишені й солодко, примружуючи по-котячому очі, позіхнув.</w:t>
      </w:r>
    </w:p>
    <w:p>
      <w:r>
        <w:br/>
        <w:t>На степу, вимахуючи розгонисто косою, ручка за ручкою, косив вуйко, схожий здалеку на лелеку.</w:t>
      </w:r>
    </w:p>
    <w:p>
      <w:r>
        <w:br/>
        <w:t>— Шарх, шарх…-долітали іноді дзвінкі звуки коси.</w:t>
      </w:r>
    </w:p>
    <w:p>
      <w:r>
        <w:br/>
        <w:t>— Ет, чорт з ними: приїдуть — добре, не приїдуть — ще краще… — міркує Трохименко, згадавши гарцежів з панянками.</w:t>
      </w:r>
    </w:p>
    <w:p>
      <w:r>
        <w:br/>
        <w:t>Гарцежи польські, як говорив йому начальник застави, досвідчені і добре вправні шпигуни… Так, треба мати метке око, гав ловити тут не доводиться, бо це люди такі, що самого бога взують і роззують: солідні люди, хоч і молоді! А спеціалізуються, мовляв, гарцежи над Збручем… Отже, вартуй пильніше!</w:t>
      </w:r>
    </w:p>
    <w:p>
      <w:r>
        <w:br/>
        <w:t>Начальник застави — низенький, чорноокий Калінкін — запевняв Трохименка, що гарцежи повинні бути сьогодні обов'язково — такі є точні інформації…</w:t>
      </w:r>
    </w:p>
    <w:p>
      <w:r>
        <w:br/>
        <w:t>І — маєш: сонце давно вже звернуло з обід; Трохименкові надокучило раз у раз, коли з'явиться на обрії якась точка, детально обсервувати її в бінокля, гарцежів — згорять вони — нема та й нема!</w:t>
      </w:r>
    </w:p>
    <w:p>
      <w:r>
        <w:br/>
        <w:t>Вуйко встиг давно вже пообідати свій немудрий обід, відпочив трохи й косу підклепав… Він уже знову кладе покоси ручка за ручкою.</w:t>
      </w:r>
    </w:p>
    <w:p>
      <w:r>
        <w:br/>
        <w:t>— Виходить, помилився товариш Катінкін,— вирішує остаточно Трохименко.</w:t>
      </w:r>
    </w:p>
    <w:p>
      <w:r>
        <w:br/>
        <w:t>Він бере до рук рурку телефону-подзвонити й запитати Калінкіна: чи приїдуть сьогодні гарцежи, чи ні?…</w:t>
      </w:r>
    </w:p>
    <w:p>
      <w:r>
        <w:br/>
        <w:t>"Ще на догану наскочу, — сам собі розраював, — на чорта вони мені здалися? Та й запитувати телефоном незручно, хіба це така надзвичайна подія?…"</w:t>
      </w:r>
    </w:p>
    <w:p>
      <w:r>
        <w:br/>
        <w:t>У вуха червоноармійцеві голосною луною врізається дзвінкий дитячий голос:</w:t>
      </w:r>
    </w:p>
    <w:p>
      <w:r>
        <w:br/>
        <w:t>— Ачу! Коли ти сі вгамуєш? Де ото ти вирядилася, моя пані ласкава? Чого тобі там треба?…</w:t>
      </w:r>
    </w:p>
    <w:p>
      <w:r>
        <w:br/>
        <w:t>Зацікавлений, Трохименко сторожко повертає голову назад, на дитячий голос.</w:t>
      </w:r>
    </w:p>
    <w:p>
      <w:r>
        <w:br/>
        <w:t>Перед очима йому —праворуч —стіною стоять пшениці, а ліворуч, недалеко села, стайками і журавлиними ключами — копи…</w:t>
      </w:r>
    </w:p>
    <w:p>
      <w:r>
        <w:br/>
        <w:t>Возовиці ще немає, отож копи стоять з гордо піднесеними шапками —пишні, як ті шишки на весіллі; над ними тремтять незримі золоті струни —дзвенить ланом тонка мелодія, а копи, ніби зачаровані з музики степової, то хмарніють, то міняться на сонці щирим золотом.</w:t>
      </w:r>
    </w:p>
    <w:p>
      <w:r>
        <w:br/>
        <w:t>І тільки край дороги, на стародавньому козацькому окопі, хтось порушив уже спокій і гармонію кіп: там вивершували важкими снопами першого воза.</w:t>
      </w:r>
    </w:p>
    <w:p>
      <w:r>
        <w:br/>
        <w:t>А зовсім близько Трохименка, за гони якісь, майорить під копами у червоній косинці гілка, тонка, мов те стебло, дівчинка. Вона завертає від кіп свині…</w:t>
      </w:r>
    </w:p>
    <w:p>
      <w:r>
        <w:br/>
        <w:t>— Минка,-вирішує червоноармієць, хто ж інший насмілиться пасти так близько кордону? Тільки Минка! О, це смілива дівчина?</w:t>
      </w:r>
    </w:p>
    <w:p>
      <w:r>
        <w:br/>
        <w:t>Трохименко добре знає Минку: вона день у день підходить попаски із своїми аж до берега річки, нікого не боїться!</w:t>
      </w:r>
    </w:p>
    <w:p>
      <w:r>
        <w:br/>
        <w:t>Йому навіть приємно за Минку, що вона така смілива дівчина.</w:t>
      </w:r>
    </w:p>
    <w:p>
      <w:r>
        <w:br/>
        <w:t>Кордон? Не розуміє цього слова Минка. По той бік Збруча, знає вона, живе її тітка, материна сестра ріпна; живуть ті ж самі люди, що й по цей бік, — а хтось вигадав кордон над Збручем!…</w:t>
      </w:r>
    </w:p>
    <w:p>
      <w:r>
        <w:br/>
        <w:t>Смішно, пастухи — по обидва боки річки — бояться підходити близько берега, але вона — Минка-ніколи!</w:t>
      </w:r>
    </w:p>
    <w:p>
      <w:r>
        <w:br/>
        <w:t>Ніхто, мабуть, не був з пастухів там, де вже лежать червоноармійці… Вони кумедно так зодягнені —плямисті якісь штани, сиві, кольору неспілого жита, сорочки, годі й помітити їх під ногами!… Дивишся-ворушиться камінь, горбиться, а ближче —на тебе чатують з трави суворі або ласкаві очі…</w:t>
      </w:r>
    </w:p>
    <w:p>
      <w:r>
        <w:br/>
        <w:t>Минці, бували такі дні, щастило й купатися в Збручі,-а хто ж інший насмілювався?…</w:t>
      </w:r>
    </w:p>
    <w:p>
      <w:r>
        <w:br/>
        <w:t>Проте найбільшого клопоту завдає Минці ота велика, покарбована чорними латками свиня. Яка вона неслухняна,-сказати не можна!</w:t>
      </w:r>
    </w:p>
    <w:p>
      <w:r>
        <w:br/>
        <w:t>От і зараз, не встигла ще Минка й присісти на межі, а свиня-рох-рох-рох-рушила вже під стайку кіп.</w:t>
      </w:r>
    </w:p>
    <w:p>
      <w:r>
        <w:br/>
        <w:t>— Ачу, дурна, назад, — вдруге чує Трохименко Минчин голос. — Де ото вирядилася мені, га? Де, я питаю?…</w:t>
      </w:r>
    </w:p>
    <w:p>
      <w:r>
        <w:br/>
        <w:t>Минка суворо, як то роблять дорослі, умовляє свиню повернутися назад, а коли бачить, що свиня все-таки підкрадається під копи, тоді дівчина зривається з місця і, метко розмахуючи ціпком у руці, грудкою котиться під копи, щоб завернути неслухняну пані свиню, як її величає Минка.</w:t>
      </w:r>
    </w:p>
    <w:p>
      <w:r>
        <w:br/>
        <w:t>Вона ще довго потім буде страмити й картати перед поросятами матір їхню, покарбовану чорними латками. Ади, дивіться, яка вона лиха в Минки, що то вона витворяє, якого клопоту завдає дівчині?…</w:t>
      </w:r>
    </w:p>
    <w:p>
      <w:r>
        <w:br/>
        <w:t>"Хороше, розумне дівча,— настирливо вривається Трохименкові думка.-Диви, пасе ті поросята, як мати діти…"</w:t>
      </w:r>
    </w:p>
    <w:p>
      <w:r>
        <w:br/>
        <w:t>Задоволено усміхаючись на якусь свою давню-давню згадку з дитячих літ, Трохименко повертає знову голову на каламутні хвилі ріки Збруч: дивиться на польську територію. Вартує пильно кожного куща шелюги, найменший рух очеретини ловить він очима!</w:t>
      </w:r>
    </w:p>
    <w:p>
      <w:r>
        <w:br/>
        <w:t>Смішно Трохименкові: от недавно, здається, як і Минка, сам він бігав завертати скот,— бо не пас малим свині; їв смачну-смачну недопечену картоплю на полі, міняв за яйця махорку, дині дубівки-ого, всього було; і, дивно, якийсь жаль йому, що не можна вдруге повернути хоч один синій день той, коли сонце в степу наче за роги водило корову його на ситу пашу, коли він пісні на ціпках вигравав, коли воював з пастухами на Козацькій могилі, коли…</w:t>
      </w:r>
    </w:p>
    <w:p>
      <w:r>
        <w:br/>
        <w:t>"Ех, і діла ж були!" — задоволений, урвав він свої дитячі згадки.</w:t>
      </w:r>
    </w:p>
    <w:p>
      <w:r>
        <w:br/>
        <w:t>Трохименко здивований був, що до нього прийшли сьогодні, бодай у згадці, літа дитячі, сам він ніколи не любив згадувати про своє життя на селі, бо зазнав там змалку усіх радощів і горя вбогої мужицької дитини… Особливо горя.</w:t>
      </w:r>
    </w:p>
    <w:p>
      <w:r>
        <w:br/>
        <w:t>І зрозуміло, чому його серце лежить до Минки: "Таке мале дівча, мов той стручок перцю неспілий, а мусить змалку тупати коло скотини, ранить ноги по стерні, і ніколи — за життя своє — не доп'є, не доїсть, не доспить… Хіба Минка, свині пасучи, виб'ється коли із тих злиднів?"</w:t>
      </w:r>
    </w:p>
    <w:p>
      <w:r>
        <w:br/>
        <w:t>Трохименкові стало жаль Минки, жаль змарнованих по наймах літ і сестри своєї, що десь у Києві чужі діти чукає…</w:t>
      </w:r>
    </w:p>
    <w:p>
      <w:r>
        <w:br/>
        <w:t>"Поки багатий стухне, то бідний з голоду спухне… Виходить, бігай, Минцю, щоб поросятка в шкоду не вскочили!"</w:t>
      </w:r>
    </w:p>
    <w:p>
      <w:r>
        <w:br/>
        <w:t>Червоноармієць скрутнув головою й міцніше стиснув у руках рушницю.</w:t>
      </w:r>
    </w:p>
    <w:p>
      <w:r>
        <w:br/>
        <w:t>Ні, таки добре роблять, на його думку, більшовики, коли чухрають багачів… Хай усі будуть рівні!</w:t>
      </w:r>
    </w:p>
    <w:p>
      <w:r>
        <w:br/>
        <w:t>Ще раз обвів очима голі стерні, стайки кіп і на межі, у бублик зігнуту, Минку.</w:t>
      </w:r>
    </w:p>
    <w:p>
      <w:r>
        <w:br/>
        <w:t>Дівчина, розпустивши по стерні свині, обідала; вона вив'язала з вузлика шматок хліба, дві пучки солі і вмочила сизу цибулину в сіль ту…</w:t>
      </w:r>
    </w:p>
    <w:p>
      <w:r>
        <w:br/>
        <w:t>Трохименко уявляв собі обід Минчин, бо не раз уже бачив, як вона обідала недалеко Збруча; а два тижні тому розпитав дівчину, чия вона й звідки. І цікавився, чи свої свині пасе Минка?</w:t>
      </w:r>
    </w:p>
    <w:p>
      <w:r>
        <w:br/>
        <w:t>Родом Минка — ця гінка й розумна на свої літа дівчина — з Гаврилівців — села хоч і стародавнього на Поділлі, проте вбогого; Гаврилівці, як розповідав Трохименкові якийсь дивак професор з Кам'янця-Подільського, один раз тільки зажили собі на віку слави: пограбували польського посланця, що їхав до якогось там турецького паші…</w:t>
      </w:r>
    </w:p>
    <w:p>
      <w:r>
        <w:br/>
        <w:t>Ніхто з гаврилівчан не знає, мабуть, яку славу носить село їхнє, хіба один професор кам'янецький!</w:t>
      </w:r>
    </w:p>
    <w:p>
      <w:r>
        <w:br/>
        <w:t>А свині Минка пасе одному дядькові — такий собі заможненький, віробожний, з убогою рослинністю на обличчі, схожою на озимину, прибиту морозом,— Юхим Запара.</w:t>
      </w:r>
    </w:p>
    <w:p>
      <w:r>
        <w:br/>
        <w:t>Він за це поле Минчиній матері обробляє, снопи в жнива возить, косить; а мати — разом з Минкою — полють йому, жнуть; ще й свині пасе літо Минка… У багатого дядька служить.</w:t>
      </w:r>
    </w:p>
    <w:p>
      <w:r>
        <w:br/>
        <w:t>У Минчиної матері ще є діти, тільки вони малі дуже, хлопці її…</w:t>
      </w:r>
    </w:p>
    <w:p>
      <w:r>
        <w:br/>
        <w:t>— Ачу! Здохла б ти йому на радість,-втретє чує Трохименко Минчині скарги на свині.</w:t>
      </w:r>
    </w:p>
    <w:p>
      <w:r>
        <w:br/>
        <w:t>Гаряче серпневе сонце дошкулило, видно, тонкошкіру свиню; підкидаючи вгору писка, вона чмихала й бігла до річки, як божевільна, не звертала жодної уваги на свого маленького пастуха, на ціпка, а тільки скоса поглядала іноді на поросята — чи біжать вони слідом за нею.</w:t>
      </w:r>
    </w:p>
    <w:p>
      <w:r>
        <w:br/>
        <w:t>Минка аж розплакалася; не встигла скінчити обід, як довелося знову бігти; спідничина метлялася дівчині поміж ніг, а вона на всю силу мчала полем і все нахвалялася ціпком, що тремтів їй у руці…</w:t>
      </w:r>
    </w:p>
    <w:p>
      <w:r>
        <w:br/>
        <w:t>"От морока Дівчині…"</w:t>
      </w:r>
    </w:p>
    <w:p>
      <w:r>
        <w:br/>
        <w:t>Трохименко не скінчив своєї думки, як над вухом йому ледве чутно, глухо задзвонив телефон; поспішаючи, нервово взяв рурку до вуха й слухав:</w:t>
      </w:r>
    </w:p>
    <w:p>
      <w:r>
        <w:br/>
        <w:t>— Варта 3128?</w:t>
      </w:r>
    </w:p>
    <w:p>
      <w:r>
        <w:br/>
        <w:t>— Так.</w:t>
      </w:r>
    </w:p>
    <w:p>
      <w:r>
        <w:br/>
        <w:t>— Гарцежи, як вам казав, уже на лінії фільварків польських. Навпроти вашої дільниці будуть, мабуть, тільки кінні загони… У них, здається, маневри. Дивіться там пільніше. Все.</w:t>
      </w:r>
    </w:p>
    <w:p>
      <w:r>
        <w:br/>
        <w:t>— Слухаю.</w:t>
      </w:r>
    </w:p>
    <w:p>
      <w:r>
        <w:br/>
        <w:t>І Трохименко, підвівши чоло, поклав рурку телефону.</w:t>
      </w:r>
    </w:p>
    <w:p>
      <w:r>
        <w:br/>
        <w:t>Все трапилося так несподівано і так раптово, що годі було деталізувати розпорядження начальника застави… Ясно й так: пильніше вартуй кордон!</w:t>
      </w:r>
    </w:p>
    <w:p>
      <w:r>
        <w:br/>
        <w:t>Трохименкова рука лежата ще на рурці телефону; десь на обрії —уявляв собі —от-от повинні з'явитися гарцежи —тоді, мовляв, розпочнеться справжня варта — без нудьги, без дитячих споминів… Така, може, як недавно на Амурі!</w:t>
      </w:r>
    </w:p>
    <w:p>
      <w:r>
        <w:br/>
        <w:t>— У них, здається, маневри… — звучали ще слова начзастави.</w:t>
      </w:r>
    </w:p>
    <w:p>
      <w:r>
        <w:br/>
        <w:t>І раптом праворуч, на межі кордону, хтось важкий, з чорними латками на спині, колесом шубовснув у воду… Аж запирхкав.</w:t>
      </w:r>
    </w:p>
    <w:p>
      <w:r>
        <w:br/>
        <w:t>З розгону, безцеремонно ламаючи крихке стебло пшениці, невідомий Трохименкові злочинець спробував перейти кордон ясного, сонячного дня!</w:t>
      </w:r>
    </w:p>
    <w:p>
      <w:r>
        <w:br/>
        <w:t>Червоноармієць хапливо, звичним рухом, повернув навскоси рушницю й підкинув її на руку, щоб краще було взята йому на мушку зухвалого шпигуна чи контрабандиста</w:t>
      </w:r>
    </w:p>
    <w:p>
      <w:r>
        <w:br/>
        <w:t>— Не втічеш, голубе… ні,-підбадьорюючи сам себе, тихо приказував Трохименко.</w:t>
      </w:r>
    </w:p>
    <w:p>
      <w:r>
        <w:br/>
        <w:t>Він розкрив уже рота, щоб гукнути звичайне в таких випадках "стій", хоч добре знав, що такий зухвалий перехід кордону вимагав у першу чергу кулі; правда, постріл на кордоні не завжди буває виправданий, і не такий уже героїчний вчинок — випустити кулю, а ще гірше — не влучити, пустити її в небо синє…</w:t>
      </w:r>
    </w:p>
    <w:p>
      <w:r>
        <w:br/>
        <w:t>Трохименко був блідий, схвильований і всю силу волі скупчив на одному: влучити. За всяку ціну влучити невідомого ворога.</w:t>
      </w:r>
    </w:p>
    <w:p>
      <w:r>
        <w:br/>
        <w:t>То нічого, що пострілом він викриє своє замасковане місце, що вогненна лінія кордону з тривогою — по обидва боки Збруча — випускатиме на сполох кулі вгору, то все — дурниці, не варті серйозні уваги.</w:t>
      </w:r>
    </w:p>
    <w:p>
      <w:r>
        <w:br/>
        <w:t>Дипломати по обидва боки ріки будуть собі на дозвіллі вивчати, з якого боку був перший постріл, а йому, Трохименкові, треба затримати ворога, а коли не пощастить — подарувати йому кулю в далеку дорогу…</w:t>
      </w:r>
    </w:p>
    <w:p>
      <w:r>
        <w:br/>
        <w:t>Так розуміє він, червоноармієць, своє завдання.</w:t>
      </w:r>
    </w:p>
    <w:p>
      <w:r>
        <w:br/>
        <w:t>…Трохименко скригнув з люті зубами, плюнув кудись зозла аж на дуло рушниці і, незадоволений, впівголоса вилаявся; далі поволі спустив мушку з чорної латки на воді і, все ще схвильований, втопив очі в одну точку: на велику ікласту голову свині.</w:t>
      </w:r>
    </w:p>
    <w:p>
      <w:r>
        <w:br/>
        <w:t>— От історія! Сказати комусь соромно навіть — свиню замість шпигуна хотів забити!…</w:t>
      </w:r>
    </w:p>
    <w:p>
      <w:r>
        <w:br/>
        <w:t>І все-таки Трохименко не знав, що йому слід зробити негайно, щоб урятувати безглузду ситуацію: підвестися-незручно, він викриє тоді своє замасковане місце, чекати ж, поки Минка сама впорає цю божевільну свиню, теж не випадає… Проте вирішив зачекати.</w:t>
      </w:r>
    </w:p>
    <w:p>
      <w:r>
        <w:br/>
        <w:t>На березі річки з усіх боків оточена галасливими поросятами бігала Мішка й кричала:</w:t>
      </w:r>
    </w:p>
    <w:p>
      <w:r>
        <w:br/>
        <w:t>— Де ото ти залізла, очі тобі вилізли б?</w:t>
      </w:r>
    </w:p>
    <w:p>
      <w:r>
        <w:br/>
        <w:t>А свиня на крик не зважала; тріпаючи головою, капловуха купалася, видно, в Збручі з великою насолодою; вода блискучими краплинами стікала їй по щетині, а вона ще з більшим завзяттям пирхкала й задоволено рохкала.</w:t>
      </w:r>
    </w:p>
    <w:p>
      <w:r>
        <w:br/>
        <w:t>— Палю, пацю… вилазь уже, — вговоряє Минка свиню, а сама тихо плаче край берега великими невтішними сльозами.</w:t>
      </w:r>
    </w:p>
    <w:p>
      <w:r>
        <w:br/>
        <w:t>На крик Минчин по той бік кордону-ріки підвівся польський жовнір; у Трохименка глибоко десь закралася думка, чи не збираються Минка з жовніром відвернути його увагу, щоб у цей час хтось проскочив лінію кордону? Може, підговорили Мінку нарошне загнати в річку свиню?…</w:t>
      </w:r>
    </w:p>
    <w:p>
      <w:r>
        <w:br/>
        <w:t>І Трохименко ще з більшою пильністю стежить за найменшим рухом Минки й жовніра.</w:t>
      </w:r>
    </w:p>
    <w:p>
      <w:r>
        <w:br/>
        <w:t>Зелена каска з одноголовим білим орлом над лобом хитнулася на стежці раз-другий— польський жовнір, удаючи, ніби його зовсім не цікавить крик над рікою, ступив декілька кроків до берега: дивився на більшовицьку свиню.</w:t>
      </w:r>
    </w:p>
    <w:p>
      <w:r>
        <w:br/>
        <w:t>Ні, Трохименко не буде й собі підводитися на ноги, як то зробив жовнір: навіщо йому викривати свою замасковану засідку?</w:t>
      </w:r>
    </w:p>
    <w:p>
      <w:r>
        <w:br/>
        <w:t>Він певний, Минка незабаром вижене з води свиню; хтось надійде, може, допомогти їй, а не треба — заради такої дрібниці — турбувати телефоном Катінкіна… Шпигувати ж на користь панів поляків Минка, на його думку, ніколи не буде… Та й уговорити її на такий злочин не так уже легко.</w:t>
      </w:r>
    </w:p>
    <w:p>
      <w:r>
        <w:br/>
        <w:t>А тим часом задоволена, очевидно, з теплої води й затишку свиня й не збиралася рушати звідти з доброї волі; повертаючи к сонцю то один бік, то другий на мілкому дні Збруча, вона зовсім забула за Минчину владу над собою; більше того, шукаючи глибшого місця, вона лягла лівим боком на території кордону польського-підсунулася аж під самий берег.</w:t>
      </w:r>
    </w:p>
    <w:p>
      <w:r>
        <w:br/>
        <w:t>Дивилася із свого логва задоволеними очима на Минку, на поросята, що пацюками бігали край гаврилівського берега, й рішуче не хотіла вилазити з води.</w:t>
      </w:r>
    </w:p>
    <w:p>
      <w:r>
        <w:br/>
        <w:t>Коли Минка помітила, що свиня от-от порушить кордон, — знала з розмов: половина Збруча наша, а друга-польська, і оді ще більше заметушилася на березі. Вона голосно розплакалася; крізь сльози, змішані на обличчі з пилюгою, говорила до свині ніжні-ніжні слова, як та мати непосидющій і неслухняній дитині:</w:t>
      </w:r>
    </w:p>
    <w:p>
      <w:r>
        <w:br/>
        <w:t>— Пацінька, паця, паця… Вилазь уже, годі… Вилазь, чого тобі там?…</w:t>
      </w:r>
    </w:p>
    <w:p>
      <w:r>
        <w:br/>
        <w:t>Свиня ж нерухомо, затаївши з насолоди дух, лежить у воді як мертва, тільки вона вряди-годи пирхкає від задоволення. По воді розходяться кола, й тремтить очерет.</w:t>
      </w:r>
    </w:p>
    <w:p>
      <w:r>
        <w:br/>
        <w:t>Тоді Минка підбирає руками спідничину, міцніше стискає в руці свого ціпка й рішуче сплигує у воду; тихо підкрадаючись, вона підходить до свині з лівого боку: Минка — на глибокому, спідничина мокне їй у воді, ноги тремтять, але вона ступає так обережно, з особливим мисливським завзяттям — не зважати на перешкоди; очі-сині, ніби вкраплені з небесної емалі —світяться Минці гнівом, вона вся тремтить у воді, а все ж підводить руку з ціпком і, закусивши капризно нижню губу, б'є ним з усієї сили по воді… Летять бризки, заливають Минці очі. Вона нашвидку витирає рукавом забризкане обличчя, хватає рукою вимитий з берега корінь і, зірвавшись, спорсає у воду.</w:t>
      </w:r>
    </w:p>
    <w:p>
      <w:r>
        <w:br/>
        <w:t>Свиня злякано підкидає голову, схоплюється на ноги, оторопіло давиться на Минку, хвилина —і вона вискакує на територію польської держави.</w:t>
      </w:r>
    </w:p>
    <w:p>
      <w:r>
        <w:br/>
        <w:t>— Ой, мамо… Ой, боже мій… Де йдеш, скажена? — кричить не своїм голосом перелякана Минка</w:t>
      </w:r>
    </w:p>
    <w:p>
      <w:r>
        <w:br/>
        <w:t>— От історія! — вдруге говорить сам до себе Трохименко. — Таки матиму догану, як пить дати —матиму…</w:t>
      </w:r>
    </w:p>
    <w:p>
      <w:r>
        <w:br/>
        <w:t>І він ще пильніше вдивляється, що там діється — по тім боці Збруча — з Минкою. Адже вона, як не смішно, порушила кордон двох країн…</w:t>
      </w:r>
    </w:p>
    <w:p>
      <w:r>
        <w:br/>
        <w:t>Польський жовнір, видно Трохименкові, поправив на плечі рушницю й так само, як і він, червоноармієць, мовчки стежить за боротьбою Минки.</w:t>
      </w:r>
    </w:p>
    <w:p>
      <w:r>
        <w:br/>
        <w:t>Польський жовнір знімає з плеча рушніщю, підсмикується, вирівнюється — враження, ніби він збирається рушати до Минки.</w:t>
      </w:r>
    </w:p>
    <w:p>
      <w:r>
        <w:br/>
        <w:t>Червоноармієць, щоб краще йому бачити, знову підсовує собі бінокля. Він здивований: жовнір буде заарештовувати Минку на польській території?</w:t>
      </w:r>
    </w:p>
    <w:p>
      <w:r>
        <w:br/>
        <w:t>Адже він добре бачив, як вона — бідна дівчина — гейкалася з тією божевільною свинею. Як, нарешті, примушена була порушити лінію кордону… Хіба в нього не людське серце?</w:t>
      </w:r>
    </w:p>
    <w:p>
      <w:r>
        <w:br/>
        <w:t>Жовнір підходить близько Минки і голосно, щоб чути було, видно, голос його й на території Радянської України, гукає.</w:t>
      </w:r>
    </w:p>
    <w:p>
      <w:r>
        <w:br/>
        <w:t>— Чого, дурна, вовтузишся з нею? Бий її — прокляту —між вуха! — суворо, по-діловому дає він пораду Минці.</w:t>
      </w:r>
    </w:p>
    <w:p>
      <w:r>
        <w:br/>
        <w:t>— Справедливо, — піддакує на жовнірові слова Трохименко. — По-людському, без хамства…</w:t>
      </w:r>
    </w:p>
    <w:p>
      <w:r>
        <w:br/>
        <w:t>І він з невисловленою радістю і вдячністю дивиться на струнку, добре вишколену військову виправку білявого жовніра.</w:t>
      </w:r>
    </w:p>
    <w:p>
      <w:r>
        <w:br/>
        <w:t>А Минка, не зрозумівши польської вимови, хоч жовнір і говорив до неї по-українському, розплакалася з переляку ще голосніше. Вона била свиню ціпком з усієї сили, гукала й благала її, проте — перелякана й розгублена — дівчина не мала вже снаги нагнати тварину на мілке місце.</w:t>
      </w:r>
    </w:p>
    <w:p>
      <w:r>
        <w:br/>
        <w:t>І свиня, ніби на зло Минці, крутилася поміж кущів шелюга і все бігла понад берегом ріки далі й далі…</w:t>
      </w:r>
    </w:p>
    <w:p>
      <w:r>
        <w:br/>
        <w:t>На гармидер над Збручем зацікавлено підвів голову вуйко. Він дійшов уже на своєму півморгові останньої ручки і, спершись на кісся, пильно стежив старечими очима: пан жовнір, дівчинка з Великої України і свиня покарбована, що за нею гасає плачучи дівчинка,— зацікавили вуйка надзвичайно.</w:t>
      </w:r>
    </w:p>
    <w:p>
      <w:r>
        <w:br/>
        <w:t>"Ая… не впасла свиню мала… А тепер маєш: чи поверне ж її жандар з постерунку, чи пропала, дівко, свиня?" — так міркував собі вуйко.</w:t>
      </w:r>
    </w:p>
    <w:p>
      <w:r>
        <w:br/>
        <w:t>І все оглядався, чи ніхто не стежить за ним, що він ото дурно стоїть, без роботи, та ще й на Велику Україну поглядає… І, хитруючи, вуйко дивився спідлоба, а здалеку здавалося, що він кузку якусь пильнує собі на дорозі!</w:t>
      </w:r>
    </w:p>
    <w:p>
      <w:r>
        <w:br/>
        <w:t>…Понад берегом Збруча, гарцюючи конем, мчить вершник. Він виринув з пашні десь коло постерунку, навпроти фільварків польських… Кумедно підскакуючи на сідлі, як то роблять кавалеристи-новаки, вершник галопом під'їздив до білявого жовніра</w:t>
      </w:r>
    </w:p>
    <w:p>
      <w:r>
        <w:br/>
        <w:t>Минці пощастило нарешті випередити свою свиню й завернути її на старе місце — навпроти Трохименкової засідки; захекана, озлоблена від ударів Минчиного ціпка, свиня не зважувалася вдруге плигати у воду, вона все підкидала свого писка й дивилася на поросята по той бік ріки, ніби запитувала: "Чому не йдете до матері?…"</w:t>
      </w:r>
    </w:p>
    <w:p>
      <w:r>
        <w:br/>
        <w:t>"Нарешті кінець з цією скаженою свинею,-подумав червоноармієць. — Скоріше наганяй її, прокляту, у воду",-намагався порадити дівчині востаннє Трохименко. Перед очима йому, заступивши на мить Минку, стояв невідомий вершник.</w:t>
      </w:r>
    </w:p>
    <w:p>
      <w:r>
        <w:br/>
        <w:t>У сірому, попелястому кольору костюмі, зручно й легко сиділа на кавалерійському сідлі панна. Була вона з обличчя, як помітив Трохименко, гарна: струнка, русява, губи її тоншали у куточках вуст, а підборіддя — навпаки — випиналося наперед; сірі, крицеві очі особливо якось пасували до її мужнього і трохи, може, гордовитого обличчя. Тримала в руці в лайковій рукавичці стека, — робила тим стеком півкола в повітрі.</w:t>
      </w:r>
    </w:p>
    <w:p>
      <w:r>
        <w:br/>
        <w:t>"Непоганий улан…" — насмішкувато подумав Трохименко: він не любив у війську жінок-кавалеристів, бо вважав чомусь, що такі жінки тільки для параду на конях гарцюють…</w:t>
      </w:r>
    </w:p>
    <w:p>
      <w:r>
        <w:br/>
        <w:t>Панна під'їхала конем близько жовніра і, по-військовому виструнчившись на сідлі, привіталася. Жовнір відповів на привітання.</w:t>
      </w:r>
    </w:p>
    <w:p>
      <w:r>
        <w:br/>
        <w:t>— Що то бовваніє? — бридливо запитала панна в жовніра, звівши очі на перелякану Минку в розхристаній сорочині.</w:t>
      </w:r>
    </w:p>
    <w:p>
      <w:r>
        <w:br/>
        <w:t>Панну вразила, більше — обурила, червона косинка на Минчиній голові, вона одразу впадала в око, як маків цвіт повний… І дратувала.</w:t>
      </w:r>
    </w:p>
    <w:p>
      <w:r>
        <w:br/>
        <w:t>Жовнір, зберігаючи усмішку на вустах, розповідав панні, яка, мовляв, історія кумедна трапилася в дівчини: порушила кордон заради свині покарбованої!</w:t>
      </w:r>
    </w:p>
    <w:p>
      <w:r>
        <w:br/>
        <w:t>— Спека, ласкава пані, а вона — пся віра-біжить купатися!…</w:t>
      </w:r>
    </w:p>
    <w:p>
      <w:r>
        <w:br/>
        <w:t>— Так, спека…— нервово, механічно піддакує жовнірові Трохименко.</w:t>
      </w:r>
    </w:p>
    <w:p>
      <w:r>
        <w:br/>
        <w:t>У панни — видно йому в бінокля — злобно засвітилися очі; красиве обличчя моторно якось пересмикнулось, а панна глузливо й глухо розсміялася білими-білими зубами… Рубала словами перед суворим жовніром, що йому застигла на вустах усмішка:</w:t>
      </w:r>
    </w:p>
    <w:p>
      <w:r>
        <w:br/>
        <w:t>— Маємо певну варту, пане… Справжня ідилія на більшовицькому кордоні! Гайдамаки пасуть свині, хлопка вільно топче собі землю польську, а ви, пане… пробачте мені, що порушую військову субординацію, видно, все те переводите?</w:t>
      </w:r>
    </w:p>
    <w:p>
      <w:r>
        <w:br/>
        <w:t>— От сволоч, землі їй хочеться: про землю щось говорить… — не розуміючи гаразд польської мови, з обуренням прислухався до слів панни Трохименко.</w:t>
      </w:r>
    </w:p>
    <w:p>
      <w:r>
        <w:br/>
        <w:t>Останні слова з пісні якоїсь, що її виразніше проказала панна жовнірові, Трохименко зовсім не зрозумів.</w:t>
      </w:r>
    </w:p>
    <w:p>
      <w:r>
        <w:br/>
        <w:t>— Ми, на жаль, забуваємо, — чув він, — а треба пам'ятати…</w:t>
      </w:r>
    </w:p>
    <w:p>
      <w:r>
        <w:br/>
        <w:t>Ми покликані…</w:t>
      </w:r>
    </w:p>
    <w:p>
      <w:r>
        <w:br/>
        <w:t>А далі — годі було зрозуміти: панна говорила про невідому Трохименкові святу якусь землю:</w:t>
      </w:r>
    </w:p>
    <w:p>
      <w:r>
        <w:br/>
        <w:t>— Bo to ziemia swieta od Boga dana і krwia. Naszych ojcdw nie raz poswiecana.</w:t>
      </w:r>
    </w:p>
    <w:p>
      <w:r>
        <w:br/>
        <w:t>Жовнір мовчки, похмуро вислухав панну; ні єдиним словом не обізвався, а тільки зручніше поправив собі на плечі ремінь рушниці.</w:t>
      </w:r>
    </w:p>
    <w:p>
      <w:r>
        <w:br/>
        <w:t>— Послав би її під трамтарарам, щоб до нових віників пам'ятала, а то… стоїть, слухає, — незадоволено реагує Трохименко.</w:t>
      </w:r>
    </w:p>
    <w:p>
      <w:r>
        <w:br/>
        <w:t>Минка забула на хвилину за свою свиню; швиденько, підсьорбнувши носа, вона втерла рукавом сльози й слухала: панна говорить вірші такому великому жовнірові… Ніби вчителька в школі — аж смішно Минці! Яка файна, красна панна на коні! І жовнір, видно, боїться її, бо так пильно-пилььно слухає… Минка, як прижене свині, розкаже матері про все-все.</w:t>
      </w:r>
    </w:p>
    <w:p>
      <w:r>
        <w:br/>
        <w:t>Перед очима панні майорить над берегом Збруча, як маківка в цвіту, червона косинка. Панна робить стеком півколо у повітрі й повертає коня грудьки навпроти Трохименкової засідки; кінь стає дибки, шупить вуха, а панна злегка торкає його острогами і, запінена з незрозумілої червоноармійцеві люті, жене коня просто на Минку.</w:t>
      </w:r>
    </w:p>
    <w:p>
      <w:r>
        <w:br/>
        <w:t>У Трохименка защеміло з образи серце: що вона, ця випещена й вигуляна, збирається робити з дівчам?…</w:t>
      </w:r>
    </w:p>
    <w:p>
      <w:r>
        <w:br/>
        <w:t>Ось уже кінський копит блищить недалеко Минки… Панна смикає вудила коневі і легко, мов той джигіт, збиває стеком червону косинку…</w:t>
      </w:r>
    </w:p>
    <w:p>
      <w:r>
        <w:br/>
        <w:t>— Ой, панночко-голубочко, я ж не винувата… Я ж її не пуската…— кричить розпатлана Минка</w:t>
      </w:r>
    </w:p>
    <w:p>
      <w:r>
        <w:br/>
        <w:t>Вона падає на коліна і, маленька на землі, як ховрах під кущем шелюги, ковтає сльози і слова</w:t>
      </w:r>
    </w:p>
    <w:p>
      <w:r>
        <w:br/>
        <w:t>Панна мовчки б'є стеком коня на всю руку й женеться вздовж берега за покарбованою свинею… Минка з жахом дивиться з-під куща шелюги, а загледівши копита коня над свинею, вона зривається на ноги, біжить і кричить не своїм голосом, ніби вона мати свині тій:</w:t>
      </w:r>
    </w:p>
    <w:p>
      <w:r>
        <w:br/>
        <w:t>— Ой, панночко-голубочко, не вбивайте її… Вуйка Юхима свиня, — захлинаючись сльозами, голосить Минка.</w:t>
      </w:r>
    </w:p>
    <w:p>
      <w:r>
        <w:br/>
        <w:t>Трохименко голосно лається, брудно, милуючи в лайці панів і підпанків. Бінокль тремтить у мит руці… А серце стукає йому так, як стукаю під Чорняєвом, на річці Бірі, коли він уперше біг в атаку.</w:t>
      </w:r>
    </w:p>
    <w:p>
      <w:r>
        <w:br/>
        <w:t>Він міниться на обличчі; лайка більше не зривається йому з вуст, мовчки, прикусивши губу до крові, він втопив очі в одну точку-на панну… Не треба йому бінокля, він своїми очима хоче спостерігати все до кінця!</w:t>
      </w:r>
    </w:p>
    <w:p>
      <w:r>
        <w:br/>
        <w:t>— Хами, пся крев! —голосно кричить панна, наздогнавши конем свиню.</w:t>
      </w:r>
    </w:p>
    <w:p>
      <w:r>
        <w:br/>
        <w:t>Мить якась, і кінь з розгону розпанахав копитом черево свині; він висмикнув скривавлений копит з тельбухів тварини і, крутнувши головою, поставив піднесену ногу на сигу, зелену траву…</w:t>
      </w:r>
    </w:p>
    <w:p>
      <w:r>
        <w:br/>
        <w:t>Свиня в агонії дико кричала і все підводила писка під кущ верболозу, бо сонце заливало їй очі.</w:t>
      </w:r>
    </w:p>
    <w:p>
      <w:r>
        <w:br/>
        <w:t>— Так… Так,— механічно повторював Трохименко.</w:t>
      </w:r>
    </w:p>
    <w:p>
      <w:r>
        <w:br/>
        <w:t>Панна повернула коня назустріч Минці, наздогнала її над берегом Збруча.</w:t>
      </w:r>
    </w:p>
    <w:p>
      <w:r>
        <w:br/>
        <w:t>— Довго пам'ятатимеш, хлопко…</w:t>
      </w:r>
    </w:p>
    <w:p>
      <w:r>
        <w:br/>
        <w:t>Минка більше не кричала й не благала; заплутавшись у високій траві, вона тихо пищала захриплим голосом, як мишеня…</w:t>
      </w:r>
    </w:p>
    <w:p>
      <w:r>
        <w:br/>
        <w:t>Панна вдарила коня стеком між вуха й пустила його на Минку; кінь, оступився, вдруге став на дибки, а вона смикнула йому до крові вудила, — тоді він подався грудьми наперед і на всю силу, як і свиню, звалив ударом копита Минку. Тиха, як шелест зжатої пшениці, була смерть Минки.</w:t>
      </w:r>
    </w:p>
    <w:p>
      <w:r>
        <w:br/>
        <w:t>— Пані, я не дозволю… Що ви робите? — гукнув переляканий жовнір.— Це— злочин, це…</w:t>
      </w:r>
    </w:p>
    <w:p>
      <w:r>
        <w:br/>
        <w:t>Але його слів не чув уже Трохименко.</w:t>
      </w:r>
    </w:p>
    <w:p>
      <w:r>
        <w:br/>
        <w:t>…Будуть, будуть пани магнати</w:t>
      </w:r>
    </w:p>
    <w:p>
      <w:r>
        <w:br/>
        <w:t>Батьками орати, матерями волочити…-</w:t>
      </w:r>
    </w:p>
    <w:p>
      <w:r>
        <w:br/>
        <w:t>врізався Трохименкові слова з якоїсь пісні невідомої. І серце йому стукало так, як воно стукало під Чорняєвом, на річці Бірі, коли він уперше біг в атаку.</w:t>
      </w:r>
    </w:p>
    <w:p>
      <w:r>
        <w:br/>
        <w:t>— Я тобі, курво, покажу, як стріляють хлопи…— шептав він, підсовуючи рукою рушницю.</w:t>
      </w:r>
    </w:p>
    <w:p>
      <w:r>
        <w:br/>
        <w:t>Тоді, вдруге за сьогодні, взяв він на мушку за всіма законами техніки військової; перед очима Трохименкові, десь у траві, лежала з розломленим хребтом Минка — маленька, як ховрах під кущем шелюги, а він пильно, вимірюючи на метке око віддаль, не спускав з очей панну на коні.</w:t>
      </w:r>
    </w:p>
    <w:p>
      <w:r>
        <w:br/>
        <w:t>Куля дзвінко заспівала через Збруч-ріку знайому Трохименкові пісню: вйо-о-о, вйо-о-о… Цюв-у-у…</w:t>
      </w:r>
    </w:p>
    <w:p>
      <w:r>
        <w:br/>
        <w:t>Він бачить: панна підскочила на сідлі й випорснула ногами з стремена; кінь, прищуливши вуха, зірвав копитами пилюгу й помчав у поле. А панна, впустивиш від пострілу стека, ніби намагалася мертвою рукою закрити на своєму лобі маленьку чорну цятку, що з неї стікала кров…</w:t>
      </w:r>
    </w:p>
    <w:p>
      <w:r>
        <w:br/>
        <w:t>…До Трохименка, розмахуючи браунінгом, біг стурбований Калінкін.</w:t>
      </w:r>
    </w:p>
    <w:p>
      <w:r>
        <w:br/>
        <w:t>Коли він підбігав уже близько варти, Трохименко підвівся і стояв з рушницею так, як повинен стояти за всіма правилами й законами вартовий.</w:t>
      </w:r>
    </w:p>
    <w:p>
      <w:r>
        <w:br/>
        <w:t>Калінкін розводив руками, вимахував браунінгом і все докоряв чимось Трохименкові…</w:t>
      </w:r>
    </w:p>
    <w:p>
      <w:r>
        <w:br/>
        <w:t>— Хай буде кара, хай суд військовий,-махнув у відповідь рукою Трохименко. — Серце в мене таке, товаришу Катінкін…— тихо додав він.</w:t>
      </w:r>
    </w:p>
    <w:p>
      <w:r>
        <w:br/>
        <w:t>На постріл з кінця в кінець кордону, ріки, випускати на сполох кулі вгору. Вогненні лінії — по обидва боки Збруча — порушили спокій і стародавньої ріки, і кіп, і сивого жита далекого, що заткало аж ген-ген, на козацькому окопі, вуйка старого, схожого на лелеку.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Серце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