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степу широкого... (Гілея)</w:t>
      </w:r>
    </w:p>
    <w:p>
      <w:r>
        <w:br/>
        <w:t xml:space="preserve"> &lt;p&gt;Блакитний океан над головою. Золоте море хлібів перед очима. Спекотне сонце і сухий легкокрилий вітерець, що приємно освіжає. Прохолодно-сині озера попереду: вони "всихають", щезають, коли підходиш ближче...</w:t>
      </w:r>
    </w:p>
    <w:p>
      <w:r>
        <w:br/>
        <w:t>Степове безмежжя хвилює, бентежить, забиває дух.</w:t>
      </w:r>
    </w:p>
    <w:p>
      <w:r>
        <w:br/>
        <w:t>Тут дихається вільно й легко (а повітря напахчене тисячолітнім ароматом землі, хліба, сонця і квітів!).</w:t>
      </w:r>
    </w:p>
    <w:p>
      <w:r>
        <w:br/>
        <w:t>Тут думається красиво. Тут бачиш далеко-далеко: за видолинками, за зеленими гребінчиками лісосмуг—тремтливе (від жаркого подиху степів!) видноколо. За ним, оповита сизим манливим серпанком, друга смуга обрію. А там, далі, ледь вгадуються треті горизонти... Степ велетенськими хвилями розбігається в усі боки.</w:t>
      </w:r>
    </w:p>
    <w:p>
      <w:r>
        <w:br/>
        <w:t>Скіфські кургани, високі козачі могили — величні знаки вічного нашого буття на цій землі.</w:t>
      </w:r>
    </w:p>
    <w:p>
      <w:r>
        <w:br/>
        <w:t>Густі сірі шлейфи куряви тягнуться за прудкими вантажками — степова пилюга не ядуча, не гірка, а терпка, вона пахне пшеничним колоссям і теплою землею.</w:t>
      </w:r>
    </w:p>
    <w:p>
      <w:r>
        <w:br/>
        <w:t>Мов хрущі, діловито й однотонно гудуть степові невгомони — трактори.</w:t>
      </w:r>
    </w:p>
    <w:p>
      <w:r>
        <w:br/>
        <w:t>Сонце вгорі і мільйони сонць на землі: соняшникове поле. І жовтогарячі, у грайливій веселій короні золотавих пелюсток, соняшникові голови, мов радари, звернуті до світла, повертаються за ним.</w:t>
      </w:r>
    </w:p>
    <w:p>
      <w:r>
        <w:br/>
        <w:t>Соняшник—емблема України...</w:t>
      </w:r>
    </w:p>
    <w:p>
      <w:r>
        <w:br/>
        <w:t>З-поміж густих малахітових джунглів конопель у видолинку майне блакитна блискавка — степова річечка. Очеретяна сага. Корови по коліна у воді...</w:t>
      </w:r>
    </w:p>
    <w:p>
      <w:r>
        <w:br/>
        <w:t>А теплого переджнив'я степ бринить від ніж'них дзвінких мелодій — у осяйній високості виспівує незримий (здається, то кришталево видзвонює саме небо!) і найневтоімніший співець українського степу — жайворонок. Лише кілька місяців він сурмить у небі, але сріблясті скалочки його мелодій надовго западають у душу хліборобові. І навіть узимку, коли віхола стугонить над степом, здіймаючи у білу безвість курай та соняшникове паліччя, довгими ночами степовикові вчуваються весняні співи — переливи маленької чубатенької пташки, яка першою будить степ напровесні...</w:t>
      </w:r>
    </w:p>
    <w:p>
      <w:r>
        <w:br/>
        <w:t>Та присядьмо на межнику, візьмімо жменю крихкого українського чорнозему. Землисті кристалики, пористі грудочки... Ось вона, наша годувальниця. Найкращий чорнозем, що дає життя, що годує світ.</w:t>
      </w:r>
    </w:p>
    <w:p>
      <w:r>
        <w:br/>
        <w:t>Скільки перекочувалося по цих золотих рівнинах чужинських розбійницьких ненажерливих орд. Всі вони гострили зуби на цей чорнозем, на його казкові плоди. Недарма гітлерівці вивозили ешелонами цю землю до свого рейху.</w:t>
      </w:r>
    </w:p>
    <w:p>
      <w:r>
        <w:br/>
        <w:t>Ні, це залишається нашим. Навіки. Земля добре напоєна кров'ю наших дідів і прадідів. Свята, священна земля...</w:t>
      </w:r>
    </w:p>
    <w:p>
      <w:r>
        <w:br/>
        <w:t>А дорога кличе... Поспішаймо до машини, вже сонце височенько.</w:t>
      </w:r>
    </w:p>
    <w:p>
      <w:r>
        <w:br/>
        <w:t>Ми виїхали з столиці степів Кіровограда, і шлях стелеться на південь. Туди, у напрямку благословенної Компаніївки, сонячного, напахченого полинами Бобринця... Врешті, цим шляхом можна переїхати весь український степ і влетіти прямо у запилений Миколаїв. Це там, де Інгул, обійнявшись з Бугом, впадає в лиман. Там, де починалася давня перлина степу — казкова Гілея...</w:t>
      </w:r>
    </w:p>
    <w:p>
      <w:r>
        <w:br/>
        <w:t>Напівзабута Гілея.</w:t>
      </w:r>
    </w:p>
    <w:p>
      <w:r>
        <w:br/>
        <w:t>Так називався наш край десять тисяч років тому. Гілея — це по-грецькому лісиста. Наші пращури дружили з греками. А ті, завітавши до нашої сторони, чарівної країни, назвали її Гілеето (лісистою), бо могутні праліси, густі й зелені, шуміли над лиманами і самісіньким Дніпром, тодішнім Борисфеном, та заходили в глибінь степів, де люті тури вільно ховалися у високій траві та дебелих полинах...</w:t>
      </w:r>
    </w:p>
    <w:p>
      <w:r>
        <w:br/>
        <w:t>Володарювала усім цим безмежним нашим краєм жінка дивовижної вроди. Звали її греки та інші народи тим же ім'ям — Гілея. То була напівжінка, напівгадюка. Голова, плечі, руки— все жіноче, ніжне, чарівне. Пишна коса, лебедина шия, очі блакитні, як наше небо. Чорні брови. А від пояса—гадюка.</w:t>
      </w:r>
    </w:p>
    <w:p>
      <w:r>
        <w:br/>
        <w:t>Боялися мандрівники і завойовники її чарів, її очей і яскравої вроди, обминали всі країну Гілеї, і тому людей тут не було.</w:t>
      </w:r>
    </w:p>
    <w:p>
      <w:r>
        <w:br/>
        <w:t>Лише Борисфен, та ліси, та степи неозорі, та сайгаки і тури, та птаство і риби повні річки — ото розкішні володіння Гілеї.</w:t>
      </w:r>
    </w:p>
    <w:p>
      <w:r>
        <w:br/>
        <w:t>Якось з'явився у наших краях побіля Понту, моря Чорного, велетень Геракл. Мандрував собі преславний звитяжець і, гуляючи, відібрав у потвори Геріона гарних коней, гарячих, баских, вороних. Попаски погнав їх у напрямку Борисфену. Тут і застала Геракла зима. Одного разу велетень, закутавшись у левину шкуру, преміцно заснув, а коні зайшли далеко у володіння Гілеї. Вона помітила їх, загнала у степи.</w:t>
      </w:r>
    </w:p>
    <w:p>
      <w:r>
        <w:br/>
        <w:t>Прокинувся Геракл і став шукати коней. Довго ходив степом, аж доки, нарешті, забрів, як пише Геродот, у Полісся,— тобто у місцину, що на самому півночі степового океану.</w:t>
      </w:r>
    </w:p>
    <w:p>
      <w:r>
        <w:br/>
        <w:t>Перед велетенською, гарно розмальованою печерою уздрів герой Гілею.</w:t>
      </w:r>
    </w:p>
    <w:p>
      <w:r>
        <w:br/>
        <w:t>Довго стояв він, зачарований її красою. Глибоко вразили її очі, і коси, і білі груди, і ніжні руки, і вкриті зеленою блискучою лускою округлі стегна.</w:t>
      </w:r>
    </w:p>
    <w:p>
      <w:r>
        <w:br/>
        <w:t>Нарешті мовив Геракл:</w:t>
      </w:r>
    </w:p>
    <w:p>
      <w:r>
        <w:br/>
        <w:t>— Царівно Гілее, чи не бачила ти моїх коней вороних?</w:t>
      </w:r>
    </w:p>
    <w:p>
      <w:r>
        <w:br/>
        <w:t>— Бачила і зайняла їх, бо столочили вони мої сріблясті трави.</w:t>
      </w:r>
    </w:p>
    <w:p>
      <w:r>
        <w:br/>
        <w:t>— Який викуп візьмеш ти, богине?</w:t>
      </w:r>
    </w:p>
    <w:p>
      <w:r>
        <w:br/>
        <w:t>— Я хочу, щоб ти став моїм мужем.</w:t>
      </w:r>
    </w:p>
    <w:p>
      <w:r>
        <w:br/>
        <w:t>З радістю згодився Геракл, бо дуже гарна була Гілея. Зажили вони разом, любо й мило. Народилося в них троє синів: Агатирс, Гельон і Скіф.</w:t>
      </w:r>
    </w:p>
    <w:p>
      <w:r>
        <w:br/>
        <w:t>Одного разу сказала Гілея своєму мужеві:</w:t>
      </w:r>
    </w:p>
    <w:p>
      <w:r>
        <w:br/>
        <w:t>— Бачу, Геракле, сумуєш ти за своєю вітчизною. Що ж, , іди собі додому. Я маю трьох синів, і мені більше нічого не треба. Тільки одне прошу порадити: що з ними робити, коли виростуть? Залишити тут? Послати до тебе? Але кого з них поставити володарем країни?</w:t>
      </w:r>
    </w:p>
    <w:p>
      <w:r>
        <w:br/>
        <w:t>Мовив Геракл:</w:t>
      </w:r>
    </w:p>
    <w:p>
      <w:r>
        <w:br/>
        <w:t>— Спасибі, що відпускаєш мене до Еллади. Багато зборов я велетнів, а от краси твоєї і чар твоїх здолати не зміг... Ось мій лук і мій золотий черес з мечем, хто з синів у зрілості натягне тятиву і кого найтугіше обхопить черес, тому й володарювати в Гілеї. Інші хай ідуть в чужі краї здобувати собі долю...</w:t>
      </w:r>
    </w:p>
    <w:p>
      <w:r>
        <w:br/>
        <w:t>Минули роки. Повиростали сини, і мати Гілея влаштувала змагання. Взявся Агатирс за лука, та не зміг натягнути тятиви, а черес був надто просторий на нього — пішов він світ за очі. Невдача спіткала і Гельона. Кремезний юнак Скіф натягнув тятиву, а золотий Гераклів черес з мечем туго обхопив його стан.</w:t>
      </w:r>
    </w:p>
    <w:p>
      <w:r>
        <w:br/>
        <w:t>Сказала радісно Гілея:</w:t>
      </w:r>
    </w:p>
    <w:p>
      <w:r>
        <w:br/>
        <w:t>—Ти, сину, віднині стаєш володарем нашої країни. Ходімо до нашої великої ріки, що її сусіди наші звуть Борисфеном. Зрубай тисячолітнього дуба, вистругай з нього корабель і міцні весла, та й поїдемо оглядати наш край.</w:t>
      </w:r>
    </w:p>
    <w:p>
      <w:r>
        <w:br/>
        <w:t>Витесав могутній Скіф з тисячолітнього дуба красиву каравелу, сам сів за весла і повіз матіїр Гілею вгору Борисфеном. Десять днів пливли — і все то була їхня чарівна зелена країна. На одинадцятий день попросила Гілея пристати до берега.</w:t>
      </w:r>
    </w:p>
    <w:p>
      <w:r>
        <w:br/>
        <w:t>— Отут, сину,— мовила Гілея, вказуючи на темний густий ліс, що підступав до хвиль Борисфену,— отут у темних пралісах загубилася сестра червоного Борисфену— синя Десна. Проламай прохід, з'єднай її з братом, не пошкодуєш...</w:t>
      </w:r>
    </w:p>
    <w:p>
      <w:r>
        <w:br/>
        <w:t>Взявся Скіф вивертати дуби та бронзовим батьковим мечем рити рів, і невдовзі попливли сині води загубленої річки до Борисфену. З'єдналися, завирували, заклекотіли в обіймах. А з води випливала на велетенському зеленуватому сомові чарівна синьоока русокоса дівчина.</w:t>
      </w:r>
    </w:p>
    <w:p>
      <w:r>
        <w:br/>
        <w:t>— А ось і сама Десна, твоя наречена, сину.</w:t>
      </w:r>
    </w:p>
    <w:p>
      <w:r>
        <w:br/>
        <w:t>Поєдналися навіки Борисфен і Десна-ріка, зійшлися Скіф і Десна-дівчина. Пішли від них гарні люди — кароокі, чорнобриві, схожі на Скіфа, і синьоокі, русяві, схожі на Десну. Чорнявих бронзовочолих тягло більше до мандрів і коней, до подвигів і важкої роботи, і ставали вони скіфами-воїнами, скіфами-орачами, а блакитнооких і русявих манили ліси, плеса річок та озер, і ставали вони лісовими скіфами та борисфенітами-рибалками. Від дітей Скіфа і Десни пішли чорняві поляни, і русяві древляни, і волоокі стрункі анти, і сіверці, і річкові венеди. Росло і розросталося слов'янське плем'я, і ми — його діти...</w:t>
      </w:r>
    </w:p>
    <w:p>
      <w:r>
        <w:br/>
        <w:t>Мила, чарівна легенда…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степу широкого... (Гілея)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