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поля</w:t>
      </w:r>
    </w:p>
    <w:p>
      <w:r>
        <w:br/>
        <w:t xml:space="preserve"> Блакитними небо сія глибонями,&lt;br /&gt;</w:t>
        <w:br/>
        <w:t>Поля попід небом прослались безкрайні;&lt;br /&gt;</w:t>
        <w:br/>
        <w:t>Іду я обніжком,— шумлять колосками,&lt;br /&gt;</w:t>
        <w:br/>
        <w:t>Шумлять і хвилюють лани урожайні.</w:t>
      </w:r>
    </w:p>
    <w:p>
      <w:r>
        <w:br/>
        <w:t>Назад озирнуся,— ген далі високі&lt;br /&gt;</w:t>
        <w:br/>
        <w:t>Сіяють-мигочуть блискучі палати,&lt;br /&gt;</w:t>
        <w:br/>
        <w:t>І тільки що мріють у балці глибокій&lt;br /&gt;</w:t>
        <w:br/>
        <w:t>Убогі, обдерті, похилені хати.</w:t>
      </w:r>
    </w:p>
    <w:p>
      <w:r>
        <w:br/>
        <w:t>А передо мною за хвилями хвилі&lt;br /&gt;</w:t>
        <w:br/>
        <w:t>Аж ген до крайнеба пливуть без упину,&lt;br /&gt;</w:t>
        <w:br/>
        <w:t>Сіяють під сонцем, мов золото, спілі,&lt;br /&gt;</w:t>
        <w:br/>
        <w:t>Сіяють і плещуть, де оком не скину.</w:t>
      </w:r>
    </w:p>
    <w:p>
      <w:r>
        <w:br/>
        <w:t>Поля мої рідні, найкращії в світі,&lt;br /&gt;</w:t>
        <w:br/>
        <w:t>Багаті на силу, на пишную вроду,&lt;br /&gt;</w:t>
        <w:br/>
        <w:t>Засіяні хлібом і потом политі,&lt;br /&gt;</w:t>
        <w:br/>
        <w:t>Робітницьким потом мойого народу!</w:t>
      </w:r>
    </w:p>
    <w:p>
      <w:r>
        <w:br/>
        <w:t>Родючі та щедрі! в позлотисті шати&lt;br /&gt;</w:t>
        <w:br/>
        <w:t>Свого хлібороба могли б ви окрити,—&lt;br /&gt;</w:t>
        <w:br/>
        <w:t>Чого ж то так часто на йому ті лати,&lt;br /&gt;</w:t>
        <w:br/>
        <w:t>Чого ж то в тих хатах голоднії діти?</w:t>
      </w:r>
    </w:p>
    <w:p>
      <w:r>
        <w:br/>
        <w:t>Тими колосками, що, повні та спілі,&lt;br /&gt;</w:t>
        <w:br/>
        <w:t>Схиляються низько від зерна важкого,&lt;br /&gt;</w:t>
        <w:br/>
        <w:t>Кого в ріднім краї годуєте, милі,&lt;br /&gt;</w:t>
        <w:br/>
        <w:t>Куди ваша сила зникає, до кого?</w:t>
      </w:r>
    </w:p>
    <w:p>
      <w:r>
        <w:br/>
        <w:t>Хвилюються мовчки поля за полями,&lt;br /&gt;</w:t>
        <w:br/>
        <w:t>Сіріють у балці убогії хати&lt;br /&gt;</w:t>
        <w:br/>
        <w:t>І, високо знявшись, вгорі над хатками&lt;br /&gt;</w:t>
        <w:br/>
        <w:t>Блищать і лишають високі палати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поля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