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бурі</w:t>
      </w:r>
    </w:p>
    <w:p>
      <w:r>
        <w:br/>
        <w:t xml:space="preserve"> Драма на п'ять дій&lt;br /&gt;</w:t>
        <w:br/>
        <w:t>ДІЙОВІ ЛЮДЕ&lt;br /&gt;</w:t>
        <w:br/>
        <w:t>Кальницький:</w:t>
      </w:r>
    </w:p>
    <w:p>
      <w:r>
        <w:br/>
        <w:t>Василь Коваленко, полковник Кальницький.&lt;br /&gt;</w:t>
        <w:br/>
        <w:t>Оксана, його жінка.&lt;br /&gt;</w:t>
        <w:br/>
        <w:t>Свирид Пилипенко, її батько, осавула сотенний у Ханенка.&lt;br /&gt;</w:t>
        <w:br/>
        <w:t>Горпина, слуга в полковника Коваленка.&lt;br /&gt;</w:t>
        <w:br/>
        <w:t>Степан Лясковський, сотник.&lt;br /&gt;</w:t>
        <w:br/>
        <w:t>Лаврін Крицький, писар полковий.&lt;br /&gt;</w:t>
        <w:br/>
        <w:t>Андрій Старовський, судде полк.&lt;br /&gt;</w:t>
        <w:br/>
        <w:t>Михайло Білоченко, обозний полк.&lt;br /&gt;</w:t>
        <w:br/>
        <w:t>Хома Жилинський, хоружий полк.&lt;br /&gt;</w:t>
        <w:br/>
        <w:t>У Кальнику:&lt;br /&gt;</w:t>
        <w:br/>
        <w:t>Роман Горленко, осавула полк.&lt;br /&gt;</w:t>
        <w:br/>
        <w:t>Денис, козак, кремезний дід.&lt;br /&gt;</w:t>
        <w:br/>
        <w:t>Дід Остап, козак старий, увесь білий.&lt;br /&gt;</w:t>
        <w:br/>
        <w:t>Карпо, козак немолодий.&lt;br /&gt;</w:t>
        <w:br/>
        <w:t>Крутько, теж.&lt;br /&gt;</w:t>
        <w:br/>
        <w:t>Два окличники.&lt;br /&gt;</w:t>
        <w:br/>
        <w:t>Татарин, кат.&lt;br /&gt;</w:t>
        <w:br/>
        <w:t>Козаки й народ (жінки й чоловіки).&lt;br /&gt;</w:t>
        <w:br/>
        <w:t>З Ханенкового боку, в таборі під Кальником:&lt;br /&gt;</w:t>
        <w:br/>
        <w:t>Грицько Доленко, козак.&lt;br /&gt;</w:t>
        <w:br/>
        <w:t>Сотник козацький.&lt;br /&gt;</w:t>
        <w:br/>
        <w:t>Козаки.</w:t>
      </w:r>
    </w:p>
    <w:p>
      <w:r>
        <w:br/>
        <w:t>Жовніри польські в таборі під Кальником.&lt;br /&gt;</w:t>
        <w:br/>
        <w:t>Діється в місті Кальнику восени року 1671.</w:t>
      </w:r>
    </w:p>
    <w:p>
      <w:r>
        <w:br/>
        <w:t>ПЕРША ДІЯ&lt;br /&gt;</w:t>
        <w:br/>
        <w:t>Світлиця в полковника Коваленка. Вузькі й довгасті вікна з невеликими шибками в олив'яних рямах. Двері просто глядача, праворуч і ліворуч. Кахельна груба з мальованих кахоль: полковник козацький верхи з шаблею в руках, татарин біжить конем, пані з хусточкою в одній руці і з квіткою в другій, дівчина по воду йде, сівач сіє, орел степовий видирає з лоба очі мертвому козакові, ведмідь улика цупить, олень ряснорогий біжить — усе теє змальовано на кахлях, на кожній по одному малюнку; на стінах порозвішувано зброю, видко два портрети. Кругом стін лави з спинками, килимцями позастилувані. Де нема лав,— мисники з дорогим посудом: блищать кубки злотисті й срібні і просто ясні кришталеві, чарки стоять, конівки, таці великі, тарілки срібні. У куточку маленька поличка, а на їй кільки книжок, фоліянтів товстих. Ближче до глядачів стіл, біля його під стіною лава, а з других боків дзиглі.&lt;br /&gt;</w:t>
        <w:br/>
        <w:t>Оксана — пані полковникова, струнка чорнява молода молодиця з темними очима, вбрана в шовкову запаску й вишивану сорочку, поверх сорочки керсет, корунком обшитий; вона стоїть біля вікна й співає. Ввіходить Баба Горпина, невеличка сухорлява жінка, стала і прислухається.&lt;br /&gt;</w:t>
        <w:br/>
        <w:t>Оксана (співає).&lt;br /&gt;</w:t>
        <w:br/>
        <w:t>Закувала зозуленька, закувала:&lt;br /&gt;</w:t>
        <w:br/>
        <w:t>Горе ж мені, молоденькій, що сама я!&lt;br /&gt;</w:t>
        <w:br/>
        <w:t>Чого мені на серденьку та й не легко:&lt;br /&gt;</w:t>
        <w:br/>
        <w:t>Єсть у мене рідний батько, та далеко.&lt;br /&gt;</w:t>
        <w:br/>
        <w:t>Ой, вирву я з рожі квітку, з винограду,&lt;br /&gt;</w:t>
        <w:br/>
        <w:t>Та пошлю я до батенька на пораду;&lt;br /&gt;</w:t>
        <w:br/>
        <w:t>А батенько тії квітки не приймає,&lt;br /&gt;</w:t>
        <w:br/>
        <w:t>Бо він мене, молодої, не пізнає…&lt;br /&gt;</w:t>
        <w:br/>
        <w:t>Горпина&lt;br /&gt;</w:t>
        <w:br/>
        <w:t>А ти вже знов про батька щось…&lt;br /&gt;</w:t>
        <w:br/>
        <w:t>Оксана&lt;br /&gt;</w:t>
        <w:br/>
        <w:t>Дак що?&lt;br /&gt;</w:t>
        <w:br/>
        <w:t>Гopпина&lt;br /&gt;</w:t>
        <w:br/>
        <w:t>Сумуєш ти…&lt;br /&gt;</w:t>
        <w:br/>
        <w:t>Оксана&lt;br /&gt;</w:t>
        <w:br/>
        <w:t>Не можу я забути:&lt;br /&gt;</w:t>
        <w:br/>
        <w:t>Все ж батько він!&lt;br /&gt;</w:t>
        <w:br/>
        <w:t>Горпина&lt;br /&gt;</w:t>
        <w:br/>
        <w:t>Та служить ворогам.&lt;br /&gt;</w:t>
        <w:br/>
        <w:t>Оксана&lt;br /&gt;</w:t>
        <w:br/>
        <w:t>Нехай йому за те господь пробачить!&lt;br /&gt;</w:t>
        <w:br/>
        <w:t>Се гріх тяжкий... Він завжди до ляхів&lt;br /&gt;</w:t>
        <w:br/>
        <w:t>Прихильний був,— того і віддавати&lt;br /&gt;</w:t>
        <w:br/>
        <w:t>За Василя мене він не хотів...&lt;br /&gt;</w:t>
        <w:br/>
        <w:t>Де він тепер?.. Не відаю, не знаю...&lt;br /&gt;</w:t>
        <w:br/>
        <w:t>А пісня ся нітрохи не сумна:&lt;br /&gt;</w:t>
        <w:br/>
        <w:t>Вона ж отак кінчається, бабусю:&lt;br /&gt;</w:t>
        <w:br/>
        <w:t>Ой вирву я з рожі квітку, з винограду,&lt;br /&gt;</w:t>
        <w:br/>
        <w:t>Та й пошлю я до милого на пораду;&lt;br /&gt;</w:t>
        <w:br/>
        <w:t>А мій милий тую квітку та й приймає,&lt;br /&gt;</w:t>
        <w:br/>
        <w:t>Бо він мене, молодую, пригортає!&lt;br /&gt;</w:t>
        <w:br/>
        <w:t>(Підбігає й обнімає Горпину.)&lt;br /&gt;</w:t>
        <w:br/>
        <w:t>А так же, так, бабусю, пригортає!..&lt;br /&gt;</w:t>
        <w:br/>
        <w:t>Все ж пригорта!..&lt;br /&gt;</w:t>
        <w:br/>
        <w:t>Горпина&lt;br /&gt;</w:t>
        <w:br/>
        <w:t>Пустуєш ти усе.&lt;br /&gt;</w:t>
        <w:br/>
        <w:t>І як йому тепер ще пригортати,&lt;br /&gt;</w:t>
        <w:br/>
        <w:t>Коли кругом ляхи нас облягли,&lt;br /&gt;</w:t>
        <w:br/>
        <w:t>І треба нам од їх оборонятись?&lt;br /&gt;</w:t>
        <w:br/>
        <w:t>Оксана&lt;br /&gt;</w:t>
        <w:br/>
        <w:t>Бабусенько, голубочко моя!&lt;br /&gt;</w:t>
        <w:br/>
        <w:t>Я ж тільки так!.. Сама я добре знаю!..&lt;br /&gt;</w:t>
        <w:br/>
        <w:t>Ні вдень йому спокою, ні вночі:&lt;br /&gt;</w:t>
        <w:br/>
        <w:t>Все шанців, бач, не хоче покидати!&lt;br /&gt;</w:t>
        <w:br/>
        <w:t>Прихилиться, хвилинку задріма,&lt;br /&gt;</w:t>
        <w:br/>
        <w:t>Та й знов туди... І де береться сила?!.&lt;br /&gt;</w:t>
        <w:br/>
        <w:t>Гopпина&lt;br /&gt;</w:t>
        <w:br/>
        <w:t>На те ж він є полковником у нас…&lt;br /&gt;</w:t>
        <w:br/>
        <w:t>Так де вже тут сміятись, пригортатись:&lt;br /&gt;</w:t>
        <w:br/>
        <w:t>Молитися, журитися тепер…&lt;br /&gt;</w:t>
        <w:br/>
        <w:t>Оксана&lt;br /&gt;</w:t>
        <w:br/>
        <w:t>Бабусенько, і я ж молюся щиро,&lt;br /&gt;</w:t>
        <w:br/>
        <w:t>І я журюсь, що обняла наш край&lt;br /&gt;</w:t>
        <w:br/>
        <w:t>Така біда; та повсякчас сумною,&lt;br /&gt;</w:t>
        <w:br/>
        <w:t>Понурою не можу бути я…&lt;br /&gt;</w:t>
        <w:br/>
        <w:t>Та й нащо те? Боротись краще, легше,&lt;br /&gt;</w:t>
        <w:br/>
        <w:t>Коли на бій всміхаючись ідеш,&lt;br /&gt;</w:t>
        <w:br/>
        <w:t>І сонечко-надія сяє ясно…&lt;br /&gt;</w:t>
        <w:br/>
        <w:t>От, прийде він намучений, сумний,&lt;br /&gt;</w:t>
        <w:br/>
        <w:t>Закурений важким гарматним димом,&lt;br /&gt;</w:t>
        <w:br/>
        <w:t>А я його візьму та й звеселю,&lt;br /&gt;</w:t>
        <w:br/>
        <w:t>То й віримо, що лихо піде геть.&lt;br /&gt;</w:t>
        <w:br/>
        <w:t>Горпина&lt;br /&gt;</w:t>
        <w:br/>
        <w:t>Якби-то дав господь наш милосердний!&lt;br /&gt;</w:t>
        <w:br/>
        <w:t>Ox-ox, ox-ox!.. Неначе хтось іде?&lt;br /&gt;</w:t>
        <w:br/>
        <w:t>Василь Коваленко, полковник, увіходить з писарем Лавріном Крицьким. Коваленко — високий, з чорними вусами, не дуже довгими, сам чорнявий, з ясним, трохи гордим, поглядом; убраний у козацький жупан кармазиновий, короткий, простий, при боку шабля; він тільки вернувся з шанціз. Писар Лаврін Крицький зовсім молодий, гарний з себе, білявий, з маленькими вусами, вдягнений у довгий жупан, підперезаний кольористим поясом; зверху кунтуш, він його скидає, ввійшовши.&lt;br /&gt;</w:t>
        <w:br/>
        <w:t>Крицький (уклоняючися).&lt;br /&gt;</w:t>
        <w:br/>
        <w:t>Я доброго здоров'я зичу пані.&lt;br /&gt;</w:t>
        <w:br/>
        <w:t>Оксана (вклоняючися).&lt;br /&gt;</w:t>
        <w:br/>
        <w:t>Здорові й ви! Сідайте, прошу, в нас!&lt;br /&gt;</w:t>
        <w:br/>
        <w:t>Коваленко&lt;br /&gt;</w:t>
        <w:br/>
        <w:t>Оксаночко, у нас тут рада буде,&lt;br /&gt;</w:t>
        <w:br/>
        <w:t>Дак щоб ніхто сюди не увійшов.&lt;br /&gt;</w:t>
        <w:br/>
        <w:t>Проходить в другу світлицю правими дверима, Горпина виходить лівими.&lt;br /&gt;</w:t>
        <w:br/>
        <w:t>Оксана&lt;br /&gt;</w:t>
        <w:br/>
        <w:t>Що сталося? Якісь новії вісті?&lt;br /&gt;</w:t>
        <w:br/>
        <w:t>Чи що лихе?&lt;br /&gt;</w:t>
        <w:br/>
        <w:t>Крицький&lt;br /&gt;</w:t>
        <w:br/>
        <w:t>Нове? Лихе? Ба, ні!&lt;br /&gt;</w:t>
        <w:br/>
        <w:t>Од ворогів нема нового лиха,&lt;br /&gt;</w:t>
        <w:br/>
        <w:t>А від своїх — се гірше за ляхів.&lt;br /&gt;</w:t>
        <w:br/>
        <w:t>Оксана&lt;br /&gt;</w:t>
        <w:br/>
        <w:t>Кажіть же — що?&lt;br /&gt;</w:t>
        <w:br/>
        <w:t>Крицький&lt;br /&gt;</w:t>
        <w:br/>
        <w:t>Суть вороги між нами.&lt;br /&gt;</w:t>
        <w:br/>
        <w:t>Оксана&lt;br /&gt;</w:t>
        <w:br/>
        <w:t>Між нами? Хто?&lt;br /&gt;</w:t>
        <w:br/>
        <w:t>Крицький&lt;br /&gt;</w:t>
        <w:br/>
        <w:t>Ото ж то й є, що хто!..&lt;br /&gt;</w:t>
        <w:br/>
        <w:t>Якби я знав!.. А то по місту всюди&lt;br /&gt;</w:t>
        <w:br/>
        <w:t>Вже пущено такую вість, немов&lt;br /&gt;</w:t>
        <w:br/>
        <w:t>Полковник наш не здужа боронитись,&lt;br /&gt;</w:t>
        <w:br/>
        <w:t>Не вміє він... що скинути б його&lt;br /&gt;</w:t>
        <w:br/>
        <w:t>Та іншого когось настановити…&lt;br /&gt;</w:t>
        <w:br/>
        <w:t>Що мусимо скоритися ляхам,&lt;br /&gt;</w:t>
        <w:br/>
        <w:t>А булаву Ханенкові оддати…&lt;br /&gt;</w:t>
        <w:br/>
        <w:t>О прокляті!..&lt;br /&gt;</w:t>
        <w:br/>
        <w:t>Оксана&lt;br /&gt;</w:t>
        <w:br/>
        <w:t>Яка брехня!.. Василь?..&lt;br /&gt;</w:t>
        <w:br/>
        <w:t>Не вміє він!..&lt;br /&gt;</w:t>
        <w:br/>
        <w:t>Крицький&lt;br /&gt;</w:t>
        <w:br/>
        <w:t>Та що вже говорити!..&lt;br /&gt;</w:t>
        <w:br/>
        <w:t>Всі відаєм, що душу віддає&lt;br /&gt;</w:t>
        <w:br/>
        <w:t>І силу всю за справу пан полковник,&lt;br /&gt;</w:t>
        <w:br/>
        <w:t>Що розумом, лицарством — перший він…&lt;br /&gt;</w:t>
        <w:br/>
        <w:t>Та через те ж ті зрадники й жадають&lt;br /&gt;</w:t>
        <w:br/>
        <w:t>Геть скинути його, аби самим,&lt;br /&gt;</w:t>
        <w:br/>
        <w:t>Не гаючись, Собіському скориться.&lt;br /&gt;</w:t>
        <w:br/>
        <w:t>Коли того не буде, хто один&lt;br /&gt;</w:t>
        <w:br/>
        <w:t>Здолає тут опертися тій силі,&lt;br /&gt;</w:t>
        <w:br/>
        <w:t>Що навкруги мов хмара облягла,&lt;br /&gt;</w:t>
        <w:br/>
        <w:t>Змагаючись стоптати нас під ноги,&lt;br /&gt;</w:t>
        <w:br/>
        <w:t>Тоді вони вже запанують тут!&lt;br /&gt;</w:t>
        <w:br/>
        <w:t>От, пані, чим полковник винен стався!&lt;br /&gt;</w:t>
        <w:br/>
        <w:t>Увіходять: Степан Лясковський, сотник, чоловік років 35, непоганий з себе, вуси біляві, трохи вгору закручені; Андрій Старовський, суддя полковий, років йому з 50, або трохи й більше; обличчя сите, увесь кремезний, чорні короткі вуси; Хома Жилинський, хоружий полковий,— пиндючна козацька постать; ввіходячи, вітаються:&lt;br /&gt;</w:t>
        <w:br/>
        <w:t>Добридень вам, вельможна господине!&lt;br /&gt;</w:t>
        <w:br/>
        <w:t>Оксана&lt;br /&gt;</w:t>
        <w:br/>
        <w:t>Здорові й ви!&lt;br /&gt;</w:t>
        <w:br/>
        <w:t>Лясковський&lt;br /&gt;</w:t>
        <w:br/>
        <w:t>Де ж пан полковник є?&lt;br /&gt;</w:t>
        <w:br/>
        <w:t>Оксана&lt;br /&gt;</w:t>
        <w:br/>
        <w:t>Увійде він,— от тільки зараз вийшов.&lt;br /&gt;</w:t>
        <w:br/>
        <w:t>Увіходять: Михайло Білоченко, обозний полковий, худий з обличчя, але кремезний старий сивий козарлюга з довгими вусами; Роман Горленко, осавула полковий,— ще молодий, звичайне козацьке обличчя; говорить завсігди палко й щиро. Вітаються:&lt;br /&gt;</w:t>
        <w:br/>
        <w:t>Вітаємо в господі вашій вас!&lt;br /&gt;</w:t>
        <w:br/>
        <w:t>Оксана&lt;br /&gt;</w:t>
        <w:br/>
        <w:t>Вітаю й я,— добридень вам, панове!&lt;br /&gt;</w:t>
        <w:br/>
        <w:t>Полковник Коваленко ввіходить, а Оксана зараз же виходить.&lt;br /&gt;</w:t>
        <w:br/>
        <w:t>Коваленко&lt;br /&gt;</w:t>
        <w:br/>
        <w:t>Сідайте ж бо, панове, прошу вас!&lt;br /&gt;</w:t>
        <w:br/>
        <w:t>Усі сідають, опріче писаря: той тим часом переглядав книжки на полиці, а тепер, узявши в руки одного фоліянта, перегорта його, зацікавлений.&lt;br /&gt;</w:t>
        <w:br/>
        <w:t>Білоченко&lt;br /&gt;</w:t>
        <w:br/>
        <w:t>Пан писар щось до книг узявся дуже.&lt;br /&gt;</w:t>
        <w:br/>
        <w:t>Крицький&lt;br /&gt;</w:t>
        <w:br/>
        <w:t>Не можна-бо! Новенька книга тут:&lt;br /&gt;</w:t>
        <w:br/>
        <w:t>(Читає.)&lt;br /&gt;</w:t>
        <w:br/>
        <w:t>"Небо новоє з новими звіздами&lt;br /&gt;</w:t>
        <w:br/>
        <w:t>сотворенноє Іоаникія Галятовського…"&lt;br /&gt;</w:t>
        <w:br/>
        <w:t>Я ще у вас її не бачив, пане.&lt;br /&gt;</w:t>
        <w:br/>
        <w:t>Коваленко&lt;br /&gt;</w:t>
        <w:br/>
        <w:t>Ще по весні її мені привіз&lt;br /&gt;</w:t>
        <w:br/>
        <w:t>Один купець зо Львова... тільки й досі&lt;br /&gt;</w:t>
        <w:br/>
        <w:t>Як треба я не прочитав її&lt;br /&gt;</w:t>
        <w:br/>
        <w:t>За справами військовими... Хай потім&lt;br /&gt;</w:t>
        <w:br/>
        <w:t>Вам дам її, тепер ідіть до нас.&lt;br /&gt;</w:t>
        <w:br/>
        <w:t>Облишивши писар книгу, сідає до гурту.&lt;br /&gt;</w:t>
        <w:br/>
        <w:t>Собіський Ян, гетьман коронний польський,&lt;br /&gt;</w:t>
        <w:br/>
        <w:t>А вкупі з ним Ханенко, що себе&lt;br /&gt;</w:t>
        <w:br/>
        <w:t>Теж гетьманом над нами називає,&lt;br /&gt;</w:t>
        <w:br/>
        <w:t>Прислали нам оце сього листа,&lt;br /&gt;</w:t>
        <w:br/>
        <w:t>А у листі таке нам написали,&lt;br /&gt;</w:t>
        <w:br/>
        <w:t>Щоб оддали на ласку панську їм&lt;br /&gt;</w:t>
        <w:br/>
        <w:t>Ми Кальник наш. Листа ви всі читали...&lt;br /&gt;</w:t>
        <w:br/>
        <w:t>Що волите ви одписати їм?&lt;br /&gt;</w:t>
        <w:br/>
        <w:t>Старовський&lt;br /&gt;</w:t>
        <w:br/>
        <w:t>А що ж би ми могли відповідати?&lt;br /&gt;</w:t>
        <w:br/>
        <w:t>Он скоро вже два тижні буде,— всі&lt;br /&gt;</w:t>
        <w:br/>
        <w:t>Ми тут б'ємось, а діла все чортмає...&lt;br /&gt;</w:t>
        <w:br/>
        <w:t>Щодня тісніш, міцніш стискає нас,&lt;br /&gt;</w:t>
        <w:br/>
        <w:t>Мов обручем зо сталі, лядська сила.&lt;br /&gt;</w:t>
        <w:br/>
        <w:t>Нас жменя тут зосталася мала,&lt;br /&gt;</w:t>
        <w:br/>
        <w:t>В їх — військо все. Гетьман наш Дорошенко&lt;br /&gt;</w:t>
        <w:br/>
        <w:t>Не здужає потуги дати нам…&lt;br /&gt;</w:t>
        <w:br/>
        <w:t>Коваленко&lt;br /&gt;</w:t>
        <w:br/>
        <w:t>То з двох одно: або ляхам скоритись,&lt;br /&gt;</w:t>
        <w:br/>
        <w:t>Або гуртом у бої полягти.&lt;br /&gt;</w:t>
        <w:br/>
        <w:t>Се подаю вам до уваги нині.&lt;br /&gt;</w:t>
        <w:br/>
        <w:t>Старовський&lt;br /&gt;</w:t>
        <w:br/>
        <w:t>Де ж сила в нас, щоб ще змагаться нам?&lt;br /&gt;</w:t>
        <w:br/>
        <w:t>Як скоримось, то змилування буде,&lt;br /&gt;</w:t>
        <w:br/>
        <w:t>А скоро ні,— загинемо усі&lt;br /&gt;</w:t>
        <w:br/>
        <w:t>Із статками-маєтками своїми.&lt;br /&gt;</w:t>
        <w:br/>
        <w:t>Білоченко&lt;br /&gt;</w:t>
        <w:br/>
        <w:t>Лицарська річ — у бої полягти.&lt;br /&gt;</w:t>
        <w:br/>
        <w:t>Горленко&lt;br /&gt;</w:t>
        <w:br/>
        <w:t>Загинемо? Дак ліпше вже загинуть!&lt;br /&gt;</w:t>
        <w:br/>
        <w:t>Ще сила є! І пороху та куль&lt;br /&gt;</w:t>
        <w:br/>
        <w:t>Багато в нас.&lt;br /&gt;</w:t>
        <w:br/>
        <w:t>Жилинський&lt;br /&gt;</w:t>
        <w:br/>
        <w:t>А в ворогів ще більше.&lt;br /&gt;</w:t>
        <w:br/>
        <w:t>Білоченко&lt;br /&gt;</w:t>
        <w:br/>
        <w:t>Не стане куль — червінцями тоді&lt;br /&gt;</w:t>
        <w:br/>
        <w:t>Стрілятимем,— їх де в кого багато.&lt;br /&gt;</w:t>
        <w:br/>
        <w:t>Горленко&lt;br /&gt;</w:t>
        <w:br/>
        <w:t>Ха-ха-ха-ха! Се пан обозний втяв!..&lt;br /&gt;</w:t>
        <w:br/>
        <w:t>Старовський&lt;br /&gt;</w:t>
        <w:br/>
        <w:t>Ну, не на те червінці, щоб стріляти!&lt;br /&gt;</w:t>
        <w:br/>
        <w:t>А як нема вже змоги, то корись!&lt;br /&gt;</w:t>
        <w:br/>
        <w:t>Та й скоримось ми не кому чужому,-&lt;br /&gt;</w:t>
        <w:br/>
        <w:t>Ханенкові, і той у нас гетьман…&lt;br /&gt;</w:t>
        <w:br/>
        <w:t>Один там біс — Ханенко, Дорошенко...&lt;br /&gt;</w:t>
        <w:br/>
        <w:t>Коваленко&lt;br /&gt;</w:t>
        <w:br/>
        <w:t>Ба ні, не так! Пан полковий суддя&lt;br /&gt;</w:t>
        <w:br/>
        <w:t>Сказав таке, чого казать не личить:&lt;br /&gt;</w:t>
        <w:br/>
        <w:t>Забув, хто єсть у нас тепер гетьман!&lt;br /&gt;</w:t>
        <w:br/>
        <w:t>Ні, не одно Ханенко й Дорошенко,&lt;br /&gt;</w:t>
        <w:br/>
        <w:t>Бо гетьманом Ханенка ізробили&lt;br /&gt;</w:t>
        <w:br/>
        <w:t>Ляхи, не ми. Він здався їм на те,&lt;br /&gt;</w:t>
        <w:br/>
        <w:t>Щоб булаву відняти в Дорошенка,&lt;br /&gt;</w:t>
        <w:br/>
        <w:t>Бо сей не з тих, що вклониться ляхам.&lt;br /&gt;</w:t>
        <w:br/>
        <w:t>Ханенко, се — попихач у ляхів!&lt;br /&gt;</w:t>
        <w:br/>
        <w:t>Він, важучи свого народу волю,&lt;br /&gt;</w:t>
        <w:br/>
        <w:t>Його права святії за ніщо,-&lt;br /&gt;</w:t>
        <w:br/>
        <w:t>Все продає за панську зрадну ласку:&lt;br /&gt;</w:t>
        <w:br/>
        <w:t>Аби він сам у злоті панував!&lt;br /&gt;</w:t>
        <w:br/>
        <w:t>Гетьман Петро — хай Бог йому уділить&lt;br /&gt;</w:t>
        <w:br/>
        <w:t>Предовгий вік! — стоїть за правду він&lt;br /&gt;</w:t>
        <w:br/>
        <w:t>І мислить він про край, про посполите&lt;br /&gt;</w:t>
        <w:br/>
        <w:t>Усіх добро. Не хоче він народ,&lt;br /&gt;</w:t>
        <w:br/>
        <w:t>Що визволивсь, купивши волю кров’ю,&lt;br /&gt;</w:t>
        <w:br/>
        <w:t>Оддати знов старим панам в ярмо,&lt;br /&gt;</w:t>
        <w:br/>
        <w:t>Зробивши з нас довічні лядські слуги.&lt;br /&gt;</w:t>
        <w:br/>
        <w:t>Білоченко&lt;br /&gt;</w:t>
        <w:br/>
        <w:t>Не скоримось Ханенкові, ні-ні!&lt;br /&gt;</w:t>
        <w:br/>
        <w:t>Горленко&lt;br /&gt;</w:t>
        <w:br/>
        <w:t>Не зрадимо свойого краю й волі!&lt;br /&gt;</w:t>
        <w:br/>
        <w:t>Крицький&lt;br /&gt;</w:t>
        <w:br/>
        <w:t>Не продамось!&lt;br /&gt;</w:t>
        <w:br/>
        <w:t>Жилинський&lt;br /&gt;</w:t>
        <w:br/>
        <w:t>Незмога ж далі так!&lt;br /&gt;</w:t>
        <w:br/>
        <w:t>Горленко&lt;br /&gt;</w:t>
        <w:br/>
        <w:t>Ні, змога є! Міцні ще шанці й замок.&lt;br /&gt;</w:t>
        <w:br/>
        <w:t>Жилинський&lt;br /&gt;</w:t>
        <w:br/>
        <w:t>А те забув, що з міста є хідник,&lt;br /&gt;</w:t>
        <w:br/>
        <w:t>Ще давній той: аби ляхи назнали,&lt;br /&gt;</w:t>
        <w:br/>
        <w:t>То нищечком і влізуть уночі.&lt;br /&gt;</w:t>
        <w:br/>
        <w:t>Коваленко&lt;br /&gt;</w:t>
        <w:br/>
        <w:t>Уже тайник засипано землею.&lt;br /&gt;</w:t>
        <w:br/>
        <w:t>Білоченко&lt;br /&gt;</w:t>
        <w:br/>
        <w:t>Допильнував того я вранці сам.&lt;br /&gt;</w:t>
        <w:br/>
        <w:t>Горленко&lt;br /&gt;</w:t>
        <w:br/>
        <w:t>І живность є,— голодні не вмремо...&lt;br /&gt;</w:t>
        <w:br/>
        <w:t>Крицький&lt;br /&gt;</w:t>
        <w:br/>
        <w:t>А може, ще й надійде Дорошенко&lt;br /&gt;</w:t>
        <w:br/>
        <w:t>З потугою...&lt;br /&gt;</w:t>
        <w:br/>
        <w:t>Старовський&lt;br /&gt;</w:t>
        <w:br/>
        <w:t>Де в чорта вже йому&lt;br /&gt;</w:t>
        <w:br/>
        <w:t>Нам помогти, коли й самому скрутно.&lt;br /&gt;</w:t>
        <w:br/>
        <w:t>Лясковський&lt;br /&gt;</w:t>
        <w:br/>
        <w:t>Не згоджуюсь! Дозвольте зняти річ!&lt;br /&gt;</w:t>
        <w:br/>
        <w:t>Де ж видно се, що зникла наша сила?&lt;br /&gt;</w:t>
        <w:br/>
        <w:t>Ні, мусимо ми борониться знов,&lt;br /&gt;</w:t>
        <w:br/>
        <w:t>Ні, мусимо боротись до загину&lt;br /&gt;</w:t>
        <w:br/>
        <w:t>І за свого стояти гетьмана!..&lt;br /&gt;</w:t>
        <w:br/>
        <w:t>Подужаєм! Ми ж козаки, панове!&lt;br /&gt;</w:t>
        <w:br/>
        <w:t>Старовський&lt;br /&gt;</w:t>
        <w:br/>
        <w:t>А ти ж казав...&lt;br /&gt;</w:t>
        <w:br/>
        <w:t>Лясковський&lt;br /&gt;</w:t>
        <w:br/>
        <w:t>Що тяжко нам боротись?&lt;br /&gt;</w:t>
        <w:br/>
        <w:t>Казав!.. Дак що? Поборемо усе!&lt;br /&gt;</w:t>
        <w:br/>
        <w:t>Старовський&lt;br /&gt;</w:t>
        <w:br/>
        <w:t>Але ж бо ти...</w:t>
      </w:r>
    </w:p>
    <w:p>
      <w:r>
        <w:br/>
        <w:t>Лясковський&lt;br /&gt;</w:t>
        <w:br/>
        <w:t>Кажу, щоб биться й далі!..&lt;br /&gt;</w:t>
        <w:br/>
        <w:t>Старовський (помовчавши трохи)&lt;br /&gt;</w:t>
        <w:br/>
        <w:t>Як так, то й так...&lt;br /&gt;</w:t>
        <w:br/>
        <w:t>Жилинський&lt;br /&gt;</w:t>
        <w:br/>
        <w:t>Як сотник, так і я!&lt;br /&gt;</w:t>
        <w:br/>
        <w:t>Коваленко&lt;br /&gt;</w:t>
        <w:br/>
        <w:t>Так будемо ж до смерти борониться!&lt;br /&gt;</w:t>
        <w:br/>
        <w:t>Признаюсь вам по щирості тепер:&lt;br /&gt;</w:t>
        <w:br/>
        <w:t>Коли б ви тут усі постановили&lt;br /&gt;</w:t>
        <w:br/>
        <w:t>Послухаться сього до нас листа,&lt;br /&gt;</w:t>
        <w:br/>
        <w:t>Скоритися, то вже повів би інший&lt;br /&gt;</w:t>
        <w:br/>
        <w:t>Вас кланятись ляхам, а я б узяв&lt;br /&gt;</w:t>
        <w:br/>
        <w:t>Востаннє вже тоді у руки шаблю&lt;br /&gt;</w:t>
        <w:br/>
        <w:t>Та й кинувся б на ворогів хоч сам.&lt;br /&gt;</w:t>
        <w:br/>
        <w:t>Бо ліпше є за волю в бої вмерти,&lt;br /&gt;</w:t>
        <w:br/>
        <w:t>Ніж статися невільником-рабом;&lt;br /&gt;</w:t>
        <w:br/>
        <w:t>Бо тільки труп — той сорома не знає,&lt;br /&gt;</w:t>
        <w:br/>
        <w:t>А хто живий, той не стерпить ярма.&lt;br /&gt;</w:t>
        <w:br/>
        <w:t>Крицький&lt;br /&gt;</w:t>
        <w:br/>
        <w:t>Ні, не стерпить!.. І ми того не хочем!&lt;br /&gt;</w:t>
        <w:br/>
        <w:t>Білоченко&lt;br /&gt;</w:t>
        <w:br/>
        <w:t>Якби ж усі такі були, як ти!..&lt;br /&gt;</w:t>
        <w:br/>
        <w:t>Горленко&lt;br /&gt;</w:t>
        <w:br/>
        <w:t>З тобою всі поляжемо,— веди!&lt;br /&gt;</w:t>
        <w:br/>
        <w:t>Коваленко&lt;br /&gt;</w:t>
        <w:br/>
        <w:t>За щирість сю спасибі вам, панове!&lt;br /&gt;</w:t>
        <w:br/>
        <w:t>Смеркається,— на шанці треба йти.&lt;br /&gt;</w:t>
        <w:br/>
        <w:t>Ще й посланця ми одіслати мусим.&lt;br /&gt;</w:t>
        <w:br/>
        <w:t>Усі встають.&lt;br /&gt;</w:t>
        <w:br/>
        <w:t>Нема чого відписувати їм:&lt;br /&gt;</w:t>
        <w:br/>
        <w:t>Так одкажу,— нехай не дожидають!&lt;br /&gt;</w:t>
        <w:br/>
        <w:t>Ми скоримось хіба, як у землі&lt;br /&gt;</w:t>
        <w:br/>
        <w:t>Лежатимем... Ходіть тепер, панове!&lt;br /&gt;</w:t>
        <w:br/>
        <w:t>Виходять усі, Коваленко позаду, але в ту мить одчиняються двері з другої хати і ввіходить Оксана.&lt;br /&gt;</w:t>
        <w:br/>
        <w:t>Оксана&lt;br /&gt;</w:t>
        <w:br/>
        <w:t>Василечку, стривай!&lt;br /&gt;</w:t>
        <w:br/>
        <w:t>Коваленко&lt;br /&gt;</w:t>
        <w:br/>
        <w:t>А що тобі?&lt;br /&gt;</w:t>
        <w:br/>
        <w:t>Оксана&lt;br /&gt;</w:t>
        <w:br/>
        <w:t>Я раду всю з тієї хати чула...&lt;br /&gt;</w:t>
        <w:br/>
        <w:t>Який же ти... який ти смілий, гарний!..&lt;br /&gt;</w:t>
        <w:br/>
        <w:t>З тобою я нічого не боюсь...&lt;br /&gt;</w:t>
        <w:br/>
        <w:t>Коли б не се, а вдвоє більше військо&lt;br /&gt;</w:t>
        <w:br/>
        <w:t>Нас облягло,— не страшно і тоді,&lt;br /&gt;</w:t>
        <w:br/>
        <w:t>Бо що воно перед тобою зможе?&lt;br /&gt;</w:t>
        <w:br/>
        <w:t>Коваленко&lt;br /&gt;</w:t>
        <w:br/>
        <w:t>Хіба вже я нелюдську маю міць?&lt;br /&gt;</w:t>
        <w:br/>
        <w:t>Ні, є кінець усякій людській силі,&lt;br /&gt;</w:t>
        <w:br/>
        <w:t>І навіть той, хто дужчий за усіх,-&lt;br /&gt;</w:t>
        <w:br/>
        <w:t>Той зломиться.&lt;br /&gt;</w:t>
        <w:br/>
        <w:t>Оксана&lt;br /&gt;</w:t>
        <w:br/>
        <w:t>Зломитись — не схилитись,&lt;br /&gt;</w:t>
        <w:br/>
        <w:t>Не кланятись звитяжцям-ворогам!&lt;br /&gt;</w:t>
        <w:br/>
        <w:t>І ти такий! За те такий і гарний,&lt;br /&gt;</w:t>
        <w:br/>
        <w:t>І дорогий, коханий, любий мій!&lt;br /&gt;</w:t>
        <w:br/>
        <w:t>(Припадає до нього)&lt;br /&gt;</w:t>
        <w:br/>
        <w:t>Коваленко&lt;br /&gt;</w:t>
        <w:br/>
        <w:t>А що, якби ляхи нас подоліли?&lt;br /&gt;</w:t>
        <w:br/>
        <w:t>Оксана&lt;br /&gt;</w:t>
        <w:br/>
        <w:t>Тоді б поліг в останнім бої ти.&lt;br /&gt;</w:t>
        <w:br/>
        <w:t>Коваленко&lt;br /&gt;</w:t>
        <w:br/>
        <w:t>А ти?&lt;br /&gt;</w:t>
        <w:br/>
        <w:t>Оксана&lt;br /&gt;</w:t>
        <w:br/>
        <w:t>А я-? Чудний бо ти, Василю!..&lt;br /&gt;</w:t>
        <w:br/>
        <w:t>Коваленко&lt;br /&gt;</w:t>
        <w:br/>
        <w:t>В неволю ти попалася б тоді!&lt;br /&gt;</w:t>
        <w:br/>
        <w:t>Оксана&lt;br /&gt;</w:t>
        <w:br/>
        <w:t>В неволю — я?! Навіщо глузувати?&lt;br /&gt;</w:t>
        <w:br/>
        <w:t>Ні, смерть — то мить, неволя — цілий вік.&lt;br /&gt;</w:t>
        <w:br/>
        <w:t>Я до життя готова і до смерті:&lt;br /&gt;</w:t>
        <w:br/>
        <w:t>Де будеш ти, то буду там і я.&lt;br /&gt;</w:t>
        <w:br/>
        <w:t>Коваленко&lt;br /&gt;</w:t>
        <w:br/>
        <w:t>Голубочко, душі моєї сонце!&lt;br /&gt;</w:t>
        <w:br/>
        <w:t>Мій світоньку! З тобою все ясне,&lt;br /&gt;</w:t>
        <w:br/>
        <w:t>Без тебе — ніч... ніч темна і похмура…&lt;br /&gt;</w:t>
        <w:br/>
        <w:t>Без тебе я... і жити б я не міг!&lt;br /&gt;</w:t>
        <w:br/>
        <w:t>Оксана&lt;br /&gt;</w:t>
        <w:br/>
        <w:t>(палко пригортаючись до його.)&lt;br /&gt;</w:t>
        <w:br/>
        <w:t>О цить-бо, цить!.. А то тебе від себе&lt;br /&gt;</w:t>
        <w:br/>
        <w:t>Не зможу я пустити!&lt;br /&gt;</w:t>
        <w:br/>
        <w:t>(Цілує його, потім одштовхує злегенька).&lt;br /&gt;</w:t>
        <w:br/>
        <w:t>Ну, іди!&lt;br /&gt;</w:t>
        <w:br/>
        <w:t>Коваленко&lt;br /&gt;</w:t>
        <w:br/>
        <w:t>Іду, іду... Бо справді забарився…&lt;br /&gt;</w:t>
        <w:br/>
        <w:t>(Іде, але на порозі спиняється).&lt;br /&gt;</w:t>
        <w:br/>
        <w:t>А відаєш, якая новина?&lt;br /&gt;</w:t>
        <w:br/>
        <w:t>Грицько знайшовсь.&lt;br /&gt;</w:t>
        <w:br/>
        <w:t>Оксана&lt;br /&gt;</w:t>
        <w:br/>
        <w:t>Невже? А де?&lt;br /&gt;</w:t>
        <w:br/>
        <w:t>Коваленко&lt;br /&gt;</w:t>
        <w:br/>
        <w:t>В Ханенка.&lt;br /&gt;</w:t>
        <w:br/>
        <w:t>Оксана (сумно.)&lt;br /&gt;</w:t>
        <w:br/>
        <w:t>І він туди!&lt;br /&gt;</w:t>
        <w:br/>
        <w:t>Коваленко&lt;br /&gt;</w:t>
        <w:br/>
        <w:t>Я з шанців сам пізнав…&lt;br /&gt;</w:t>
        <w:br/>
        <w:t>І в посланця питавсь,— і той так каже…&lt;br /&gt;</w:t>
        <w:br/>
        <w:t>Ну, вже піду... Я скоро і вернусь.&lt;br /&gt;</w:t>
        <w:br/>
        <w:t>Виходить.&lt;br /&gt;</w:t>
        <w:br/>
        <w:t>Оксана&lt;br /&gt;</w:t>
        <w:br/>
        <w:t>(Сама. Проходить по хаті, тоді сідає біля столу).&lt;br /&gt;</w:t>
        <w:br/>
        <w:t>Грицько знайшовсь... і б'ється за Ханенка..&lt;br /&gt;</w:t>
        <w:br/>
        <w:t>І винна — я... Укупі ми зросли,&lt;br /&gt;</w:t>
        <w:br/>
        <w:t>І плакали, й сміялися укупі...&lt;br /&gt;</w:t>
        <w:br/>
        <w:t>Він покохав мене і певний був,&lt;br /&gt;</w:t>
        <w:br/>
        <w:t>Що будемо ми двох із ним подружжям...&lt;br /&gt;</w:t>
        <w:br/>
        <w:t>Та, може, так воно й було б, якби&lt;br /&gt;</w:t>
        <w:br/>
        <w:t>Не стрівсь Василь... Маленька зірка гасне,&lt;br /&gt;</w:t>
        <w:br/>
        <w:t>Як засія на небі сонце... Так...&lt;br /&gt;</w:t>
        <w:br/>
        <w:t>Як оддалась за Василя,— не стало&lt;br /&gt;</w:t>
        <w:br/>
        <w:t>Тоді Грицька: ураз кудись він зник...&lt;br /&gt;</w:t>
        <w:br/>
        <w:t>А се тепер у ворогів з'явився...&lt;br /&gt;</w:t>
        <w:br/>
        <w:t>І щирий він, і гарний, добрий був...&lt;br /&gt;</w:t>
        <w:br/>
        <w:t>Ми вкупі з ним ділили сміх і сльози:&lt;br /&gt;</w:t>
        <w:br/>
        <w:t>Він батькові був тільки приймаком,&lt;br /&gt;</w:t>
        <w:br/>
        <w:t>Але мені він братом був ізмалку.&lt;br /&gt;</w:t>
        <w:br/>
        <w:t>І жалко так, що з ворогами він...&lt;br /&gt;</w:t>
        <w:br/>
        <w:t>Як сталося, що він тепер з Ханенком?..&lt;br /&gt;</w:t>
        <w:br/>
        <w:t>Як все тепер поплуталось: хто був&lt;br /&gt;</w:t>
        <w:br/>
        <w:t>Учора наш, той з ворогами завтра...&lt;br /&gt;</w:t>
        <w:br/>
        <w:t>Се помилка його, і певна я,&lt;br /&gt;</w:t>
        <w:br/>
        <w:t>Коли б його могла я де уздріти,-&lt;br /&gt;</w:t>
        <w:br/>
        <w:t>Вернувся б він, їх кинувши, до нас.&lt;br /&gt;</w:t>
        <w:br/>
        <w:t>(Схиляється головою на руку й замислюється)&lt;br /&gt;</w:t>
        <w:br/>
        <w:t>Баба Горпина ввіходять.&lt;br /&gt;</w:t>
        <w:br/>
        <w:t>Горпина&lt;br /&gt;</w:t>
        <w:br/>
        <w:t>Чи вернеться небавом пан Василь?&lt;br /&gt;</w:t>
        <w:br/>
        <w:t>Оксана&lt;br /&gt;</w:t>
        <w:br/>
        <w:t>Ви хочете, бабусенько, вже спати?&lt;br /&gt;</w:t>
        <w:br/>
        <w:t>Лягайте, спіть! Чого ще вам товктись?&lt;br /&gt;</w:t>
        <w:br/>
        <w:t>Я Василя тут буду дожидати,&lt;br /&gt;</w:t>
        <w:br/>
        <w:t>І дам йому вечеряти сама.&lt;br /&gt;</w:t>
        <w:br/>
        <w:t>Горпина&lt;br /&gt;</w:t>
        <w:br/>
        <w:t>Так я піду.&lt;br /&gt;</w:t>
        <w:br/>
        <w:t>Оксана&lt;br /&gt;</w:t>
        <w:br/>
        <w:t>Ідіть та спіть, бабусю!&lt;br /&gt;</w:t>
        <w:br/>
        <w:t>Горпина виходить. Оксана знову сидить біля стояу, замислившися. Увіходить тихо чоловік середнього зросту, в звичайній мужичій одежі, білявий, з усами, без бороди. Увійшовши, озирається, не важучися нічого робити. Оксана, почувши його, підводить голову і відразу встає... придивляється...&lt;br /&gt;</w:t>
        <w:br/>
        <w:t>Оксана&lt;br /&gt;</w:t>
        <w:br/>
        <w:t>Се хто такий?.. Ой хто се? (Пізнає.)&lt;br /&gt;</w:t>
        <w:br/>
        <w:t>Боже правий!..&lt;br /&gt;</w:t>
        <w:br/>
        <w:t>Чоловік&lt;br /&gt;</w:t>
        <w:br/>
        <w:t>Не пізнаєш?&lt;br /&gt;</w:t>
        <w:br/>
        <w:t>Оксана&lt;br /&gt;</w:t>
        <w:br/>
        <w:t>Ні, я пізнала... ви... Се, батьку, ви...&lt;br /&gt;</w:t>
        <w:br/>
        <w:t>Пилипенко&lt;br /&gt;</w:t>
        <w:br/>
        <w:t>Се я... Чого ж злякалась?&lt;br /&gt;</w:t>
        <w:br/>
        <w:t>Поблідла чом?.. Хіба я дикий звір?&lt;br /&gt;</w:t>
        <w:br/>
        <w:t>Оксана&lt;br /&gt;</w:t>
        <w:br/>
        <w:t>Та ні, се так... се я... не сподівалась…&lt;br /&gt;</w:t>
        <w:br/>
        <w:t>Я думала, що вас немає тут...&lt;br /&gt;</w:t>
        <w:br/>
        <w:t>Пилипенко&lt;br /&gt;</w:t>
        <w:br/>
        <w:t>Та не лякайсь!.. Я не прийшов ганьбити&lt;br /&gt;</w:t>
        <w:br/>
        <w:t>Тебе за те, що ти за Василя&lt;br /&gt;</w:t>
        <w:br/>
        <w:t>Свого пішла, від батька втікши нишком,&lt;br /&gt;</w:t>
        <w:br/>
        <w:t>До ворогів пристала...&lt;br /&gt;</w:t>
        <w:br/>
        <w:t>Оксана&lt;br /&gt;</w:t>
        <w:br/>
        <w:t>Батьку, ні!&lt;br /&gt;</w:t>
        <w:br/>
        <w:t>Не вороги вони мені, а рідні.&lt;br /&gt;</w:t>
        <w:br/>
        <w:t>Той ворог нам, хто наш плюндрує край:&lt;br /&gt;</w:t>
        <w:br/>
        <w:t>Не я, а ви, мій батьку, з ворогами.&lt;br /&gt;</w:t>
        <w:br/>
        <w:t>Пилипенко&lt;br /&gt;</w:t>
        <w:br/>
        <w:t>Мовчи уже, коли ще не клену!&lt;br /&gt;</w:t>
        <w:br/>
        <w:t>Я не про те тут маю розмовляти.&lt;br /&gt;</w:t>
        <w:br/>
        <w:t>Оксана&lt;br /&gt;</w:t>
        <w:br/>
        <w:t>А я про те: покиньте, тату, їх,&lt;br /&gt;</w:t>
        <w:br/>
        <w:t>Вернітеся до нас! Вас привітаєм&lt;br /&gt;</w:t>
        <w:br/>
        <w:t>Як рідного, коханого ми всі…&lt;br /&gt;</w:t>
        <w:br/>
        <w:t>Любитиму, коритимусь!.. Верніться!&lt;br /&gt;</w:t>
        <w:br/>
        <w:t>Пилипенко&lt;br /&gt;</w:t>
        <w:br/>
        <w:t>Облиш, кажу!.. Не в тім сьогодні річ!&lt;br /&gt;</w:t>
        <w:br/>
        <w:t>Повинна ти мене обрятувати:&lt;br /&gt;</w:t>
        <w:br/>
        <w:t>Сюди вночі я тайником уліз,-&lt;br /&gt;</w:t>
        <w:br/>
        <w:t>А поки тут ходив, то тайника&lt;br /&gt;</w:t>
        <w:br/>
        <w:t>Засипано,— зоставсь я мов у пастці.&lt;br /&gt;</w:t>
        <w:br/>
        <w:t>У бур'яні пролежав цілий день,&lt;br /&gt;</w:t>
        <w:br/>
        <w:t>А се добравсь по-темному до тебе.&lt;br /&gt;</w:t>
        <w:br/>
        <w:t>Оксана&lt;br /&gt;</w:t>
        <w:br/>
        <w:t>Але чого ж ви опинились тут?&lt;br /&gt;</w:t>
        <w:br/>
        <w:t>Пилипенко&lt;br /&gt;</w:t>
        <w:br/>
        <w:t>А що тобі? За ділом опинився…&lt;br /&gt;</w:t>
        <w:br/>
        <w:t>Рятуй тепер і випусти мене!&lt;br /&gt;</w:t>
        <w:br/>
        <w:t>Оксана&lt;br /&gt;</w:t>
        <w:br/>
        <w:t>А як же вас я випущу? Всі брами&lt;br /&gt;</w:t>
        <w:br/>
        <w:t>Скрізь замкнено, і вартові стоять.&lt;br /&gt;</w:t>
        <w:br/>
        <w:t>Пилипенко&lt;br /&gt;</w:t>
        <w:br/>
        <w:t>То одури тих вартових, як знаєш,&lt;br /&gt;</w:t>
        <w:br/>
        <w:t>А випусти відсіль мене мерщій!&lt;br /&gt;</w:t>
        <w:br/>
        <w:t>Оксана&lt;br /&gt;</w:t>
        <w:br/>
        <w:t>Та як же я їх можу одурити?&lt;br /&gt;</w:t>
        <w:br/>
        <w:t>Пилипенко&lt;br /&gt;</w:t>
        <w:br/>
        <w:t>Ти вимудруй! Ти знаєш ліпше це!&lt;br /&gt;</w:t>
        <w:br/>
        <w:t>Оксана&lt;br /&gt;</w:t>
        <w:br/>
        <w:t>Дурить своїх? Ні, я того не хочу.&lt;br /&gt;</w:t>
        <w:br/>
        <w:t>Пилипенко&lt;br /&gt;</w:t>
        <w:br/>
        <w:t>Ану облиш ти вигадки дурні!&lt;br /&gt;</w:t>
        <w:br/>
        <w:t>Оксана&lt;br /&gt;</w:t>
        <w:br/>
        <w:t>Не вигадки,— не можу я зробити.&lt;br /&gt;</w:t>
        <w:br/>
        <w:t>Пилипенко&lt;br /&gt;</w:t>
        <w:br/>
        <w:t>Не зробиш ти,— я проклену тебе!..&lt;br /&gt;</w:t>
        <w:br/>
        <w:t>Я задавлю тебе!.. Пускай мене!&lt;br /&gt;</w:t>
        <w:br/>
        <w:t>Оксана&lt;br /&gt;</w:t>
        <w:br/>
        <w:t>Не можу я!&lt;br /&gt;</w:t>
        <w:br/>
        <w:t>Пилипенко&lt;br /&gt;</w:t>
        <w:br/>
        <w:t>У, проклята тварюка!&lt;br /&gt;</w:t>
        <w:br/>
        <w:t>(Проходить по хаті й вертається. Спокійніше).&lt;br /&gt;</w:t>
        <w:br/>
        <w:t>Та слухай же! Розваж же, нерозумна:&lt;br /&gt;</w:t>
        <w:br/>
        <w:t>Коли мене не випустиш вночі,-&lt;br /&gt;</w:t>
        <w:br/>
        <w:t>Піймають же мене і накарають.&lt;br /&gt;</w:t>
        <w:br/>
        <w:t>Оксана&lt;br /&gt;</w:t>
        <w:br/>
        <w:t>Я Василя прохатиму, щоб він... Поможе він...&lt;br /&gt;</w:t>
        <w:br/>
        <w:t>Пилипенко&lt;br /&gt;</w:t>
        <w:br/>
        <w:t>На його я не вірю.&lt;br /&gt;</w:t>
        <w:br/>
        <w:t>Та й він не сам: є присуд військовий:&lt;br /&gt;</w:t>
        <w:br/>
        <w:t>І завтра я на шибениці буду&lt;br /&gt;</w:t>
        <w:br/>
        <w:t>Чи голову катюга втне мені.&lt;br /&gt;</w:t>
        <w:br/>
        <w:t>Оксана&lt;br /&gt;</w:t>
        <w:br/>
        <w:t>Ой, господи!&lt;br /&gt;</w:t>
        <w:br/>
        <w:t>Пилипенко&lt;br /&gt;</w:t>
        <w:br/>
        <w:t>Та пожалій же батька!&lt;br /&gt;</w:t>
        <w:br/>
        <w:t>Вже раз його ти скривдила так тяжко,&lt;br /&gt;</w:t>
        <w:br/>
        <w:t>Тепер його на страту віддаєш.&lt;br /&gt;</w:t>
        <w:br/>
        <w:t>Проллється кров моя і упаде&lt;br /&gt;</w:t>
        <w:br/>
        <w:t>На голову тобі: ти вбила батька!&lt;br /&gt;</w:t>
        <w:br/>
        <w:t>Моя душа на божий стане суд,&lt;br /&gt;</w:t>
        <w:br/>
        <w:t>І я йому, єдиному, на тебе&lt;br /&gt;</w:t>
        <w:br/>
        <w:t>Жалітимусь...&lt;br /&gt;</w:t>
        <w:br/>
        <w:t>Оксана&lt;br /&gt;</w:t>
        <w:br/>
        <w:t>Ой, боже! Що чинити?&lt;br /&gt;</w:t>
        <w:br/>
        <w:t>Пилипенко&lt;br /&gt;</w:t>
        <w:br/>
        <w:t>Жалітимусь: у неї не було,-&lt;br /&gt;</w:t>
        <w:br/>
        <w:t>Скажу йому,— жалю в жіночім серці.&lt;br /&gt;</w:t>
        <w:br/>
        <w:t>Вона могла кривавий батьків труп&lt;br /&gt;</w:t>
        <w:br/>
        <w:t>Без голови вбачати на помості,&lt;br /&gt;</w:t>
        <w:br/>
        <w:t>Вона мене убила, се вона:&lt;br /&gt;</w:t>
        <w:br/>
        <w:t>Карай її, мій господи єдиний!&lt;br /&gt;</w:t>
        <w:br/>
        <w:t>Оксана&lt;br /&gt;</w:t>
        <w:br/>
        <w:t>Ні, не кажіть так, тату, не кажіть!&lt;br /&gt;</w:t>
        <w:br/>
        <w:t>Пилипенко&lt;br /&gt;</w:t>
        <w:br/>
        <w:t>Казатиму!.. У тебе серце добре...&lt;br /&gt;</w:t>
        <w:br/>
        <w:t>Я ж батько твій, зростив тебе, кохав...&lt;br /&gt;</w:t>
        <w:br/>
        <w:t>Тепер прошу: рятуй мене від смерті!..</w:t>
      </w:r>
    </w:p>
    <w:p>
      <w:r>
        <w:br/>
        <w:t>Оксана&lt;br /&gt;</w:t>
        <w:br/>
        <w:t>Стривай-бо!.. Подумаю…&lt;br /&gt;</w:t>
        <w:br/>
        <w:t>(Мовчить).&lt;br /&gt;</w:t>
        <w:br/>
        <w:t>А, так! Надумала!&lt;br /&gt;</w:t>
        <w:br/>
        <w:t>Пилипенко&lt;br /&gt;</w:t>
        <w:br/>
        <w:t>Надумала? Кажи ж бо!&lt;br /&gt;</w:t>
        <w:br/>
        <w:t>Оксана&lt;br /&gt;</w:t>
        <w:br/>
        <w:t>Тут поблизу в саду у нас є хвіртка&lt;br /&gt;</w:t>
        <w:br/>
        <w:t>Маленькая у мурі... ключ у нас...&lt;br /&gt;</w:t>
        <w:br/>
        <w:t>Пилипенко&lt;br /&gt;</w:t>
        <w:br/>
        <w:t>Веди ж мене! Веди мерщій, не гайся!&lt;br /&gt;</w:t>
        <w:br/>
        <w:t>Оксана&lt;br /&gt;</w:t>
        <w:br/>
        <w:t>Стривайте, бо — неначе хтось іде...&lt;br /&gt;</w:t>
        <w:br/>
        <w:t>(Прислухається).&lt;br /&gt;</w:t>
        <w:br/>
        <w:t>Василь іде. Отам сховайтесь поки.&lt;br /&gt;</w:t>
        <w:br/>
        <w:t>Я все зроблю, що сила буде,— йдіть!&lt;br /&gt;</w:t>
        <w:br/>
        <w:t>Виводить батька в другу світлицю, сама вертається. Коваленко — ввіходить.&lt;br /&gt;</w:t>
        <w:br/>
        <w:t>Коваленко&lt;br /&gt;</w:t>
        <w:br/>
        <w:t>Оксаночко, тут не було Карпа?&lt;br /&gt;</w:t>
        <w:br/>
        <w:t>Оксана&lt;br /&gt;</w:t>
        <w:br/>
        <w:t>Не бачила його...&lt;br /&gt;</w:t>
        <w:br/>
        <w:t>Коваленко&lt;br /&gt;</w:t>
        <w:br/>
        <w:t>А мав він бути... А може, він в пекарні дожида?&lt;br /&gt;</w:t>
        <w:br/>
        <w:t>Ти глянь піди! Нехай сюди увійде.&lt;br /&gt;</w:t>
        <w:br/>
        <w:t>(Оксана виходить.)&lt;br /&gt;</w:t>
        <w:br/>
        <w:t>Коваленко — сам, дивиться услід Оксані.&lt;br /&gt;</w:t>
        <w:br/>
        <w:t>От бог послав мені оцей клейнод!..&lt;br /&gt;</w:t>
        <w:br/>
        <w:t>І утомлюсь, і знеможусь без міри,&lt;br /&gt;</w:t>
        <w:br/>
        <w:t>А ззирнемось, очима всміхнемось,-&lt;br /&gt;</w:t>
        <w:br/>
        <w:t>І де вже та і втома, і знемога!..&lt;br /&gt;</w:t>
        <w:br/>
        <w:t>Коли б її у мене бог одняв,&lt;br /&gt;</w:t>
        <w:br/>
        <w:t>То хоч і вмри, бо що життя без неї?&lt;br /&gt;</w:t>
        <w:br/>
        <w:t>Холодний світ без радощів і втіх,&lt;br /&gt;</w:t>
        <w:br/>
        <w:t>Без щирості, без правди... кров та бійка&lt;br /&gt;</w:t>
        <w:br/>
        <w:t>Щоденная... гризеться з братом брат...&lt;br /&gt;</w:t>
        <w:br/>
        <w:t>А нащо се?.. Велична річ — лицарство,-&lt;br /&gt;</w:t>
        <w:br/>
        <w:t>Я все життя із шаблею прожив,&lt;br /&gt;</w:t>
        <w:br/>
        <w:t>А часом так подумаєш: мій боже,&lt;br /&gt;</w:t>
        <w:br/>
        <w:t>Вже скільки літ в крові й сльозах наш край!..&lt;br /&gt;</w:t>
        <w:br/>
        <w:t>Як у раю могли б тут люде жити,&lt;br /&gt;</w:t>
        <w:br/>
        <w:t>А ми той рай вже пеклом ізробили,&lt;br /&gt;</w:t>
        <w:br/>
        <w:t>Руїною!.. Коли ж тому кінець?..&lt;br /&gt;</w:t>
        <w:br/>
        <w:t>Бог відає, що б'юсь за правду й волю...&lt;br /&gt;</w:t>
        <w:br/>
        <w:t>Та знає він, що се — тяжке життя&lt;br /&gt;</w:t>
        <w:br/>
        <w:t>І посила душі людській на втіху&lt;br /&gt;</w:t>
        <w:br/>
        <w:t>Пречистую ласкаву ту ясну&lt;br /&gt;</w:t>
        <w:br/>
        <w:t>Жіночую подружню душу любу,-&lt;br /&gt;</w:t>
        <w:br/>
        <w:t>Так і мені Оксаночку послав.&lt;br /&gt;</w:t>
        <w:br/>
        <w:t>Карпо — козак немолодий, увіходить.&lt;br /&gt;</w:t>
        <w:br/>
        <w:t>Карпо&lt;br /&gt;</w:t>
        <w:br/>
        <w:t>От я й прийшов. Який же загад буде?&lt;br /&gt;</w:t>
        <w:br/>
        <w:t>Коваленко&lt;br /&gt;</w:t>
        <w:br/>
        <w:t>Та загад сей такий: як хочеш ти,&lt;br /&gt;</w:t>
        <w:br/>
        <w:t>Дак і берись, а ні — нехай хто інший.&lt;br /&gt;</w:t>
        <w:br/>
        <w:t>Карпо&lt;br /&gt;</w:t>
        <w:br/>
        <w:t>Кажіть, який?</w:t>
      </w:r>
    </w:p>
    <w:p>
      <w:r>
        <w:br/>
        <w:t>Коваленко&lt;br /&gt;</w:t>
        <w:br/>
        <w:t>(виймає листа.)&lt;br /&gt;</w:t>
        <w:br/>
        <w:t>Та от цидулу сю&lt;br /&gt;</w:t>
        <w:br/>
        <w:t>Гетьманові Петрові доручити…&lt;br /&gt;</w:t>
        <w:br/>
        <w:t>Тут більш на смерть, як на життя ідеш.&lt;br /&gt;</w:t>
        <w:br/>
        <w:t>Карпо&lt;br /&gt;</w:t>
        <w:br/>
        <w:t>Давайте лист!</w:t>
      </w:r>
    </w:p>
    <w:p>
      <w:r>
        <w:br/>
        <w:t>Коваленко&lt;br /&gt;</w:t>
        <w:br/>
        <w:t>Ти лицар щирий, брате!&lt;br /&gt;</w:t>
        <w:br/>
        <w:t>Дак слухай же, як мусиш ти зробить:&lt;br /&gt;</w:t>
        <w:br/>
        <w:t>Ти вдягнешся у свиту й вийдеш зараз&lt;br /&gt;</w:t>
        <w:br/>
        <w:t>В маленькую лівую браму,— там&lt;br /&gt;</w:t>
        <w:br/>
        <w:t>Униз іди; зійшовши на долину,-&lt;br /&gt;</w:t>
        <w:br/>
        <w:t>Йди до млина, мірошника знайди&lt;br /&gt;</w:t>
        <w:br/>
        <w:t>Петра Гайду,— йому віддай цидулу:&lt;br /&gt;</w:t>
        <w:br/>
        <w:t>Хай він мерщій до Дорошенка йде…&lt;br /&gt;</w:t>
        <w:br/>
        <w:t>Він знає вже,— скажи, що се від мене...&lt;br /&gt;</w:t>
        <w:br/>
        <w:t>Віддавши лист, вертайсь назад сю ніч.</w:t>
      </w:r>
    </w:p>
    <w:p>
      <w:r>
        <w:br/>
        <w:t>Карпо&lt;br /&gt;</w:t>
        <w:br/>
        <w:t>А як його не буде часом дома?&lt;br /&gt;</w:t>
        <w:br/>
        <w:t>Коваленко&lt;br /&gt;</w:t>
        <w:br/>
        <w:t>Тоді ти сам у Чигирин іди&lt;br /&gt;</w:t>
        <w:br/>
        <w:t>І там оддай цидулу гетьманові.&lt;br /&gt;</w:t>
        <w:br/>
        <w:t>Ось на тобі червінця на коня.&lt;br /&gt;</w:t>
        <w:br/>
        <w:t>Їдь день і ніч... Мені тебе не вчити,&lt;br /&gt;</w:t>
        <w:br/>
        <w:t>Ти знаєш сам... Не першого тебе&lt;br /&gt;</w:t>
        <w:br/>
        <w:t>До гетьмана з листом я ординую,&lt;br /&gt;</w:t>
        <w:br/>
        <w:t>Але нема ні вісточки відтіль:&lt;br /&gt;</w:t>
        <w:br/>
        <w:t>Всі посланці погинули без сліду.&lt;br /&gt;</w:t>
        <w:br/>
        <w:t>То сторожкий ти будь та бережкий,&lt;br /&gt;</w:t>
        <w:br/>
        <w:t>Щоб цілий був і щоб зробив ти діло.&lt;br /&gt;</w:t>
        <w:br/>
        <w:t>Карпо&lt;br /&gt;</w:t>
        <w:br/>
        <w:t>А як же я ввійду до міста знов?&lt;br /&gt;</w:t>
        <w:br/>
        <w:t>Коваленко&lt;br /&gt;</w:t>
        <w:br/>
        <w:t>Ми підемо з тобою вдвох до брами,&lt;br /&gt;</w:t>
        <w:br/>
        <w:t>Там вартовий і випустить тебе,&lt;br /&gt;</w:t>
        <w:br/>
        <w:t>Як вернешся, то мусиш ти сказати:&lt;br /&gt;</w:t>
        <w:br/>
        <w:t>"Брід перейшов". Се гасло тільки ти,&lt;br /&gt;</w:t>
        <w:br/>
        <w:t>Та вартовий, та я і будем знати —&lt;br /&gt;</w:t>
        <w:br/>
        <w:t>Воно тобі відчинить браму знов.&lt;br /&gt;</w:t>
        <w:br/>
        <w:t>Тепер же тут ніхто не може знати,&lt;br /&gt;</w:t>
        <w:br/>
        <w:t>Що ти пішов: се знаєш ти, та я,&lt;br /&gt;</w:t>
        <w:br/>
        <w:t>Та вартовий; певніша справа буде,&lt;br /&gt;</w:t>
        <w:br/>
        <w:t>Коли ніхто не знатиме про се.&lt;br /&gt;</w:t>
        <w:br/>
        <w:t>Карпо&lt;br /&gt;</w:t>
        <w:br/>
        <w:t>Нехай і так... То, може б, пан полковник&lt;br /&gt;</w:t>
        <w:br/>
        <w:t>Не брамою звелів мені іти,&lt;br /&gt;</w:t>
        <w:br/>
        <w:t>А випустив мене з садка у хвіртку&lt;br /&gt;</w:t>
        <w:br/>
        <w:t>Дак тут ніхто мене б уже не вздрів.&lt;br /&gt;</w:t>
        <w:br/>
        <w:t>Коваленко&lt;br /&gt;</w:t>
        <w:br/>
        <w:t>Не можна так: кущі-терни край брами,&lt;br /&gt;</w:t>
        <w:br/>
        <w:t>І добре ти сховаєшся у їх;&lt;br /&gt;</w:t>
        <w:br/>
        <w:t>Тут — голо все, то скоро вийдеш,— зараз&lt;br /&gt;</w:t>
        <w:br/>
        <w:t>Тебе ляхи постережуть і вб’ють.&lt;br /&gt;</w:t>
        <w:br/>
        <w:t>Тепер ходім,— я проведу до брами.&lt;br /&gt;</w:t>
        <w:br/>
        <w:t>(Виходять обидва.)&lt;br /&gt;</w:t>
        <w:br/>
        <w:t>Пилипенко — обережно визирає в двері і, бачивши, що нікого нема, увіходить.&lt;br /&gt;</w:t>
        <w:br/>
        <w:t>Пилипенко&lt;br /&gt;</w:t>
        <w:br/>
        <w:t>Уже пішли... Ідіть собі здорові!&lt;br /&gt;</w:t>
        <w:br/>
        <w:t>Який швидкий: "Нехай ніхто не зна!"&lt;br /&gt;</w:t>
        <w:br/>
        <w:t>А я почув і знаю ваше гасло!&lt;br /&gt;</w:t>
        <w:br/>
        <w:t>Потрапив я сюди в щасливий час:&lt;br /&gt;</w:t>
        <w:br/>
        <w:t>Підмовою чи зробиться з Лясковським,&lt;br /&gt;</w:t>
        <w:br/>
        <w:t>А знаючи, як увійти сюди,-&lt;br /&gt;</w:t>
        <w:br/>
        <w:t>Вже я зроблю!.. Коли б то вийти швидше!..&lt;br /&gt;</w:t>
        <w:br/>
        <w:t>Оксана&lt;br /&gt;</w:t>
        <w:br/>
        <w:t>(ввіходить швидко.)&lt;br /&gt;</w:t>
        <w:br/>
        <w:t>Ходіть мерщій... Василь уже пішов.&lt;br /&gt;</w:t>
        <w:br/>
        <w:t>Пилипенко&lt;br /&gt;</w:t>
        <w:br/>
        <w:t>Ходім, веди! А се тут недалеко?&lt;br /&gt;</w:t>
        <w:br/>
        <w:t>Оксана&lt;br /&gt;</w:t>
        <w:br/>
        <w:t>Та тільки сад маленький перейти.&lt;br /&gt;</w:t>
        <w:br/>
        <w:t>(Виходить. Сцена який час порожня.) Лясковський увіходить.&lt;br /&gt;</w:t>
        <w:br/>
        <w:t>Лясковський&lt;br /&gt;</w:t>
        <w:br/>
        <w:t>(озирається.)&lt;br /&gt;</w:t>
        <w:br/>
        <w:t>Нема її... От не щастить ізнов!..&lt;br /&gt;</w:t>
        <w:br/>
        <w:t>Побачити її саму хотілось…&lt;br /&gt;</w:t>
        <w:br/>
        <w:t>А от — нема!.. А може, там вона?&lt;br /&gt;</w:t>
        <w:br/>
        <w:t>(Зазирає в одні двері і в другі.)&lt;br /&gt;</w:t>
        <w:br/>
        <w:t>Ніде нема!..&lt;br /&gt;</w:t>
        <w:br/>
        <w:t>Оксана&lt;br /&gt;</w:t>
        <w:br/>
        <w:t>(вбігає швидко.)&lt;br /&gt;</w:t>
        <w:br/>
        <w:t>Ой, хто се тут?.. Пан сотник…&lt;br /&gt;</w:t>
        <w:br/>
        <w:t>Лясковський&lt;br /&gt;</w:t>
        <w:br/>
        <w:t>Еге, се я... Потурбував я пані?&lt;br /&gt;</w:t>
        <w:br/>
        <w:t>Але я знав, що пані тут сама,&lt;br /&gt;</w:t>
        <w:br/>
        <w:t>То і прийшов із шанців, щоб сказати...&lt;br /&gt;</w:t>
        <w:br/>
        <w:t>(Спиняється.)&lt;br /&gt;</w:t>
        <w:br/>
        <w:t>Оксана&lt;br /&gt;</w:t>
        <w:br/>
        <w:t>Сказати — що?&lt;br /&gt;</w:t>
        <w:br/>
        <w:t>Лясковський&lt;br /&gt;</w:t>
        <w:br/>
        <w:t>Багато є сказать,&lt;br /&gt;</w:t>
        <w:br/>
        <w:t>Та усього не виявиш одразу...&lt;br /&gt;</w:t>
        <w:br/>
        <w:t>Оксана&lt;br /&gt;</w:t>
        <w:br/>
        <w:t>Сідайте ж бо!&lt;br /&gt;</w:t>
        <w:br/>
        <w:t>(Сама сідає.)&lt;br /&gt;</w:t>
        <w:br/>
        <w:t>Лясковський&lt;br /&gt;</w:t>
        <w:br/>
        <w:t>Еге, сідаймо... так... Сідає.&lt;br /&gt;</w:t>
        <w:br/>
        <w:t>Дак з чого я почну?.. Хіба з такого?&lt;br /&gt;</w:t>
        <w:br/>
        <w:t>Нема мені спокою вже давно…&lt;br /&gt;</w:t>
        <w:br/>
        <w:t>Оксана&lt;br /&gt;</w:t>
        <w:br/>
        <w:t>Чого ж то так?&lt;br /&gt;</w:t>
        <w:br/>
        <w:t>Лясковський&lt;br /&gt;</w:t>
        <w:br/>
        <w:t>Бо пані я побачив.&lt;br /&gt;</w:t>
        <w:br/>
        <w:t>Оксана&lt;br /&gt;</w:t>
        <w:br/>
        <w:t>Ви кажете, добродію, таке,&lt;br /&gt;</w:t>
        <w:br/>
        <w:t>Що я його не вмію розуміти…&lt;br /&gt;</w:t>
        <w:br/>
        <w:t>Лясковський&lt;br /&gt;</w:t>
        <w:br/>
        <w:t>Дак зрозумій, що я тебе люблю!&lt;br /&gt;</w:t>
        <w:br/>
        <w:t>Оксана зривається з місця. Лясковський теж устає.&lt;br /&gt;</w:t>
        <w:br/>
        <w:t>Ні, не тікай, дай все мені сказати!&lt;br /&gt;</w:t>
        <w:br/>
        <w:t>Не вільний я!.. Кохання обняло…&lt;br /&gt;</w:t>
        <w:br/>
        <w:t>Подужати його не маю сили…&lt;br /&gt;</w:t>
        <w:br/>
        <w:t>Мовчав я все, але тепер такий&lt;br /&gt;</w:t>
        <w:br/>
        <w:t>Надходить час, що годі вже мовчати:&lt;br /&gt;</w:t>
        <w:br/>
        <w:t>Ще день, чи два — й поляжемо ми всі;&lt;br /&gt;</w:t>
        <w:br/>
        <w:t>Тебе ж люблю: не можу попустити,&lt;br /&gt;</w:t>
        <w:br/>
        <w:t>Щоб смерть тебе забрала в час страшний,&lt;br /&gt;</w:t>
        <w:br/>
        <w:t>І можу я тебе порятувати;&lt;br /&gt;</w:t>
        <w:br/>
        <w:t>Але ж за те благаю в тебе я:&lt;br /&gt;</w:t>
        <w:br/>
        <w:t>Не погордуй моїм коханням, пані,&lt;br /&gt;</w:t>
        <w:br/>
        <w:t>До мене будь...&lt;br /&gt;</w:t>
        <w:br/>
        <w:t>Оксана&lt;br /&gt;</w:t>
        <w:br/>
        <w:t>Ні, годі, годі вже!..&lt;br /&gt;</w:t>
        <w:br/>
        <w:t>Мені було б од вас піти відразу,&lt;br /&gt;</w:t>
        <w:br/>
        <w:t>Не слухати тих божевільних слів.&lt;br /&gt;</w:t>
        <w:br/>
        <w:t>Коли ж уже лишилась я, то мушу&lt;br /&gt;</w:t>
        <w:br/>
        <w:t>Сказати так: як зважилися ви&lt;br /&gt;</w:t>
        <w:br/>
        <w:t>Таке гидке мені казати й грішне?&lt;br /&gt;</w:t>
        <w:br/>
        <w:t>Почтивості моїй, чесноті ви&lt;br /&gt;</w:t>
        <w:br/>
        <w:t>Як зважились таку вчинити кривду?&lt;br /&gt;</w:t>
        <w:br/>
        <w:t>Ідіте геть і більш не важтесь ви&lt;br /&gt;</w:t>
        <w:br/>
        <w:t>До нашої приходити господи!..&lt;br /&gt;</w:t>
        <w:br/>
        <w:t>А кривду сю — хай вам дарує бог!&lt;br /&gt;</w:t>
        <w:br/>
        <w:t>Лясковський&lt;br /&gt;</w:t>
        <w:br/>
        <w:t>Розгнівалась і слухати не хочеш...&lt;br /&gt;</w:t>
        <w:br/>
        <w:t>Оксана&lt;br /&gt;</w:t>
        <w:br/>
        <w:t>Ідіте геть! Я вже сказала вам,&lt;br /&gt;</w:t>
        <w:br/>
        <w:t>І більше вас я слухати не буду.&lt;br /&gt;</w:t>
        <w:br/>
        <w:t>Лясковський&lt;br /&gt;</w:t>
        <w:br/>
        <w:t>Гаразд! Дарма! Послухаєш колись!..&lt;br /&gt;</w:t>
        <w:br/>
        <w:t>І що тепер здається нецнотливе,&lt;br /&gt;</w:t>
        <w:br/>
        <w:t>Лякає так,— вже здасться не таке,&lt;br /&gt;</w:t>
        <w:br/>
        <w:t>Як смерть тобі над шиєю зависне.&lt;br /&gt;</w:t>
        <w:br/>
        <w:t>(Виходить.)&lt;br /&gt;</w:t>
        <w:br/>
        <w:t>Оксана (сама.)&lt;br /&gt;</w:t>
        <w:br/>
        <w:t>О господи, яка гидота се!&lt;br /&gt;</w:t>
        <w:br/>
        <w:t>За віщо він мене образив, скривдив?&lt;br /&gt;</w:t>
        <w:br/>
        <w:t>Помітив що в мені такого він,&lt;br /&gt;</w:t>
        <w:br/>
        <w:t>Що зважився прийти мене схиляти&lt;br /&gt;</w:t>
        <w:br/>
        <w:t>Покинути під ноги честь свою?&lt;br /&gt;</w:t>
        <w:br/>
        <w:t>Які слова, чи погляди, чи вчинки&lt;br /&gt;</w:t>
        <w:br/>
        <w:t>Мої йому ту зважність надали?&lt;br /&gt;</w:t>
        <w:br/>
        <w:t>Не знаю я, а кров кипить з образи!..&lt;br /&gt;</w:t>
        <w:br/>
        <w:t>Казати се Василькові чи ні?..&lt;br /&gt;</w:t>
        <w:br/>
        <w:t>Авжеж що ні! Є клопоту багато&lt;br /&gt;</w:t>
        <w:br/>
        <w:t>У його й так,— то нащо сей новий?&lt;br /&gt;</w:t>
        <w:br/>
        <w:t>Йому тепер спокою в душу треба...&lt;br /&gt;</w:t>
        <w:br/>
        <w:t>І добре се надумалася я,&lt;br /&gt;</w:t>
        <w:br/>
        <w:t>Що зважилась про батька не казати:&lt;br /&gt;</w:t>
        <w:br/>
        <w:t>Сказала б я,— що б мусив він тоді?&lt;br /&gt;</w:t>
        <w:br/>
        <w:t>Коли б оддав на суд у раду батька,&lt;br /&gt;</w:t>
        <w:br/>
        <w:t>То певна річ, що присуд був би — смерть;&lt;br /&gt;</w:t>
        <w:br/>
        <w:t>Коли б його пустив із міста нишком,&lt;br /&gt;</w:t>
        <w:br/>
        <w:t>То мусив би тоді Василь немов&lt;br /&gt;</w:t>
        <w:br/>
        <w:t>Ізрадити своїх, а се погано&lt;br /&gt;</w:t>
        <w:br/>
        <w:t>І мук йому без міри завдало б.&lt;br /&gt;</w:t>
        <w:br/>
        <w:t>Тепер же все зробилось тишком-нишком,&lt;br /&gt;</w:t>
        <w:br/>
        <w:t>Не зна Василь, не зна про се ніхто…&lt;br /&gt;</w:t>
        <w:br/>
        <w:t>Тоді колись, як знімуть сю облогу,&lt;br /&gt;</w:t>
        <w:br/>
        <w:t>То розкажу я Василеві все,&lt;br /&gt;</w:t>
        <w:br/>
        <w:t>Тепер же — ні! Навіщо турбувати?&lt;br /&gt;</w:t>
        <w:br/>
        <w:t>Коваленко (ввіходить швидко.)&lt;br /&gt;</w:t>
        <w:br/>
        <w:t>Коваленко&lt;br /&gt;</w:t>
        <w:br/>
        <w:t>Ну, ось і я. Діждалася мене?&lt;br /&gt;</w:t>
        <w:br/>
        <w:t>Оксана&lt;br /&gt;</w:t>
        <w:br/>
        <w:t>(Кидається до його й припадає йому на груди.)&lt;br /&gt;</w:t>
        <w:br/>
        <w:t>Василечку!.. Мій орле ти, мій світе!..&lt;br /&gt;</w:t>
        <w:br/>
        <w:t>Єдиний мій, найкращий, дорогий!..&lt;br /&gt;</w:t>
        <w:br/>
        <w:t>Ти все мені!.. Моє життя, мій раю!&lt;br /&gt;</w:t>
        <w:br/>
        <w:t>Коваленко&lt;br /&gt;</w:t>
        <w:br/>
        <w:t>Ні, ти — мій рай, моє життя і світ!..&lt;br /&gt;</w:t>
        <w:br/>
        <w:t>Завіса.&lt;br /&gt;</w:t>
        <w:br/>
        <w:t>ДРУГА ДІЯ&lt;br /&gt;</w:t>
        <w:br/>
        <w:t>ОДМІНА ПЕРША&lt;br /&gt;</w:t>
        <w:br/>
        <w:t>Світлиця в господі в сотника Лясковського, вбрана підхоже до того, як і в Коваленка, але менша й простіша. Ніч, на столі свічка.&lt;br /&gt;</w:t>
        <w:br/>
        <w:t>Лясковський сидить за столом, перед їм стоїть Крутько, немолодий козак.&lt;br /&gt;</w:t>
        <w:br/>
        <w:t>Лясковський&lt;br /&gt;</w:t>
        <w:br/>
        <w:t>Дак мовиш ти, що хилються до нас?&lt;br /&gt;</w:t>
        <w:br/>
        <w:t>Крутько&lt;br /&gt;</w:t>
        <w:br/>
        <w:t>Та ще і як! Я з панського розказу&lt;br /&gt;</w:t>
        <w:br/>
        <w:t>Усім одно у вуха все турчу:&lt;br /&gt;</w:t>
        <w:br/>
        <w:t>Що в нас тепер полковник сей поганий...&lt;br /&gt;</w:t>
        <w:br/>
        <w:t>Лясковський&lt;br /&gt;</w:t>
        <w:br/>
        <w:t>Ну, а про те... про мене закидав?&lt;br /&gt;</w:t>
        <w:br/>
        <w:t>Крутько&lt;br /&gt;</w:t>
        <w:br/>
        <w:t>А як же ж ні!.. Казав, ласкавий пане!&lt;br /&gt;</w:t>
        <w:br/>
        <w:t>Нам сотника Лясковського, кажу,&lt;br /&gt;</w:t>
        <w:br/>
        <w:t>Полковником годиться обібрати.&lt;br /&gt;</w:t>
        <w:br/>
        <w:t>Лясковський&lt;br /&gt;</w:t>
        <w:br/>
        <w:t>Та що ж вони?&lt;br /&gt;</w:t>
        <w:br/>
        <w:t>Крутько&lt;br /&gt;</w:t>
        <w:br/>
        <w:t>Багато пристає&lt;br /&gt;</w:t>
        <w:br/>
        <w:t>На вашу мосць... а інші Коваленка&lt;br /&gt;</w:t>
        <w:br/>
        <w:t>Обстоюють.&lt;br /&gt;</w:t>
        <w:br/>
        <w:t>Лясковський&lt;br /&gt;</w:t>
        <w:br/>
        <w:t>А ти їх припечи:&lt;br /&gt;</w:t>
        <w:br/>
        <w:t>Ти нагадай сьому, як пан полковник&lt;br /&gt;</w:t>
        <w:br/>
        <w:t>Його колись покривдив,— накарав&lt;br /&gt;</w:t>
        <w:br/>
        <w:t>За те, що він... Ні, не кажи за віщо,&lt;br /&gt;</w:t>
        <w:br/>
        <w:t>А за ніщо, кажи... Тому закинь,&lt;br /&gt;</w:t>
        <w:br/>
        <w:t>Що міг би він уже значнішим бути,&lt;br /&gt;</w:t>
        <w:br/>
        <w:t>Але сього полковник не дає,&lt;br /&gt;</w:t>
        <w:br/>
        <w:t>А буде він значним тоді, як стане&lt;br /&gt;</w:t>
        <w:br/>
        <w:t>Полковником Лясковський". Ще кому&lt;br /&gt;</w:t>
        <w:br/>
        <w:t>Ти просто дай горілки, щоб напився,&lt;br /&gt;</w:t>
        <w:br/>
        <w:t>Чи та яра йому ти в руку вкинь,&lt;br /&gt;</w:t>
        <w:br/>
        <w:t>Коли не п’є...&lt;br /&gt;</w:t>
        <w:br/>
        <w:t>Крутько&lt;br /&gt;</w:t>
        <w:br/>
        <w:t>Я ж і роблю так саме.&lt;br /&gt;</w:t>
        <w:br/>
        <w:t>Лясковський&lt;br /&gt;</w:t>
        <w:br/>
        <w:t>Усякому ти щось лихе скажи&lt;br /&gt;</w:t>
        <w:br/>
        <w:t>Про Василя,— вигадуй там, що знаєш,&lt;br /&gt;</w:t>
        <w:br/>
        <w:t>Та тільки так бреши, щоб не вклепавсь.&lt;br /&gt;</w:t>
        <w:br/>
        <w:t>Крутько&lt;br /&gt;</w:t>
        <w:br/>
        <w:t>Та знаю як,— мене сього не вчити.&lt;br /&gt;</w:t>
        <w:br/>
        <w:t>Лясковський&lt;br /&gt;</w:t>
        <w:br/>
        <w:t>Хто наріка на сю облогу,— тим&lt;br /&gt;</w:t>
        <w:br/>
        <w:t>Скажи, що се через його упертість&lt;br /&gt;</w:t>
        <w:br/>
        <w:t>Та через те, що недотепний він:&lt;br /&gt;</w:t>
        <w:br/>
        <w:t>Коли б не він,— давно кінець облозі.&lt;br /&gt;</w:t>
        <w:br/>
        <w:t>А хто кричить, що треба йти на смерть,&lt;br /&gt;</w:t>
        <w:br/>
        <w:t>Тому скажи: Василь оддатись хоче&lt;br /&gt;</w:t>
        <w:br/>
        <w:t>Ляхам і вже з Ханенком наклада…&lt;br /&gt;</w:t>
        <w:br/>
        <w:t>Тим і людей мордує він, щоб врешті&lt;br /&gt;</w:t>
        <w:br/>
        <w:t>Знемігшися, всі легше підлягли.&lt;br /&gt;</w:t>
        <w:br/>
        <w:t>Крутько&lt;br /&gt;</w:t>
        <w:br/>
        <w:t>Вже декому й казав... і вірять добре.&lt;br /&gt;</w:t>
        <w:br/>
        <w:t>Лясковський&lt;br /&gt;</w:t>
        <w:br/>
        <w:t>А коли хто й віри не пойме,&lt;br /&gt;</w:t>
        <w:br/>
        <w:t>То все якась народиться невіра&lt;br /&gt;</w:t>
        <w:br/>
        <w:t>До Василя: "А може, щось і є?"&lt;br /&gt;</w:t>
        <w:br/>
        <w:t>Подумає і неймовірний часом…&lt;br /&gt;</w:t>
        <w:br/>
        <w:t>І вже не так повірить він йому,&lt;br /&gt;</w:t>
        <w:br/>
        <w:t>Як трапиться, що треба буде віри.&lt;br /&gt;</w:t>
        <w:br/>
        <w:t>Крутько&lt;br /&gt;</w:t>
        <w:br/>
        <w:t>От тільки ще той клятий дід Остап:&lt;br /&gt;</w:t>
        <w:br/>
        <w:t>Він серед нас велику силу мас,&lt;br /&gt;</w:t>
        <w:br/>
        <w:t>Шанують всі його, що лицар він&lt;br /&gt;</w:t>
        <w:br/>
        <w:t>Уславлений і ранами окритий,&lt;br /&gt;</w:t>
        <w:br/>
        <w:t>Козацькії звичаї знає всі…&lt;br /&gt;</w:t>
        <w:br/>
        <w:t>Я закидав йому: "Дурниця,— каже.-&lt;br /&gt;</w:t>
        <w:br/>
        <w:t>Ти не плети дурниць!" — Коли б же він&lt;br /&gt;</w:t>
        <w:br/>
        <w:t>Та прихиливсь,— за їм би й ті шугнули,&lt;br /&gt;</w:t>
        <w:br/>
        <w:t>Що ще тепер хитаються вони.&lt;br /&gt;</w:t>
        <w:br/>
        <w:t>Лясковський&lt;br /&gt;</w:t>
        <w:br/>
        <w:t>А ти йому червінчика…&lt;br /&gt;</w:t>
        <w:br/>
        <w:t>Крутько&lt;br /&gt;</w:t>
        <w:br/>
        <w:t>Не візьме!..&lt;br /&gt;</w:t>
        <w:br/>
        <w:t>Та я його злякаю: я впевню,&lt;br /&gt;</w:t>
        <w:br/>
        <w:t>Що зраджує полковник. Як повіре,&lt;br /&gt;</w:t>
        <w:br/>
        <w:t>То ворогом страшним тоді йому&lt;br /&gt;</w:t>
        <w:br/>
        <w:t>Він зробиться.&lt;br /&gt;</w:t>
        <w:br/>
        <w:t>Лясковський&lt;br /&gt;</w:t>
        <w:br/>
        <w:t>Роби вже, як там знаєш!&lt;br /&gt;</w:t>
        <w:br/>
        <w:t>Полковник я,— хоружий в сотні — ти.&lt;br /&gt;</w:t>
        <w:br/>
        <w:t>(Дає гроші.)&lt;br /&gt;</w:t>
        <w:br/>
        <w:t>Ось на іще побрязкачів блискучих,-&lt;br /&gt;</w:t>
        <w:br/>
        <w:t>Багато сим прихилиш ти... Іди!&lt;br /&gt;</w:t>
        <w:br/>
        <w:t>Крутько кланяється й виходе.&lt;br /&gt;</w:t>
        <w:br/>
        <w:t>Лясковський (помовчавши.)&lt;br /&gt;</w:t>
        <w:br/>
        <w:t>Полковницький пірнач... блищить він гарно…&lt;br /&gt;</w:t>
        <w:br/>
        <w:t>Ото тоді пануй і розкошуй!..&lt;br /&gt;</w:t>
        <w:br/>
        <w:t>Дурні! Дурні! Клопочуться, гризуться,&lt;br /&gt;</w:t>
        <w:br/>
        <w:t>За рідний край говорять, за народ...&lt;br /&gt;</w:t>
        <w:br/>
        <w:t>А що мені той рідний край? Навіщо?&lt;br /&gt;</w:t>
        <w:br/>
        <w:t>Як добре жить, то там і рідний край,&lt;br /&gt;</w:t>
        <w:br/>
        <w:t>А якщо зле,— на чорта він іздавсь?&lt;br /&gt;</w:t>
        <w:br/>
        <w:t>Про волю ще народную торочуть...&lt;br /&gt;</w:t>
        <w:br/>
        <w:t>Все чортзна-що! Йому горілки дай,&lt;br /&gt;</w:t>
        <w:br/>
        <w:t>Уп'ється він, то й байдуже про волю:&lt;br /&gt;</w:t>
        <w:br/>
        <w:t>Лизатиме він чоботи тобі.&lt;br /&gt;</w:t>
        <w:br/>
        <w:t>Тоді вона, та воля, є в людини,&lt;br /&gt;</w:t>
        <w:br/>
        <w:t>Коли бряжчать червінці у руках,&lt;br /&gt;</w:t>
        <w:br/>
        <w:t>Тоді усе, що тільки заманеться,&lt;br /&gt;</w:t>
        <w:br/>
        <w:t>Все зробиться!.. Такої волі й я&lt;br /&gt;</w:t>
        <w:br/>
        <w:t>Добуду ось... Коли б ще пощастило!..&lt;br /&gt;</w:t>
        <w:br/>
        <w:t>Щоб більше він на шиї не сидів,&lt;br /&gt;</w:t>
        <w:br/>
        <w:t>Огидний сей!.. Тоді уже й Оксана...&lt;br /&gt;</w:t>
        <w:br/>
        <w:t>Ой-ой, ой-ойї.. То ласощі такі,&lt;br /&gt;</w:t>
        <w:br/>
        <w:t>Що тільки їх хоч трошки нагадаєш,&lt;br /&gt;</w:t>
        <w:br/>
        <w:t>То так тебе мов опече всього!..&lt;br /&gt;</w:t>
        <w:br/>
        <w:t>А як вона нагнівалась на мене!..&lt;br /&gt;</w:t>
        <w:br/>
        <w:t>Тоді немов ще краща стала враз...&lt;br /&gt;</w:t>
        <w:br/>
        <w:t>Вже сердьсь тепер: твоя ще поки воля!&lt;br /&gt;</w:t>
        <w:br/>
        <w:t>А скоро я приборкаю тебе,-&lt;br /&gt;</w:t>
        <w:br/>
        <w:t>Не сердиться ти будеш,— цілувати!&lt;br /&gt;</w:t>
        <w:br/>
        <w:t>Старовський та Жилинський увіходять.&lt;br /&gt;</w:t>
        <w:br/>
        <w:t>Старовський та Жилинський.&lt;br /&gt;</w:t>
        <w:br/>
        <w:t>Добривечір!&lt;br /&gt;</w:t>
        <w:br/>
        <w:t>Лясковський&lt;br /&gt;</w:t>
        <w:br/>
        <w:t>А, прошу до господи!&lt;br /&gt;</w:t>
        <w:br/>
        <w:t>Старовський та Жилинський скидають кереї.&lt;br /&gt;</w:t>
        <w:br/>
        <w:t>Сідайте-бо! Давно вже челядь спить,&lt;br /&gt;</w:t>
        <w:br/>
        <w:t>І нас ніхто почути тут не може,&lt;br /&gt;</w:t>
        <w:br/>
        <w:t>То вільно нам розмовиться в сей час.&lt;br /&gt;</w:t>
        <w:br/>
        <w:t>Старовський&lt;br /&gt;</w:t>
        <w:br/>
        <w:t>Надумав се пан сотник щось цікаве.&lt;br /&gt;</w:t>
        <w:br/>
        <w:t>Лясковський&lt;br /&gt;</w:t>
        <w:br/>
        <w:t>Цікаве — так! Ми мусимо гуртом&lt;br /&gt;</w:t>
        <w:br/>
        <w:t>Порадитись, щоб знати, що чинити,&lt;br /&gt;</w:t>
        <w:br/>
        <w:t>Бо справа се великої ваги.&lt;br /&gt;</w:t>
        <w:br/>
        <w:t>Жилинський&lt;br /&gt;</w:t>
        <w:br/>
        <w:t>Ану, кажи, послухаєм про справу.&lt;br /&gt;</w:t>
        <w:br/>
        <w:t>Лясковський&lt;br /&gt;</w:t>
        <w:br/>
        <w:t>Мені до рук потрапив лист один...&lt;br /&gt;</w:t>
        <w:br/>
        <w:t>Жилинський&lt;br /&gt;</w:t>
        <w:br/>
        <w:t>Від кого ж лист?&lt;br /&gt;</w:t>
        <w:br/>
        <w:t>Лясковський&lt;br /&gt;</w:t>
        <w:br/>
        <w:t>Від гетьмана Ханенка.&lt;br /&gt;</w:t>
        <w:br/>
        <w:t>Жилинський&lt;br /&gt;</w:t>
        <w:br/>
        <w:t>Ханенка? Йо?&lt;br /&gt;</w:t>
        <w:br/>
        <w:t>Старовський&lt;br /&gt;</w:t>
        <w:br/>
        <w:t>Невже?&lt;br /&gt;</w:t>
        <w:br/>
        <w:t>Лясковський&lt;br /&gt;</w:t>
        <w:br/>
        <w:t>Атож, кажу.&lt;br /&gt;</w:t>
        <w:br/>
        <w:t>Старовський&lt;br /&gt;</w:t>
        <w:br/>
        <w:t>А що ж стоїть написане в цидулі?&lt;br /&gt;</w:t>
        <w:br/>
        <w:t>Лясковський&lt;br /&gt;</w:t>
        <w:br/>
        <w:t>Хай пан суддя читає сам її.&lt;br /&gt;</w:t>
        <w:br/>
        <w:t>Подає листа. Старовський розгортає й дивиться спершу на підпис.&lt;br /&gt;</w:t>
        <w:br/>
        <w:t>Ханенко, так... Ну, будемо читати!&lt;br /&gt;</w:t>
        <w:br/>
        <w:t>Мой велце шановний, ласкавий добродію, пане сотнику Калницький! Ординуємо з сим листом нашим певного чоловіка, сподіваючись, що сим тебе і інших обачніших з старшини вашої до перестанку пролиття крові християнської нахилимо. Поне-важ уже два тижні тая кров проливається і ще більше її пролито має бути, як звитязьким робом до Калнику вступимо. Рач ваша милость на тоє уважно глянути, іж ніякої надії на утримання міста вашого мати не можете і чи нині, чи за кілька день поддатися мусите. Ліпше вам будеть на ласку нашу оддатися, аніж карання строгого за упартость дознати. За дурницею полковник ваш уганяючи, того вчинити не хочеть; то могли би ваша милость, полковницький пірнач до рук узявши і розважніших із старшини вашої до себе приєднавши, тоє вчинити. А що такий вашої милості і товариства учинок без нагороди доброї маєтками чи золотими червоними не лишився би, то в тому певний будь. Також і полковницького пірнача з рук вашої милості ніхто видерати не мав би. Рач же, розваживши тоє, мені пилну з пилну і щиру одповідь подати. Року божого 1671-го, октобрія..."&lt;br /&gt;</w:t>
        <w:br/>
        <w:t>Оце і все. (Мовчать який час усі.)&lt;br /&gt;</w:t>
        <w:br/>
        <w:t>А що сказав пан сотник&lt;br /&gt;</w:t>
        <w:br/>
        <w:t>Тому, хто дав йому сього листа?&lt;br /&gt;</w:t>
        <w:br/>
        <w:t>Лясковський&lt;br /&gt;</w:t>
        <w:br/>
        <w:t>Що відповім не зараз, трохи згодом...&lt;br /&gt;</w:t>
        <w:br/>
        <w:t>Порадитись із вами я хотів,-&lt;br /&gt;</w:t>
        <w:br/>
        <w:t>На те я вас тепер оце й покликав.&lt;br /&gt;</w:t>
        <w:br/>
        <w:t>Старовський&lt;br /&gt;</w:t>
        <w:br/>
        <w:t>А сам же ти як думаєш про те,&lt;br /&gt;</w:t>
        <w:br/>
        <w:t>Що пан гетьман нам подає до вваги?&lt;br /&gt;</w:t>
        <w:br/>
        <w:t>Лясковський&lt;br /&gt;</w:t>
        <w:br/>
        <w:t>А що ж тут ще? Казав я вам і перш,&lt;br /&gt;</w:t>
        <w:br/>
        <w:t>Що все одно — нам витримать не сила,&lt;br /&gt;</w:t>
        <w:br/>
        <w:t>Не схилимось,— то шию нам нагнуть,&lt;br /&gt;</w:t>
        <w:br/>
        <w:t>Послухаєм — зазнаємо ми ласки.&lt;br /&gt;</w:t>
        <w:br/>
        <w:t>Нема чого стрибати нам в огонь,&lt;br /&gt;</w:t>
        <w:br/>
        <w:t>Коли його і обминути можна.&lt;br /&gt;</w:t>
        <w:br/>
        <w:t>Змагаючись, як наш дурний Василь,&lt;br /&gt;</w:t>
        <w:br/>
        <w:t>Ми і людей занапастим, і місто.&lt;br /&gt;</w:t>
        <w:br/>
        <w:t>Віддавшися ж — ми зарятуєм все,&lt;br /&gt;</w:t>
        <w:br/>
        <w:t>Та і самі не будемо без зиску.&lt;br /&gt;</w:t>
        <w:br/>
        <w:t>Ви згодились попереду на те,&lt;br /&gt;</w:t>
        <w:br/>
        <w:t>Що як уже побачимо, що годі&lt;br /&gt;</w:t>
        <w:br/>
        <w:t>Змагаться нам, то скинем Василя,&lt;br /&gt;</w:t>
        <w:br/>
        <w:t>Коли на те до нас він не пристане,&lt;br /&gt;</w:t>
        <w:br/>
        <w:t>Та й скоримось Ханенкові. Сей час&lt;br /&gt;</w:t>
        <w:br/>
        <w:t>Уже прийшов: не витримаєм далі.&lt;br /&gt;</w:t>
        <w:br/>
        <w:t>І склалось так тепер нам добре все,&lt;br /&gt;</w:t>
        <w:br/>
        <w:t>Що вже не ми, а сам гетьман Михайло&lt;br /&gt;</w:t>
        <w:br/>
        <w:t>Прохає нас,— то се ще й ліпше нам:&lt;br /&gt;</w:t>
        <w:br/>
        <w:t>Ми можемо так більше вторгувати.&lt;br /&gt;</w:t>
        <w:br/>
        <w:t>Тим я й кажу: берім, коли дають,&lt;br /&gt;</w:t>
        <w:br/>
        <w:t>Бо час мине, то може все пропасти.&lt;br /&gt;</w:t>
        <w:br/>
        <w:t>Жилинський&lt;br /&gt;</w:t>
        <w:br/>
        <w:t>Та се то так... та штука є одна...&lt;br /&gt;</w:t>
        <w:br/>
        <w:t>Лясковський&lt;br /&gt;</w:t>
        <w:br/>
        <w:t>Кажи — яка, то, може, і зарадим.&lt;br /&gt;</w:t>
        <w:br/>
        <w:t>Жилинський&lt;br /&gt;</w:t>
        <w:br/>
        <w:t>Ну, дасть гетьман маєтків, талярів&lt;br /&gt;</w:t>
        <w:br/>
        <w:t>По сотні-дві... І ще тобі до того&lt;br /&gt;</w:t>
        <w:br/>
        <w:t>Полковництво…&lt;br /&gt;</w:t>
        <w:br/>
        <w:t>Лясковський&lt;br /&gt;</w:t>
        <w:br/>
        <w:t>Написано про се... Хіба не в лад?&lt;br /&gt;</w:t>
        <w:br/>
        <w:t>Жилинський&lt;br /&gt;</w:t>
        <w:br/>
        <w:t>Ні, не про те, а ось що:&lt;br /&gt;</w:t>
        <w:br/>
        <w:t>Вам добре двом: полковницький пірнач&lt;br /&gt;</w:t>
        <w:br/>
        <w:t>Уже давно вві сні пан сотник бачив,-&lt;br /&gt;</w:t>
        <w:br/>
        <w:t>Тепер його й рукою досягне.&lt;br /&gt;</w:t>
        <w:br/>
        <w:t>І пан суддя теж плату добру має:&lt;br /&gt;</w:t>
        <w:br/>
        <w:t>Полковника ненавидить він так,&lt;br /&gt;</w:t>
        <w:br/>
        <w:t>Що добре б дав, аби помститись можна.&lt;br /&gt;</w:t>
        <w:br/>
        <w:t>За віщо се,— не відаю того…&lt;br /&gt;</w:t>
        <w:br/>
        <w:t>Старовський&lt;br /&gt;</w:t>
        <w:br/>
        <w:t>Він ворогом мені давно вже стався:&lt;br /&gt;</w:t>
        <w:br/>
        <w:t>Образою великою вразив&lt;br /&gt;</w:t>
        <w:br/>
        <w:t>Мене він раз…&lt;br /&gt;</w:t>
        <w:br/>
        <w:t>Лясковський&lt;br /&gt;</w:t>
        <w:br/>
        <w:t>Яка ж була образа?&lt;br /&gt;</w:t>
        <w:br/>
        <w:t>Старовський&lt;br /&gt;</w:t>
        <w:br/>
        <w:t>Прилюдно він назвав мене колись&lt;br /&gt;</w:t>
        <w:br/>
        <w:t>Утисником і ще зганьбив словами.&lt;br /&gt;</w:t>
        <w:br/>
        <w:t>Лясковський&lt;br /&gt;</w:t>
        <w:br/>
        <w:t>А за що ж то?&lt;br /&gt;</w:t>
        <w:br/>
        <w:t>Старовський&lt;br /&gt;</w:t>
        <w:br/>
        <w:t>Та за дурницю все!&lt;br /&gt;</w:t>
        <w:br/>
        <w:t>Там козаки-сусіди єсть у мене,&lt;br /&gt;</w:t>
        <w:br/>
        <w:t>Дейнеченки... супліку подали,&lt;br /&gt;</w:t>
        <w:br/>
        <w:t>Що ніби я їх утискав, що ніби&lt;br /&gt;</w:t>
        <w:br/>
        <w:t>Я батожжям їх бив, а то усе&lt;br /&gt;</w:t>
        <w:br/>
        <w:t>Шкарадная брехня! Та ще й на кого:&lt;br /&gt;</w:t>
        <w:br/>
        <w:t>Ще й на суддю! І він мене тоді&lt;br /&gt;</w:t>
        <w:br/>
        <w:t>Утисником назвав, ганьбив... Забути&lt;br /&gt;</w:t>
        <w:br/>
        <w:t>Не можу я... Давно я заприсягсь&lt;br /&gt;</w:t>
        <w:br/>
        <w:t>Помститися, полковництво відняти&lt;br /&gt;</w:t>
        <w:br/>
        <w:t>У його й все...&lt;br /&gt;</w:t>
        <w:br/>
        <w:t>Жилинський&lt;br /&gt;</w:t>
        <w:br/>
        <w:t>Ото ж і буде так!&lt;br /&gt;</w:t>
        <w:br/>
        <w:t>От пан суддя і має нагороду!&lt;br /&gt;</w:t>
        <w:br/>
        <w:t>Опріче тих маєтків, талярів,&lt;br /&gt;</w:t>
        <w:br/>
        <w:t>Один бере пірнач, а другий — помсту,&lt;br /&gt;</w:t>
        <w:br/>
        <w:t>А що ж мені?&lt;br /&gt;</w:t>
        <w:br/>
        <w:t>Лясковський&lt;br /&gt;</w:t>
        <w:br/>
        <w:t>Маєтність, гроші…&lt;br /&gt;</w:t>
        <w:br/>
        <w:t>Жилинський&lt;br /&gt;</w:t>
        <w:br/>
        <w:t>Ге!&lt;br /&gt;</w:t>
        <w:br/>
        <w:t>Те маєте і ви та ще і надто,&lt;br /&gt;</w:t>
        <w:br/>
        <w:t>Мені ж нема додаточка того.&lt;br /&gt;</w:t>
        <w:br/>
        <w:t>Лясковський&lt;br /&gt;</w:t>
        <w:br/>
        <w:t>Як там — бери! Про те всі будем дбати,&lt;br /&gt;</w:t>
        <w:br/>
        <w:t>Щоб сотником ізроблено тебе.&lt;br /&gt;</w:t>
        <w:br/>
        <w:t>Жилинський&lt;br /&gt;</w:t>
        <w:br/>
        <w:t>Оце гаразд! Так ліпше й приставати.&lt;br /&gt;</w:t>
        <w:br/>
        <w:t>Та тільки вже щоб слова не ламать!&lt;br /&gt;</w:t>
        <w:br/>
        <w:t>Лясковський&lt;br /&gt;</w:t>
        <w:br/>
        <w:t>Не зломимо! Як я сказав, то певне,&lt;br /&gt;</w:t>
        <w:br/>
        <w:t>Та тільки щось мовчить наш пан суддя,&lt;br /&gt;</w:t>
        <w:br/>
        <w:t>Що думає — не хоче нам сказати.&lt;br /&gt;</w:t>
        <w:br/>
        <w:t>Старовський&lt;br /&gt;</w:t>
        <w:br/>
        <w:t>Я пристаю.&lt;br /&gt;</w:t>
        <w:br/>
        <w:t>Жилинський&lt;br /&gt;</w:t>
        <w:br/>
        <w:t>Оце так і гаразд.&lt;br /&gt;</w:t>
        <w:br/>
        <w:t>(До Лясковського.)&lt;br /&gt;</w:t>
        <w:br/>
        <w:t>А де сей лист пан сотник взяв? Од кого?&lt;br /&gt;</w:t>
        <w:br/>
        <w:t>Лясковський&lt;br /&gt;</w:t>
        <w:br/>
        <w:t>Вночі я йшов учора, аж дивлюсь,-&lt;br /&gt;</w:t>
        <w:br/>
        <w:t>По-хлопському убраний хтось підходе,&lt;br /&gt;</w:t>
        <w:br/>
        <w:t>Дає листа... я в його розпитавсь:&lt;br /&gt;</w:t>
        <w:br/>
        <w:t>Він ізнайшов отой тайник підземний&lt;br /&gt;</w:t>
        <w:br/>
        <w:t>Та й вліз сюди... Я наказав йому,&lt;br /&gt;</w:t>
        <w:br/>
        <w:t>Щоб зараз він назад вертавсь, а вранці&lt;br /&gt;</w:t>
        <w:br/>
        <w:t>Засипали ми тайника того.&lt;br /&gt;</w:t>
        <w:br/>
        <w:t>Жилинський&lt;br /&gt;</w:t>
        <w:br/>
        <w:t>Бач, бісові,— знайшли ж тайник, а наші&lt;br /&gt;</w:t>
        <w:br/>
        <w:t>І байдуже!&lt;br /&gt;</w:t>
        <w:br/>
        <w:t>Старовський&lt;br /&gt;</w:t>
        <w:br/>
        <w:t>Бо так він обваливсь,&lt;br /&gt;</w:t>
        <w:br/>
        <w:t>Заріс увесь кущами й дерезою,&lt;br /&gt;</w:t>
        <w:br/>
        <w:t>Що всі його забули вже давно.&lt;br /&gt;</w:t>
        <w:br/>
        <w:t>Лясковський&lt;br /&gt;</w:t>
        <w:br/>
        <w:t>А сей, бач, знав про його: він у місті&lt;br /&gt;</w:t>
        <w:br/>
        <w:t>Колись бував. І знаєте ви — хто?&lt;br /&gt;</w:t>
        <w:br/>
        <w:t>Жилинський&lt;br /&gt;</w:t>
        <w:br/>
        <w:t>А хто? Кажи!&lt;br /&gt;</w:t>
        <w:br/>
        <w:t>Лясковський&lt;br /&gt;</w:t>
        <w:br/>
        <w:t>Полковниці се батько.&lt;br /&gt;</w:t>
        <w:br/>
        <w:t>Старовський&lt;br /&gt;</w:t>
        <w:br/>
        <w:t>Невже? Свирид? Бач, де він обізвавсь!&lt;br /&gt;</w:t>
        <w:br/>
        <w:t>Жилинський&lt;br /&gt;</w:t>
        <w:br/>
        <w:t>А хто ж то є? Про його я не знаю.&lt;br /&gt;</w:t>
        <w:br/>
        <w:t>Старовський&lt;br /&gt;</w:t>
        <w:br/>
        <w:t>Він з Винниці був міщанин,— там є&lt;br /&gt;</w:t>
        <w:br/>
        <w:t>У його двір... Водився з козаками&lt;br /&gt;</w:t>
        <w:br/>
        <w:t>Ще здавна він... лестивсь і до ляхів...&lt;br /&gt;</w:t>
        <w:br/>
        <w:t>Став козаком, пристав до Дорошенка...&lt;br /&gt;</w:t>
        <w:br/>
        <w:t>Лясковський&lt;br /&gt;</w:t>
        <w:br/>
        <w:t>Тепер же знов з Ханенком наклада…&lt;br /&gt;</w:t>
        <w:br/>
        <w:t>Він там у їх за осавулу в сотні…&lt;br /&gt;</w:t>
        <w:br/>
        <w:t>На вигадки премудрий, дак його&lt;br /&gt;</w:t>
        <w:br/>
        <w:t>Туди і шле Ханенко, де не шаблі,&lt;br /&gt;</w:t>
        <w:br/>
        <w:t>А хитрощів зажити треба їм.&lt;br /&gt;</w:t>
        <w:br/>
        <w:t>Жилинський&lt;br /&gt;</w:t>
        <w:br/>
        <w:t>А як же наш йому зробився зятем?&lt;br /&gt;</w:t>
        <w:br/>
        <w:t>Старовський&lt;br /&gt;</w:t>
        <w:br/>
        <w:t>Так і зробивсь... У його ся дочка&lt;br /&gt;</w:t>
        <w:br/>
        <w:t>Одна була, та ще приймак... За пана&lt;br /&gt;</w:t>
        <w:br/>
        <w:t>Багатого віддать її хотів.&lt;br /&gt;</w:t>
        <w:br/>
        <w:t>А тут Василь підскочив, та вернувся&lt;br /&gt;</w:t>
        <w:br/>
        <w:t>Із гарбузом, бо був тоді малим&lt;br /&gt;</w:t>
        <w:br/>
        <w:t>Хоружим він у сотні... Дак Оксана&lt;br /&gt;</w:t>
        <w:br/>
        <w:t>Сама тоді вже утекла із ним.&lt;br /&gt;</w:t>
        <w:br/>
        <w:t>Розлютувавсь Свирид і відцурався&lt;br /&gt;</w:t>
        <w:br/>
        <w:t>Навік дочки.&lt;br /&gt;</w:t>
        <w:br/>
        <w:t>Жилинський&lt;br /&gt;</w:t>
        <w:br/>
        <w:t>Дак он се через що&lt;br /&gt;</w:t>
        <w:br/>
        <w:t>Він хоче сам занапастити зятя!..&lt;br /&gt;</w:t>
        <w:br/>
        <w:t>(До Лясковського.)&lt;br /&gt;</w:t>
        <w:br/>
        <w:t>Того ж ти так на раді обставай&lt;br /&gt;</w:t>
        <w:br/>
        <w:t>За те, щоб нам з ляхами биться й далі?&lt;br /&gt;</w:t>
        <w:br/>
        <w:t>Лясковський&lt;br /&gt;</w:t>
        <w:br/>
        <w:t>Так ліпше ми захистимо себе:&lt;br /&gt;</w:t>
        <w:br/>
        <w:t>Як будемо кричати скільки сили&lt;br /&gt;</w:t>
        <w:br/>
        <w:t>Про ворогів треклятих та про бій,&lt;br /&gt;</w:t>
        <w:br/>
        <w:t>То й вірити нам будуть, скажуть: певні.&lt;br /&gt;</w:t>
        <w:br/>
        <w:t>Ми ж нищечком ізробимо своє.&lt;br /&gt;</w:t>
        <w:br/>
        <w:t>Та ще і те: коли б сам Коваленко&lt;br /&gt;</w:t>
        <w:br/>
        <w:t>Ляхам оддавсь,— пропали бариші!&lt;br /&gt;</w:t>
        <w:br/>
        <w:t>Старовський&lt;br /&gt;</w:t>
        <w:br/>
        <w:t>А як же ми умовимся з Ханенком?&lt;br /&gt;</w:t>
        <w:br/>
        <w:t>Лясковський&lt;br /&gt;</w:t>
        <w:br/>
        <w:t>Я завтра сам із Кальника піду&lt;br /&gt;</w:t>
        <w:br/>
        <w:t>Вночі до їх і там з самим Ханенком&lt;br /&gt;</w:t>
        <w:br/>
        <w:t>Погоджуся.&lt;br /&gt;</w:t>
        <w:br/>
        <w:t>Старовський&lt;br /&gt;</w:t>
        <w:br/>
        <w:t>Се до ладу... іди!&lt;br /&gt;</w:t>
        <w:br/>
        <w:t>Лясковський&lt;br /&gt;</w:t>
        <w:br/>
        <w:t>А мій Крутько підкручує тут добре.&lt;br /&gt;</w:t>
        <w:br/>
        <w:t>Багато вже до нас прихильних є.&lt;br /&gt;</w:t>
        <w:br/>
        <w:t>Старовський&lt;br /&gt;</w:t>
        <w:br/>
        <w:t>Нам їх тепер ще більше буде треба:&lt;br /&gt;</w:t>
        <w:br/>
        <w:t>Як Василя приборкаєм, то все&lt;br /&gt;</w:t>
        <w:br/>
        <w:t>Ізробимо, а з ним, то важча справа,&lt;br /&gt;</w:t>
        <w:br/>
        <w:t>Силкуймося, щоб прихилить народ.&lt;br /&gt;</w:t>
        <w:br/>
        <w:t>Лясковський&lt;br /&gt;</w:t>
        <w:br/>
        <w:t>Тепер же ми ходім іще на шанці,&lt;br /&gt;</w:t>
        <w:br/>
        <w:t>Щоб бачено, що пильні й щирі ми.&lt;br /&gt;</w:t>
        <w:br/>
        <w:t>Жилинський&lt;br /&gt;</w:t>
        <w:br/>
        <w:t>А що ж, ходіть! Обійдемо та й спати.&lt;br /&gt;</w:t>
        <w:br/>
        <w:t>Вдягаються й виходять. Завіса спадає.&lt;br /&gt;</w:t>
        <w:br/>
        <w:t>ОДМІНА ДРУГА&lt;br /&gt;</w:t>
        <w:br/>
        <w:t>Ніч. Майдан серед Калмику великий. Будинки старосвітські, вікна вузькі, покрівлі гонгові й солом'яні, високі й гострі. Ніч не місячна, але досить видко. Чути, як перегукається варта: "Вартуй! Вартуй!" — гукає з одного боку. "Вартуй!" — озивається з другого, а ще десь далі ледві чуть: "Вартуй!" Як одслонюється завіса, то на майдані порожньо. Трохи згодом чути ходу. Виходять Лясковський, Старовський та Жилинський, ідучи через майдан од Лясковського до шанців.&lt;br /&gt;</w:t>
        <w:br/>
        <w:t>Лясковський&lt;br /&gt;</w:t>
        <w:br/>
        <w:t>То правда є: сього Ханенка знаю.&lt;br /&gt;</w:t>
        <w:br/>
        <w:t>Він так, як пес, виля своїм хвостом&lt;br /&gt;</w:t>
        <w:br/>
        <w:t>Туди й сюди... Та нам дро те байдуже,-&lt;br /&gt;</w:t>
        <w:br/>
        <w:t>Аби свого хоть з чортом досягти.&lt;br /&gt;</w:t>
        <w:br/>
        <w:t>Старовський&lt;br /&gt;</w:t>
        <w:br/>
        <w:t>Против ночі не поминай його!..&lt;br /&gt;</w:t>
        <w:br/>
        <w:t>Лясковський&lt;br /&gt;</w:t>
        <w:br/>
        <w:t>Ат, вигадки!.. А що се галас наче?&lt;br /&gt;</w:t>
        <w:br/>
        <w:t>Ба ні, се спів.&lt;br /&gt;</w:t>
        <w:br/>
        <w:t>Старовський&lt;br /&gt;</w:t>
        <w:br/>
        <w:t>І справді щось співа.&lt;br /&gt;</w:t>
        <w:br/>
        <w:t>Лясковський&lt;br /&gt;</w:t>
        <w:br/>
        <w:t>Який се біс тепер співати сміє?&lt;br /&gt;</w:t>
        <w:br/>
        <w:t>Чути гуртовий спів; пісня наближається, голоснішає, голоснішає. Входить гурт — чоловіка десять козаків трохи напідпитку. Безладно йдуть співаючи:1&lt;br /&gt;</w:t>
        <w:br/>
        <w:t>Гей гук, мати, гук,&lt;br /&gt;</w:t>
        <w:br/>
        <w:t>Де козаки п'ють.&lt;br /&gt;</w:t>
        <w:br/>
        <w:t>І веселая та доріженька,&lt;br /&gt;</w:t>
        <w:br/>
        <w:t>Куди вони йдуть!&lt;br /&gt;</w:t>
        <w:br/>
        <w:t>І веселая та доріженька,&lt;br /&gt;</w:t>
        <w:br/>
        <w:t>Куди вони йдуть!&lt;br /&gt;</w:t>
        <w:br/>
        <w:t>Куди вони йдуть,&lt;br /&gt;</w:t>
        <w:br/>
        <w:t>Там бори гудуть.&lt;br /&gt;</w:t>
        <w:br/>
        <w:t>Поперед себе та вражих ляхів&lt;br /&gt;</w:t>
        <w:br/>
        <w:t>Облавою пруть!&lt;br /&gt;</w:t>
        <w:br/>
        <w:t>Поперед себе та вражих ляхів&lt;br /&gt;</w:t>
        <w:br/>
        <w:t>Облавою пруть!&lt;br /&gt;</w:t>
        <w:br/>
        <w:t>Зібрались вони&lt;br /&gt;</w:t>
        <w:br/>
        <w:t>Під рясні дуби&lt;br /&gt;</w:t>
        <w:br/>
        <w:t>Та чекають отамана&lt;br /&gt;</w:t>
        <w:br/>
        <w:t>На раду собі.&lt;br /&gt;</w:t>
        <w:br/>
        <w:t>Та чекають отамана&lt;br /&gt;</w:t>
        <w:br/>
        <w:t>На раду собі.&lt;br /&gt;</w:t>
        <w:br/>
        <w:t>Отамане наш,&lt;br /&gt;</w:t>
        <w:br/>
        <w:t>Не дбаєш за нас,-&lt;br /&gt;</w:t>
        <w:br/>
        <w:t>Ось бач — наше товариство&lt;br /&gt;</w:t>
        <w:br/>
        <w:t>Як розгардіяш!&lt;br /&gt;</w:t>
        <w:br/>
        <w:t>Ось бач — наше товариство&lt;br /&gt;</w:t>
        <w:br/>
        <w:t>Як розгардіяш!&lt;br /&gt;</w:t>
        <w:br/>
        <w:t>Лясковський&lt;br /&gt;</w:t>
        <w:br/>
        <w:t>А чого б же воно, бісові сини, не було розгардіяшем, коли ви, отак упившися, серед ночі галасаєте?&lt;br /&gt;</w:t>
        <w:br/>
        <w:t>Козак 1&lt;br /&gt;</w:t>
        <w:br/>
        <w:t>Отамане наш!.. Ми ж хоч і впилися, дак за твої ж і гроші... Їй же богу, та й годі!.. Ти ж їх сам нам давав та ще й казав: "Нате вам, хлопці, бо я сотник добрий". І ми хлопці добрі, а в жидівочки Рухлі горілка прихована... Дак ми за твої гроші й теє... За твої гроші й за твоє здоров'я, бо ти ж у нас сотник добрий... Ти ж давав...&lt;br /&gt;</w:t>
        <w:br/>
        <w:t>Лясковський&lt;br /&gt;</w:t>
        <w:br/>
        <w:t>Давав, бісова патяко, давав!..&lt;br /&gt;</w:t>
        <w:br/>
        <w:t>Але хіба я вам казав упиватися?&lt;br /&gt;</w:t>
        <w:br/>
        <w:t>Козак 2&lt;br /&gt;</w:t>
        <w:br/>
        <w:t>Та ми, пане отамане, се й без казання знаємо.&lt;br /&gt;</w:t>
        <w:br/>
        <w:t>Лясковський&lt;br /&gt;</w:t>
        <w:br/>
        <w:t>Хоч би вже трошки пили, а то так!..&lt;br /&gt;</w:t>
        <w:br/>
        <w:t>Козак 3&lt;br /&gt;</w:t>
        <w:br/>
        <w:t>Сама душа міру знає!&lt;br /&gt;</w:t>
        <w:br/>
        <w:t>Чоловік не скотина: більш відра не вип'є.&lt;br /&gt;</w:t>
        <w:br/>
        <w:t>Лясковський&lt;br /&gt;</w:t>
        <w:br/>
        <w:t>Та ще й зіпаєте на все п'яне горло! Цитьте мені зараз, а то як почує полковник, то він ізвелить вас до гармати прикувати.&lt;br /&gt;</w:t>
        <w:br/>
        <w:t>Козак 3&lt;br /&gt;</w:t>
        <w:br/>
        <w:t>А нам начхать на полковника, бо ми любимо сотника&lt;br /&gt;</w:t>
        <w:br/>
        <w:t>Козак 1&lt;br /&gt;</w:t>
        <w:br/>
        <w:t>Щоб я здох — любимо! Давай я тебе, пане сотнику, поцілую! Обнімаючи цілує. От добрий сотник!.. Не гордий!&lt;br /&gt;</w:t>
        <w:br/>
        <w:t>Дехто з козаків&lt;br /&gt;</w:t>
        <w:br/>
        <w:t>А не гордий!.. Ні!&lt;br /&gt;</w:t>
        <w:br/>
        <w:t>Козак 3&lt;br /&gt;</w:t>
        <w:br/>
        <w:t>І випити дає.&lt;br /&gt;</w:t>
        <w:br/>
        <w:t>Лясковський&lt;br /&gt;</w:t>
        <w:br/>
        <w:t>Чуєте ж, хлопці: цитьте, не ячіте!&lt;br /&gt;</w:t>
        <w:br/>
        <w:t>Ви ж знаєте, який полковник лютий.&lt;br /&gt;</w:t>
        <w:br/>
        <w:t>Мені ж вас жалко.&lt;br /&gt;</w:t>
        <w:br/>
        <w:t>Козак 2&lt;br /&gt;</w:t>
        <w:br/>
        <w:t>Ой спасибі тобі, братіку, що ти нас жалієш!..&lt;br /&gt;</w:t>
        <w:br/>
        <w:t>Лясковський&lt;br /&gt;</w:t>
        <w:br/>
        <w:t>Ну йдіть же, хлопці, та лягайте спати!.. Та нищечком... Щоб вас ніхто не чув! А то вдруге ніколи й шеляга не дам за вас шинкарці.&lt;br /&gt;</w:t>
        <w:br/>
        <w:t>Козаки&lt;br /&gt;</w:t>
        <w:br/>
        <w:t>То й підемо!.. Чому не піти?..&lt;br /&gt;</w:t>
        <w:br/>
        <w:t>Виходять.&lt;br /&gt;</w:t>
        <w:br/>
        <w:t>Старовський&lt;br /&gt;</w:t>
        <w:br/>
        <w:t>Навіщо се ти гроші їм даєш?&lt;br /&gt;</w:t>
        <w:br/>
        <w:t>Лясковський&lt;br /&gt;</w:t>
        <w:br/>
        <w:t>Та кат їх знав, що так вони нап'ються!&lt;br /&gt;</w:t>
        <w:br/>
        <w:t>А чим таких на свій прихилиш бік?&lt;br /&gt;</w:t>
        <w:br/>
        <w:t>Дай випити, то зараз і не гордий,&lt;br /&gt;</w:t>
        <w:br/>
        <w:t>І добрий він, а там і потягли&lt;br /&gt;</w:t>
        <w:br/>
        <w:t>На раді всі за того, хто не гордий...&lt;br /&gt;</w:t>
        <w:br/>
        <w:t>Ще поки хай уже собі поп'ють,&lt;br /&gt;</w:t>
        <w:br/>
        <w:t>А згодом ми приборкаєм се бидло.&lt;br /&gt;</w:t>
        <w:br/>
        <w:t>Козак (убігає.)&lt;br /&gt;</w:t>
        <w:br/>
        <w:t>Гей, пане сотнику, біда!.. біда!..&lt;br /&gt;</w:t>
        <w:br/>
        <w:t>Лясковський&lt;br /&gt;</w:t>
        <w:br/>
        <w:t>Яка біда?&lt;br /&gt;</w:t>
        <w:br/>
        <w:t>Козак&lt;br /&gt;</w:t>
        <w:br/>
        <w:t>У нас ляхи у місті.&lt;br /&gt;</w:t>
        <w:br/>
        <w:t>Жилинський&lt;br /&gt;</w:t>
        <w:br/>
        <w:t>Та не бреши!&lt;br /&gt;</w:t>
        <w:br/>
        <w:t>Козак&lt;br /&gt;</w:t>
        <w:br/>
        <w:t>Коли брешу, то хай&lt;br /&gt;</w:t>
        <w:br/>
        <w:t>Я не діжду і праведного сонця!&lt;br /&gt;</w:t>
        <w:br/>
        <w:t>Старовський&lt;br /&gt;</w:t>
        <w:br/>
        <w:t>Та де ж вони взялись?&lt;br /&gt;</w:t>
        <w:br/>
        <w:t>Козак&lt;br /&gt;</w:t>
        <w:br/>
        <w:t>А чорт їх зна!&lt;br /&gt;</w:t>
        <w:br/>
        <w:t>Мов із землі,— так вироїлись зразу.&lt;br /&gt;</w:t>
        <w:br/>
        <w:t>Білоченко&lt;br /&gt;</w:t>
        <w:br/>
        <w:t>(вбігає з козаками.)&lt;br /&gt;</w:t>
        <w:br/>
        <w:t>Де вороги?.. Казали, що ляхи...</w:t>
      </w:r>
    </w:p>
    <w:p>
      <w:r>
        <w:br/>
        <w:t>Крицький&lt;br /&gt;</w:t>
        <w:br/>
        <w:t>(з другого боку, з шаблею в руках, за їм теж козаки.)&lt;br /&gt;</w:t>
        <w:br/>
        <w:t>Хто про ляхів гукав? А де полковник?&lt;br /&gt;</w:t>
        <w:br/>
        <w:t>Лясковський&lt;br /&gt;</w:t>
        <w:br/>
        <w:t>Не відаю.&lt;br /&gt;</w:t>
        <w:br/>
        <w:t>Козак (убігає.)&lt;br /&gt;</w:t>
        <w:br/>
        <w:t>Ляхи!..</w:t>
      </w:r>
    </w:p>
    <w:p>
      <w:r>
        <w:br/>
        <w:t>Білоченко&lt;br /&gt;</w:t>
        <w:br/>
        <w:t>Та де ж вони?</w:t>
      </w:r>
    </w:p>
    <w:p>
      <w:r>
        <w:br/>
        <w:t>Козак&lt;br /&gt;</w:t>
        <w:br/>
        <w:t>На варті я біля лівої брами&lt;br /&gt;</w:t>
        <w:br/>
        <w:t>Стояв тоді... Ой, дихать не дає!..&lt;br /&gt;</w:t>
        <w:br/>
        <w:t>Ізвечора звелів ще пан полковник&lt;br /&gt;</w:t>
        <w:br/>
        <w:t>Того пустить у місто, хто вночі,&lt;br /&gt;</w:t>
        <w:br/>
        <w:t>Постукавши, такеє скаже гасло:&lt;br /&gt;</w:t>
        <w:br/>
        <w:t>"Брід перейшов"... Я тільки упустив —&lt;br /&gt;</w:t>
        <w:br/>
        <w:t>Дивлюсь: ляхи... Пан Горленко там з їми.&lt;br /&gt;</w:t>
        <w:br/>
        <w:t>Але йому вже сили не стає.&lt;br /&gt;</w:t>
        <w:br/>
        <w:t>Прислав мене... благає він посилку...&lt;br /&gt;</w:t>
        <w:br/>
        <w:t>Лясковський&lt;br /&gt;</w:t>
        <w:br/>
        <w:t>Так он як се!.. Дак се вже зрада в нас!&lt;br /&gt;</w:t>
        <w:br/>
        <w:t>Ляхів пустив полковник сам у місто!&lt;br /&gt;</w:t>
        <w:br/>
        <w:t>Білоченко&lt;br /&gt;</w:t>
        <w:br/>
        <w:t>Що плещеш ти?&lt;br /&gt;</w:t>
        <w:br/>
        <w:t>Лясковський&lt;br /&gt;</w:t>
        <w:br/>
        <w:t>Хіба ж ти сам не чув?&lt;br /&gt;</w:t>
        <w:br/>
        <w:t>Коваленко вбігає з шаблею в руці.&lt;br /&gt;</w:t>
        <w:br/>
        <w:t>Коваленко&lt;br /&gt;</w:t>
        <w:br/>
        <w:t>Що сталося? Гукали,— ворог в місті?&lt;br /&gt;</w:t>
        <w:br/>
        <w:t>Чути стріляння.&lt;br /&gt;</w:t>
        <w:br/>
        <w:t>Лясковський&lt;br /&gt;</w:t>
        <w:br/>
        <w:t>(до Жилинського та до Старовського.)&lt;br /&gt;</w:t>
        <w:br/>
        <w:t>Кричіть-бо ви мерщій, що зрадник він!&lt;br /&gt;</w:t>
        <w:br/>
        <w:t>Старовський&lt;br /&gt;</w:t>
        <w:br/>
        <w:t>А ти ж де був, що ти того не знаєш?&lt;br /&gt;</w:t>
        <w:br/>
        <w:t>Коваленко&lt;br /&gt;</w:t>
        <w:br/>
        <w:t>Я дома був…&lt;br /&gt;</w:t>
        <w:br/>
        <w:t>Жилинський&lt;br /&gt;</w:t>
        <w:br/>
        <w:t>А чом же вороги&lt;br /&gt;</w:t>
        <w:br/>
        <w:t>Ввійшли до нас, твоє сказавши гасло?&lt;br /&gt;</w:t>
        <w:br/>
        <w:t>Ти сам звелів, щоб вартовий пустив!&lt;br /&gt;</w:t>
        <w:br/>
        <w:t>Коваленко&lt;br /&gt;</w:t>
        <w:br/>
        <w:t>Не розберу ніяк, про віщо мова.&lt;br /&gt;</w:t>
        <w:br/>
        <w:t>Лясковський&lt;br /&gt;</w:t>
        <w:br/>
        <w:t>Не розбереш? Про те, що зрадник ти!&lt;br /&gt;</w:t>
        <w:br/>
        <w:t>Коваленко&lt;br /&gt;</w:t>
        <w:br/>
        <w:t>(з притиском та поважно.)&lt;br /&gt;</w:t>
        <w:br/>
        <w:t>Що ти посмів мені сказати зараз?&lt;br /&gt;</w:t>
        <w:br/>
        <w:t>Лясковський&lt;br /&gt;</w:t>
        <w:br/>
        <w:t>Те, що ти чув!.. Ти варті наказав&lt;br /&gt;</w:t>
        <w:br/>
        <w:t>Впустить того, хто гасло певне скаже.&lt;br /&gt;</w:t>
        <w:br/>
        <w:t>Вн упустив, і увійшли — ляхи.&lt;br /&gt;</w:t>
        <w:br/>
        <w:t>Коваленко&lt;br /&gt;</w:t>
        <w:br/>
        <w:t>О, господи!.. Невже? Мерщій до бою!..&lt;br /&gt;</w:t>
        <w:br/>
        <w:t>Старовський&lt;br /&gt;</w:t>
        <w:br/>
        <w:t>Ні, постривай! Ти зрадив зараз нас,&lt;br /&gt;</w:t>
        <w:br/>
        <w:t>То зрадиш знов,— не пустимо вже більше!&lt;br /&gt;</w:t>
        <w:br/>
        <w:t>Жилинський&lt;br /&gt;</w:t>
        <w:br/>
        <w:t>Авжеж що так! Його спинити треба!&lt;br /&gt;</w:t>
        <w:br/>
        <w:t>Лясковський&lt;br /&gt;</w:t>
        <w:br/>
        <w:t>Попавсь тепер! Не викрутишся вже!&lt;br /&gt;</w:t>
        <w:br/>
        <w:t>Старовський&lt;br /&gt;</w:t>
        <w:br/>
        <w:t>Невільний ти, бо учинив ти зраду.&lt;br /&gt;</w:t>
        <w:br/>
        <w:t>Чути стріляння й бойовий галас.&lt;br /&gt;</w:t>
        <w:br/>
        <w:t>Коваленко&lt;br /&gt;</w:t>
        <w:br/>
        <w:t>Не зрадник я!.. Я свідчусь богом — ні!&lt;br /&gt;</w:t>
        <w:br/>
        <w:t>Як сталось це — і сам тепер не знаю..&lt;br /&gt;</w:t>
        <w:br/>
        <w:t>А тільки я нічим не завинив,&lt;br /&gt;</w:t>
        <w:br/>
        <w:t>І потім сам я викрию всю справу…&lt;br /&gt;</w:t>
        <w:br/>
        <w:t>Жилинський&lt;br /&gt;</w:t>
        <w:br/>
        <w:t>Не слухайте!.. Беріть його, в’яжіть!&lt;br /&gt;</w:t>
        <w:br/>
        <w:t>Коваленко&lt;br /&gt;</w:t>
        <w:br/>
        <w:t>Мене в'язать?.. А, бісова пащеко!&lt;br /&gt;</w:t>
        <w:br/>
        <w:t>Мовчи мені!.. Панове молодці!&lt;br /&gt;</w:t>
        <w:br/>
        <w:t>Хто думає, що я вчинив би зраду?&lt;br /&gt;</w:t>
        <w:br/>
        <w:t>Білоченко&lt;br /&gt;</w:t>
        <w:br/>
        <w:t>Брехня усе! Не віримо тому!&lt;br /&gt;</w:t>
        <w:br/>
        <w:t>Крицький&lt;br /&gt;</w:t>
        <w:br/>
        <w:t>Не вірю й я!&lt;br /&gt;</w:t>
        <w:br/>
        <w:t>Голоси&lt;br /&gt;</w:t>
        <w:br/>
        <w:t>І ми!.. І ми не вірим!&lt;br /&gt;</w:t>
        <w:br/>
        <w:t>Чути стріляння.&lt;br /&gt;</w:t>
        <w:br/>
        <w:t>Лясковський&lt;br /&gt;</w:t>
        <w:br/>
        <w:t>Не вірите? А він ляхів пустив&lt;br /&gt;</w:t>
        <w:br/>
        <w:t>І зараз всіх оддасть нас на поталу.&lt;br /&gt;</w:t>
        <w:br/>
        <w:t>Полковнику! Не вільний більше ти,-&lt;br /&gt;</w:t>
        <w:br/>
        <w:t>Віддай пірнач і підеш до в’язення.&lt;br /&gt;</w:t>
        <w:br/>
        <w:t>(Бере його за плече.)&lt;br /&gt;</w:t>
        <w:br/>
        <w:t>Жилинський&lt;br /&gt;</w:t>
        <w:br/>
        <w:t>(капа Коваленка за руку.)&lt;br /&gt;</w:t>
        <w:br/>
        <w:t>Віддай пірнач!.. В залізо!.. До тюрми!&lt;br /&gt;</w:t>
        <w:br/>
        <w:t>Чути стріляння.&lt;br /&gt;</w:t>
        <w:br/>
        <w:t>Коваленко&lt;br /&gt;</w:t>
        <w:br/>
        <w:t>(метнувшись і відіпхнувши Лясковського й Жилинського.)&lt;br /&gt;</w:t>
        <w:br/>
        <w:t>Від мене геть!.. Ви чуєте, там б’ються!&lt;br /&gt;</w:t>
        <w:br/>
        <w:t>На завтра суд!.. Тоді мене судіть!&lt;br /&gt;</w:t>
        <w:br/>
        <w:t>Тепер же час не судний,— треба битись.&lt;br /&gt;</w:t>
        <w:br/>
        <w:t>(Високо шаблю піднявши, гукає:)&lt;br /&gt;</w:t>
        <w:br/>
        <w:t>Гей, козаки, панове молодці!&lt;br /&gt;</w:t>
        <w:br/>
        <w:t>За мною всі! Не даймось ворогам!&lt;br /&gt;</w:t>
        <w:br/>
        <w:t>(Кидається до бою, а за їм усе козацтво.)&lt;br /&gt;</w:t>
        <w:br/>
        <w:t>Козаки&lt;br /&gt;</w:t>
        <w:br/>
        <w:t>Не подамось!.. Вмремо — не подамось!&lt;br /&gt;</w:t>
        <w:br/>
        <w:t>Лясковський, Старовський та Жилинський якийсь час вагаються, але потім і вони вибігають.&lt;br /&gt;</w:t>
        <w:br/>
        <w:t>Завіса&lt;br /&gt;</w:t>
        <w:br/>
        <w:t>ТРЕТЯ ДІЯ&lt;br /&gt;</w:t>
        <w:br/>
        <w:t>Майдан серед міста той, що й учора. Чути, як забубнено у віщові бубни. Через майдан ідуть два Окличники.&lt;br /&gt;</w:t>
        <w:br/>
        <w:t>Окличник 1&lt;br /&gt;</w:t>
        <w:br/>
        <w:t>У раду!.. В раду! В раду!&lt;br /&gt;</w:t>
        <w:br/>
        <w:t>Окличиик 2&lt;br /&gt;</w:t>
        <w:br/>
        <w:t>У раду!.. До суднього кола!&lt;br /&gt;</w:t>
        <w:br/>
        <w:t>Проходять.&lt;br /&gt;</w:t>
        <w:br/>
        <w:t>Козаки зіходяться. Вони приходять увесь час, аж поки старшина попри-ходить. Між козаками Крутько.&lt;br /&gt;</w:t>
        <w:br/>
        <w:t>Козак 1&lt;br /&gt;</w:t>
        <w:br/>
        <w:t>Дак оце ми полковника судитимем?&lt;br /&gt;</w:t>
        <w:br/>
        <w:t>Козак 2&lt;br /&gt;</w:t>
        <w:br/>
        <w:t>А що ж із того суду буде?&lt;br /&gt;</w:t>
        <w:br/>
        <w:t>Крутько&lt;br /&gt;</w:t>
        <w:br/>
        <w:t>Коли провинив, то шию втнемо.&lt;br /&gt;</w:t>
        <w:br/>
        <w:t>Козак 1&lt;br /&gt;</w:t>
        <w:br/>
        <w:t>Так-то й утнеш полковникові!&lt;br /&gt;</w:t>
        <w:br/>
        <w:t>Крутько&lt;br /&gt;</w:t>
        <w:br/>
        <w:t>Скоро стався зрадником, то не став полковником.&lt;br /&gt;</w:t>
        <w:br/>
        <w:t>Козак 1&lt;br /&gt;</w:t>
        <w:br/>
        <w:t>А так! Час гарячий, бойовий... Змилування під такий час нема.&lt;br /&gt;</w:t>
        <w:br/>
        <w:t>Крутько&lt;br /&gt;</w:t>
        <w:br/>
        <w:t>Щеб пак! Мало не загинуло місто через його.&lt;br /&gt;</w:t>
        <w:br/>
        <w:t>Денис&lt;br /&gt;</w:t>
        <w:br/>
        <w:t>(кремезний, трохи сивий козак, що надійшов тим часом.)&lt;br /&gt;</w:t>
        <w:br/>
        <w:t>Через його? Може, через вас?&lt;br /&gt;</w:t>
        <w:br/>
        <w:t>Козак З&lt;br /&gt;</w:t>
        <w:br/>
        <w:t>Овва! Чого ж це через нас?&lt;br /&gt;</w:t>
        <w:br/>
        <w:t>Денис&lt;br /&gt;</w:t>
        <w:br/>
        <w:t>Бо ви, замість щоб одбиватись,— судити його заходилися. Якби він подався та не крикнув: "До бою!" та не кинувся, то що тоді було б? Поки б ви тут судили його, а тим часом вороги все місто поняли б.&lt;br /&gt;</w:t>
        <w:br/>
        <w:t>Козак 1&lt;br /&gt;</w:t>
        <w:br/>
        <w:t>А що правда, то не брехня. Як кинувся він,— мов лев який!.. Так усі за їм і шугнули!.. Та як поперли ляхів лавою поперед себе, то враз де вони к чортам і поділися!&lt;br /&gt;</w:t>
        <w:br/>
        <w:t>Крутько&lt;br /&gt;</w:t>
        <w:br/>
        <w:t>Авжеж! А сам ворогам гасло подав, щоб увійшли.&lt;br /&gt;</w:t>
        <w:br/>
        <w:t>Денис&lt;br /&gt;</w:t>
        <w:br/>
        <w:t>А ти чув?&lt;br /&gt;</w:t>
        <w:br/>
        <w:t>Крутько&lt;br /&gt;</w:t>
        <w:br/>
        <w:t>Нащо чути, коли й так видно? Коли ляхи знали гасло, то воно саме до їх не перелетіло.&lt;br /&gt;</w:t>
        <w:br/>
        <w:t>Дехто&lt;br /&gt;</w:t>
        <w:br/>
        <w:t>А певне! Вже ж не як!&lt;br /&gt;</w:t>
        <w:br/>
        <w:t>Козак 4&lt;br /&gt;</w:t>
        <w:br/>
        <w:t>Щоб такий чоловік таке зробив?!&lt;br /&gt;</w:t>
        <w:br/>
        <w:t>Козак 5&lt;br /&gt;</w:t>
        <w:br/>
        <w:t>Та такого друзяки полковника другого й немає!&lt;br /&gt;</w:t>
        <w:br/>
        <w:t>Крутько&lt;br /&gt;</w:t>
        <w:br/>
        <w:t>Уже й друзяка! А то не твого брата він прикував до гармати?&lt;br /&gt;</w:t>
        <w:br/>
        <w:t>Козак 5&lt;br /&gt;</w:t>
        <w:br/>
        <w:t>Та се правда...&lt;br /&gt;</w:t>
        <w:br/>
        <w:t>Денис&lt;br /&gt;</w:t>
        <w:br/>
        <w:t>А то й не треба було? Упився й побився з жидівкою! Хіба се личить козакові?&lt;br /&gt;</w:t>
        <w:br/>
        <w:t>Козак 4&lt;br /&gt;</w:t>
        <w:br/>
        <w:t>А я таки знову своє: зроду-віку не пойму віри, що він ізрадив.&lt;br /&gt;</w:t>
        <w:br/>
        <w:t>Козак З&lt;br /&gt;</w:t>
        <w:br/>
        <w:t>Бо дурень!&lt;br /&gt;</w:t>
        <w:br/>
        <w:t>Козак 4&lt;br /&gt;</w:t>
        <w:br/>
        <w:t>Сам єси дурень, а мене маєш так узивати?&lt;br /&gt;</w:t>
        <w:br/>
        <w:t>(Хапає його за груди, добуваючи шаблю.)&lt;br /&gt;</w:t>
        <w:br/>
        <w:t>Голоси&lt;br /&gt;</w:t>
        <w:br/>
        <w:t>Годі вам, годі!.. Це ж не шинок, а рада!.. Чи ви показилися?.. Розніміть їх!&lt;br /&gt;</w:t>
        <w:br/>
        <w:t>Козаків рознімають. Баба Горпина проходить через майдан, стрівається з Денисом.&lt;br /&gt;</w:t>
        <w:br/>
        <w:t>Горпина&lt;br /&gt;</w:t>
        <w:br/>
        <w:t>А що се тут, Денисе? Чого се зібралася рада?&lt;br /&gt;</w:t>
        <w:br/>
        <w:t>Денис&lt;br /&gt;</w:t>
        <w:br/>
        <w:t>Хіба ж не відаєш?.. Полковника судитимуть.&lt;br /&gt;</w:t>
        <w:br/>
        <w:t>Горпина&lt;br /&gt;</w:t>
        <w:br/>
        <w:t>Як то полковника судитимуть? Защо?&lt;br /&gt;</w:t>
        <w:br/>
        <w:t>Денис&lt;br /&gt;</w:t>
        <w:br/>
        <w:t>Бо він посланця з міста послав і гасло сказав вартовому, щоб на те гасло назад його впустив... А ляхи про те гасло якось і довідалися. Дак оце тепер і судитимуть... мовби він ляхам гасло переказав і їх до міста пустив.&lt;br /&gt;</w:t>
        <w:br/>
        <w:t>Горпина&lt;br /&gt;</w:t>
        <w:br/>
        <w:t>Ой, лишенько!.. Яка ж неправда на чоловіка!&lt;br /&gt;</w:t>
        <w:br/>
        <w:t>Крутько&lt;br /&gt;</w:t>
        <w:br/>
        <w:t>Іди собі, бабо, йди!.. Тут нема чого стояти!&lt;br /&gt;</w:t>
        <w:br/>
        <w:t>Горпина&lt;br /&gt;</w:t>
        <w:br/>
        <w:t>Та я не стою, я за ділом ішла... Оце біда!..&lt;br /&gt;</w:t>
        <w:br/>
        <w:t>Треба піти пані Оксані сказати.&lt;br /&gt;</w:t>
        <w:br/>
        <w:t>Виходить.&lt;br /&gt;</w:t>
        <w:br/>
        <w:t>Дід Остап — старий, увесь білий, приходить і скидаючи шапку: "Здорові, дітки!" Всі, хто поблизу, скидають шапки, кажучи: "Здорові, діду Остапе!"&lt;br /&gt;</w:t>
        <w:br/>
        <w:t>Денис&lt;br /&gt;</w:t>
        <w:br/>
        <w:t>От нехай дід Остап скажуть, чи то ж по правді на нашого полковника казати, мовби він ізрадник?&lt;br /&gt;</w:t>
        <w:br/>
        <w:t>Д. Остап&lt;br /&gt;</w:t>
        <w:br/>
        <w:t>Чи він ізрадник, а чи ні, то те на раді побачимо, а що туди воно хиле, то се й я скажу.&lt;br /&gt;</w:t>
        <w:br/>
        <w:t>Крутько&lt;br /&gt;</w:t>
        <w:br/>
        <w:t>А бач!.. А бач!.. Уже дід Остап дурно не скажуть. У нас нема над діда Остапа мудрішого... То вже як дід Остап скажуть, то так воно й є.&lt;br /&gt;</w:t>
        <w:br/>
        <w:t>Козак 2&lt;br /&gt;</w:t>
        <w:br/>
        <w:t>Так! так!&lt;br /&gt;</w:t>
        <w:br/>
        <w:t>Ще дехто&lt;br /&gt;</w:t>
        <w:br/>
        <w:t>Авжеж що так!&lt;br /&gt;</w:t>
        <w:br/>
        <w:t>Д. Остап&lt;br /&gt;</w:t>
        <w:br/>
        <w:t>Я, дітки, сеє вже знаю... По світах бував…&lt;br /&gt;</w:t>
        <w:br/>
        <w:t>Козак З&lt;br /&gt;</w:t>
        <w:br/>
        <w:t>Покажемо вам на раді, який ваш полковник!&lt;br /&gt;</w:t>
        <w:br/>
        <w:t>Козак 5&lt;br /&gt;</w:t>
        <w:br/>
        <w:t>К бісу такого полковника!&lt;br /&gt;</w:t>
        <w:br/>
        <w:t>Козак 6&lt;br /&gt;</w:t>
        <w:br/>
        <w:t>Пана сотника Лясковського за полковника!&lt;br /&gt;</w:t>
        <w:br/>
        <w:t>Голоси&lt;br /&gt;</w:t>
        <w:br/>
        <w:t>Чи ба, куди стріляє!.. А не діжде він того ніколи!&lt;br /&gt;</w:t>
        <w:br/>
        <w:t>Інші голоси&lt;br /&gt;</w:t>
        <w:br/>
        <w:t>Діжде! Скрутимо в'язи вашому Коваленкові.&lt;br /&gt;</w:t>
        <w:br/>
        <w:t>Денис&lt;br /&gt;</w:t>
        <w:br/>
        <w:t>За ту горілку, що вчора вас сотник напував?&lt;br /&gt;</w:t>
        <w:br/>
        <w:t>Козак&lt;br /&gt;</w:t>
        <w:br/>
        <w:t>А ти бачив?&lt;br /&gt;</w:t>
        <w:br/>
        <w:t>Денис&lt;br /&gt;</w:t>
        <w:br/>
        <w:t>Ніколи нам було бачити: ми билися з ляхами, як ви п'яні спали. Тільки чули, як ви хропака затинали.&lt;br /&gt;</w:t>
        <w:br/>
        <w:t>Дехто&lt;br /&gt;</w:t>
        <w:br/>
        <w:t>Га-га-га!.. Оце дак так! У самісіньке око вцілив!..&lt;br /&gt;</w:t>
        <w:br/>
        <w:t>Козак 1&lt;br /&gt;</w:t>
        <w:br/>
        <w:t>Цитьте, отамання йде!&lt;br /&gt;</w:t>
        <w:br/>
        <w:t>Все стихає. Повагом, з урядовими клейнодами в руках іде старшина: Лясковський, Старовський, Білоченко, Жилинський, Горленко. Підходячи, здоровкаються, беручись за шапки.&lt;br /&gt;</w:t>
        <w:br/>
        <w:t>Здорові, панове молодці!&lt;br /&gt;</w:t>
        <w:br/>
        <w:t>Козаки&lt;br /&gt;</w:t>
        <w:br/>
        <w:t>Доброго здоров'я, панове отамання!&lt;br /&gt;</w:t>
        <w:br/>
        <w:t>Лясковський&lt;br /&gt;</w:t>
        <w:br/>
        <w:t>Чи вже усі зібралися у раду?&lt;br /&gt;</w:t>
        <w:br/>
        <w:t>Голоси&lt;br /&gt;</w:t>
        <w:br/>
        <w:t>Та вже усі... Полковника нема…&lt;br /&gt;</w:t>
        <w:br/>
        <w:t>І писаря...&lt;br /&gt;</w:t>
        <w:br/>
        <w:t>Старовський&lt;br /&gt;</w:t>
        <w:br/>
        <w:t>А негаразд!.. Недобре!..&lt;br /&gt;</w:t>
        <w:br/>
        <w:t>Зібралася громада, дожида,&lt;br /&gt;</w:t>
        <w:br/>
        <w:t>А він там десь ще дляється, бариться…&lt;br /&gt;</w:t>
        <w:br/>
        <w:t>Жилинський&lt;br /&gt;</w:t>
        <w:br/>
        <w:t>Мов не його судитимете ви,&lt;br /&gt;</w:t>
        <w:br/>
        <w:t>А сам він вас.&lt;br /&gt;</w:t>
        <w:br/>
        <w:t>Лясковський&lt;br /&gt;</w:t>
        <w:br/>
        <w:t>Він не шанує ради.&lt;br /&gt;</w:t>
        <w:br/>
        <w:t>Білоченко&lt;br /&gt;</w:t>
        <w:br/>
        <w:t>Поспіємо!.. От зараз прийде він…&lt;br /&gt;</w:t>
        <w:br/>
        <w:t>Нема чого заздалегідь горлати…&lt;br /&gt;</w:t>
        <w:br/>
        <w:t>Та он і йде…&lt;br /&gt;</w:t>
        <w:br/>
        <w:t>Горленко&lt;br /&gt;</w:t>
        <w:br/>
        <w:t>Іде... і писар з ним…&lt;br /&gt;</w:t>
        <w:br/>
        <w:t>Василь Коваленко — з полковницьким пірначем у руках; Лаврін Крицький — писар, з каламарем біля пояса і шаблею при боці; в руках сувій паперу.&lt;br /&gt;</w:t>
        <w:br/>
        <w:t>Коваленко&lt;br /&gt;</w:t>
        <w:br/>
        <w:t>(скидаючи трохи шапку.)&lt;br /&gt;</w:t>
        <w:br/>
        <w:t>Здорові, панове молодці!&lt;br /&gt;</w:t>
        <w:br/>
        <w:t>Дехто&lt;br /&gt;</w:t>
        <w:br/>
        <w:t>Здоров і ти!.. Хто скида шапку, а хто ні.&lt;br /&gt;</w:t>
        <w:br/>
        <w:t>Коваленко&lt;br /&gt;</w:t>
        <w:br/>
        <w:t>Ну, раду починаймо!..&lt;br /&gt;</w:t>
        <w:br/>
        <w:t>Стають таким ладом: козаки стоять півколом, а посередині Коваленко, праворуч суддя Старовський, біля його Лясковський та Жилинський, ліворуч писар Крицький, Білоченко, Горленко. Спереду Дід Остап, Денис.&lt;br /&gt;</w:t>
        <w:br/>
        <w:t>Старовський&lt;br /&gt;</w:t>
        <w:br/>
        <w:t>Хто ж зніме річ?&lt;br /&gt;</w:t>
        <w:br/>
        <w:t>Лясковський&lt;br /&gt;</w:t>
        <w:br/>
        <w:t>Та хто ж, коли не ти?&lt;br /&gt;</w:t>
        <w:br/>
        <w:t>Єси ж суддя, а се в нас судне коло,&lt;br /&gt;</w:t>
        <w:br/>
        <w:t>То вже ж тобі і бути речником.&lt;br /&gt;</w:t>
        <w:br/>
        <w:t>Голоси&lt;br /&gt;</w:t>
        <w:br/>
        <w:t>Хай буде так!... Суддя нехай питає!..&lt;br /&gt;</w:t>
        <w:br/>
        <w:t>Старовський&lt;br /&gt;</w:t>
        <w:br/>
        <w:t>Спасибі вам, панове молодці!..&lt;br /&gt;</w:t>
        <w:br/>
        <w:t>Ось слухайте ж, панове отамання,&lt;br /&gt;</w:t>
        <w:br/>
        <w:t>Громадськії мужі і ви усі&lt;br /&gt;</w:t>
        <w:br/>
        <w:t>Товариші і братчики козацтво!&lt;br /&gt;</w:t>
        <w:br/>
        <w:t>Що сталося учора — звісно всім:&lt;br /&gt;</w:t>
        <w:br/>
        <w:t>Упущено ляхів до нас у місто,&lt;br /&gt;</w:t>
        <w:br/>
        <w:t>А вартовий їх сам же і пустив;&lt;br /&gt;</w:t>
        <w:br/>
        <w:t>Нехай теперь він нам і оповість,&lt;br /&gt;</w:t>
        <w:br/>
        <w:t>Як сталось те.&lt;br /&gt;</w:t>
        <w:br/>
        <w:t>Вартовий&lt;br /&gt;</w:t>
        <w:br/>
        <w:t>(Виступає з-за стовпища).&lt;br /&gt;</w:t>
        <w:br/>
        <w:t>Та сталось так воно:&lt;br /&gt;</w:t>
        <w:br/>
        <w:t>Вночі когось приводе пан полковник…&lt;br /&gt;</w:t>
        <w:br/>
        <w:t>По-темному не розібрав я — хто…&lt;br /&gt;</w:t>
        <w:br/>
        <w:t>Звелів його він випустити в браму,&lt;br /&gt;</w:t>
        <w:br/>
        <w:t>Тоді сказав: "Коли хто уночі&lt;br /&gt;</w:t>
        <w:br/>
        <w:t>Постукає до брами й гасло скаже:&lt;br /&gt;</w:t>
        <w:br/>
        <w:t>"Брід перейшов", то ти того пусти".&lt;br /&gt;</w:t>
        <w:br/>
        <w:t>Я довго там стояв, було все тихо,&lt;br /&gt;</w:t>
        <w:br/>
        <w:t>А далі, так опівночі вже,— стук&lt;br /&gt;</w:t>
        <w:br/>
        <w:t>У браму щось. Питаю: хто там стука?&lt;br /&gt;</w:t>
        <w:br/>
        <w:t>Воно ж мені: "Брід перейшов,— пусти!"&lt;br /&gt;</w:t>
        <w:br/>
        <w:t>Я відчинив — коли їх ціла купа…&lt;br /&gt;</w:t>
        <w:br/>
        <w:t>І оком я змигнути не поспів —&lt;br /&gt;</w:t>
        <w:br/>
        <w:t>Всі як сунуть!.. Мене з їх хтось ударив.&lt;br /&gt;</w:t>
        <w:br/>
        <w:t>Додолу збив... Коли, на щастя, тут&lt;br /&gt;</w:t>
        <w:br/>
        <w:t>Пан Горленко настиг, і бій зчинився…&lt;br /&gt;</w:t>
        <w:br/>
        <w:t>А потім я до вас ото прибіг...&lt;br /&gt;</w:t>
        <w:br/>
        <w:t>Старовський&lt;br /&gt;</w:t>
        <w:br/>
        <w:t>Полковнику Василю Коваленку!&lt;br /&gt;</w:t>
        <w:br/>
        <w:t>Чи так було, як вартовий казав?&lt;br /&gt;</w:t>
        <w:br/>
        <w:t>Коваленко&lt;br /&gt;</w:t>
        <w:br/>
        <w:t>Увечері учора я покликав&lt;br /&gt;</w:t>
        <w:br/>
        <w:t>Карпа Ганька до себе й наказав,&lt;br /&gt;</w:t>
        <w:br/>
        <w:t>Щоб він удягсь у просту свиту й вийшов&lt;br /&gt;</w:t>
        <w:br/>
        <w:t>У браму ту; щоб у долині він,&lt;br /&gt;</w:t>
        <w:br/>
        <w:t>Петра Гайду, мірошника, знайшовши,&lt;br /&gt;</w:t>
        <w:br/>
        <w:t>Йому мою цидулу доручив&lt;br /&gt;</w:t>
        <w:br/>
        <w:t>І наказав, щоб той до Дорошенка&lt;br /&gt;</w:t>
        <w:br/>
        <w:t>Відніс листа; Карпові ж я звелів&lt;br /&gt;</w:t>
        <w:br/>
        <w:t>Вертатися. Коли ж Петра не буде,&lt;br /&gt;</w:t>
        <w:br/>
        <w:t>То сам нехай до гетьмана іде...&lt;br /&gt;</w:t>
        <w:br/>
        <w:t>Всі посланці, яких ми посилали,&lt;br /&gt;</w:t>
        <w:br/>
        <w:t>Погинули: я, зради боячись,&lt;br /&gt;</w:t>
        <w:br/>
        <w:t>Так нищечком послав Карпа, що знати&lt;br /&gt;</w:t>
        <w:br/>
        <w:t>Не міг ніхто... то й вартовий не знав,&lt;br /&gt;</w:t>
        <w:br/>
        <w:t>Хто йде й чого... Карпа я сам проводив,&lt;br /&gt;</w:t>
        <w:br/>
        <w:t>Сам випустив, (і так усе було,&lt;br /&gt;</w:t>
        <w:br/>
        <w:t>Як вартовий нам зараз оповів.&lt;br /&gt;</w:t>
        <w:br/>
        <w:t>Старовський&lt;br /&gt;</w:t>
        <w:br/>
        <w:t>Іще скажи: чи міг почути хто,&lt;br /&gt;</w:t>
        <w:br/>
        <w:t>Як ти казав Карпові й варті гасло?&lt;br /&gt;</w:t>
        <w:br/>
        <w:t>Коваленко&lt;br /&gt;</w:t>
        <w:br/>
        <w:t>Я думаю: ніхто того не чув.&lt;br /&gt;</w:t>
        <w:br/>
        <w:t>Старовський&lt;br /&gt;</w:t>
        <w:br/>
        <w:t>То з двох одно тепера має бути:&lt;br /&gt;</w:t>
        <w:br/>
        <w:t>Або се ти переказав ляхам&lt;br /&gt;</w:t>
        <w:br/>
        <w:t>Про гасло те, щоб увійшли до міста!..&lt;br /&gt;</w:t>
        <w:br/>
        <w:t>Або зробив ту збродню вартовий.&lt;br /&gt;</w:t>
        <w:br/>
        <w:t>Вартовий&lt;br /&gt;</w:t>
        <w:br/>
        <w:t>Я не робив того, я свідчусь богом!..&lt;br /&gt;</w:t>
        <w:br/>
        <w:t>Пан Горленко те знає, ввесь той час&lt;br /&gt;</w:t>
        <w:br/>
        <w:t>Він там стояв, біля гармати зараз...&lt;br /&gt;</w:t>
        <w:br/>
        <w:t>Горленко&lt;br /&gt;</w:t>
        <w:br/>
        <w:t>Я оддалік стояв, і бачив я,&lt;br /&gt;</w:t>
        <w:br/>
        <w:t>Як посланця приводив пан полковник;&lt;br /&gt;</w:t>
        <w:br/>
        <w:t>Розмови їх почути я не міг,&lt;br /&gt;</w:t>
        <w:br/>
        <w:t>А бачив все: нікуди не відходив&lt;br /&gt;</w:t>
        <w:br/>
        <w:t>Сей вартовий, не розмовляв ні з ким.&lt;br /&gt;</w:t>
        <w:br/>
        <w:t>Старовський&lt;br /&gt;</w:t>
        <w:br/>
        <w:t>То і не міг ляхам сказати гасло…&lt;br /&gt;</w:t>
        <w:br/>
        <w:t>Полковник же…&lt;br /&gt;</w:t>
        <w:br/>
        <w:t>Крицький&lt;br /&gt;</w:t>
        <w:br/>
        <w:t>Міг виявить Карпо…&lt;br /&gt;</w:t>
        <w:br/>
        <w:t>Лясковський&lt;br /&gt;</w:t>
        <w:br/>
        <w:t>Він не такий козак, щоб те зробити,&lt;br /&gt;</w:t>
        <w:br/>
        <w:t>І ми ж усі тут знаємо Карпа.&lt;br /&gt;</w:t>
        <w:br/>
        <w:t>Голоси&lt;br /&gt;</w:t>
        <w:br/>
        <w:t>Та знаємо!.. Людина певна дуже!&lt;br /&gt;</w:t>
        <w:br/>
        <w:t>Білоченко&lt;br /&gt;</w:t>
        <w:br/>
        <w:t>Могли його вхопити там ляхи&lt;br /&gt;</w:t>
        <w:br/>
        <w:t>І муками примусити сказати.&lt;br /&gt;</w:t>
        <w:br/>
        <w:t>Старовський&lt;br /&gt;</w:t>
        <w:br/>
        <w:t>Він не такий, щоб мук яких злякавсь:&lt;br /&gt;</w:t>
        <w:br/>
        <w:t>Мордовано уже його аж двічі,&lt;br /&gt;</w:t>
        <w:br/>
        <w:t>Як попадавсь до рук він ворогам,-&lt;br /&gt;</w:t>
        <w:br/>
        <w:t>Чи ж виявив хоч кришечку він їм?&lt;br /&gt;</w:t>
        <w:br/>
        <w:t>Голоси&lt;br /&gt;</w:t>
        <w:br/>
        <w:t>Та що й казать! Душа в Карпа — то криця!&lt;br /&gt;</w:t>
        <w:br/>
        <w:t>Крутько&lt;br /&gt;</w:t>
        <w:br/>
        <w:t>Умре, а вже не пустить пари з уст.&lt;br /&gt;</w:t>
        <w:br/>
        <w:t>Лясковський&lt;br /&gt;</w:t>
        <w:br/>
        <w:t>А де ж Карпо? Чи вже він повернувся?&lt;br /&gt;</w:t>
        <w:br/>
        <w:t>Голос 1&lt;br /&gt;</w:t>
        <w:br/>
        <w:t>Нема його.&lt;br /&gt;</w:t>
        <w:br/>
        <w:t>Голос 2&lt;br /&gt;</w:t>
        <w:br/>
        <w:t>Не видно вже давно.&lt;br /&gt;</w:t>
        <w:br/>
        <w:t>Старовський&lt;br /&gt;</w:t>
        <w:br/>
        <w:t>Що мовиш? Га?&lt;br /&gt;</w:t>
        <w:br/>
        <w:t>Голос 2&lt;br /&gt;</w:t>
        <w:br/>
        <w:t>Та ще як позавчора&lt;br /&gt;</w:t>
        <w:br/>
        <w:t>Ходили ми на виправу вночі,&lt;br /&gt;</w:t>
        <w:br/>
        <w:t>То я його, вернувшися, й не бачив.&lt;br /&gt;</w:t>
        <w:br/>
        <w:t>Лясковський&lt;br /&gt;</w:t>
        <w:br/>
        <w:t>А вас тоді ляхи напали там&lt;br /&gt;</w:t>
        <w:br/>
        <w:t>І вбили…&lt;br /&gt;</w:t>
        <w:br/>
        <w:t>Голос 2&lt;br /&gt;</w:t>
        <w:br/>
        <w:t>Двох…&lt;br /&gt;</w:t>
        <w:br/>
        <w:t>Лясковський&lt;br /&gt;</w:t>
        <w:br/>
        <w:t>То, може, й трьох убили:&lt;br /&gt;</w:t>
        <w:br/>
        <w:t>Ще і Карпа?&lt;br /&gt;</w:t>
        <w:br/>
        <w:t>Старовський&lt;br /&gt;</w:t>
        <w:br/>
        <w:t>Хто ще тоді ходив?&lt;br /&gt;</w:t>
        <w:br/>
        <w:t>Голоси&lt;br /&gt;</w:t>
        <w:br/>
        <w:t>Я!.. Я ходив!.. І я!.. І я!.. Ми троє…</w:t>
      </w:r>
    </w:p>
    <w:p>
      <w:r>
        <w:br/>
        <w:t>Старовський&lt;br /&gt;</w:t>
        <w:br/>
        <w:t>Чи бачив хто, щоб повернувсь Карпо?&lt;br /&gt;</w:t>
        <w:br/>
        <w:t>Голоси&lt;br /&gt;</w:t>
        <w:br/>
        <w:t>А хто ж його тепер згадає?.. Наче&lt;br /&gt;</w:t>
        <w:br/>
        <w:t>Не бачили…&lt;br /&gt;</w:t>
        <w:br/>
        <w:t>Коваленко&lt;br /&gt;</w:t>
        <w:br/>
        <w:t>Не бачили ви? Як?&lt;br /&gt;</w:t>
        <w:br/>
        <w:t>Та він же був! Згадайте ліпше ви!&lt;br /&gt;</w:t>
        <w:br/>
        <w:t>Голоси&lt;br /&gt;</w:t>
        <w:br/>
        <w:t>Та, може, й був, а може, ні — невпомку…&lt;br /&gt;</w:t>
        <w:br/>
        <w:t>Старовський&lt;br /&gt;</w:t>
        <w:br/>
        <w:t>Ото ж то й є!.. От бачите ви всі,&lt;br /&gt;</w:t>
        <w:br/>
        <w:t>Що не вернувсь Карпо тієї ночі,-&lt;br /&gt;</w:t>
        <w:br/>
        <w:t>То й не його полковник випускав.&lt;br /&gt;</w:t>
        <w:br/>
        <w:t>Коваленко&lt;br /&gt;</w:t>
        <w:br/>
        <w:t>Кого ж? Скажи!&lt;br /&gt;</w:t>
        <w:br/>
        <w:t>Старовський&lt;br /&gt;</w:t>
        <w:br/>
        <w:t>Хіба про те я знаю!&lt;br /&gt;</w:t>
        <w:br/>
        <w:t>А може, хто приходив од ляхів,-&lt;br /&gt;</w:t>
        <w:br/>
        <w:t>Ти й випустив, йому сказавши й гасло.&lt;br /&gt;</w:t>
        <w:br/>
        <w:t>Коваленко&lt;br /&gt;</w:t>
        <w:br/>
        <w:t>Обібрано тебе, щоб речником&lt;br /&gt;</w:t>
        <w:br/>
        <w:t>Ти в раді був, то можеш те казати;&lt;br /&gt;</w:t>
        <w:br/>
        <w:t>Коли б же ти мені таке сказав&lt;br /&gt;</w:t>
        <w:br/>
        <w:t>Не речником, не в раді,— смертним боєм&lt;br /&gt;</w:t>
        <w:br/>
        <w:t>Я б допевнивсь, де право ти здобув&lt;br /&gt;</w:t>
        <w:br/>
        <w:t>Собі таке, щоб смів мене ганьбити&lt;br /&gt;</w:t>
        <w:br/>
        <w:t>І зрадою плямити честь мою!&lt;br /&gt;</w:t>
        <w:br/>
        <w:t>Та ти — речник... Панове отамання,&lt;br /&gt;</w:t>
        <w:br/>
        <w:t>Громадськії мужі і ви усі&lt;br /&gt;</w:t>
        <w:br/>
        <w:t>Товариші і братчики-козацтво!&lt;br /&gt;</w:t>
        <w:br/>
        <w:t>Ви знаєте, що я не перший рік&lt;br /&gt;</w:t>
        <w:br/>
        <w:t>По правді тут між вами козакую,&lt;br /&gt;</w:t>
        <w:br/>
        <w:t>Ви бачити самі могли, чи я&lt;br /&gt;</w:t>
        <w:br/>
        <w:t>Коли хиливсь до ворога лихого?&lt;br /&gt;</w:t>
        <w:br/>
        <w:t>Ви знаєте, що у житті мені&lt;br /&gt;</w:t>
        <w:br/>
        <w:t>Дорожчого нема за нашу волю,&lt;br /&gt;</w:t>
        <w:br/>
        <w:t>Ви знаєте: я боронив її!..&lt;br /&gt;</w:t>
        <w:br/>
        <w:t>А він плямить великою ганьбою&lt;br /&gt;</w:t>
        <w:br/>
        <w:t>Тепер мене!.. Чи вірите тому?&lt;br /&gt;</w:t>
        <w:br/>
        <w:t>Голосів кільки&lt;br /&gt;</w:t>
        <w:br/>
        <w:t>Не віримо!.. Хіба ж таки не знаєм?..&lt;br /&gt;</w:t>
        <w:br/>
        <w:t>Не віримо, щоб ти лихе зробив!&lt;br /&gt;</w:t>
        <w:br/>
        <w:t>Коваленко&lt;br /&gt;</w:t>
        <w:br/>
        <w:t>Коли б я міг таке страшне вчинити.&lt;br /&gt;</w:t>
        <w:br/>
        <w:t>Коли б хотів я зрадити братів,-&lt;br /&gt;</w:t>
        <w:br/>
        <w:t>Не кинувсь би учора я до бою,&lt;br /&gt;</w:t>
        <w:br/>
        <w:t>Я б не спинив лукавих ворогів,&lt;br /&gt;</w:t>
        <w:br/>
        <w:t>Я б попустив їм тут запанувати...&lt;br /&gt;</w:t>
        <w:br/>
        <w:t>Не відаю, як сталося се так,&lt;br /&gt;</w:t>
        <w:br/>
        <w:t>Що всі Карпа не бачили: він, мабуть,&lt;br /&gt;</w:t>
        <w:br/>
        <w:t>Не спавши ніч, проспав учора день,&lt;br /&gt;</w:t>
        <w:br/>
        <w:t>А ввечері його з листом послав я.&lt;br /&gt;</w:t>
        <w:br/>
        <w:t>Я знаю сам, який козак Карпо,&lt;br /&gt;</w:t>
        <w:br/>
        <w:t>Не думаю, щоб він признавсь на муках.&lt;br /&gt;</w:t>
        <w:br/>
        <w:t>Тут сталось щось... його не розберу&lt;br /&gt;</w:t>
        <w:br/>
        <w:t>Я поки ще... Та дайте трохи часу,-&lt;br /&gt;</w:t>
        <w:br/>
        <w:t>Ми знайдемо, хто зраду сю вчинив,&lt;br /&gt;</w:t>
        <w:br/>
        <w:t>Скараємо за сю тяжку провину.&lt;br /&gt;</w:t>
        <w:br/>
        <w:t>Голоси&lt;br /&gt;</w:t>
        <w:br/>
        <w:t>Гаразд!.. Гаразд!.. От добре промовля!&lt;br /&gt;</w:t>
        <w:br/>
        <w:t>Шукатимем усі того злочинця,&lt;br /&gt;</w:t>
        <w:br/>
        <w:t>Ізнайдемо,— то смерть тоді йому!&lt;br /&gt;</w:t>
        <w:br/>
        <w:t>Оксана&lt;br /&gt;</w:t>
        <w:br/>
        <w:t>(Вбігає, задихавшись.)&lt;br /&gt;</w:t>
        <w:br/>
        <w:t>Стривайте-бо!.. Помилуйте для бога!..&lt;br /&gt;</w:t>
        <w:br/>
        <w:t>Не винен він, нічого не зробив…&lt;br /&gt;</w:t>
        <w:br/>
        <w:t>Не заробив ніякої він кари…&lt;br /&gt;</w:t>
        <w:br/>
        <w:t>Я знаю!.. Я...&lt;br /&gt;</w:t>
        <w:br/>
        <w:t>(Спиняється, задихавшись.)&lt;br /&gt;</w:t>
        <w:br/>
        <w:t>Лясковський&lt;br /&gt;</w:t>
        <w:br/>
        <w:t>Та що там знаєш ти!&lt;br /&gt;</w:t>
        <w:br/>
        <w:t>Оксана&lt;br /&gt;</w:t>
        <w:br/>
        <w:t>Ні, се не він!.. Я зараз ось... я зараз...&lt;br /&gt;</w:t>
        <w:br/>
        <w:t>Догадуюсь, що винна в сьому я…&lt;br /&gt;</w:t>
        <w:br/>
        <w:t>Білоченко&lt;br /&gt;</w:t>
        <w:br/>
        <w:t>Та як се?.. Ти?!.&lt;br /&gt;</w:t>
        <w:br/>
        <w:t>Коваленко&lt;br /&gt;</w:t>
        <w:br/>
        <w:t>Оксано, ти вчинила?..&lt;br /&gt;</w:t>
        <w:br/>
        <w:t>Та що-бо ти!.. Не може бути, ні!..&lt;br /&gt;</w:t>
        <w:br/>
        <w:t>Ти не могла такого учинити!&lt;br /&gt;</w:t>
        <w:br/>
        <w:t>Крицький&lt;br /&gt;</w:t>
        <w:br/>
        <w:t>Чи то ж могла ти зрадити нас, пані?&lt;br /&gt;</w:t>
        <w:br/>
        <w:t>Тому ніхто з нас віри не пойме.&lt;br /&gt;</w:t>
        <w:br/>
        <w:t>Оксана&lt;br /&gt;</w:t>
        <w:br/>
        <w:t>Мені усе Горпина розказала...&lt;br /&gt;</w:t>
        <w:br/>
        <w:t>Не так воно!.. Скажу вам, як було...&lt;br /&gt;</w:t>
        <w:br/>
        <w:t>Коваленко&lt;br /&gt;</w:t>
        <w:br/>
        <w:t>Кажи усе, та тільки щиру правду,&lt;br /&gt;</w:t>
        <w:br/>
        <w:t>Чужих провин на себе не бери.&lt;br /&gt;</w:t>
        <w:br/>
        <w:t>Оксана&lt;br /&gt;</w:t>
        <w:br/>
        <w:t>Ні, не візьму... До мене батько вчора&lt;br /&gt;</w:t>
        <w:br/>
        <w:t>Із табора ворожого прийшов...&lt;br /&gt;</w:t>
        <w:br/>
        <w:t>Горленко&lt;br /&gt;</w:t>
        <w:br/>
        <w:t>Чий батько?&lt;br /&gt;</w:t>
        <w:br/>
        <w:t>Оксана&lt;br /&gt;</w:t>
        <w:br/>
        <w:t>Мій... На сором мій, на горе&lt;br /&gt;</w:t>
        <w:br/>
        <w:t>Він не своїх боронить,— ворогів.&lt;br /&gt;</w:t>
        <w:br/>
        <w:t>Білоченко&lt;br /&gt;</w:t>
        <w:br/>
        <w:t>Та як же б він пройшов сюди у місто?&lt;br /&gt;</w:t>
        <w:br/>
        <w:t>Оксана&lt;br /&gt;</w:t>
        <w:br/>
        <w:t>Потайником він позавчора вліз…&lt;br /&gt;</w:t>
        <w:br/>
        <w:t>Іще ж тоді ви там не засипали…&lt;br /&gt;</w:t>
        <w:br/>
        <w:t>А як уже засипали,— не міг&lt;br /&gt;</w:t>
        <w:br/>
        <w:t>Він вилізти і смерти сподівався.&lt;br /&gt;</w:t>
        <w:br/>
        <w:t>Тоді згадав, що в його є дочка,-&lt;br /&gt;</w:t>
        <w:br/>
        <w:t>Прийшов, благав, щоб я його пустила…&lt;br /&gt;</w:t>
        <w:br/>
        <w:t>Карав мене він словом дошкульним,&lt;br /&gt;</w:t>
        <w:br/>
        <w:t>Прокльонами страшними нахвалявся…&lt;br /&gt;</w:t>
        <w:br/>
        <w:t>То ж батько мій!.. Віддать його на смерть&lt;br /&gt;</w:t>
        <w:br/>
        <w:t>Я не могла — хоч він і відцурався&lt;br /&gt;</w:t>
        <w:br/>
        <w:t>Мене й усіх... У хвірточку малу&lt;br /&gt;</w:t>
        <w:br/>
        <w:t>Хотіла я уже його пустити,&lt;br /&gt;</w:t>
        <w:br/>
        <w:t>Коли се йде Василь... Мерщій тоді&lt;br /&gt;</w:t>
        <w:br/>
        <w:t>Сховала я в світлицю другу батька…&lt;br /&gt;</w:t>
        <w:br/>
        <w:t>Там він сидів і, мабуть, звідти чув&lt;br /&gt;</w:t>
        <w:br/>
        <w:t>Все, що Василь казав тоді Карпові…&lt;br /&gt;</w:t>
        <w:br/>
        <w:t>Оце й усе... Ви бачите: я винна,-&lt;br /&gt;</w:t>
        <w:br/>
        <w:t>Карайте ж так, як заробила я,&lt;br /&gt;</w:t>
        <w:br/>
        <w:t>Невинного ж ви визволіть од кари.&lt;br /&gt;</w:t>
        <w:br/>
        <w:t>(До Коваленка.)&lt;br /&gt;</w:t>
        <w:br/>
        <w:t>Прости мене, дружинонько моя,&lt;br /&gt;</w:t>
        <w:br/>
        <w:t>Що честь твою я вчинком сим сплямила!.,&lt;br /&gt;</w:t>
        <w:br/>
        <w:t>Я думала, що краще так зроблю,&lt;br /&gt;</w:t>
        <w:br/>
        <w:t>Я думала,— мене не зрадить батько…&lt;br /&gt;</w:t>
        <w:br/>
        <w:t>Не знала я, про що казав з Карпом…&lt;br /&gt;</w:t>
        <w:br/>
        <w:t>Прости мене!.. Ти бачиш: винна — я...&lt;br /&gt;</w:t>
        <w:br/>
        <w:t>Коваленко&lt;br /&gt;</w:t>
        <w:br/>
        <w:t>Ой, господи!.. За віщо ж сяя кара?!&lt;br /&gt;</w:t>
        <w:br/>
        <w:t>Усі який час мовчать.&lt;br /&gt;</w:t>
        <w:br/>
        <w:t>Крутько&lt;br /&gt;</w:t>
        <w:br/>
        <w:t>(Кричить.)&lt;br /&gt;</w:t>
        <w:br/>
        <w:t>А що тепер?.. І викрилось усе!&lt;br /&gt;</w:t>
        <w:br/>
        <w:t>Полковника воно і не минуло!..&lt;br /&gt;</w:t>
        <w:br/>
        <w:t>І зрада та в господі в його!.. Бач!..&lt;br /&gt;</w:t>
        <w:br/>
        <w:t>Старовський&lt;br /&gt;</w:t>
        <w:br/>
        <w:t>Вже враджено того скарать на горло,&lt;br /&gt;</w:t>
        <w:br/>
        <w:t>Хто се вчинив. Злочинницю знайшли,&lt;br /&gt;</w:t>
        <w:br/>
        <w:t>І присуд той на неї впасти мусить.&lt;br /&gt;</w:t>
        <w:br/>
        <w:t>Жилинський&lt;br /&gt;</w:t>
        <w:br/>
        <w:t>А мусить же! Вже ставсь над нею суд:&lt;br /&gt;</w:t>
        <w:br/>
        <w:t>Вести її, зрадливую, на страту!&lt;br /&gt;</w:t>
        <w:br/>
        <w:t>Крутько і ще дехто&lt;br /&gt;</w:t>
        <w:br/>
        <w:t>Авжеж вести!.. За зраду!.. На поміст!..&lt;br /&gt;</w:t>
        <w:br/>
        <w:t>Старовський&lt;br /&gt;</w:t>
        <w:br/>
        <w:t>Хай буде так!.. Полковникова пані!&lt;br /&gt;</w:t>
        <w:br/>
        <w:t>Ти зрадника і шпига, що прийшов&lt;br /&gt;</w:t>
        <w:br/>
        <w:t>Підглядіти, як місто звоювати,&lt;br /&gt;</w:t>
        <w:br/>
        <w:t>Не віддала до рук старшині... Ти,&lt;br /&gt;</w:t>
        <w:br/>
        <w:t>Ховаючись, його пустила з міста:&lt;br /&gt;</w:t>
        <w:br/>
        <w:t>Вчинилася велика зрада тим,-&lt;br /&gt;</w:t>
        <w:br/>
        <w:t>За се ти вмреш!..</w:t>
      </w:r>
    </w:p>
    <w:p>
      <w:r>
        <w:br/>
        <w:t>Крицький&lt;br /&gt;</w:t>
        <w:br/>
        <w:t>Стривайте! Ще не так!&lt;br /&gt;</w:t>
        <w:br/>
        <w:t>Старовський&lt;br /&gt;</w:t>
        <w:br/>
        <w:t>Чому не так?&lt;br /&gt;</w:t>
        <w:br/>
        <w:t>Крицький&lt;br /&gt;</w:t>
        <w:br/>
        <w:t>Бо ми не те судили,&lt;br /&gt;</w:t>
        <w:br/>
        <w:t>Що бачимо... Повинні зважить ми,&lt;br /&gt;</w:t>
        <w:br/>
        <w:t>Чого і як вона зробила діло:&lt;br /&gt;</w:t>
        <w:br/>
        <w:t>Се ж батько був! Се ж батько проклинав!&lt;br /&gt;</w:t>
        <w:br/>
        <w:t>Не відала ж вона, про що полковник&lt;br /&gt;</w:t>
        <w:br/>
        <w:t>Казатиме таємно до Карпа!..&lt;br /&gt;</w:t>
        <w:br/>
        <w:t>Білоченко&lt;br /&gt;</w:t>
        <w:br/>
        <w:t>Не зрада се, а помилка була;&lt;br /&gt;</w:t>
        <w:br/>
        <w:t>І можемо сю помилку простити.&lt;br /&gt;</w:t>
        <w:br/>
        <w:t>Старовський&lt;br /&gt;</w:t>
        <w:br/>
        <w:t>Не можемо! Гарячий час тепер,&lt;br /&gt;</w:t>
        <w:br/>
        <w:t>Та щоб таке в нас коїла жінота?&lt;br /&gt;</w:t>
        <w:br/>
        <w:t>Вже ж наш народ і під Ханенком є,&lt;br /&gt;</w:t>
        <w:br/>
        <w:t>І всяких є там родичів багато,&lt;br /&gt;</w:t>
        <w:br/>
        <w:t>То будуть їх пускать та випускать!..&lt;br /&gt;</w:t>
        <w:br/>
        <w:t>Тепер одну помилуєм, то й кожне,&lt;br /&gt;</w:t>
        <w:br/>
        <w:t>Як трапиться, зробити схоче так.&lt;br /&gt;</w:t>
        <w:br/>
        <w:t>Яка ж тоді у нас і вірність буде?&lt;br /&gt;</w:t>
        <w:br/>
        <w:t>Се не війна, не оборона в нас,&lt;br /&gt;</w:t>
        <w:br/>
        <w:t>А чортзна-що!&lt;br /&gt;</w:t>
        <w:br/>
        <w:t>Жилинський&lt;br /&gt;</w:t>
        <w:br/>
        <w:t>Авжеж ладу не буде!&lt;br /&gt;</w:t>
        <w:br/>
        <w:t>Старовський&lt;br /&gt;</w:t>
        <w:br/>
        <w:t>Порядок нам дають уже баби!..&lt;br /&gt;</w:t>
        <w:br/>
        <w:t>Ех, бабії! Вам однієї жалко…&lt;br /&gt;</w:t>
        <w:br/>
        <w:t>Жалійте!.. Хай!.. То всі ми пропадем&lt;br /&gt;</w:t>
        <w:br/>
        <w:t>Отак, як ті всі десять душ, що вчора&lt;br /&gt;</w:t>
        <w:br/>
        <w:t>Убито в нас!.. Вона ж се наробила!&lt;br /&gt;</w:t>
        <w:br/>
        <w:t>Голоси&lt;br /&gt;</w:t>
        <w:br/>
        <w:t>Не простимо за се!.. Хай умира!..&lt;br /&gt;</w:t>
        <w:br/>
        <w:t>Білоченко&lt;br /&gt;</w:t>
        <w:br/>
        <w:t>Ой, братчики, та ну-бо схаменіться!&lt;br /&gt;</w:t>
        <w:br/>
        <w:t>Старовський&lt;br /&gt;</w:t>
        <w:br/>
        <w:t>А я кажу: лилась козацька кров!&lt;br /&gt;</w:t>
        <w:br/>
        <w:t>Коли її не помстимо, панове,&lt;br /&gt;</w:t>
        <w:br/>
        <w:t>То се впаде на нас великий гріх.&lt;br /&gt;</w:t>
        <w:br/>
        <w:t>Жилинський&lt;br /&gt;</w:t>
        <w:br/>
        <w:t>Чи вам любіш одна якаясь баба,&lt;br /&gt;</w:t>
        <w:br/>
        <w:t>Ніж десять душ лицарства козаків?&lt;br /&gt;</w:t>
        <w:br/>
        <w:t>Голоси&lt;br /&gt;</w:t>
        <w:br/>
        <w:t>Ні!.. Ні!.. Не так!.. Нам козаки дорожчі!&lt;br /&gt;</w:t>
        <w:br/>
        <w:t>Крицький&lt;br /&gt;</w:t>
        <w:br/>
        <w:t>Хіба ж вона занапастила їх?&lt;br /&gt;</w:t>
        <w:br/>
        <w:t>Крутько&lt;br /&gt;</w:t>
        <w:br/>
        <w:t>Дурниця все! Вести її на страту!&lt;br /&gt;</w:t>
        <w:br/>
        <w:t>Голоси&lt;br /&gt;</w:t>
        <w:br/>
        <w:t>Нехай іде!.. Нехай!..&lt;br /&gt;</w:t>
        <w:br/>
        <w:t>Інші голоси&lt;br /&gt;</w:t>
        <w:br/>
        <w:t>Не буде так!&lt;br /&gt;</w:t>
        <w:br/>
        <w:t>Зчиняється крик, більшість кричить: "Присуджено! Хай одбуває кару!"&lt;br /&gt;</w:t>
        <w:br/>
        <w:t>Коваленко&lt;br /&gt;</w:t>
        <w:br/>
        <w:t>Стривайте ще! Забули ви, що я&lt;br /&gt;</w:t>
        <w:br/>
        <w:t>Полковник тут, що я чиню накази!&lt;br /&gt;</w:t>
        <w:br/>
        <w:t>Ви винною взиваєте її,&lt;br /&gt;</w:t>
        <w:br/>
        <w:t>На горло ви її вже осудили,&lt;br /&gt;</w:t>
        <w:br/>
        <w:t>А я на те вам згоди не даю.&lt;br /&gt;</w:t>
        <w:br/>
        <w:t>Старовський&lt;br /&gt;</w:t>
        <w:br/>
        <w:t>Бо жінка се тобі, того й не хочеш.&lt;br /&gt;</w:t>
        <w:br/>
        <w:t>Так зраджує нехай і далі нас!&lt;br /&gt;</w:t>
        <w:br/>
        <w:t>Коваленко&lt;br /&gt;</w:t>
        <w:br/>
        <w:t>Не зрадить, ні! Бо не було ж і зради.&lt;br /&gt;</w:t>
        <w:br/>
        <w:t>Крутько&lt;br /&gt;</w:t>
        <w:br/>
        <w:t>Що се за біс! За жінку обстає!..&lt;br /&gt;</w:t>
        <w:br/>
        <w:t>Та сам же він є зрадник проклятущий!..&lt;br /&gt;</w:t>
        <w:br/>
        <w:t>Та скинемо ми геть його, та й край!..&lt;br /&gt;</w:t>
        <w:br/>
        <w:t>Однімемо ми пірнача у його!&lt;br /&gt;</w:t>
        <w:br/>
        <w:t>Голоси&lt;br /&gt;</w:t>
        <w:br/>
        <w:t>А скинемо!.. Однімемо!..&lt;br /&gt;</w:t>
        <w:br/>
        <w:t>Інші голоси&lt;br /&gt;</w:t>
        <w:br/>
        <w:t>Ба ні!&lt;br /&gt;</w:t>
        <w:br/>
        <w:t>Не хочемо!.. Нехай пірнач у його!&lt;br /&gt;</w:t>
        <w:br/>
        <w:t>Крутько&lt;br /&gt;</w:t>
        <w:br/>
        <w:t>(штовхає одного козака, а тоді другого).&lt;br /&gt;</w:t>
        <w:br/>
        <w:t>Кричи мерщій, що винен він!.. І ти!..&lt;br /&gt;</w:t>
        <w:br/>
        <w:t>Голоси&lt;br /&gt;</w:t>
        <w:br/>
        <w:t>Він зрадник!.. Вже ж!.. Його скарати треба!..&lt;br /&gt;</w:t>
        <w:br/>
        <w:t>Нехай кладе полковницький пірнач!&lt;br /&gt;</w:t>
        <w:br/>
        <w:t>Крутько&lt;br /&gt;</w:t>
        <w:br/>
        <w:t>Бач, як воно!.. Ізрадили й байдуже!..&lt;br /&gt;</w:t>
        <w:br/>
        <w:t>Се кожен так робитиме тепер!&lt;br /&gt;</w:t>
        <w:br/>
        <w:t>Крутько перебігає то туди, то сюди, підмовляючи проти Коваленка.&lt;br /&gt;</w:t>
        <w:br/>
        <w:t>Крики&lt;br /&gt;</w:t>
        <w:br/>
        <w:t>Геть скинути!.. Не руш!.. Убить його!..&lt;br /&gt;</w:t>
        <w:br/>
        <w:t>Обох убить!.. Беріть його, панове!&lt;br /&gt;</w:t>
        <w:br/>
        <w:t>Насувають на Коваленка, але він махнув пірначем, обороняючися, і ті подалися назад.&lt;br /&gt;</w:t>
        <w:br/>
        <w:t>Коваленко&lt;br /&gt;</w:t>
        <w:br/>
        <w:t>Назад усі!.. Послухайте, панове!&lt;br /&gt;</w:t>
        <w:br/>
        <w:t>Прошу я вас, дозвольте до тюрми&lt;br /&gt;</w:t>
        <w:br/>
        <w:t>Замкнуть її, аж поки ся облога&lt;br /&gt;</w:t>
        <w:br/>
        <w:t>Минеться тут. А там новий хай суд…&lt;br /&gt;</w:t>
        <w:br/>
        <w:t>Крутько&lt;br /&gt;</w:t>
        <w:br/>
        <w:t>(Перепиняє)&lt;br /&gt;</w:t>
        <w:br/>
        <w:t>Щоб випустив її, та з нею й сам&lt;br /&gt;</w:t>
        <w:br/>
        <w:t>Ти втік? Авжеж!..&lt;br /&gt;</w:t>
        <w:br/>
        <w:t>Крики&lt;br /&gt;</w:t>
        <w:br/>
        <w:t>Не хочемо!.. Беріть!&lt;br /&gt;</w:t>
        <w:br/>
        <w:t>Коваленко&lt;br /&gt;</w:t>
        <w:br/>
        <w:t>Та он ви як! Ви вже про те забули,&lt;br /&gt;</w:t>
        <w:br/>
        <w:t>Що скільки раз життя вам рятував&lt;br /&gt;</w:t>
        <w:br/>
        <w:t>І сам за вас я ранами окрився!&lt;br /&gt;</w:t>
        <w:br/>
        <w:t>Забули все!.. П'яниці, гультяї&lt;br /&gt;</w:t>
        <w:br/>
        <w:t>Тепер у нас у раді порядкують,&lt;br /&gt;</w:t>
        <w:br/>
        <w:t>Немов звірі роздрочені ревуть,&lt;br /&gt;</w:t>
        <w:br/>
        <w:t>Згубивши вже і розум ввесь, і правду.&lt;br /&gt;</w:t>
        <w:br/>
        <w:t>Голоси&lt;br /&gt;</w:t>
        <w:br/>
        <w:t>Та що се він плямує нас усіх?&lt;br /&gt;</w:t>
        <w:br/>
        <w:t>Вже скинули його: беріть, та й годі!&lt;br /&gt;</w:t>
        <w:br/>
        <w:t>І сміє він так лицарів старих&lt;br /&gt;</w:t>
        <w:br/>
        <w:t>Ганьбити! Га? Ще блазень він!&lt;br /&gt;</w:t>
        <w:br/>
        <w:t>А нуте! К чортам його! Вже скинули! Хапай!&lt;br /&gt;</w:t>
        <w:br/>
        <w:t>(Насувають на Коваленка).&lt;br /&gt;</w:t>
        <w:br/>
        <w:t>Коваленко&lt;br /&gt;</w:t>
        <w:br/>
        <w:t>(замахується пірначем).&lt;br /&gt;</w:t>
        <w:br/>
        <w:t>Назад, кажу!.. Бо хто підступить,— зараз&lt;br /&gt;</w:t>
        <w:br/>
        <w:t>Почує він, який важкий пірнач…&lt;br /&gt;</w:t>
        <w:br/>
        <w:t>Не вбереже він голови дурної!&lt;br /&gt;</w:t>
        <w:br/>
        <w:t>Мовчанка.&lt;br /&gt;</w:t>
        <w:br/>
        <w:t>Усе, що тут казала вам Оксана&lt;br /&gt;</w:t>
        <w:br/>
        <w:t>Неправда те, бо се вчинив я сам:&lt;br /&gt;</w:t>
        <w:br/>
        <w:t>Ведіть мене, а не її на страту!&lt;br /&gt;</w:t>
        <w:br/>
        <w:t>Всі вражені стоять.&lt;br /&gt;</w:t>
        <w:br/>
        <w:t>Оксана&lt;br /&gt;</w:t>
        <w:br/>
        <w:t>(кидається до Коваленка).&lt;br /&gt;</w:t>
        <w:br/>
        <w:t>Василечку!.. Ой не роби-бо так!..&lt;br /&gt;</w:t>
        <w:br/>
        <w:t>Ой не кажи сього!.. Я ж винна, клята!&lt;br /&gt;</w:t>
        <w:br/>
        <w:t>Коваленко&lt;br /&gt;</w:t>
        <w:br/>
        <w:t>До мене тесть прийшов,— його я з міста&lt;br /&gt;</w:t>
        <w:br/>
        <w:t>Сам випустив і гасло те сказав…&lt;br /&gt;</w:t>
        <w:br/>
        <w:t>Ви бачите тепер, що я тут винний.&lt;br /&gt;</w:t>
        <w:br/>
        <w:t>Оксана&lt;br /&gt;</w:t>
        <w:br/>
        <w:t>Ні, Боже мій!.. Йому не вірте ви!..&lt;br /&gt;</w:t>
        <w:br/>
        <w:t>Василечку! Єдиний мій, коханий!&lt;br /&gt;</w:t>
        <w:br/>
        <w:t>Не умирай безвинний ти, живи!..&lt;br /&gt;</w:t>
        <w:br/>
        <w:t>Не слухайте, що каже він, панове:&lt;br /&gt;</w:t>
        <w:br/>
        <w:t>Се хоче він обрятувать мене,&lt;br /&gt;</w:t>
        <w:br/>
        <w:t>На смерть іде, щоб я жила, огидна!..&lt;br /&gt;</w:t>
        <w:br/>
        <w:t>Не винний він!.. Він зрадити не міг…&lt;br /&gt;</w:t>
        <w:br/>
        <w:t>Коваленко&lt;br /&gt;</w:t>
        <w:br/>
        <w:t>Чого ж ви всі замовкли? Я ж готовий&lt;br /&gt;</w:t>
        <w:br/>
        <w:t>На страту йти.&lt;br /&gt;</w:t>
        <w:br/>
        <w:t>Білоченко&lt;br /&gt;</w:t>
        <w:br/>
        <w:t>Готовий ти, та річ&lt;br /&gt;</w:t>
        <w:br/>
        <w:t>Непевна тут. Ми вірити не можем&lt;br /&gt;</w:t>
        <w:br/>
        <w:t>Тобі тепер. Зробила се вона.&lt;br /&gt;</w:t>
        <w:br/>
        <w:t>Коваленко&lt;br /&gt;</w:t>
        <w:br/>
        <w:t>А я кажу, що я!.. Повинні вірить!&lt;br /&gt;</w:t>
        <w:br/>
        <w:t>Вона вину на себе узяла,&lt;br /&gt;</w:t>
        <w:br/>
        <w:t>А винен — я.&lt;br /&gt;</w:t>
        <w:br/>
        <w:t>Крицький&lt;br /&gt;</w:t>
        <w:br/>
        <w:t>Та нащо б так робити&lt;br /&gt;</w:t>
        <w:br/>
        <w:t>Було тобі?&lt;br /&gt;</w:t>
        <w:br/>
        <w:t>Коваленко&lt;br /&gt;</w:t>
        <w:br/>
        <w:t>Навіщо? Знаю сам!&lt;br /&gt;</w:t>
        <w:br/>
        <w:t>А вам того казати я не хочу.&lt;br /&gt;</w:t>
        <w:br/>
        <w:t>Старовський&lt;br /&gt;</w:t>
        <w:br/>
        <w:t>Що ж, братчики,— коли він сам признавсь,&lt;br /&gt;</w:t>
        <w:br/>
        <w:t>То жінку ми не будемо карати,-&lt;br /&gt;</w:t>
        <w:br/>
        <w:t>Скараємо його.&lt;br /&gt;</w:t>
        <w:br/>
        <w:t>Лясковський&lt;br /&gt;</w:t>
        <w:br/>
        <w:t>Авжеж його!&lt;br /&gt;</w:t>
        <w:br/>
        <w:t>Видима річ, що тут у їх зробилось:&lt;br /&gt;</w:t>
        <w:br/>
        <w:t>Він учинив і вчинок свій гидкий&lt;br /&gt;</w:t>
        <w:br/>
        <w:t>Хотів сховать, а жінці жалко стало,&lt;br /&gt;</w:t>
        <w:br/>
        <w:t>І гріх вона на себе узяла.&lt;br /&gt;</w:t>
        <w:br/>
        <w:t>Коли ж признавсь, то мусить він умерти.&lt;br /&gt;</w:t>
        <w:br/>
        <w:t>Голоси&lt;br /&gt;</w:t>
        <w:br/>
        <w:t>Умерти!.. Так!.. Вже час кінчати суд!&lt;br /&gt;</w:t>
        <w:br/>
        <w:t>Оксана&lt;br /&gt;</w:t>
        <w:br/>
        <w:t>Ой ні, не так!.. Шановная громадо!&lt;br /&gt;</w:t>
        <w:br/>
        <w:t>Бог відає, що збавите життя&lt;br /&gt;</w:t>
        <w:br/>
        <w:t>Невинного — се ж гріх страшний вам буде!..&lt;br /&gt;</w:t>
        <w:br/>
        <w:t>Не знаєте, хто винен? Так про те&lt;br /&gt;</w:t>
        <w:br/>
        <w:t>Подумайте, кого вам більше треба&lt;br /&gt;</w:t>
        <w:br/>
        <w:t>З нас двох: я вмру, то шкоди в тім нема;&lt;br /&gt;</w:t>
        <w:br/>
        <w:t>А він умре — хто буде боронити&lt;br /&gt;</w:t>
        <w:br/>
        <w:t>Од ворогів і місто се, і вас?&lt;br /&gt;</w:t>
        <w:br/>
        <w:t>Коваленко&lt;br /&gt;</w:t>
        <w:br/>
        <w:t>Не слухайте того, панове браття!&lt;br /&gt;</w:t>
        <w:br/>
        <w:t>Оксана&lt;br /&gt;</w:t>
        <w:br/>
        <w:t>Василечку! Не-так бо кажеш ти!&lt;br /&gt;</w:t>
        <w:br/>
        <w:t>Не варта я, щоб рятувать мене&lt;br /&gt;</w:t>
        <w:br/>
        <w:t>Твоїм життям!.. Така ціна велика&lt;br /&gt;</w:t>
        <w:br/>
        <w:t>За зрадниці нікчемнеє життя!&lt;br /&gt;</w:t>
        <w:br/>
        <w:t>Я вже один вчинила гріх великий,&lt;br /&gt;</w:t>
        <w:br/>
        <w:t>Що зрадила своїх, а ти новий —&lt;br /&gt;</w:t>
        <w:br/>
        <w:t>Ще тяжчий гріх, страшніший, положити&lt;br /&gt;</w:t>
        <w:br/>
        <w:t>Силкуєшся на грішную мене —&lt;br /&gt;</w:t>
        <w:br/>
        <w:t>Сю смерть твою!.. Який-бо ти недобрий!..&lt;br /&gt;</w:t>
        <w:br/>
        <w:t>Се ж ти мене занапастити хочеш!&lt;br /&gt;</w:t>
        <w:br/>
        <w:t>Помилуй же, Василечку, помилуй!&lt;br /&gt;</w:t>
        <w:br/>
        <w:t>Хай я умру! Бо смерть — одна хвилина!&lt;br /&gt;</w:t>
        <w:br/>
        <w:t>Радіючи я голову схилю&lt;br /&gt;</w:t>
        <w:br/>
        <w:t>Під катову сокиру,— тільки б знати,&lt;br /&gt;</w:t>
        <w:br/>
        <w:t>Що ти живий... Послухайся ж мене,&lt;br /&gt;</w:t>
        <w:br/>
        <w:t>Єдиний мій, коханий мій, мій світе!&lt;br /&gt;</w:t>
        <w:br/>
        <w:t>Коваленко&lt;br /&gt;</w:t>
        <w:br/>
        <w:t>Дружинонько моя єдина, вірна!&lt;br /&gt;</w:t>
        <w:br/>
        <w:t>Красуйсь, живи!.. Умерти мушу я…&lt;br /&gt;</w:t>
        <w:br/>
        <w:t>Як ти умреш,— мені навіщо жити?&lt;br /&gt;</w:t>
        <w:br/>
        <w:t>Прощай, моя утіхо найдорожча!&lt;br /&gt;</w:t>
        <w:br/>
        <w:t>Прощай навік!.. Ну, братчики, ведіть!&lt;br /&gt;</w:t>
        <w:br/>
        <w:t>Горленко&lt;br /&gt;</w:t>
        <w:br/>
        <w:t>Не можна так, панове молодці!&lt;br /&gt;</w:t>
        <w:br/>
        <w:t>Ви ж бачите: не знаємо, хто винен,&lt;br /&gt;</w:t>
        <w:br/>
        <w:t>То як же ми скараємо його?&lt;br /&gt;</w:t>
        <w:br/>
        <w:t>Лясковський&lt;br /&gt;</w:t>
        <w:br/>
        <w:t>Скараємо, бо сам же він признався.&lt;br /&gt;</w:t>
        <w:br/>
        <w:t>Білоченко&lt;br /&gt;</w:t>
        <w:br/>
        <w:t>Та і вона ж призналася сама.&lt;br /&gt;</w:t>
        <w:br/>
        <w:t>Старовський&lt;br /&gt;</w:t>
        <w:br/>
        <w:t>Обох скарать, коли такеє діло!&lt;br /&gt;</w:t>
        <w:br/>
        <w:t>Крицький&lt;br /&gt;</w:t>
        <w:br/>
        <w:t>А правду ж де ти дів? А ще й суддя!&lt;br /&gt;</w:t>
        <w:br/>
        <w:t>Дід Остап&lt;br /&gt;</w:t>
        <w:br/>
        <w:t>Мовчав я все, панове товариство,&lt;br /&gt;</w:t>
        <w:br/>
        <w:t>Бо я старий, вже й слова не складу…&lt;br /&gt;</w:t>
        <w:br/>
        <w:t>Тепер же річ мені дозвольте зняти:&lt;br /&gt;</w:t>
        <w:br/>
        <w:t>А може, й я вам добре що скажу?&lt;br /&gt;</w:t>
        <w:br/>
        <w:t>Не знаємо ми, хто зробив се діло —&lt;br /&gt;</w:t>
        <w:br/>
        <w:t>Вона чи він,— та знаємо ми те,&lt;br /&gt;</w:t>
        <w:br/>
        <w:t>Що він у нас полковником у місті,&lt;br /&gt;</w:t>
        <w:br/>
        <w:t>І міста він повинен берегти.&lt;br /&gt;</w:t>
        <w:br/>
        <w:t>А не вберіг, і зрада учинилась,&lt;br /&gt;</w:t>
        <w:br/>
        <w:t>І сам признавсь, ледачий, в зраді тій,&lt;br /&gt;</w:t>
        <w:br/>
        <w:t>То й мусить він, а не вона умерти.&lt;br /&gt;</w:t>
        <w:br/>
        <w:t>Коли не він зробив се,— він покрив!&lt;br /&gt;</w:t>
        <w:br/>
        <w:t>Який же він козак та ще й полковник,&lt;br /&gt;</w:t>
        <w:br/>
        <w:t>Коли йому дорожча баба ся,&lt;br /&gt;</w:t>
        <w:br/>
        <w:t>Ніж козаки, преславне товариство?&lt;br /&gt;</w:t>
        <w:br/>
        <w:t>На біса нам іздавсь такий бабій?&lt;br /&gt;</w:t>
        <w:br/>
        <w:t>Скарать його, бо нам таких не треба!&lt;br /&gt;</w:t>
        <w:br/>
        <w:t>Голоси&lt;br /&gt;</w:t>
        <w:br/>
        <w:t>Гаразд сказав!.. Розумне слово се…&lt;br /&gt;</w:t>
        <w:br/>
        <w:t>Нехай суддя тепер нам присуд каже!&lt;br /&gt;</w:t>
        <w:br/>
        <w:t>Старовський&lt;br /&gt;</w:t>
        <w:br/>
        <w:t>Чи волите, панове молодці,&lt;br /&gt;</w:t>
        <w:br/>
        <w:t>На смерть скарать за зраду Коваленка?</w:t>
      </w:r>
    </w:p>
    <w:p>
      <w:r>
        <w:br/>
        <w:t>Голоси&lt;br /&gt;</w:t>
        <w:br/>
        <w:t>Всі волимо!&lt;br /&gt;</w:t>
        <w:br/>
        <w:t>Дехто&lt;br /&gt;</w:t>
        <w:br/>
        <w:t>Не волимо!.. Не всі!&lt;br /&gt;</w:t>
        <w:br/>
        <w:t>Зчиняється галас, згодом Коваленкові прихильники стихають, чути тільки:&lt;br /&gt;</w:t>
        <w:br/>
        <w:t>Призволили!.. Нехай іде на страту!</w:t>
      </w:r>
    </w:p>
    <w:p>
      <w:r>
        <w:br/>
        <w:t>Оксана&lt;br /&gt;</w:t>
        <w:br/>
        <w:t>Прошу я вас — до ранку підождіть!&lt;br /&gt;</w:t>
        <w:br/>
        <w:t>Я приведу вам свідка, він посвідчить&lt;br /&gt;</w:t>
        <w:br/>
        <w:t>Що правду я сказала... Присудіть,&lt;br /&gt;</w:t>
        <w:br/>
        <w:t>Що свідок той піти безкарно може —&lt;br /&gt;</w:t>
        <w:br/>
        <w:t>Що б не сказав…&lt;br /&gt;</w:t>
        <w:br/>
        <w:t>Лясковський&lt;br /&gt;</w:t>
        <w:br/>
        <w:t>Не треба нам сього!&lt;br /&gt;</w:t>
        <w:br/>
        <w:t>Жилинський&lt;br /&gt;</w:t>
        <w:br/>
        <w:t>Не слухайте! Не треба потурати!&lt;br /&gt;</w:t>
        <w:br/>
        <w:t>Білоченко&lt;br /&gt;</w:t>
        <w:br/>
        <w:t>А чом же ні? Повинні так зробить.&lt;br /&gt;</w:t>
        <w:br/>
        <w:t>Крицький&lt;br /&gt;</w:t>
        <w:br/>
        <w:t>Не можемо ми навіть не зробити,&lt;br /&gt;</w:t>
        <w:br/>
        <w:t>Бо право так велить, щоб кожен міг&lt;br /&gt;</w:t>
        <w:br/>
        <w:t>Перед судом поставити всі свідки.&lt;br /&gt;</w:t>
        <w:br/>
        <w:t>Голоси&lt;br /&gt;</w:t>
        <w:br/>
        <w:t>Нехай веде!&lt;br /&gt;</w:t>
        <w:br/>
        <w:t>Голоси інші&lt;br /&gt;</w:t>
        <w:br/>
        <w:t>Не треба!.. Ні!&lt;br /&gt;</w:t>
        <w:br/>
        <w:t>Голоси&lt;br /&gt;</w:t>
        <w:br/>
        <w:t>Нехай!&lt;br /&gt;</w:t>
        <w:br/>
        <w:t>Білоченко&lt;br /&gt;</w:t>
        <w:br/>
        <w:t>Зламаємо і правду, й судний звичай,&lt;br /&gt;</w:t>
        <w:br/>
        <w:t>Коли того ми не дозволим їй:&lt;br /&gt;</w:t>
        <w:br/>
        <w:t>Чи волите до завтрього пождати?&lt;br /&gt;</w:t>
        <w:br/>
        <w:t>Коли вона до страти приведе&lt;br /&gt;</w:t>
        <w:br/>
        <w:t>Нам свідка, ми його повинні слухать&lt;br /&gt;</w:t>
        <w:br/>
        <w:t>І відпустить його назад без шкоди.&lt;br /&gt;</w:t>
        <w:br/>
        <w:t>Голоси&lt;br /&gt;</w:t>
        <w:br/>
        <w:t>Всі волимо!&lt;br /&gt;</w:t>
        <w:br/>
        <w:t>Білоченко&lt;br /&gt;</w:t>
        <w:br/>
        <w:t>То хай же й буде так!&lt;br /&gt;</w:t>
        <w:br/>
        <w:t>Лясковський&lt;br /&gt;</w:t>
        <w:br/>
        <w:t>Ведіть його!.. Ведіте до темниці!&lt;br /&gt;</w:t>
        <w:br/>
        <w:t>Козаки беруть Коваленка.&lt;br /&gt;</w:t>
        <w:br/>
        <w:t>Коваленко&lt;br /&gt;</w:t>
        <w:br/>
        <w:t>Оксаночко, навіщо робиш се?&lt;br /&gt;</w:t>
        <w:br/>
        <w:t>Оксана&lt;br /&gt;</w:t>
        <w:br/>
        <w:t>Щоб жив ти, жив!.. І будеш, милий, жити!&lt;br /&gt;</w:t>
        <w:br/>
        <w:t>Завіса&lt;br /&gt;</w:t>
        <w:br/>
        <w:t>ЧЕТВЕРТА ДІЯ&lt;br /&gt;</w:t>
        <w:br/>
        <w:t>Передмістя Кальникове. Колись тут жили люде, тепер вони або повтікали в місто, або й зовсім порозбігалися. Живе тут військо: жовніри Собіського та козаки Ханенкові. Мало не всі хати обдерті, часом руїна з хати або пожарина. Просто глядачів, назад сцени, стоїть хата з замкненими дверима.&lt;br /&gt;</w:t>
        <w:br/>
        <w:t>Вечір пізній.&lt;br /&gt;</w:t>
        <w:br/>
        <w:t>Круг огню сидять і лежать козаки Ханенкові, між їми Грицько Доленко. Двоє-троє пряжуть сало на вогні, на шпичку настромивши; дехто люльки курить. Один козак з бандурою в руках,— часом перебирає на їй струни.&lt;br /&gt;</w:t>
        <w:br/>
        <w:t>Грицько Доленко&lt;br /&gt;</w:t>
        <w:br/>
        <w:t>І чого ми тут сидимо? Два тижні вже додержуєм облоги, а здобути не можемо.&lt;br /&gt;</w:t>
        <w:br/>
        <w:t>Старий козак&lt;br /&gt;</w:t>
        <w:br/>
        <w:t>А ти не будь такий тяжко поспішний! Як весело нам тут, а він іще вередує!&lt;br /&gt;</w:t>
        <w:br/>
        <w:t>Грицько&lt;br /&gt;</w:t>
        <w:br/>
        <w:t>Ще б пак! Ловкі вояки: два тижні велике війське маленького Кальника не здобуде! От ті, що в місті, дак ті вояки, бо вони, проти всього війська опершися, стоять, а їх жменя.&lt;br /&gt;</w:t>
        <w:br/>
        <w:t>Козак із бандурою&lt;br /&gt;</w:t>
        <w:br/>
        <w:t>Що правда, то не брехня. Уміють воюватися дорошенківці,— хоч би й нам так.&lt;br /&gt;</w:t>
        <w:br/>
        <w:t>Грицько&lt;br /&gt;</w:t>
        <w:br/>
        <w:t>Та ще хоч би за що добре ми билися, а то за чорт-зна-що!&lt;br /&gt;</w:t>
        <w:br/>
        <w:t>Козак із бандурою&lt;br /&gt;</w:t>
        <w:br/>
        <w:t>За лядську ласку.&lt;br /&gt;</w:t>
        <w:br/>
        <w:t>Грицько&lt;br /&gt;</w:t>
        <w:br/>
        <w:t>А хай вони своєю ласкою подавляться!&lt;br /&gt;</w:t>
        <w:br/>
        <w:t>Старий козак&lt;br /&gt;</w:t>
        <w:br/>
        <w:t>Ну, не плач же! На тобі ось сальця кришоник,— іззіж та й засни!&lt;br /&gt;</w:t>
        <w:br/>
        <w:t>Козак 1&lt;br /&gt;</w:t>
        <w:br/>
        <w:t>Він, дядьку, не добере в йому смаку, — дайте мені!&lt;br /&gt;</w:t>
        <w:br/>
        <w:t>(Вихоплює в старого козака сало.)&lt;br /&gt;</w:t>
        <w:br/>
        <w:t>Старий козак&lt;br /&gt;</w:t>
        <w:br/>
        <w:t>Який швидкий!&lt;br /&gt;</w:t>
        <w:br/>
        <w:t>Козак 2&lt;br /&gt;</w:t>
        <w:br/>
        <w:t>У ляхів ми завсігди були й будемо панськими попихачами.&lt;br /&gt;</w:t>
        <w:br/>
        <w:t>Грицько&lt;br /&gt;</w:t>
        <w:br/>
        <w:t>І що ми за дурні дурні, панове браття, що служимо сьому Ханенкові? Сам він попихач лядський, то й нас у попихачі пошив.&lt;br /&gt;</w:t>
        <w:br/>
        <w:t>Старий козак&lt;br /&gt;</w:t>
        <w:br/>
        <w:t>Укусися за язик! Бач, як розпустив!.. То вже тобі не лядський жовнір, а наш гетьман.&lt;br /&gt;</w:t>
        <w:br/>
        <w:t>Грицько&lt;br /&gt;</w:t>
        <w:br/>
        <w:t>Коли він гетьман, то хай народ до доброго, а не до лихого веде. А це хіба добре, що своїх доводиться бити, свою землю плюндрувати, ляхів слухаючися.&lt;br /&gt;</w:t>
        <w:br/>
        <w:t>Козак із бандурою&lt;br /&gt;</w:t>
        <w:br/>
        <w:t>От Дорошенко — орел!&lt;br /&gt;</w:t>
        <w:br/>
        <w:t>Старий козак&lt;br /&gt;</w:t>
        <w:br/>
        <w:t>І той добрий! Сей з ляхами злигавсь, а той з бусурменом.&lt;br /&gt;</w:t>
        <w:br/>
        <w:t>Грицько&lt;br /&gt;</w:t>
        <w:br/>
        <w:t>Коли ж не сила самому! Дак за те ж і голова, і лицар же!&lt;br /&gt;</w:t>
        <w:br/>
        <w:t>Козак із бандурою&lt;br /&gt;</w:t>
        <w:br/>
        <w:t>Не дурно про його й пісню складено.&lt;br /&gt;</w:t>
        <w:br/>
        <w:t>(Приграючи на бандурі, співа, а інші допомагають).&lt;br /&gt;</w:t>
        <w:br/>
        <w:t>Ой на горі та женці жнуть,&lt;br /&gt;</w:t>
        <w:br/>
        <w:t>А попід горою,&lt;br /&gt;</w:t>
        <w:br/>
        <w:t>Попід зеленою&lt;br /&gt;</w:t>
        <w:br/>
        <w:t>Козаки йдуть.&lt;br /&gt;</w:t>
        <w:br/>
        <w:t>Попереду Дорошенко&lt;br /&gt;</w:t>
        <w:br/>
        <w:t>Веде своє військо&lt;br /&gt;</w:t>
        <w:br/>
        <w:t>Славне запорозьке&lt;br /&gt;</w:t>
        <w:br/>
        <w:t>Хорошенько.&lt;br /&gt;</w:t>
        <w:br/>
        <w:t>Старий козак&lt;br /&gt;</w:t>
        <w:br/>
        <w:t>(перепиняючи.)&lt;br /&gt;</w:t>
        <w:br/>
        <w:t>Тю на вас, розумних! У нашому таборі про Дорошенка пісні співають! От тільки нагодиться яка старшина, то...&lt;br /&gt;</w:t>
        <w:br/>
        <w:t>Грицько&lt;br /&gt;</w:t>
        <w:br/>
        <w:t>То що? Послухає, коли має чим слухати.&lt;br /&gt;</w:t>
        <w:br/>
        <w:t>Старий козак&lt;br /&gt;</w:t>
        <w:br/>
        <w:t>А послухавши,— тобі, розумникові язикатому, спину киями спише, то, може, хоч тоді тобі заціпить.&lt;br /&gt;</w:t>
        <w:br/>
        <w:t>Козак із бандурою&lt;br /&gt;</w:t>
        <w:br/>
        <w:t>Ну, не можна, то й не можна.&lt;br /&gt;</w:t>
        <w:br/>
        <w:t>Козак 1&lt;br /&gt;</w:t>
        <w:br/>
        <w:t>Он уже ляхва преться!&lt;br /&gt;</w:t>
        <w:br/>
        <w:t>Увіходить гурт польських жовнірів.&lt;br /&gt;</w:t>
        <w:br/>
        <w:t>Жовнір 1&lt;br /&gt;</w:t>
        <w:br/>
        <w:t>A to jak wygodnie szyzmatyki pokladli sie kolo ognia!2&lt;br /&gt;</w:t>
        <w:br/>
        <w:t>Жовнір 2&lt;br /&gt;</w:t>
        <w:br/>
        <w:t>A nam juz і palic niema со.3&lt;br /&gt;</w:t>
        <w:br/>
        <w:t>Гpицько&lt;br /&gt;</w:t>
        <w:br/>
        <w:t>Хати ж палите.&lt;br /&gt;</w:t>
        <w:br/>
        <w:t>Жовнір З&lt;br /&gt;</w:t>
        <w:br/>
        <w:t>Popalili wszystkie chaty, jakie byly w naszym zakatku. Trzy tylko zostawili, zeby na czas deszczu bylo sie gdzie schowae.4&lt;br /&gt;</w:t>
        <w:br/>
        <w:t>Жовнір 1&lt;br /&gt;</w:t>
        <w:br/>
        <w:t>Ej precz! Miejsce nam!5&lt;br /&gt;</w:t>
        <w:br/>
        <w:t>Козак із бандурою&lt;br /&gt;</w:t>
        <w:br/>
        <w:t>З якої ради! Ідіть собі, звідки прийшли!&lt;br /&gt;</w:t>
        <w:br/>
        <w:t>Грицько&lt;br /&gt;</w:t>
        <w:br/>
        <w:t>Бач, які пишні! А дзуски не хочете?&lt;br /&gt;</w:t>
        <w:br/>
        <w:t>Жовнір 4&lt;br /&gt;</w:t>
        <w:br/>
        <w:t>A to ty, szyzmatyku, nas ganbic...6&lt;br /&gt;</w:t>
        <w:br/>
        <w:t>(Штовха його ногою. Той схоплюється й хапається за шаблю; починають рубатися шаблями).&lt;br /&gt;</w:t>
        <w:br/>
        <w:t>Голоси козацькі й жовнірські&lt;br /&gt;</w:t>
        <w:br/>
        <w:t>Тю на вас! Nie ruszaj go!7&lt;br /&gt;</w:t>
        <w:br/>
        <w:t>Чи ви не показились?&lt;br /&gt;</w:t>
        <w:br/>
        <w:t>Увіходить Сотник козацький&lt;br /&gt;</w:t>
        <w:br/>
        <w:t>Сотник&lt;br /&gt;</w:t>
        <w:br/>
        <w:t>А то ще що? Облиште зараз ви!&lt;br /&gt;</w:t>
        <w:br/>
        <w:t>Ті неохоче кидають битися.&lt;br /&gt;</w:t>
        <w:br/>
        <w:t>Знов сварка тут?.. Ще карано вас мало!&lt;br /&gt;</w:t>
        <w:br/>
        <w:t>Як сміли ви добути зброї? Га?&lt;br /&gt;</w:t>
        <w:br/>
        <w:t>Грицько&lt;br /&gt;</w:t>
        <w:br/>
        <w:t>Бо він посмів мене штовхать ногами!&lt;br /&gt;</w:t>
        <w:br/>
        <w:t>Жовнір 4&lt;br /&gt;</w:t>
        <w:br/>
        <w:t>On nie pozwalai nam zagrac sig tutaj...8&lt;br /&gt;</w:t>
        <w:br/>
        <w:t>Сотник&lt;br /&gt;</w:t>
        <w:br/>
        <w:t>(до жовнірів)&lt;br /&gt;</w:t>
        <w:br/>
        <w:t>Геть зараз ви! Бо тільки доповім,&lt;br /&gt;</w:t>
        <w:br/>
        <w:t>Що робите,— не минете ви кари.&lt;br /&gt;</w:t>
        <w:br/>
        <w:t>Жовнір 1&lt;br /&gt;</w:t>
        <w:br/>
        <w:t>Nam nа nic to!.. Jak sie chlop rozzuchwalil!.. Ale popamietasz, chamie! Kjedys moze zdybiemy sie, to policzymy sie w ten czas!.. Chodzmy, panowie-bracia!9&lt;br /&gt;</w:t>
        <w:br/>
        <w:t>(Жовніри виходять).&lt;br /&gt;</w:t>
        <w:br/>
        <w:t>Сотник&lt;br /&gt;</w:t>
        <w:br/>
        <w:t>А ви таки заведетесь, хоч як!&lt;br /&gt;</w:t>
        <w:br/>
        <w:t>Грицько&lt;br /&gt;</w:t>
        <w:br/>
        <w:t>Не можемо знущання ми терпіти!&lt;br /&gt;</w:t>
        <w:br/>
        <w:t>Старий козак&lt;br /&gt;</w:t>
        <w:br/>
        <w:t>Бо вже вони розвеличались так,&lt;br /&gt;</w:t>
        <w:br/>
        <w:t>Мов ми у їх піддані на роботі.&lt;br /&gt;</w:t>
        <w:br/>
        <w:t>Сотник&lt;br /&gt;</w:t>
        <w:br/>
        <w:t>Сваритися не треба!.. Не сварись!&lt;br /&gt;</w:t>
        <w:br/>
        <w:t>Пилипенко, убраний уже по-козацькому, приводить Лясковського.&lt;br /&gt;</w:t>
        <w:br/>
        <w:t>Лясковський&lt;br /&gt;</w:t>
        <w:br/>
        <w:t>Полковник то засипати звелів&lt;br /&gt;</w:t>
        <w:br/>
        <w:t>Тоді тайник. Ти був би йшов, не бавивсь.&lt;br /&gt;</w:t>
        <w:br/>
        <w:t>Пилипенко&lt;br /&gt;</w:t>
        <w:br/>
        <w:t>В тернах отих я цілий день ховавсь,&lt;br /&gt;</w:t>
        <w:br/>
        <w:t>Все длубався, як способу добрати&lt;br /&gt;</w:t>
        <w:br/>
        <w:t>Геть вибратись... Та й про дочку згадав…&lt;br /&gt;</w:t>
        <w:br/>
        <w:t>Лясковський&lt;br /&gt;</w:t>
        <w:br/>
        <w:t>Се відаю... і як дізнавсь про гасло…&lt;br /&gt;</w:t>
        <w:br/>
        <w:t>Хотів-таки фортелем увійти,&lt;br /&gt;</w:t>
        <w:br/>
        <w:t>Та не воно... Не дуже пощастило!..&lt;br /&gt;</w:t>
        <w:br/>
        <w:t>То ж не дури, а справу як почав,&lt;br /&gt;</w:t>
        <w:br/>
        <w:t>То вже кінчай.</w:t>
      </w:r>
    </w:p>
    <w:p>
      <w:r>
        <w:br/>
        <w:t>Пилипенко&lt;br /&gt;</w:t>
        <w:br/>
        <w:t>А от і сотник наш.&lt;br /&gt;</w:t>
        <w:br/>
        <w:t>Лясковський&lt;br /&gt;</w:t>
        <w:br/>
        <w:t>Здоров був, пане сотнику!</w:t>
      </w:r>
    </w:p>
    <w:p>
      <w:r>
        <w:br/>
        <w:t>Сотник&lt;br /&gt;</w:t>
        <w:br/>
        <w:t>Здорові А хто єси?&lt;br /&gt;</w:t>
        <w:br/>
        <w:t>Пилипенко&lt;br /&gt;</w:t>
        <w:br/>
        <w:t>Це сотник, пан Лясковський.</w:t>
      </w:r>
    </w:p>
    <w:p>
      <w:r>
        <w:br/>
        <w:t>Сотник&lt;br /&gt;</w:t>
        <w:br/>
        <w:t>Пан сотник! Бач!.. Гаразд, що завітав!&lt;br /&gt;</w:t>
        <w:br/>
        <w:t>Ну, що ж у вас там коїться у місті?&lt;br /&gt;</w:t>
        <w:br/>
        <w:t>Лясковський&lt;br /&gt;</w:t>
        <w:br/>
        <w:t>Все добре в нас: полковник у тюрмі,&lt;br /&gt;</w:t>
        <w:br/>
        <w:t>За його — я.</w:t>
      </w:r>
    </w:p>
    <w:p>
      <w:r>
        <w:br/>
        <w:t>Сотник&lt;br /&gt;</w:t>
        <w:br/>
        <w:t>Та як же се вчинилось?&lt;br /&gt;</w:t>
        <w:br/>
        <w:t>Лясковський&lt;br /&gt;</w:t>
        <w:br/>
        <w:t>От розкажу... А поки ти мене&lt;br /&gt;</w:t>
        <w:br/>
        <w:t>До гетьмана мерщій веди, бо треба&lt;br /&gt;</w:t>
        <w:br/>
        <w:t>Умовиться... Йдучи я розкажу,&lt;br /&gt;</w:t>
        <w:br/>
        <w:t>Що сталося, і як ми подоліли.&lt;br /&gt;</w:t>
        <w:br/>
        <w:t>Сотник&lt;br /&gt;</w:t>
        <w:br/>
        <w:t>Оце гаразд! Так завтра Кальник наш?&lt;br /&gt;</w:t>
        <w:br/>
        <w:t>Виходять Сотник, Лясковський та Пилипенко.&lt;br /&gt;</w:t>
        <w:br/>
        <w:t>Грицько&lt;br /&gt;</w:t>
        <w:br/>
        <w:t>Зрадливий пес!.. Продав своїх, Іюда!&lt;br /&gt;</w:t>
        <w:br/>
        <w:t>Старий козак&lt;br /&gt;</w:t>
        <w:br/>
        <w:t>Не лайся-бо! Він продається нам,-&lt;br /&gt;</w:t>
        <w:br/>
        <w:t>То й ми такі?&lt;br /&gt;</w:t>
        <w:br/>
        <w:t>Грицько&lt;br /&gt;</w:t>
        <w:br/>
        <w:t>Та й ми не дуже ліпші.&lt;br /&gt;</w:t>
        <w:br/>
        <w:t>Козак 1&lt;br /&gt;</w:t>
        <w:br/>
        <w:t>Та годі вам сваритися! Починай хоч якої пісні, абощо,— все ліпше, ніж гризтися.&lt;br /&gt;</w:t>
        <w:br/>
        <w:t>Козак із бандурою&lt;br /&gt;</w:t>
        <w:br/>
        <w:t>Та якої ж його починати, коли ніякої не вільно: про Дорошенка не можна, про ляхів не можна... хіба про Морозенка?&lt;br /&gt;</w:t>
        <w:br/>
        <w:t>(Співа, а за їм інші).&lt;br /&gt;</w:t>
        <w:br/>
        <w:t>Ой Морозе та Морозенку,&lt;br /&gt;</w:t>
        <w:br/>
        <w:t>ой ти славний козаче!&lt;br /&gt;</w:t>
        <w:br/>
        <w:t>Ой за тобою, та Морозенку,&lt;br /&gt;</w:t>
        <w:br/>
        <w:t>уся Україна плаче.&lt;br /&gt;</w:t>
        <w:br/>
        <w:t>Не так тая й Україна,&lt;br /&gt;</w:t>
        <w:br/>
        <w:t>а як теє горде військо…&lt;br /&gt;</w:t>
        <w:br/>
        <w:t>Ой заплакала та Морозиха,&lt;br /&gt;</w:t>
        <w:br/>
        <w:t>ідучи вранці на місто.&lt;br /&gt;</w:t>
        <w:br/>
        <w:t>Не плач, не плач, та Морозихо,&lt;br /&gt;</w:t>
        <w:br/>
        <w:t>об сиру землю не бийся;&lt;br /&gt;</w:t>
        <w:br/>
        <w:t>Ой ходім з нами, з нами, козаками,&lt;br /&gt;</w:t>
        <w:br/>
        <w:t>та меду-вина напийся!&lt;br /&gt;</w:t>
        <w:br/>
        <w:t>— Чомусь мені, та миле браття,&lt;br /&gt;</w:t>
        <w:br/>
        <w:t>та і мед-вино не п’ється:&lt;br /&gt;</w:t>
        <w:br/>
        <w:t>Ох і десь же мій син Морозенко&lt;br /&gt;</w:t>
        <w:br/>
        <w:t>та із турчином б’ється...&lt;br /&gt;</w:t>
        <w:br/>
        <w:t>Пилипенко увіходить.&lt;br /&gt;</w:t>
        <w:br/>
        <w:t>Пилипенко&lt;br /&gt;</w:t>
        <w:br/>
        <w:t>Пан сотник вам звелів, щоб ви "или На всю цю ніч до шанців, аж до брами.&lt;br /&gt;</w:t>
        <w:br/>
        <w:t>Козак 1&lt;br /&gt;</w:t>
        <w:br/>
        <w:t>А що робить?&lt;br /&gt;</w:t>
        <w:br/>
        <w:t>Пилипенко&lt;br /&gt;</w:t>
        <w:br/>
        <w:t>Сказав, що прийде сам, То й скаже все.&lt;br /&gt;</w:t>
        <w:br/>
        <w:t>Козак 2&lt;br /&gt;</w:t>
        <w:br/>
        <w:t>Чи йти, то йти! (Устає, за їм інші).&lt;br /&gt;</w:t>
        <w:br/>
        <w:t>Козак 3&lt;br /&gt;</w:t>
        <w:br/>
        <w:t>Ходімо&lt;br /&gt;</w:t>
        <w:br/>
        <w:t>Устають козаки й виходять.&lt;br /&gt;</w:t>
        <w:br/>
        <w:t>Пилипенко&lt;br /&gt;</w:t>
        <w:br/>
        <w:t>(сам.)&lt;br /&gt;</w:t>
        <w:br/>
        <w:t>Два тижні тут... Вже пороху звели&lt;br /&gt;</w:t>
        <w:br/>
        <w:t>До бісу й куль... вже всім осточортіло,&lt;br /&gt;</w:t>
        <w:br/>
        <w:t>А не щастить!.. Про Дорошенка чутка,&lt;br /&gt;</w:t>
        <w:br/>
        <w:t>Що йде сюди... то мусимо тікать&lt;br /&gt;</w:t>
        <w:br/>
        <w:t>Або сюди, у місто се, ввійти.&lt;br /&gt;</w:t>
        <w:br/>
        <w:t>Ото ж, коли не пощастило силі,&lt;br /&gt;</w:t>
        <w:br/>
        <w:t>То хитрощам моїм хай пощастить.&lt;br /&gt;</w:t>
        <w:br/>
        <w:t>Червінчиків гетьман не пошкодує…&lt;br /&gt;</w:t>
        <w:br/>
        <w:t>Вже поживу в достатках я тоді!..&lt;br /&gt;</w:t>
        <w:br/>
        <w:t>Багатий зять приймав мене до себе,&lt;br /&gt;</w:t>
        <w:br/>
        <w:t>Дак утекла ж із Василем дочка!..&lt;br /&gt;</w:t>
        <w:br/>
        <w:t>Доводиться тинятися ізнову,&lt;br /&gt;</w:t>
        <w:br/>
        <w:t>Замість щоб жить в розкошах та в добрі…&lt;br /&gt;</w:t>
        <w:br/>
        <w:t>Оксана боязько ввіходить, озираючись.&lt;br /&gt;</w:t>
        <w:br/>
        <w:t>Пилипенко&lt;br /&gt;</w:t>
        <w:br/>
        <w:t>Мов жінка щось... Чого се тут ти ходиш?&lt;br /&gt;</w:t>
        <w:br/>
        <w:t>Оксана&lt;br /&gt;</w:t>
        <w:br/>
        <w:t>Се, тату, ви?&lt;br /&gt;</w:t>
        <w:br/>
        <w:t>Пилипенко&lt;br /&gt;</w:t>
        <w:br/>
        <w:t>Оксана?! Ти відкіль?&lt;br /&gt;</w:t>
        <w:br/>
        <w:t>Оксана&lt;br /&gt;</w:t>
        <w:br/>
        <w:t>Із міста я... Прийшла, бо вас шукала.&lt;br /&gt;</w:t>
        <w:br/>
        <w:t>Пилипенко&lt;br /&gt;</w:t>
        <w:br/>
        <w:t>Чого ж прийшла? Яке тобі тут діло?</w:t>
      </w:r>
    </w:p>
    <w:p>
      <w:r>
        <w:br/>
        <w:t>Оксана&lt;br /&gt;</w:t>
        <w:br/>
        <w:t>Ой, таточку, чи чули ви? Василь...&lt;br /&gt;</w:t>
        <w:br/>
        <w:t>Пилипенко&lt;br /&gt;</w:t>
        <w:br/>
        <w:t>Я знаю це.&lt;br /&gt;</w:t>
        <w:br/>
        <w:t>Оксана&lt;br /&gt;</w:t>
        <w:br/>
        <w:t>Його скарати горлом…&lt;br /&gt;</w:t>
        <w:br/>
        <w:t>Пилипенко&lt;br /&gt;</w:t>
        <w:br/>
        <w:t>Я знаю й це... Як заробив, так має.&lt;br /&gt;</w:t>
        <w:br/>
        <w:t>Оксана&lt;br /&gt;</w:t>
        <w:br/>
        <w:t>Ой, батечку! Се ж через вас і сталось:&lt;br /&gt;</w:t>
        <w:br/>
        <w:t>Він оддає своє життя за вас.&lt;br /&gt;</w:t>
        <w:br/>
        <w:t>Пилипенко&lt;br /&gt;</w:t>
        <w:br/>
        <w:t>Хай оддає — по-християнськи й буде.&lt;br /&gt;</w:t>
        <w:br/>
        <w:t>Оксана&lt;br /&gt;</w:t>
        <w:br/>
        <w:t>Не можна ж так! Змилосердіться ж ви!&lt;br /&gt;</w:t>
        <w:br/>
        <w:t>Пилипенко&lt;br /&gt;</w:t>
        <w:br/>
        <w:t>А що ж я тут? Хіба я що тут можу?&lt;br /&gt;</w:t>
        <w:br/>
        <w:t>Оксана&lt;br /&gt;</w:t>
        <w:br/>
        <w:t>Ви можете, аби схотіли ви.&lt;br /&gt;</w:t>
        <w:br/>
        <w:t>Хоч суджено його скарати горлом,&lt;br /&gt;</w:t>
        <w:br/>
        <w:t>Та рада ще дозволила мені,&lt;br /&gt;</w:t>
        <w:br/>
        <w:t>Щоб привела до завтрього я свідка,-&lt;br /&gt;</w:t>
        <w:br/>
        <w:t>Хай свідок той посвідчить, як було,&lt;br /&gt;</w:t>
        <w:br/>
        <w:t>То Василя тоді не покарають.&lt;br /&gt;</w:t>
        <w:br/>
        <w:t>Пилипенко&lt;br /&gt;</w:t>
        <w:br/>
        <w:t>А хто ж за те відбуде гасло? Га?&lt;br /&gt;</w:t>
        <w:br/>
        <w:t>Се видно вже: відбуде кару свідок.&lt;br /&gt;</w:t>
        <w:br/>
        <w:t>Еч, зрадниця! І вигадала як,&lt;br /&gt;</w:t>
        <w:br/>
        <w:t>Щоб підвести під смертну кару батька!&lt;br /&gt;</w:t>
        <w:br/>
        <w:t>Оксана&lt;br /&gt;</w:t>
        <w:br/>
        <w:t>Присуджено, що свідок — хто б не був —&lt;br /&gt;</w:t>
        <w:br/>
        <w:t>Із города без кари має вийти…&lt;br /&gt;</w:t>
        <w:br/>
        <w:t>Каратимуть мене за діло се…&lt;br /&gt;</w:t>
        <w:br/>
        <w:t>Я, тату, вмру…&lt;br /&gt;</w:t>
        <w:br/>
        <w:t>Пилипенко&lt;br /&gt;</w:t>
        <w:br/>
        <w:t>Ти вмерти хочеш? Нащо ж?&lt;br /&gt;</w:t>
        <w:br/>
        <w:t>Оксана&lt;br /&gt;</w:t>
        <w:br/>
        <w:t>Щоб жив Василь, бо винна ж я...&lt;br /&gt;</w:t>
        <w:br/>
        <w:t>Пилипенко&lt;br /&gt;</w:t>
        <w:br/>
        <w:t>Та що ж&lt;br /&gt;</w:t>
        <w:br/>
        <w:t>Тобі тоді, чи він живий, чи мертвий,&lt;br /&gt;</w:t>
        <w:br/>
        <w:t>Коли сама ти вмреш? Не тямлю я…&lt;br /&gt;</w:t>
        <w:br/>
        <w:t>Оксана&lt;br /&gt;</w:t>
        <w:br/>
        <w:t>Чи попущу ж, щоб він умер за мене?&lt;br /&gt;</w:t>
        <w:br/>
        <w:t>Та хоч би й він зробив усе,— й тоді&lt;br /&gt;</w:t>
        <w:br/>
        <w:t>За його я радіючи умерла б,&lt;br /&gt;</w:t>
        <w:br/>
        <w:t>Щоб тільки жив.&lt;br /&gt;</w:t>
        <w:br/>
        <w:t>Пилипенко&lt;br /&gt;</w:t>
        <w:br/>
        <w:t>Дурниці ти плетеш…&lt;br /&gt;</w:t>
        <w:br/>
        <w:t>Я не піду. Про се й балакать годі!&lt;br /&gt;</w:t>
        <w:br/>
        <w:t>Оксана&lt;br /&gt;</w:t>
        <w:br/>
        <w:t>Ой, таточку, зласкавтеся ж бо ви!&lt;br /&gt;</w:t>
        <w:br/>
        <w:t>Пилипенко&lt;br /&gt;</w:t>
        <w:br/>
        <w:t>Зласкавиться? А ти до мене мала&lt;br /&gt;</w:t>
        <w:br/>
        <w:t>Сю ласку? Га? Від мене ти втекла,&lt;br /&gt;</w:t>
        <w:br/>
        <w:t>Покинула задля коханця батька!&lt;br /&gt;</w:t>
        <w:br/>
        <w:t>Оксана&lt;br /&gt;</w:t>
        <w:br/>
        <w:t>До шлюбу ви мене із Зороховським,&lt;br /&gt;</w:t>
        <w:br/>
        <w:t>З старим, гидким хотіли силоміць&lt;br /&gt;</w:t>
        <w:br/>
        <w:t>Тоді вести,— я ж Василя любила…&lt;br /&gt;</w:t>
        <w:br/>
        <w:t>Я не могла: се ж зав'язати світ…&lt;br /&gt;</w:t>
        <w:br/>
        <w:t>Пилипенко&lt;br /&gt;</w:t>
        <w:br/>
        <w:t>Ти не могла, а я тепер не можу,&lt;br /&gt;</w:t>
        <w:br/>
        <w:t>То й буде так,— нехай він умира!&lt;br /&gt;</w:t>
        <w:br/>
        <w:t>На милого ти батька проміняла,&lt;br /&gt;</w:t>
        <w:br/>
        <w:t>Тепер же знов розмінюйся назад:&lt;br /&gt;</w:t>
        <w:br/>
        <w:t>Коханця ти свого віддай за батька.&lt;br /&gt;</w:t>
        <w:br/>
        <w:t>Оксана&lt;br /&gt;</w:t>
        <w:br/>
        <w:t>Ой, таточку, ой, не кажіте так!&lt;br /&gt;</w:t>
        <w:br/>
        <w:t>Благаю вас... навколішках благаю…&lt;br /&gt;</w:t>
        <w:br/>
        <w:t>(Стає навколішки й обнімає йому коліна).&lt;br /&gt;</w:t>
        <w:br/>
        <w:t>Послухайтесь! Тяжкий-важкий сей гріх&lt;br /&gt;</w:t>
        <w:br/>
        <w:t>З душі мені зніміте ви!... Зніміте!..&lt;br /&gt;</w:t>
        <w:br/>
        <w:t>За мене хай не умирає той,&lt;br /&gt;</w:t>
        <w:br/>
        <w:t>Кого люблю і хто не винен, тату!&lt;br /&gt;</w:t>
        <w:br/>
        <w:t>Пилипенко&lt;br /&gt;</w:t>
        <w:br/>
        <w:t>Сказав, що ні, то й годі вже про се!&lt;br /&gt;</w:t>
        <w:br/>
        <w:t>Оксана&lt;br /&gt;</w:t>
        <w:br/>
        <w:t>Ні, таточку, не може се так бути...&lt;br /&gt;</w:t>
        <w:br/>
        <w:t>Він хоче відійти, вона не пускає.&lt;br /&gt;</w:t>
        <w:br/>
        <w:t>Стривайте ж бо!.. Ні, не тікайте ви!..&lt;br /&gt;</w:t>
        <w:br/>
        <w:t>Послухайтесь!.. Та зрозумійте ж, Боже!..&lt;br /&gt;</w:t>
        <w:br/>
        <w:t>Се ж, тату, кров... вона впаде й на вас!..&lt;br /&gt;</w:t>
        <w:br/>
        <w:t>Впаде — і там, перед престолом Божим,&lt;br /&gt;</w:t>
        <w:br/>
        <w:t>Волатиме вона на нас обох...&lt;br /&gt;</w:t>
        <w:br/>
        <w:t>Згадайте-бо — і ви ж бо, тату, винні!..&lt;br /&gt;</w:t>
        <w:br/>
        <w:t>Ой, Боже мій!.. Де слів мені знайти&lt;br /&gt;</w:t>
        <w:br/>
        <w:t>Таких палких, щоб серце ваше зимне&lt;br /&gt;</w:t>
        <w:br/>
        <w:t>Зогрілося й озвалося добром?&lt;br /&gt;</w:t>
        <w:br/>
        <w:t>Я йду на смерть... я скоро перед Богом&lt;br /&gt;</w:t>
        <w:br/>
        <w:t>Стоятиму й благатиму за вас,&lt;br /&gt;</w:t>
        <w:br/>
        <w:t>Щоб він простив усі гріхи вам, тату...&lt;br /&gt;</w:t>
        <w:br/>
        <w:t>А є ж у вас вони,— згадайте ви! —&lt;br /&gt;</w:t>
        <w:br/>
        <w:t>А я їх всі куплю своєю кров’ю.&lt;br /&gt;</w:t>
        <w:br/>
        <w:t>Пилипенко&lt;br /&gt;</w:t>
        <w:br/>
        <w:t>Облиш те все! Устань, кажу тобі!&lt;br /&gt;</w:t>
        <w:br/>
        <w:t>Я не прошу тебе благать за мене.&lt;br /&gt;</w:t>
        <w:br/>
        <w:t>Не хочу я, щоб і вмирала ти;&lt;br /&gt;</w:t>
        <w:br/>
        <w:t>Хай він умре: ти молода ще, гожа,-&lt;br /&gt;</w:t>
        <w:br/>
        <w:t>Тобі знайду такого чоловіка&lt;br /&gt;</w:t>
        <w:br/>
        <w:t>Багатого і пишного, що будеш&lt;br /&gt;</w:t>
        <w:br/>
        <w:t>В розкошах ти... та при тобі і я…&lt;br /&gt;</w:t>
        <w:br/>
        <w:t>Оксана&lt;br /&gt;</w:t>
        <w:br/>
        <w:t>(встає.) Ой, господи,— нема у його серця!..&lt;br /&gt;</w:t>
        <w:br/>
        <w:t>Лясковський увіходить. Уздрівши його, Оксана швидко оступається і стає за хату, то він спершу її не бачить.&lt;br /&gt;</w:t>
        <w:br/>
        <w:t>Лясковський&lt;br /&gt;</w:t>
        <w:br/>
        <w:t>А ти ще тут? Ну, вмовились про все:&lt;br /&gt;</w:t>
        <w:br/>
        <w:t>Уранці ми потратим Коваленка,&lt;br /&gt;</w:t>
        <w:br/>
        <w:t>А потім ви, все військо, враз до брам,-&lt;br /&gt;</w:t>
        <w:br/>
        <w:t>Вже я звелю, щоб вам їх одчинили...&lt;br /&gt;</w:t>
        <w:br/>
        <w:t>Пилипенко&lt;br /&gt;</w:t>
        <w:br/>
        <w:t>Ану стривай, бо ми тут не самі.&lt;br /&gt;</w:t>
        <w:br/>
        <w:t>(Показує на Оксану.)&lt;br /&gt;</w:t>
        <w:br/>
        <w:t>Лясковський&lt;br /&gt;</w:t>
        <w:br/>
        <w:t>А хто ж то є?.. Ге, пані Василева!&lt;br /&gt;</w:t>
        <w:br/>
        <w:t>А я ж звелів не випускать її!&lt;br /&gt;</w:t>
        <w:br/>
        <w:t>Пилипенко&lt;br /&gt;</w:t>
        <w:br/>
        <w:t>Мені ж чому ти не сказав про неї?&lt;br /&gt;</w:t>
        <w:br/>
        <w:t>Лясковський&lt;br /&gt;</w:t>
        <w:br/>
        <w:t>Не думав я, щоб тут вона була…&lt;br /&gt;</w:t>
        <w:br/>
        <w:t>Що ж свідок? Га?&lt;br /&gt;</w:t>
        <w:br/>
        <w:t>Пилипенко&lt;br /&gt;</w:t>
        <w:br/>
        <w:t>Деінде хай шукає.&lt;br /&gt;</w:t>
        <w:br/>
        <w:t>Лясковський&lt;br /&gt;</w:t>
        <w:br/>
        <w:t>Коли вже так, то треба, щоб вона&lt;br /&gt;</w:t>
        <w:br/>
        <w:t>Відсіль назад до міста не верталась,&lt;br /&gt;</w:t>
        <w:br/>
        <w:t>Бо чула все і бачила,— тепер&lt;br /&gt;</w:t>
        <w:br/>
        <w:t>Пошкодити вона нам може в справі.&lt;br /&gt;</w:t>
        <w:br/>
        <w:t>Пилипенко&lt;br /&gt;</w:t>
        <w:br/>
        <w:t>То замкнемо її.&lt;br /&gt;</w:t>
        <w:br/>
        <w:t>(До Оксани.)&lt;br /&gt;</w:t>
        <w:br/>
        <w:t>Іди сюди!&lt;br /&gt;</w:t>
        <w:br/>
        <w:t>(Іде до неї, бере за руку й веде.)&lt;br /&gt;</w:t>
        <w:br/>
        <w:t>Оксана&lt;br /&gt;</w:t>
        <w:br/>
        <w:t>(пручаючись.)&lt;br /&gt;</w:t>
        <w:br/>
        <w:t>Не хочу я!.. Пустіть мене!..&lt;br /&gt;</w:t>
        <w:br/>
        <w:t>Пилипенко&lt;br /&gt;</w:t>
        <w:br/>
        <w:t>Не бався!&lt;br /&gt;</w:t>
        <w:br/>
        <w:t>(До Лясковського.)&lt;br /&gt;</w:t>
        <w:br/>
        <w:t>Держи її, я поки відімкну.&lt;br /&gt;</w:t>
        <w:br/>
        <w:t>Лясковський держить Оксану за руки, Пилипенко відмика. Оксана хоче випручати руки.&lt;br /&gt;</w:t>
        <w:br/>
        <w:t>Лясковський&lt;br /&gt;</w:t>
        <w:br/>
        <w:t>Та нуте-бо, ви не пручайтесь, пані!&lt;br /&gt;</w:t>
        <w:br/>
        <w:t>Не зробимо лихого вам: ви тут&lt;br /&gt;</w:t>
        <w:br/>
        <w:t>Посидите до завтрього, та й годі,&lt;br /&gt;</w:t>
        <w:br/>
        <w:t>А завтра вас до себе я візьму.&lt;br /&gt;</w:t>
        <w:br/>
        <w:t>Оксана&lt;br /&gt;</w:t>
        <w:br/>
        <w:t>Пустіть!.. Пустіть!&lt;br /&gt;</w:t>
        <w:br/>
        <w:t>Б'ється в його в руках, він її держить за стан.&lt;br /&gt;</w:t>
        <w:br/>
        <w:t>Лясковський&lt;br /&gt;</w:t>
        <w:br/>
        <w:t>От бачите, й мені&lt;br /&gt;</w:t>
        <w:br/>
        <w:t>Бог погодив хоч трошки вас обняти,&lt;br /&gt;</w:t>
        <w:br/>
        <w:t>А ви тоді казали — ні та й ні!.. А гарно як!..&lt;br /&gt;</w:t>
        <w:br/>
        <w:t>(Дужче її тулить до себе.)</w:t>
      </w:r>
    </w:p>
    <w:p>
      <w:r>
        <w:br/>
        <w:t>Пилипенко&lt;br /&gt;</w:t>
        <w:br/>
        <w:t>(відімкнувши.)&lt;br /&gt;</w:t>
        <w:br/>
        <w:t>А ну її сюди!&lt;br /&gt;</w:t>
        <w:br/>
        <w:t>Лясковський&lt;br /&gt;</w:t>
        <w:br/>
        <w:t>Посидьте ж там!&lt;br /&gt;</w:t>
        <w:br/>
        <w:t>(Упиха Оксану до хати, хоч вона пручається. Пилипенко замикає.)&lt;br /&gt;</w:t>
        <w:br/>
        <w:t>Отак-о добре буде!&lt;br /&gt;</w:t>
        <w:br/>
        <w:t>Тепер же ти веди мене назад,&lt;br /&gt;</w:t>
        <w:br/>
        <w:t>А то й мене так замкнуть, як Оксану.&lt;br /&gt;</w:t>
        <w:br/>
        <w:t>Та козака якого ти пришли&lt;br /&gt;</w:t>
        <w:br/>
        <w:t>Сюди, щоб він беріг її.&lt;br /&gt;</w:t>
        <w:br/>
        <w:t>Пилипенко&lt;br /&gt;</w:t>
        <w:br/>
        <w:t>А треба... Ну, дак ходім, крізь варту проведу.&lt;br /&gt;</w:t>
        <w:br/>
        <w:t>Виходять.&lt;br /&gt;</w:t>
        <w:br/>
        <w:t>Якийсь час на сцені нема нікого, трохи згодом Оксана починає торсати з хати вікно, але не може його відсунути. Увіходить Грицько з Козаком.&lt;br /&gt;</w:t>
        <w:br/>
        <w:t>Грицько&lt;br /&gt;</w:t>
        <w:br/>
        <w:t>Дак що ж мені, ти кажеш, берегти?&lt;br /&gt;</w:t>
        <w:br/>
        <w:t>Козак&lt;br /&gt;</w:t>
        <w:br/>
        <w:t>А тут оце — сю хату,— так він каже.&lt;br /&gt;</w:t>
        <w:br/>
        <w:t>Грицько&lt;br /&gt;</w:t>
        <w:br/>
        <w:t>Та хто ж у їй?&lt;br /&gt;</w:t>
        <w:br/>
        <w:t>Козак&lt;br /&gt;</w:t>
        <w:br/>
        <w:t>Не відаю і сам.&lt;br /&gt;</w:t>
        <w:br/>
        <w:t>Сказав мені, щоб я послав на варту&lt;br /&gt;</w:t>
        <w:br/>
        <w:t>Сюди когось... Я мав до брами йти,&lt;br /&gt;</w:t>
        <w:br/>
        <w:t>Аж ти ідеш,— то я й сказав про загад…&lt;br /&gt;</w:t>
        <w:br/>
        <w:t>Ставай, вартуй!.. Щоб гостро вартував,-&lt;br /&gt;</w:t>
        <w:br/>
        <w:t>Він наказав…&lt;br /&gt;</w:t>
        <w:br/>
        <w:t>Грицько&lt;br /&gt;</w:t>
        <w:br/>
        <w:t>Гаразд, стаю на варті.&lt;br /&gt;</w:t>
        <w:br/>
        <w:t>Грицько на варті.&lt;br /&gt;</w:t>
        <w:br/>
        <w:t>Грицько&lt;br /&gt;</w:t>
        <w:br/>
        <w:t>Оце і стій!.. Нудьга з усим, та й годі!..&lt;br /&gt;</w:t>
        <w:br/>
        <w:t>А хто воно у сій хурдизі є?&lt;br /&gt;</w:t>
        <w:br/>
        <w:t>Якби мені хоч трохи подивиться!&lt;br /&gt;</w:t>
        <w:br/>
        <w:t>(Зазира у вікно.)&lt;br /&gt;</w:t>
        <w:br/>
        <w:t>Так не уздриш.&lt;br /&gt;</w:t>
        <w:br/>
        <w:t>(Силкується відсунути вікно.)&lt;br /&gt;</w:t>
        <w:br/>
        <w:t>Забито ось гвіздком…&lt;br /&gt;</w:t>
        <w:br/>
        <w:t>(Одсува віконечко і зазирає в хату.)&lt;br /&gt;</w:t>
        <w:br/>
        <w:t>Агов, озвись!.. Хто ти й чого сидиш?&lt;br /&gt;</w:t>
        <w:br/>
        <w:t>Оксана&lt;br /&gt;</w:t>
        <w:br/>
        <w:t>А що тобі?&lt;br /&gt;</w:t>
        <w:br/>
        <w:t>Грицько&lt;br /&gt;</w:t>
        <w:br/>
        <w:t>Жіночий голос наче... Ти жінка, га?&lt;br /&gt;</w:t>
        <w:br/>
        <w:t>Оксана&lt;br /&gt;</w:t>
        <w:br/>
        <w:t>Еге.&lt;br /&gt;</w:t>
        <w:br/>
        <w:t>Грицько&lt;br /&gt;</w:t>
        <w:br/>
        <w:t>Немов я чув&lt;br /&gt;</w:t>
        <w:br/>
        <w:t>Десь голос цей... Скажи мені, будь ласка,&lt;br /&gt;</w:t>
        <w:br/>
        <w:t>Хто ти єси?&lt;br /&gt;</w:t>
        <w:br/>
        <w:t>Оксана&lt;br /&gt;</w:t>
        <w:br/>
        <w:t>Навіщо се тобі?&lt;br /&gt;</w:t>
        <w:br/>
        <w:t>Грицько&lt;br /&gt;</w:t>
        <w:br/>
        <w:t>Невже ж вона? Та ні, не може бути!..&lt;br /&gt;</w:t>
        <w:br/>
        <w:t>(До Оксани.)&lt;br /&gt;</w:t>
        <w:br/>
        <w:t>Бо голос твій... я чув його неначе...&lt;br /&gt;</w:t>
        <w:br/>
        <w:t>Оксана&lt;br /&gt;</w:t>
        <w:br/>
        <w:t>А хто ж ти сам?&lt;br /&gt;</w:t>
        <w:br/>
        <w:t>Грицько&lt;br /&gt;</w:t>
        <w:br/>
        <w:t>Твій вартовий.&lt;br /&gt;</w:t>
        <w:br/>
        <w:t>Оксана&lt;br /&gt;</w:t>
        <w:br/>
        <w:t>Та хто ж?&lt;br /&gt;</w:t>
        <w:br/>
        <w:t>Чути по голосу, що підійшла ближче до вікна. Грицько увесь цей час дививсь у вікно і тепер побачив Оксану.&lt;br /&gt;</w:t>
        <w:br/>
        <w:t>Оксано?! Ти... отут?&lt;br /&gt;</w:t>
        <w:br/>
        <w:t>Оксана&lt;br /&gt;</w:t>
        <w:br/>
        <w:t>(підходить до вікна так, що її стає видко.)&lt;br /&gt;</w:t>
        <w:br/>
        <w:t>Ой, боже! Гриць!..&lt;br /&gt;</w:t>
        <w:br/>
        <w:t>Обоє змовкають і кільки мить мовчать.&lt;br /&gt;</w:t>
        <w:br/>
        <w:t>Грицько&lt;br /&gt;</w:t>
        <w:br/>
        <w:t>Еге, се він... Той Гриць, що зріс з тобою,&lt;br /&gt;</w:t>
        <w:br/>
        <w:t>Що ти йому на світі всім була,&lt;br /&gt;</w:t>
        <w:br/>
        <w:t>Що дороге: сестрою, другом щирим,&lt;br /&gt;</w:t>
        <w:br/>
        <w:t>Коханою дружиною в думках...&lt;br /&gt;</w:t>
        <w:br/>
        <w:t>Той Гриць, що жив тобою однією&lt;br /&gt;</w:t>
        <w:br/>
        <w:t>І все б оддав за тебе за одну...&lt;br /&gt;</w:t>
        <w:br/>
        <w:t>Той Гриць, що ти йому вразила серце,&lt;br /&gt;</w:t>
        <w:br/>
        <w:t>Бо зрадила, бо з іншим утекла!..&lt;br /&gt;</w:t>
        <w:br/>
        <w:t>Оксана&lt;br /&gt;</w:t>
        <w:br/>
        <w:t>Не зрадила, не можеш так казати,&lt;br /&gt;</w:t>
        <w:br/>
        <w:t>Бо слова я тобі не подала,&lt;br /&gt;</w:t>
        <w:br/>
        <w:t>Що будемо подружжям ми з тобою.&lt;br /&gt;</w:t>
        <w:br/>
        <w:t>Се ти хотів... Ніколи я тобі&lt;br /&gt;</w:t>
        <w:br/>
        <w:t>Ні словечка про сеє не казала.&lt;br /&gt;</w:t>
        <w:br/>
        <w:t>Грицько&lt;br /&gt;</w:t>
        <w:br/>
        <w:t>Але ж себе кохати попускала.&lt;br /&gt;</w:t>
        <w:br/>
        <w:t>Оксана&lt;br /&gt;</w:t>
        <w:br/>
        <w:t>Кохати? — ні! Як брата я тебе&lt;br /&gt;</w:t>
        <w:br/>
        <w:t>Любила — так! І думала про тебе,&lt;br /&gt;</w:t>
        <w:br/>
        <w:t>Що так і ти.&lt;br /&gt;</w:t>
        <w:br/>
        <w:t>Грицько&lt;br /&gt;</w:t>
        <w:br/>
        <w:t>Не бачила, що я&lt;br /&gt;</w:t>
        <w:br/>
        <w:t>Люблю тебе не як сестру,— як милу?&lt;br /&gt;</w:t>
        <w:br/>
        <w:t>Оксана&lt;br /&gt;</w:t>
        <w:br/>
        <w:t>Побачила уже тоді, як ти&lt;br /&gt;</w:t>
        <w:br/>
        <w:t>Став докорять за Василя... Та пізно...</w:t>
      </w:r>
    </w:p>
    <w:p>
      <w:r>
        <w:br/>
        <w:t>Грицько&lt;br /&gt;</w:t>
        <w:br/>
        <w:t>Еге, се так... І ти щаслива стала,&lt;br /&gt;</w:t>
        <w:br/>
        <w:t>А я пішов бурлакувати в світ…&lt;br /&gt;</w:t>
        <w:br/>
        <w:t>Оксана&lt;br /&gt;</w:t>
        <w:br/>
        <w:t>Мій братку, того я не хотіла...&lt;br /&gt;</w:t>
        <w:br/>
        <w:t>Із щирої душі бажала я .&lt;br /&gt;</w:t>
        <w:br/>
        <w:t>Тобі всього, що є найкраще в світі,&lt;br /&gt;</w:t>
        <w:br/>
        <w:t>Але тебе кохати не могла...&lt;br /&gt;</w:t>
        <w:br/>
        <w:t>Ти кажеш, я щаслива стала?.. Правда,&lt;br /&gt;</w:t>
        <w:br/>
        <w:t>Щаслива я була, але тепер&lt;br /&gt;</w:t>
        <w:br/>
        <w:t>Все гине, все: душа, і тіло, й щастя!..&lt;br /&gt;</w:t>
        <w:br/>
        <w:t>Щаслива я, ти кажеш? Се ж бо глум:&lt;br /&gt;</w:t>
        <w:br/>
        <w:t>Ти ж вартовий, а я в тюрмі, в неволі!&lt;br /&gt;</w:t>
        <w:br/>
        <w:t>Грицько&lt;br /&gt;</w:t>
        <w:br/>
        <w:t>А через що се у неволі ти?&lt;br /&gt;</w:t>
        <w:br/>
        <w:t>Оксана&lt;br /&gt;</w:t>
        <w:br/>
        <w:t>Не знаєш ти? Я ж випустила батька…&lt;br /&gt;</w:t>
        <w:br/>
        <w:t>Грицько&lt;br /&gt;</w:t>
        <w:br/>
        <w:t>Се знаю вже…&lt;br /&gt;</w:t>
        <w:br/>
        <w:t>Оксана&lt;br /&gt;</w:t>
        <w:br/>
        <w:t>І Василя на смерть&lt;br /&gt;</w:t>
        <w:br/>
        <w:t>Присуджено за се, хоч я призналась…&lt;br /&gt;</w:t>
        <w:br/>
        <w:t>Бо він сказав, що винен тільки він.&lt;br /&gt;</w:t>
        <w:br/>
        <w:t>Повірили — йому. Прийшла прохати&lt;br /&gt;</w:t>
        <w:br/>
        <w:t>Я батька тут, щоб свідком він пішов&lt;br /&gt;</w:t>
        <w:br/>
        <w:t>І розказав, як сталася ця справа:&lt;br /&gt;</w:t>
        <w:br/>
        <w:t>Присуджено на раді в нас, що він&lt;br /&gt;</w:t>
        <w:br/>
        <w:t>Вернутися назад безпечно може.&lt;br /&gt;</w:t>
        <w:br/>
        <w:t>Він не схотів... сюди мене замкнув…&lt;br /&gt;</w:t>
        <w:br/>
        <w:t>Ой, боже мій!.. Мене ж Лясковський сей.&lt;br /&gt;</w:t>
        <w:br/>
        <w:t>Ні, я умру,— до мене не торкнеться…&lt;br /&gt;</w:t>
        <w:br/>
        <w:t>Грицько&lt;br /&gt;</w:t>
        <w:br/>
        <w:t>Лясковський? Як?&lt;br /&gt;</w:t>
        <w:br/>
        <w:t>Оксана&lt;br /&gt;</w:t>
        <w:br/>
        <w:t>До мене в'язне він. Щоб я його...&lt;br /&gt;</w:t>
        <w:br/>
        <w:t>Грицько&lt;br /&gt;</w:t>
        <w:br/>
        <w:t>Не може бути, ні!..&lt;br /&gt;</w:t>
        <w:br/>
        <w:t>Не попущу того, щоб се зробилось!..&lt;br /&gt;</w:t>
        <w:br/>
        <w:t>Оксана&lt;br /&gt;</w:t>
        <w:br/>
        <w:t>То випусти, мій братику, мене!&lt;br /&gt;</w:t>
        <w:br/>
        <w:t>Грицько&lt;br /&gt;</w:t>
        <w:br/>
        <w:t>Я випущу, не дам я на поталу&lt;br /&gt;</w:t>
        <w:br/>
        <w:t>Гидотному...&lt;br /&gt;</w:t>
        <w:br/>
        <w:t>(Кидається ламати замок і спиняється.)&lt;br /&gt;</w:t>
        <w:br/>
        <w:t>Я випущу тебе,&lt;br /&gt;</w:t>
        <w:br/>
        <w:t>І підеш ти... А що ж мені вже з того?&lt;br /&gt;</w:t>
        <w:br/>
        <w:t>Кохатися ти підеш з Василем!..&lt;br /&gt;</w:t>
        <w:br/>
        <w:t>Ні, він умре, бо свідка ти не маєш!&lt;br /&gt;</w:t>
        <w:br/>
        <w:t>Оксана&lt;br /&gt;</w:t>
        <w:br/>
        <w:t>І я умру в ту мить, як він умре.&lt;br /&gt;</w:t>
        <w:br/>
        <w:t>Грицько&lt;br /&gt;</w:t>
        <w:br/>
        <w:t>А бач, тобі Василь — то все, про мене ж&lt;br /&gt;</w:t>
        <w:br/>
        <w:t>Байдужечки!..&lt;br /&gt;</w:t>
        <w:br/>
        <w:t>Оксана&lt;br /&gt;</w:t>
        <w:br/>
        <w:t>Так, Грицю, не кажи:&lt;br /&gt;</w:t>
        <w:br/>
        <w:t>Люблю тебе як брата...&lt;br /&gt;</w:t>
        <w:br/>
        <w:t>Грицько&lt;br /&gt;</w:t>
        <w:br/>
        <w:t>(гірко.)&lt;br /&gt;</w:t>
        <w:br/>
        <w:t>Брата! Брата!..&lt;br /&gt;</w:t>
        <w:br/>
        <w:t>Навіщо та любов мені здалась?&lt;br /&gt;</w:t>
        <w:br/>
        <w:t>Не хочу я! Бо хочу я кохання,&lt;br /&gt;</w:t>
        <w:br/>
        <w:t>Бо хочу я, щоб се про мене ти&lt;br /&gt;</w:t>
        <w:br/>
        <w:t>Казала так, як тільки що про його:&lt;br /&gt;</w:t>
        <w:br/>
        <w:t>"І я умру в ту мить, як він умре".&lt;br /&gt;</w:t>
        <w:br/>
        <w:t>Оксана&lt;br /&gt;</w:t>
        <w:br/>
        <w:t>Не можу я тобі того сказати…&lt;br /&gt;</w:t>
        <w:br/>
        <w:t>Грицько&lt;br /&gt;</w:t>
        <w:br/>
        <w:t>Дак хай же він умре і ти за ним!</w:t>
      </w:r>
    </w:p>
    <w:p>
      <w:r>
        <w:br/>
        <w:t>Оксана&lt;br /&gt;</w:t>
        <w:br/>
        <w:t>Ти кажеш так... ти відмінився, Грицю,&lt;br /&gt;</w:t>
        <w:br/>
        <w:t>Ти був не той...&lt;br /&gt;</w:t>
        <w:br/>
        <w:t>Грицько&lt;br /&gt;</w:t>
        <w:br/>
        <w:t>Зробила ти сама,&lt;br /&gt;</w:t>
        <w:br/>
        <w:t>Що я не той: ти вбила давнє серце&lt;br /&gt;</w:t>
        <w:br/>
        <w:t>Мені в грудях,— тепер у їх нове...&lt;br /&gt;</w:t>
        <w:br/>
        <w:t>Оксана&lt;br /&gt;</w:t>
        <w:br/>
        <w:t>Ні, не нове!.. Таке ж, як спершу, добре,&lt;br /&gt;</w:t>
        <w:br/>
        <w:t>Хоча його вразила тяжко я…&lt;br /&gt;</w:t>
        <w:br/>
        <w:t>Прости за те: я не могла інакше…&lt;br /&gt;</w:t>
        <w:br/>
        <w:t>Мій братіку рідненький, щирий мій!&lt;br /&gt;</w:t>
        <w:br/>
        <w:t>Зроби ти так, як добре серце скаже,&lt;br /&gt;</w:t>
        <w:br/>
        <w:t>Як бог велить…&lt;br /&gt;</w:t>
        <w:br/>
        <w:t>Грицько&lt;br /&gt;</w:t>
        <w:br/>
        <w:t>Як Бог велить... Як Бог…&lt;br /&gt;</w:t>
        <w:br/>
        <w:t>(Бореться сам із собою.)&lt;br /&gt;</w:t>
        <w:br/>
        <w:t>Не знаю сам... Зректись тебе не можу…&lt;br /&gt;</w:t>
        <w:br/>
        <w:t>Не можу я й отдать тебе на смерть,&lt;br /&gt;</w:t>
        <w:br/>
        <w:t>Ще більш — тому не можу я віддати…&lt;br /&gt;</w:t>
        <w:br/>
        <w:t>Оксана&lt;br /&gt;</w:t>
        <w:br/>
        <w:t>То братові я віддаю себе,&lt;br /&gt;</w:t>
        <w:br/>
        <w:t>Його душі і дорогій, і рідній —&lt;br /&gt;</w:t>
        <w:br/>
        <w:t>Хай скаже брат: життя мені чи смерть.&lt;br /&gt;</w:t>
        <w:br/>
        <w:t>Він знає се.&lt;br /&gt;</w:t>
        <w:br/>
        <w:t>Грицько&lt;br /&gt;</w:t>
        <w:br/>
        <w:t>(враз.)&lt;br /&gt;</w:t>
        <w:br/>
        <w:t>Я випущу тебе!&lt;br /&gt;</w:t>
        <w:br/>
        <w:t>Ми втечемо з тобою вдвох до міста,&lt;br /&gt;</w:t>
        <w:br/>
        <w:t>І свідком — я... Так, свідком буду я!&lt;br /&gt;</w:t>
        <w:br/>
        <w:t>Я розкажу, яка гидка тут зрада,&lt;br /&gt;</w:t>
        <w:br/>
        <w:t>І житимеш, сестричко, ти й Василь.&lt;br /&gt;</w:t>
        <w:br/>
        <w:t>Оксана&lt;br /&gt;</w:t>
        <w:br/>
        <w:t>Ой, братику, серденько золотеє!..&lt;br /&gt;</w:t>
        <w:br/>
        <w:t>Грицько&lt;br /&gt;</w:t>
        <w:br/>
        <w:t>(кидається і торсає замок; бачачи, що не подається, виймає пистоль і, рулю заложивши між дверима й замком, витягає скобель, відчиняє двері.)&lt;br /&gt;</w:t>
        <w:br/>
        <w:t>Виходь мерщій!&lt;br /&gt;</w:t>
        <w:br/>
        <w:t>Оксана виходить, він знову зачиняє двері і притуля замок.&lt;br /&gt;</w:t>
        <w:br/>
        <w:t>Ходім!.. Тепер ходім!.. Щоб хто не вздрів…&lt;br /&gt;</w:t>
        <w:br/>
        <w:t>Оксана&lt;br /&gt;</w:t>
        <w:br/>
        <w:t>Чи є ж на цілім світі&lt;br /&gt;</w:t>
        <w:br/>
        <w:t>Така душа святая, як твоя?..&lt;br /&gt;</w:t>
        <w:br/>
        <w:t>Виходять обоє.&lt;br /&gt;</w:t>
        <w:br/>
        <w:t>Завіса&lt;br /&gt;</w:t>
        <w:br/>
        <w:t>П’ЯТА ДІЯ&lt;br /&gt;</w:t>
        <w:br/>
        <w:t>Ранок. Майдан серед міста Калмику — той, що і в другій дії; але тепер на йому збудовано поміст: мають карати на горло полковника Коваленка. На помості колода, в їй стремить сокира, біля колоди стоїть здоровенний Татарин-кат. Круг помосту колом збройні Козаки-вартовики, за їми ще Козаки, тоді Міщане в своїх міщанських каптанах, далі від осередку кільки Жінок. Серед народу гомін невиразний, але він притиха часом, скоро хтось один починає довше говорити, бо люде слухають. Усі дожидають, турбуються.&lt;br /&gt;</w:t>
        <w:br/>
        <w:t>Жінка 1&lt;br /&gt;</w:t>
        <w:br/>
        <w:t>Он-он уже ведуть!&lt;br /&gt;</w:t>
        <w:br/>
        <w:t>Голоси&lt;br /&gt;</w:t>
        <w:br/>
        <w:t>Де? де? Та он! Та ні!&lt;br /&gt;</w:t>
        <w:br/>
        <w:t>Козак 1&lt;br /&gt;</w:t>
        <w:br/>
        <w:t>Нічого нема,— плевде баба.&lt;br /&gt;</w:t>
        <w:br/>
        <w:t>Жінка 1&lt;br /&gt;</w:t>
        <w:br/>
        <w:t>(до другої.)&lt;br /&gt;</w:t>
        <w:br/>
        <w:t>Такий, моя матіночко, зрадник, такий зрадник!&lt;br /&gt;</w:t>
        <w:br/>
        <w:t>Щодня усі гасла розказував ляхам.&lt;br /&gt;</w:t>
        <w:br/>
        <w:t>Жінка 2&lt;br /&gt;</w:t>
        <w:br/>
        <w:t>Невже? А я чула, що раз.&lt;br /&gt;</w:t>
        <w:br/>
        <w:t>Жінка 1&lt;br /&gt;</w:t>
        <w:br/>
        <w:t>Усі так говорять, що ляхи йому скуп дали,&lt;br /&gt;</w:t>
        <w:br/>
        <w:t>дак він за ті гроші...&lt;br /&gt;</w:t>
        <w:br/>
        <w:t>Жінка 3&lt;br /&gt;</w:t>
        <w:br/>
        <w:t>(підходить.)&lt;br /&gt;</w:t>
        <w:br/>
        <w:t>Та то ж, кажуть, не він, а вона.&lt;br /&gt;</w:t>
        <w:br/>
        <w:t>Жінка 2&lt;br /&gt;</w:t>
        <w:br/>
        <w:t>Обоє вони: пішли до ляхів та скуп із їх узяли,&lt;br /&gt;</w:t>
        <w:br/>
        <w:t>а їм таке слово сказали:&lt;br /&gt;</w:t>
        <w:br/>
        <w:t>ось вам слово на вигублення роду благочестивого.&lt;br /&gt;</w:t>
        <w:br/>
        <w:t>Жінка 3&lt;br /&gt;</w:t>
        <w:br/>
        <w:t>От харцизяки!.. Та як же вони пройшли так,&lt;br /&gt;</w:t>
        <w:br/>
        <w:t>що ніхто й не бачив?&lt;br /&gt;</w:t>
        <w:br/>
        <w:t>Жінка 1&lt;br /&gt;</w:t>
        <w:br/>
        <w:t>Вони вже те знають! Може, характерники.&lt;br /&gt;</w:t>
        <w:br/>
        <w:t>Жінка 2&lt;br /&gt;</w:t>
        <w:br/>
        <w:t>А хіба й ні? Про полковницю чуть було,&lt;br /&gt;</w:t>
        <w:br/>
        <w:t>що в неї мати родима відьма була, та й вона сама.&lt;br /&gt;</w:t>
        <w:br/>
        <w:t>Жінка 3&lt;br /&gt;</w:t>
        <w:br/>
        <w:t>І перелесник до неї літав?&lt;br /&gt;</w:t>
        <w:br/>
        <w:t>Жінка 2&lt;br /&gt;</w:t>
        <w:br/>
        <w:t>Сама не бачила, а мабуть, літав.&lt;br /&gt;</w:t>
        <w:br/>
        <w:t>Жінка 1&lt;br /&gt;</w:t>
        <w:br/>
        <w:t>Це вже, спасибі йому, пан сотник усе викрив.&lt;br /&gt;</w:t>
        <w:br/>
        <w:t>Жінка 2&lt;br /&gt;</w:t>
        <w:br/>
        <w:t>Мабуть, же й він щось знає?&lt;br /&gt;</w:t>
        <w:br/>
        <w:t>Жінка 1&lt;br /&gt;</w:t>
        <w:br/>
        <w:t>Він знає, та тільки не на лихе, а на добре.&lt;br /&gt;</w:t>
        <w:br/>
        <w:t>Козак 2&lt;br /&gt;</w:t>
        <w:br/>
        <w:t>Що ви тут торохтите, баби?&lt;br /&gt;</w:t>
        <w:br/>
        <w:t>Жінка 3&lt;br /&gt;</w:t>
        <w:br/>
        <w:t>Коли ж, козаченьку, таке цікаве... Бач, як вона було, що полковницина мати та була родима відьма, і дочка її, полковниця б то, родима відьма, та ще й учена... Дак вона, полковниця, і підманила полковника, бо вона, звісно, з нечистою силою знається, то й робить так, щоб нечистій силі догодити... Дак і підманила полковника, каже: давай зробимо так, щоб на вигублення роду благочестивого... От вона взяла та перекинулась!...&lt;br /&gt;</w:t>
        <w:br/>
        <w:t>Жінка 2&lt;br /&gt;</w:t>
        <w:br/>
        <w:t>(перепиняючи.)&lt;br /&gt;</w:t>
        <w:br/>
        <w:t>Сорокою!&lt;br /&gt;</w:t>
        <w:br/>
        <w:t>Жінка 3&lt;br /&gt;</w:t>
        <w:br/>
        <w:t>Еге ж, сорокою,— щоб ніхто не пізнав із наших,— та до ляхів: хочете, я вам скажу таке слово, щоб на вигублення роду благочестивого? Ну, ті, звісно, хочуть... Дак вони й сказали, а ті їм скуп дали... А до неї перелесник літав... а сотник Лясковський те й побачив та й підглядів у вікно...&lt;br /&gt;</w:t>
        <w:br/>
        <w:t>Козак 2&lt;br /&gt;</w:t>
        <w:br/>
        <w:t>Пху! Чортова брехуха ідолова!..&lt;br /&gt;</w:t>
        <w:br/>
        <w:t>І чого тільки не наплеще своїм лепетливим язиком!&lt;br /&gt;</w:t>
        <w:br/>
        <w:t>Жінка 2&lt;br /&gt;</w:t>
        <w:br/>
        <w:t>Еге, наплеще!.. А коли ж сотник сам бачив,&lt;br /&gt;</w:t>
        <w:br/>
        <w:t>як вони гроші лядські лічили.&lt;br /&gt;</w:t>
        <w:br/>
        <w:t>Козак 3&lt;br /&gt;</w:t>
        <w:br/>
        <w:t>А може ж, і правда?&lt;br /&gt;</w:t>
        <w:br/>
        <w:t>Козак 2&lt;br /&gt;</w:t>
        <w:br/>
        <w:t>І ти туди ж, розумний? До жінок.&lt;br /&gt;</w:t>
        <w:br/>
        <w:t>Гетьте мені зараз ізвідси, щоб вас тут не було,&lt;br /&gt;</w:t>
        <w:br/>
        <w:t>а то я вас…&lt;br /&gt;</w:t>
        <w:br/>
        <w:t>Жінки&lt;br /&gt;</w:t>
        <w:br/>
        <w:t>Який швидкий!.. Так розприндився!&lt;br /&gt;</w:t>
        <w:br/>
        <w:t>(Переходять на другий бік майдану.)&lt;br /&gt;</w:t>
        <w:br/>
        <w:t>Козак 2&lt;br /&gt;</w:t>
        <w:br/>
        <w:t>Гидота!&lt;br /&gt;</w:t>
        <w:br/>
        <w:t>Денис&lt;br /&gt;</w:t>
        <w:br/>
        <w:t>(підходить.)&lt;br /&gt;</w:t>
        <w:br/>
        <w:t>А що там?&lt;br /&gt;</w:t>
        <w:br/>
        <w:t>Козак 2&lt;br /&gt;</w:t>
        <w:br/>
        <w:t>Ет, чортові сороки плещуть!&lt;br /&gt;</w:t>
        <w:br/>
        <w:t>Уже й склали казку, як саме зрадив полковник.&lt;br /&gt;</w:t>
        <w:br/>
        <w:t>Денис&lt;br /&gt;</w:t>
        <w:br/>
        <w:t>І не зраджував, та вже склали.&lt;br /&gt;</w:t>
        <w:br/>
        <w:t>Дід Остап&lt;br /&gt;</w:t>
        <w:br/>
        <w:t>Каже сам: зрадив, то зрадив.&lt;br /&gt;</w:t>
        <w:br/>
        <w:t>Денис&lt;br /&gt;</w:t>
        <w:br/>
        <w:t>Жінчину провину на себе взяв.&lt;br /&gt;</w:t>
        <w:br/>
        <w:t>Козак 2&lt;br /&gt;</w:t>
        <w:br/>
        <w:t>Та й жінчина провина не яка там уже непрощенна...&lt;br /&gt;</w:t>
        <w:br/>
        <w:t>Треба ж і милосердя мати.&lt;br /&gt;</w:t>
        <w:br/>
        <w:t>Козак 3&lt;br /&gt;</w:t>
        <w:br/>
        <w:t>Собаці собача смерть!&lt;br /&gt;</w:t>
        <w:br/>
        <w:t>Денис&lt;br /&gt;</w:t>
        <w:br/>
        <w:t>(поважно.)&lt;br /&gt;</w:t>
        <w:br/>
        <w:t>Мовчи вже краще!&lt;br /&gt;</w:t>
        <w:br/>
        <w:t>Козак 3&lt;br /&gt;</w:t>
        <w:br/>
        <w:t>А чого ж би то я мовчав?&lt;br /&gt;</w:t>
        <w:br/>
        <w:t>Денис&lt;br /&gt;</w:t>
        <w:br/>
        <w:t>(поважно.)&lt;br /&gt;</w:t>
        <w:br/>
        <w:t>А того, що як буде полковник умирати, то попроси його, щоб він на тому світі за тебе господа милосердного благав: він мученик, то його Бог послуха, а ти без цього пропадеш у пеклі за свої діла.&lt;br /&gt;</w:t>
        <w:br/>
        <w:t>Козак 3&lt;br /&gt;</w:t>
        <w:br/>
        <w:t>Який праведний обізвавсь! Ховається між людьми.&lt;br /&gt;</w:t>
        <w:br/>
        <w:t>Козак 4&lt;br /&gt;</w:t>
        <w:br/>
        <w:t>А може ж, полковникова приведе свідка?&lt;br /&gt;</w:t>
        <w:br/>
        <w:t>Козак 1&lt;br /&gt;</w:t>
        <w:br/>
        <w:t>Де вже там!&lt;br /&gt;</w:t>
        <w:br/>
        <w:t>Дід Остап&lt;br /&gt;</w:t>
        <w:br/>
        <w:t>І не треба!&lt;br /&gt;</w:t>
        <w:br/>
        <w:t>Козак 5&lt;br /&gt;</w:t>
        <w:br/>
        <w:t>Ліпшого полковника знайдемо.&lt;br /&gt;</w:t>
        <w:br/>
        <w:t>Козак-вартовик&lt;br /&gt;</w:t>
        <w:br/>
        <w:t>Гей, не насувайте так, а то й нас&lt;br /&gt;</w:t>
        <w:br/>
        <w:t>на поміст ізженете.</w:t>
      </w:r>
    </w:p>
    <w:p>
      <w:r>
        <w:br/>
        <w:t>Козак 2&lt;br /&gt;</w:t>
        <w:br/>
        <w:t>Та воно б вам дужче личило там бути,&lt;br /&gt;</w:t>
        <w:br/>
        <w:t>ніж полковникові.&lt;br /&gt;</w:t>
        <w:br/>
        <w:t>Козак-вартовик&lt;br /&gt;</w:t>
        <w:br/>
        <w:t>Ге, дак на нас усіх місця мало на помості.&lt;br /&gt;</w:t>
        <w:br/>
        <w:t>Татарин-кат&lt;br /&gt;</w:t>
        <w:br/>
        <w:t>Дарма мало, я по один рубай.&lt;br /&gt;</w:t>
        <w:br/>
        <w:t>Козак-вартовик&lt;br /&gt;</w:t>
        <w:br/>
        <w:t>Утомишся.&lt;br /&gt;</w:t>
        <w:br/>
        <w:t>Татарин-кат&lt;br /&gt;</w:t>
        <w:br/>
        <w:t>Дарма утомишся — я звикай…&lt;br /&gt;</w:t>
        <w:br/>
        <w:t>Денис&lt;br /&gt;</w:t>
        <w:br/>
        <w:t>А я скажу ізнов, панове браття:&lt;br /&gt;</w:t>
        <w:br/>
        <w:t>Великий се вчинила рада гріх,&lt;br /&gt;</w:t>
        <w:br/>
        <w:t>І будемо всі одвічать за його,&lt;br /&gt;</w:t>
        <w:br/>
        <w:t>За смерть оцю!.. Невинного вб’ємо!&lt;br /&gt;</w:t>
        <w:br/>
        <w:t>Голос&lt;br /&gt;</w:t>
        <w:br/>
        <w:t>Та що ж уже? Тепер уже не вернеш.&lt;br /&gt;</w:t>
        <w:br/>
        <w:t>Денис&lt;br /&gt;</w:t>
        <w:br/>
        <w:t>Не вернеш? Чом? Ще можна все вернуть.&lt;br /&gt;</w:t>
        <w:br/>
        <w:t>Голос&lt;br /&gt;</w:t>
        <w:br/>
        <w:t>Ох-ох, біда!.. І станеться ж отак-о!&lt;br /&gt;</w:t>
        <w:br/>
        <w:t>Жінка 1&lt;br /&gt;</w:t>
        <w:br/>
        <w:t>Старшина йде...&lt;br /&gt;</w:t>
        <w:br/>
        <w:t>Козак 5&lt;br /&gt;</w:t>
        <w:br/>
        <w:t>А справді вже іде.&lt;br /&gt;</w:t>
        <w:br/>
        <w:t>Увіходять: Крицький, Білоченко, Горленко, розмовляючи.&lt;br /&gt;</w:t>
        <w:br/>
        <w:t>Крицький&lt;br /&gt;</w:t>
        <w:br/>
        <w:t>Ой, господи! І я се мушу бачить,&lt;br /&gt;</w:t>
        <w:br/>
        <w:t>Сю смерть страшну! Навіщо ми прийшли?&lt;br /&gt;</w:t>
        <w:br/>
        <w:t>Білоченко&lt;br /&gt;</w:t>
        <w:br/>
        <w:t>Прийшли на те, щоб дати оборону,&lt;br /&gt;</w:t>
        <w:br/>
        <w:t>Як свідка нам Оксана приведе.&lt;br /&gt;</w:t>
        <w:br/>
        <w:t>Крицький&lt;br /&gt;</w:t>
        <w:br/>
        <w:t>Чи приведе ж?.. Нема її і досі…&lt;br /&gt;</w:t>
        <w:br/>
        <w:t>Чи хто не чув про неї, де вона?&lt;br /&gt;</w:t>
        <w:br/>
        <w:t>Горленко&lt;br /&gt;</w:t>
        <w:br/>
        <w:t>Я відчинив їй сам із міста браму&lt;br /&gt;</w:t>
        <w:br/>
        <w:t>Ще звечора... Хоч сотник наказав,&lt;br /&gt;</w:t>
        <w:br/>
        <w:t>Щоб не пускав її ніхто із міста...&lt;br /&gt;</w:t>
        <w:br/>
        <w:t>Білоченко&lt;br /&gt;</w:t>
        <w:br/>
        <w:t>Послухались його! Авжеж!&lt;br /&gt;</w:t>
        <w:br/>
        <w:t>Горленко&lt;br /&gt;</w:t>
        <w:br/>
        <w:t>Я їй&lt;br /&gt;</w:t>
        <w:br/>
        <w:t>Хотів кого на оборону дати,&lt;br /&gt;</w:t>
        <w:br/>
        <w:t>Але вона схотіла йти сама,&lt;br /&gt;</w:t>
        <w:br/>
        <w:t>Так і пішла і не взяла нікого.&lt;br /&gt;</w:t>
        <w:br/>
        <w:t>Я наказав, щоб зараз же її&lt;br /&gt;</w:t>
        <w:br/>
        <w:t>Упущено, але немає й досі.&lt;br /&gt;</w:t>
        <w:br/>
        <w:t>Білоченко&lt;br /&gt;</w:t>
        <w:br/>
        <w:t>То, мабуть, так, що її вже не жди.&lt;br /&gt;</w:t>
        <w:br/>
        <w:t>Голос&lt;br /&gt;</w:t>
        <w:br/>
        <w:t>Гей, розступись! Пан наказний полковник!&lt;br /&gt;</w:t>
        <w:br/>
        <w:t>Увіходять Старовський та Жилинський, за їми зараз же Лясковський.&lt;br /&gt;</w:t>
        <w:br/>
        <w:t>Лясковський&lt;br /&gt;</w:t>
        <w:br/>
        <w:t>День добрий вам, панове молодці!&lt;br /&gt;</w:t>
        <w:br/>
        <w:t>Голоси&lt;br /&gt;</w:t>
        <w:br/>
        <w:t>Здоров і ти!&lt;br /&gt;</w:t>
        <w:br/>
        <w:t>Лясковський&lt;br /&gt;</w:t>
        <w:br/>
        <w:t>А де ж злочинець досі?&lt;br /&gt;</w:t>
        <w:br/>
        <w:t>Чого се з ним баряться довго так?&lt;br /&gt;</w:t>
        <w:br/>
        <w:t>Козак 4&lt;br /&gt;</w:t>
        <w:br/>
        <w:t>А он ведуть.&lt;br /&gt;</w:t>
        <w:br/>
        <w:t>Юрба вся так і сколихнулася, почувши ті слова. Дехто зітхає, дехто охкає, хреститься, і всі повернулися в той бік, відкіля мусив іти Коваленко.&lt;br /&gt;</w:t>
        <w:br/>
        <w:t>Голоси&lt;br /&gt;</w:t>
        <w:br/>
        <w:t>Ведуть уже... Ой боже!..&lt;br /&gt;</w:t>
        <w:br/>
        <w:t>Великий гріх!.. А так і треба!.. Ні!&lt;br /&gt;</w:t>
        <w:br/>
        <w:t>Тихо йдучи, ввіходить кільки збройних козаків, ведучи беззбройного Коваленка. Він у тій одежі, що і вчора, але без шапки. Проходити йому доводиться повз Лясковського, що сидить, бадьорячись, на коні. Вони ззираються очима. Лясковський спершу опускає очі перед поглядом Коваленковим, а тоді підніма вгору голову.&lt;br /&gt;</w:t>
        <w:br/>
        <w:t>Лясковський&lt;br /&gt;</w:t>
        <w:br/>
        <w:t>Ідіть мерщій,— нам ніколи бариться!&lt;br /&gt;</w:t>
        <w:br/>
        <w:t>Юрба розступається, пропускаючі Коваленка. Він тихо, але твердою ступою зіходить на поміст. Зійшовши, озирається по людях, мов тукаючи когось очима і не знаходячи. Тоді говорить мов сам до себе:&lt;br /&gt;</w:t>
        <w:br/>
        <w:t>Коваленко&lt;br /&gt;</w:t>
        <w:br/>
        <w:t>Нема її... В останній час нема…&lt;br /&gt;</w:t>
        <w:br/>
        <w:t>Хай буде так!.. Так ліпше: менше муки&lt;br /&gt;</w:t>
        <w:br/>
        <w:t>Їй і мені…&lt;br /&gt;</w:t>
        <w:br/>
        <w:t>(Кланяється народові на три боки.)&lt;br /&gt;</w:t>
        <w:br/>
        <w:t>Панове молодці,&lt;br /&gt;</w:t>
        <w:br/>
        <w:t>Товариші! Народе православний!..&lt;br /&gt;</w:t>
        <w:br/>
        <w:t>Лясковський&lt;br /&gt;</w:t>
        <w:br/>
        <w:t>Спиніть його,— хай не верзяка! Цить!..&lt;br /&gt;</w:t>
        <w:br/>
        <w:t>Татарине, роби уже що треба!..&lt;br /&gt;</w:t>
        <w:br/>
        <w:t>Татарин береться за плече Коваленкові, але зчиняється галас: народ кричить.&lt;br /&gt;</w:t>
        <w:br/>
        <w:t>Голоси&lt;br /&gt;</w:t>
        <w:br/>
        <w:t>Не можна так! Так не годиться!.. Ні!..&lt;br /&gt;</w:t>
        <w:br/>
        <w:t>Говоре хай!.. Се ж перед смертю вільно…&lt;br /&gt;</w:t>
        <w:br/>
        <w:t>Горленко&lt;br /&gt;</w:t>
        <w:br/>
        <w:t>(до Лясковського.)&lt;br /&gt;</w:t>
        <w:br/>
        <w:t>Не смієш ти заборонять йому!&lt;br /&gt;</w:t>
        <w:br/>
        <w:t>Я стану сам з ним поруч на помості&lt;br /&gt;</w:t>
        <w:br/>
        <w:t>І з шаблею добутою за те&lt;br /&gt;</w:t>
        <w:br/>
        <w:t>Стоятиму, щоб говорив!..&lt;br /&gt;</w:t>
        <w:br/>
        <w:t>Крицький&lt;br /&gt;</w:t>
        <w:br/>
        <w:t>То право&lt;br /&gt;</w:t>
        <w:br/>
        <w:t>У кожного, хто ставиться на смерть!&lt;br /&gt;</w:t>
        <w:br/>
        <w:t>Голоси&lt;br /&gt;</w:t>
        <w:br/>
        <w:t>Говоре хай!.. Не припиняйте слова!..&lt;br /&gt;</w:t>
        <w:br/>
        <w:t>Коваленко&lt;br /&gt;</w:t>
        <w:br/>
        <w:t>За мить яку покину я сей світ&lt;br /&gt;</w:t>
        <w:br/>
        <w:t>І на суді я стану перед Бога,&lt;br /&gt;</w:t>
        <w:br/>
        <w:t>І вірю я — по правді буде суд:&lt;br /&gt;</w:t>
        <w:br/>
        <w:t>Радіючи, його я дожидаю...&lt;br /&gt;</w:t>
        <w:br/>
        <w:t>В останній час оцей я вас прошу:&lt;br /&gt;</w:t>
        <w:br/>
        <w:t>Коли зробив із вас кому я кривду,&lt;br /&gt;</w:t>
        <w:br/>
        <w:t>Чим погрішив,— простіть мені той гріх!..&lt;br /&gt;</w:t>
        <w:br/>
        <w:t>(Кланяється на всі три боки.)&lt;br /&gt;</w:t>
        <w:br/>
        <w:t>Голоси&lt;br /&gt;</w:t>
        <w:br/>
        <w:t>Прощаємо!.. Нема чого й прощати!..&lt;br /&gt;</w:t>
        <w:br/>
        <w:t>Всі грішні ми!.. Ти добрий чоловік!..&lt;br /&gt;</w:t>
        <w:br/>
        <w:t>Хай Бог тебе простить, коли в чім грішний,&lt;br /&gt;</w:t>
        <w:br/>
        <w:t>А ми й сами щочасно грішимо.&lt;br /&gt;</w:t>
        <w:br/>
        <w:t>Коваленко&lt;br /&gt;</w:t>
        <w:br/>
        <w:t>Спасибі вам!.. (Уклоняється.) Іще я маю слово:&lt;br /&gt;</w:t>
        <w:br/>
        <w:t>Зостанеться у мене удова…&lt;br /&gt;</w:t>
        <w:br/>
        <w:t>Голоси&lt;br /&gt;</w:t>
        <w:br/>
        <w:t>Доглянемо!.. За се ти не турбуйся!..&lt;br /&gt;</w:t>
        <w:br/>
        <w:t>Вона від нас тут кривди не зазна…&lt;br /&gt;</w:t>
        <w:br/>
        <w:t>Коваленко&lt;br /&gt;</w:t>
        <w:br/>
        <w:t>Спасибі вам!.. Нехай же милосердний&lt;br /&gt;</w:t>
        <w:br/>
        <w:t>Великий Бог з святих своїх небес&lt;br /&gt;</w:t>
        <w:br/>
        <w:t>Вам, братчики, пошле і змоги, й сили,&lt;br /&gt;</w:t>
        <w:br/>
        <w:t>Щоб рідний край в сей час оборонить&lt;br /&gt;</w:t>
        <w:br/>
        <w:t>І визволить його з сії недолі,&lt;br /&gt;</w:t>
        <w:br/>
        <w:t>Не попустить…&lt;br /&gt;</w:t>
        <w:br/>
        <w:t>(Змовка, побачивши Оксану.)&lt;br /&gt;</w:t>
        <w:br/>
        <w:t>Оксана вбігає, за нею Грицько. Оксана кидається крізь стовпище, вбігає на поміст і припадає до Коваленка.&lt;br /&gt;</w:t>
        <w:br/>
        <w:t>Оксана&lt;br /&gt;</w:t>
        <w:br/>
        <w:t>Не дам його!.. Він мій!..&lt;br /&gt;</w:t>
        <w:br/>
        <w:t>Візьміть мене, його ж ви не займайте:&lt;br /&gt;</w:t>
        <w:br/>
        <w:t>Не винен він!..&lt;br /&gt;</w:t>
        <w:br/>
        <w:t>Лясковський&lt;br /&gt;</w:t>
        <w:br/>
        <w:t>Геть звідціля! Назад!&lt;br /&gt;</w:t>
        <w:br/>
        <w:t>Старовський&lt;br /&gt;</w:t>
        <w:br/>
        <w:t>Стягти її з помосту та й кінчати!&lt;br /&gt;</w:t>
        <w:br/>
        <w:t>Голоси&lt;br /&gt;</w:t>
        <w:br/>
        <w:t>Хай каже!.. Хай!.. Нехай підожде кат!&lt;br /&gt;</w:t>
        <w:br/>
        <w:t>Коваленко&lt;br /&gt;</w:t>
        <w:br/>
        <w:t>Ой, горличко моя! Навіщо робиш&lt;br /&gt;</w:t>
        <w:br/>
        <w:t>Ти знову се?&lt;br /&gt;</w:t>
        <w:br/>
        <w:t>Оксана&lt;br /&gt;</w:t>
        <w:br/>
        <w:t>Мовчи!.. Не знаєш ти!..&lt;br /&gt;</w:t>
        <w:br/>
        <w:t>Побачиш сам, що добре я чиню.&lt;br /&gt;</w:t>
        <w:br/>
        <w:t>Старовський&lt;br /&gt;</w:t>
        <w:br/>
        <w:t>Стягніть її!&lt;br /&gt;</w:t>
        <w:br/>
        <w:t>Білоченко&lt;br /&gt;</w:t>
        <w:br/>
        <w:t>Не руш! Нехай говоре!&lt;br /&gt;</w:t>
        <w:br/>
        <w:t>Оксана&lt;br /&gt;</w:t>
        <w:br/>
        <w:t>Довідалась, що батько мій приходив&lt;br /&gt;</w:t>
        <w:br/>
        <w:t>Вночі до нас на зраду підмовлять,&lt;br /&gt;</w:t>
        <w:br/>
        <w:t>І зрадники такі у нас знайшлися:&lt;br /&gt;</w:t>
        <w:br/>
        <w:t>Ханенкові оддать заприсяглись&lt;br /&gt;</w:t>
        <w:br/>
        <w:t>Се місто й нас... Найголовніший зрадник&lt;br /&gt;</w:t>
        <w:br/>
        <w:t>Ось серед вас…&lt;br /&gt;</w:t>
        <w:br/>
        <w:t>Лясковський&lt;br /&gt;</w:t>
        <w:br/>
        <w:t>(стріляє на неї з пістоля.)&lt;br /&gt;</w:t>
        <w:br/>
        <w:t>Мовчатимеш же ти!&lt;br /&gt;</w:t>
        <w:br/>
        <w:t>Оксана хитається, Коваленко її піддержує. Грицько кидається на поміст до Оксани.&lt;br /&gt;</w:t>
        <w:br/>
        <w:t>Коваленко&lt;br /&gt;</w:t>
        <w:br/>
        <w:t>Ой господи!.. Убив її!.. Оксано!..&lt;br /&gt;</w:t>
        <w:br/>
        <w:t>Оксана&lt;br /&gt;</w:t>
        <w:br/>
        <w:t>Не вбив іще… Лясковський — зрадник сей,&lt;br /&gt;</w:t>
        <w:br/>
        <w:t>Був сю ніч там... він з ними умовлявся…&lt;br /&gt;</w:t>
        <w:br/>
        <w:t>Білоченко&lt;br /&gt;</w:t>
        <w:br/>
        <w:t>Ізрадник він і душогуб. Візьміть!&lt;br /&gt;</w:t>
        <w:br/>
        <w:t>В'яжіть його!.. Мерщій!..&lt;br /&gt;</w:t>
        <w:br/>
        <w:t>Лясковський&lt;br /&gt;</w:t>
        <w:br/>
        <w:t>Се все брехня! Се вигадки!.. Вона зо злості бреше!&lt;br /&gt;</w:t>
        <w:br/>
        <w:t>Оксана&lt;br /&gt;</w:t>
        <w:br/>
        <w:t>Не вигадки... Я чула все сама…&lt;br /&gt;</w:t>
        <w:br/>
        <w:t>(Показує на Грицька.)&lt;br /&gt;</w:t>
        <w:br/>
        <w:t>І він те чув…&lt;br /&gt;</w:t>
        <w:br/>
        <w:t>Грицько&lt;br /&gt;</w:t>
        <w:br/>
        <w:t>Еге, я чув: се правда!&lt;br /&gt;</w:t>
        <w:br/>
        <w:t>Все, що вона сказала вам,— було.&lt;br /&gt;</w:t>
        <w:br/>
        <w:t>Посвідчити прийшов я вам сю зраду,&lt;br /&gt;</w:t>
        <w:br/>
        <w:t>І на суді ще більше я скажу.&lt;br /&gt;</w:t>
        <w:br/>
        <w:t>Лясковського стягають з коня, віднімають зброю і крутять назад руки.&lt;br /&gt;</w:t>
        <w:br/>
        <w:t>Коваленко&lt;br /&gt;</w:t>
        <w:br/>
        <w:t>Оксаночко, дай рану подивитись.&lt;br /&gt;</w:t>
        <w:br/>
        <w:t>Оксана&lt;br /&gt;</w:t>
        <w:br/>
        <w:t>Не треба, ні... нічого, любий мій…&lt;br /&gt;</w:t>
        <w:br/>
        <w:t>Та тільки я чогось немов не встою…&lt;br /&gt;</w:t>
        <w:br/>
        <w:t>Падає, але Коваленко й Грицько піддержують її й кладуть на поміст.&lt;br /&gt;</w:t>
        <w:br/>
        <w:t>Коваленко&lt;br /&gt;</w:t>
        <w:br/>
        <w:t>Вона вмира, мій господи святий!..&lt;br /&gt;</w:t>
        <w:br/>
        <w:t>Біжіть мерщій по лікаря... по діда!..&lt;br /&gt;</w:t>
        <w:br/>
        <w:t>Шукайте крізь — на шанцях і в дому.&lt;br /&gt;</w:t>
        <w:br/>
        <w:t>Кільки козаків вибігає.&lt;br /&gt;</w:t>
        <w:br/>
        <w:t>Оксана&lt;br /&gt;</w:t>
        <w:br/>
        <w:t>Та ні-бо, ні!.. Я не вмираю... Сили&lt;br /&gt;</w:t>
        <w:br/>
        <w:t>Чогось нема...&lt;br /&gt;</w:t>
        <w:br/>
        <w:t>Лясковський&lt;br /&gt;</w:t>
        <w:br/>
        <w:t>Зв'язали ви мене...&lt;br /&gt;</w:t>
        <w:br/>
        <w:t>Коли вже так, то й їх в'яжіть зо мною,-&lt;br /&gt;</w:t>
        <w:br/>
        <w:t>Хоружого й суддю,— бо і вони&lt;br /&gt;</w:t>
        <w:br/>
        <w:t>У справі тій були…&lt;br /&gt;</w:t>
        <w:br/>
        <w:t>Старовський&lt;br /&gt;</w:t>
        <w:br/>
        <w:t>Брехня!&lt;br /&gt;</w:t>
        <w:br/>
        <w:t>Жилинський&lt;br /&gt;</w:t>
        <w:br/>
        <w:t>Неправда!&lt;br /&gt;</w:t>
        <w:br/>
        <w:t>Лясковський&lt;br /&gt;</w:t>
        <w:br/>
        <w:t>Ні, правда все!.. В'яжіть, щоб не втекли.&lt;br /&gt;</w:t>
        <w:br/>
        <w:t>Білоченко&lt;br /&gt;</w:t>
        <w:br/>
        <w:t>Суд розбере! А поки— всіх зв’язати!&lt;br /&gt;</w:t>
        <w:br/>
        <w:t>Старовського й Жилинського в'яжуть, забираючи в їх зброю. Два козаки — вбігають.&lt;br /&gt;</w:t>
        <w:br/>
        <w:t>Козак 1&lt;br /&gt;</w:t>
        <w:br/>
        <w:t>Ляхи! Ляхи!.. На шанці лізуть... б’ють...&lt;br /&gt;</w:t>
        <w:br/>
        <w:t>Козак 2&lt;br /&gt;</w:t>
        <w:br/>
        <w:t>Хтось одімкнув малую браму, вперлись…&lt;br /&gt;</w:t>
        <w:br/>
        <w:t>У брамі бій... вже сили не стає…&lt;br /&gt;</w:t>
        <w:br/>
        <w:t>Білоченко&lt;br /&gt;</w:t>
        <w:br/>
        <w:t>Полковнику, твоє на шанцях місце!&lt;br /&gt;</w:t>
        <w:br/>
        <w:t>Коваленко&lt;br /&gt;</w:t>
        <w:br/>
        <w:t>Ви ж бачите — не можу: умира.&lt;br /&gt;</w:t>
        <w:br/>
        <w:t>Як я її самую тут покину?..&lt;br /&gt;</w:t>
        <w:br/>
        <w:t>Білоченко&lt;br /&gt;</w:t>
        <w:br/>
        <w:t>А вороги як візьмуть місто — всі&lt;br /&gt;</w:t>
        <w:br/>
        <w:t>Тоді вмремо... Забув свою повинність!&lt;br /&gt;</w:t>
        <w:br/>
        <w:t>Оксана&lt;br /&gt;</w:t>
        <w:br/>
        <w:t>Іди, іди!.. Я не умру, діждуся…&lt;br /&gt;</w:t>
        <w:br/>
        <w:t>Повинен ти оборонити всіх…&lt;br /&gt;</w:t>
        <w:br/>
        <w:t>Ще козак убігає.&lt;br /&gt;</w:t>
        <w:br/>
        <w:t>Козак З&lt;br /&gt;</w:t>
        <w:br/>
        <w:t>Пробилися вже вороги у браму.&lt;br /&gt;</w:t>
        <w:br/>
        <w:t>Коваленко&lt;br /&gt;</w:t>
        <w:br/>
        <w:t>Прости мене, кохана,— я піду.&lt;br /&gt;</w:t>
        <w:br/>
        <w:t>(До Грицька.)&lt;br /&gt;</w:t>
        <w:br/>
        <w:t>Доглянь її ти, брате, поки справлюсь.&lt;br /&gt;</w:t>
        <w:br/>
        <w:t>Припадає до Оксани, цілуючи її, і зараз устає. Під голову Оксані підкладають жупан.&lt;br /&gt;</w:t>
        <w:br/>
        <w:t>Пан писар тут зостанеться нехай&lt;br /&gt;</w:t>
        <w:br/>
        <w:t>І береже, аж поки я вернуся…&lt;br /&gt;</w:t>
        <w:br/>
        <w:t>Гей, шаблю дай!&lt;br /&gt;</w:t>
        <w:br/>
        <w:t>Йому подають кільки шабель, він бере першу.&lt;br /&gt;</w:t>
        <w:br/>
        <w:t>До бою, лицарі!&lt;br /&gt;</w:t>
        <w:br/>
        <w:t>Вибігає з шаблею, за їм козаки. Лясковського, Старовського та Жилинського виводять. Оксана на помості лежить, біля неї Грицько, писар теж на помості стоїть трохи віддалік. Збройні козаки круг помосту.&lt;br /&gt;</w:t>
        <w:br/>
        <w:t>Спершу тихо, тоді чути стріляння, бойовий гук і галас. Увесь час він то притихає трохи, то більшає.&lt;br /&gt;</w:t>
        <w:br/>
        <w:t>Оксана&lt;br /&gt;</w:t>
        <w:br/>
        <w:t>Як б'ються там... О господи єдиний!&lt;br /&gt;</w:t>
        <w:br/>
        <w:t>Подай ти їм подужать ворогів!..&lt;br /&gt;</w:t>
        <w:br/>
        <w:t>Крицький&lt;br /&gt;</w:t>
        <w:br/>
        <w:t>Подужають,— адже ж бо там полковник…&lt;br /&gt;</w:t>
        <w:br/>
        <w:t>Грицько&lt;br /&gt;</w:t>
        <w:br/>
        <w:t>Сестриченько, де вражено тебе?&lt;br /&gt;</w:t>
        <w:br/>
        <w:t>Оксана&lt;br /&gt;</w:t>
        <w:br/>
        <w:t>У груди... ой!..</w:t>
      </w:r>
    </w:p>
    <w:p>
      <w:r>
        <w:br/>
        <w:t>Грицько&lt;br /&gt;</w:t>
        <w:br/>
        <w:t>Чому не можу взяти&lt;br /&gt;</w:t>
        <w:br/>
        <w:t>Я кулю сю до себе в тіло,— хай&lt;br /&gt;</w:t>
        <w:br/>
        <w:t>Умер би я, а ти була б здорова.&lt;br /&gt;</w:t>
        <w:br/>
        <w:t>Оксана&lt;br /&gt;</w:t>
        <w:br/>
        <w:t>Я дякую, мій братіку, тобі...&lt;br /&gt;</w:t>
        <w:br/>
        <w:t>Як дуже враз у грудях заболіло.&lt;br /&gt;</w:t>
        <w:br/>
        <w:t>Крицький&lt;br /&gt;</w:t>
        <w:br/>
        <w:t>Перенести б додому пані,— там&lt;br /&gt;</w:t>
        <w:br/>
        <w:t>Оглядіти і рану можна буде.&lt;br /&gt;</w:t>
        <w:br/>
        <w:t>Оксана&lt;br /&gt;</w:t>
        <w:br/>
        <w:t>Ой ні, мене вже не займайте ви…&lt;br /&gt;</w:t>
        <w:br/>
        <w:t>Я хочу тут... Його я тут діждуся…&lt;br /&gt;</w:t>
        <w:br/>
        <w:t>Змовкають. Стріляння чути раз-у-раз.&lt;br /&gt;</w:t>
        <w:br/>
        <w:t>Крицький&lt;br /&gt;</w:t>
        <w:br/>
        <w:t>Завзятий бій!.. І наче дужче все…&lt;br /&gt;</w:t>
        <w:br/>
        <w:t>Ні, затиха... Тепера чути далі,-&lt;br /&gt;</w:t>
        <w:br/>
        <w:t>Се ворогів погнали... Наші б’ють!&lt;br /&gt;</w:t>
        <w:br/>
        <w:t>Оксана&lt;br /&gt;</w:t>
        <w:br/>
        <w:t>Мій господи, коли б мені діждатись!..</w:t>
      </w:r>
    </w:p>
    <w:p>
      <w:r>
        <w:br/>
        <w:t>Грицько&lt;br /&gt;</w:t>
        <w:br/>
        <w:t>Яка бліда ти, сестро, Боже мій!..&lt;br /&gt;</w:t>
        <w:br/>
        <w:t>Оксана&lt;br /&gt;</w:t>
        <w:br/>
        <w:t>Дарма... дарма!.. Аби достало сили Діждатися...</w:t>
      </w:r>
    </w:p>
    <w:p>
      <w:r>
        <w:br/>
        <w:t>Крицький&lt;br /&gt;</w:t>
        <w:br/>
        <w:t>Та діждетесь!.. Ось-ось&lt;br /&gt;</w:t>
        <w:br/>
        <w:t>Всі вернуться, і пан полковник прийде…&lt;br /&gt;</w:t>
        <w:br/>
        <w:t>Тоді ми вас мерщій перенесем,&lt;br /&gt;</w:t>
        <w:br/>
        <w:t>Щоб дома ви були... і лікар буде&lt;br /&gt;</w:t>
        <w:br/>
        <w:t>Вас гоїти…&lt;br /&gt;</w:t>
        <w:br/>
        <w:t>Оксана&lt;br /&gt;</w:t>
        <w:br/>
        <w:t>Чом Василя нема?&lt;br /&gt;</w:t>
        <w:br/>
        <w:t>Так довго вже!..&lt;br /&gt;</w:t>
        <w:br/>
        <w:t>Грицько&lt;br /&gt;</w:t>
        <w:br/>
        <w:t>Ось чути,— йдуть неначе…&lt;br /&gt;</w:t>
        <w:br/>
        <w:t>Крицький&lt;br /&gt;</w:t>
        <w:br/>
        <w:t>Уже ідуть, вертаються назад.&lt;br /&gt;</w:t>
        <w:br/>
        <w:t>Козак убігає.&lt;br /&gt;</w:t>
        <w:br/>
        <w:t>Козак&lt;br /&gt;</w:t>
        <w:br/>
        <w:t>Подужали!.. Ляхів прогнали з міста!&lt;br /&gt;</w:t>
        <w:br/>
        <w:t>Козак 2&lt;br /&gt;</w:t>
        <w:br/>
        <w:t>(убігає)&lt;br /&gt;</w:t>
        <w:br/>
        <w:t>З потугою гетьман Петро іде;&lt;br /&gt;</w:t>
        <w:br/>
        <w:t>Злякавшися, ляхи знімають табор.&lt;br /&gt;</w:t>
        <w:br/>
        <w:t>Оксана&lt;br /&gt;</w:t>
        <w:br/>
        <w:t>Хвала тобі, мій господи святий!..&lt;br /&gt;</w:t>
        <w:br/>
        <w:t>Коли б його побачити, то більше&lt;br /&gt;</w:t>
        <w:br/>
        <w:t>Не треба вже нічого…&lt;br /&gt;</w:t>
        <w:br/>
        <w:t>Крицький&lt;br /&gt;</w:t>
        <w:br/>
        <w:t>Йде полковник.&lt;br /&gt;</w:t>
        <w:br/>
        <w:t>Коваленко швидко ввіходить і кидається на поміст, за їм кільки козаків стають біля помосту.&lt;br /&gt;</w:t>
        <w:br/>
        <w:t>Коваленко&lt;br /&gt;</w:t>
        <w:br/>
        <w:t>Голубочко, моя єдина зоре!&lt;br /&gt;</w:t>
        <w:br/>
        <w:t>Нахиляється над Оксаною. Грицько підводиться і стає далі. В сей час ударено за сценою в сурми і виходять збройно й з прапором козаки-дорошенківці, а за їми й кальницькі.&lt;br /&gt;</w:t>
        <w:br/>
        <w:t>Крицький&lt;br /&gt;</w:t>
        <w:br/>
        <w:t>(до сурмачів.)&lt;br /&gt;</w:t>
        <w:br/>
        <w:t>Гей тихо!.. Цить!&lt;br /&gt;</w:t>
        <w:br/>
        <w:t>(Показує на Оксану. Сурмачі відразу стихають і всі стають мовчки.)&lt;br /&gt;</w:t>
        <w:br/>
        <w:t>Коваленко&lt;br /&gt;</w:t>
        <w:br/>
        <w:t>(до козаків.)&lt;br /&gt;</w:t>
        <w:br/>
        <w:t>Керею дай! На їй&lt;br /&gt;</w:t>
        <w:br/>
        <w:t>Перенести!&lt;br /&gt;</w:t>
        <w:br/>
        <w:t>Оксана&lt;br /&gt;</w:t>
        <w:br/>
        <w:t>Не треба... умираю... Не покидай!&lt;br /&gt;</w:t>
        <w:br/>
        <w:t>Коваленко&lt;br /&gt;</w:t>
        <w:br/>
        <w:t>Навіщо кажеш так? Ти житимеш!..&lt;br /&gt;</w:t>
        <w:br/>
        <w:t>Оксана&lt;br /&gt;</w:t>
        <w:br/>
        <w:t>Вже смерть приходе, чую…&lt;br /&gt;</w:t>
        <w:br/>
        <w:t>Коханий мій, прощай, прощай навік!&lt;br /&gt;</w:t>
        <w:br/>
        <w:t>Коваленко цілує її, вона обніма його за шию і так кільки часу, припавши до його, держить його.&lt;br /&gt;</w:t>
        <w:br/>
        <w:t>Іще!.. Іще!.. Як гарно!.. Годі вже!..&lt;br /&gt;</w:t>
        <w:br/>
        <w:t>(Вона пускає руки, він підводить голову.)&lt;br /&gt;</w:t>
        <w:br/>
        <w:t>Оксана&lt;br /&gt;</w:t>
        <w:br/>
        <w:t>(до Грицька.)&lt;br /&gt;</w:t>
        <w:br/>
        <w:t>Йди, братику!&lt;br /&gt;</w:t>
        <w:br/>
        <w:t>Грицько підходить і схиляється над нею.&lt;br /&gt;</w:t>
        <w:br/>
        <w:t>Мій дорогий, мій добрий!&lt;br /&gt;</w:t>
        <w:br/>
        <w:t>Щасливий будь!.. Спасибі!.. Прощавай!&lt;br /&gt;</w:t>
        <w:br/>
        <w:t>(Цілує Грицька, він підводиться.)&lt;br /&gt;</w:t>
        <w:br/>
        <w:t>Мій світоньку ясний!.. Мій рідний краю,&lt;br /&gt;</w:t>
        <w:br/>
        <w:t>Прощай і ти!.. Не нажилася я!..&lt;br /&gt;</w:t>
        <w:br/>
        <w:t>Мій людоньку! В сльозах живеш ти, в горі,&lt;br /&gt;</w:t>
        <w:br/>
        <w:t>Хай Бог тобі спокою й щастя дасть!..&lt;br /&gt;</w:t>
        <w:br/>
        <w:t>Живи, цвіти!.. Зорею ясно сяй!..&lt;br /&gt;</w:t>
        <w:br/>
        <w:t>(Підводиться.)&lt;br /&gt;</w:t>
        <w:br/>
        <w:t>Василечку, ще поцілуй востаннє!..&lt;br /&gt;</w:t>
        <w:br/>
        <w:t>Коваленко цілує.&lt;br /&gt;</w:t>
        <w:br/>
        <w:t>Прощайте всі!.. Коханий, прощавай!..&lt;br /&gt;</w:t>
        <w:br/>
        <w:t>(Падає мертва.)&lt;br /&gt;</w:t>
        <w:br/>
        <w:t>Завіса&lt;br /&gt;</w:t>
        <w:br/>
        <w:t>У Чернігові, 1897.&lt;br /&gt;</w:t>
        <w:br/>
        <w:t>1 Уся пісня співається за сценою, на сцені тільки два останні вірші</w:t>
      </w:r>
    </w:p>
    <w:p>
      <w:r>
        <w:br/>
        <w:t>2 А це як зручно розляглися біля вогню схизмати (польськ).</w:t>
      </w:r>
    </w:p>
    <w:p>
      <w:r>
        <w:br/>
        <w:t>3 А нам уже й палити нічого (польськ).</w:t>
      </w:r>
    </w:p>
    <w:p>
      <w:r>
        <w:br/>
        <w:t>4 Попалили всі хати, які були в нашім закутку. Залишили три тільки, щоб на час дощу було де сховатись (польськ.).</w:t>
      </w:r>
    </w:p>
    <w:p>
      <w:r>
        <w:br/>
        <w:t>5 А геть! Місце нам! (польськ.).</w:t>
      </w:r>
    </w:p>
    <w:p>
      <w:r>
        <w:br/>
        <w:t>6 А то ти, схизмате, нас ганьбиш (польськ.).</w:t>
      </w:r>
    </w:p>
    <w:p>
      <w:r>
        <w:br/>
        <w:t>7 Не чіпай його! (польськ.).</w:t>
      </w:r>
    </w:p>
    <w:p>
      <w:r>
        <w:br/>
        <w:t>8 Він не дозволив нам погрітися тут! (польськ.).</w:t>
      </w:r>
    </w:p>
    <w:p>
      <w:r>
        <w:br/>
        <w:t>9 Нам це ні до чого! Як хлоп знахабнів. Але згадаєш, хаме! Колись, може, здибаємося, то розквитаємося в той же час. Ходімо, панове-браття! (польськ.).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