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Сердитий ґедзь</w:t>
      </w:r>
    </w:p>
    <w:p>
      <w:r>
        <w:br/>
        <w:t xml:space="preserve"> &lt;p&gt;Веселий Струмок жваво пробігав повз невеличкий пагорбок, котрий скидався на пухку зелену шапку.</w:t>
      </w:r>
    </w:p>
    <w:p>
      <w:r>
        <w:br/>
        <w:t>Полуденна спека порозганяла все живе в затінок та холодочок.</w:t>
      </w:r>
    </w:p>
    <w:p>
      <w:r>
        <w:br/>
        <w:t>Ні з ким і словом перемовитись. Раптом — дз-дз-дз.</w:t>
      </w:r>
    </w:p>
    <w:p>
      <w:r>
        <w:br/>
        <w:t>— Добрий день, Ґедзику,— радо привітався Струмок.</w:t>
      </w:r>
    </w:p>
    <w:p>
      <w:r>
        <w:br/>
        <w:t>Ґедзь, як і всі живі істоти, приятелював з Веселим Струмком, йому подобалось прохолодне повітря і тихе заспокійливе дзюрчання води. Але сьогодні Ґедзь сердився, хоч і сам не знав, на кого і за віщо. Він аж визвірився на Струмкове привітання:</w:t>
      </w:r>
    </w:p>
    <w:p>
      <w:r>
        <w:br/>
        <w:t>— Скажи мені, чого це ти весь час біжиш і біжиш кудись? Нема щоб з гостем посидіти, погомоніти неквапом?</w:t>
      </w:r>
    </w:p>
    <w:p>
      <w:r>
        <w:br/>
        <w:t>— Не гнівайся, Ґедзику любий,— плюскотів Веселий Струмок.— Хіба я винен? Це мій ворог — Зелена Ряска не дає мені спокою. Тільки я зупинюся, обсяде, всі мої води висмокче. Тож мушу бігти, змивати її.</w:t>
      </w:r>
    </w:p>
    <w:p>
      <w:r>
        <w:br/>
        <w:t>— Ззззз, ззззз,— презирливо цідив Ґедзь.— Був би ти Великою Річкою, не боявся б Зеленої Ряски. А ти такий мізерний, мілкий та вузенький.</w:t>
      </w:r>
    </w:p>
    <w:p>
      <w:r>
        <w:br/>
        <w:t>— Як тобі не соромно,— образився Веселий Струмочок.— Хіба від мене немає користі іншим?</w:t>
      </w:r>
    </w:p>
    <w:p>
      <w:r>
        <w:br/>
        <w:t>— Ага! Правда очі коле,— аж зрадів Ґедзь, що таки допік терплячому Струмочку.</w:t>
      </w:r>
    </w:p>
    <w:p>
      <w:r>
        <w:br/>
        <w:t>Ґедзь полетів над полем квітучої гречки, над капустяними грядками і хоч наче й зігнав свою злість, вона раптом знов почала гейби голкою колоти його. Там, де кінчався луг і починалося картопляне поле, він побачив Корову. Спокійно собі скубе траву, ще й хвостом помахує! Ґедзь мало не захлинувся од спокуси вжалити цю велику, задоволену своїм життям істоту. Воїна ж, мабуть, зневажає його, малу комаху, і якщо він отак пролетить мимо — навіть не помітить, займатиметься своєю справою і навіть не знатиме, що є на світі Ґедзь.</w:t>
      </w:r>
    </w:p>
    <w:p>
      <w:r>
        <w:br/>
        <w:t>Він спікірував на Корову і щосили вп'явся в її шию. І швиденько, доки Корова не цьвохнула хвостом, відлетів убік, задзижчав-задзвенів зловтішно. Бо де й подівся коров'ячий спокій. Вона вибриком помчала до Струмка.</w:t>
      </w:r>
    </w:p>
    <w:p>
      <w:r>
        <w:br/>
        <w:t>— Мене Ґедзь вкусив. Ні за що! — — поскаржилась Струмочку.</w:t>
      </w:r>
    </w:p>
    <w:p>
      <w:r>
        <w:br/>
        <w:t>— Нахились до мене, я хлюпну водою, і полегшає,— радив Веселий Струмок і, коли Корова заспокоїлась, сказав: — Чого це він сказився, той Ґедзь? Може, в нього якісь неприємності?</w:t>
      </w:r>
    </w:p>
    <w:p>
      <w:r>
        <w:br/>
        <w:t>— А хіба йому поможе, коли іншим завдасть прикрості? — здивовано спитала Корова.</w:t>
      </w:r>
    </w:p>
    <w:p>
      <w:r>
        <w:br/>
        <w:t>І тут вони почули,, як жалібно замекало маленьке Козеня на лузі. Воно високо підстрибнуло, закрутилося, наче дзига, кинулося навтьоки.</w:t>
      </w:r>
    </w:p>
    <w:p>
      <w:r>
        <w:br/>
        <w:t>— Він просто хуліган. Ти вже пробач Веселий Струмочку, хоч він і твій приятель,— обурилась Корова.</w:t>
      </w:r>
    </w:p>
    <w:p>
      <w:r>
        <w:br/>
        <w:t>— Так,— сумно мовив Струмок,— він мій приятель, і я, може, ще перевиховаю його.</w:t>
      </w:r>
    </w:p>
    <w:p>
      <w:r>
        <w:br/>
        <w:t>Бідне Козенятко вже не знало, куди подітись.</w:t>
      </w:r>
    </w:p>
    <w:p>
      <w:r>
        <w:br/>
        <w:t>— Тікай до мене! — гукнув Струмок.</w:t>
      </w:r>
    </w:p>
    <w:p>
      <w:r>
        <w:br/>
        <w:t>— Ага-га! — радів Ґедзь.— Розколошкав я вас! Добре собі затямите, що я є на світі!</w:t>
      </w:r>
    </w:p>
    <w:p>
      <w:r>
        <w:br/>
        <w:t>І сміючись полетів далі.</w:t>
      </w:r>
    </w:p>
    <w:p>
      <w:r>
        <w:br/>
        <w:t>— Ти чом байдикуєш в робочий час?—сердито загули біля нього кілька Бджілок.</w:t>
      </w:r>
    </w:p>
    <w:p>
      <w:r>
        <w:br/>
        <w:t>— Ого-го! Я тут всім такого чосу дав! І Корові, і Козеняті і навіть Веселому Струмку!</w:t>
      </w:r>
    </w:p>
    <w:p>
      <w:r>
        <w:br/>
        <w:t>Ґедзь відчував себе таким значущим і помітним створінням.</w:t>
      </w:r>
    </w:p>
    <w:p>
      <w:r>
        <w:br/>
        <w:t>— Веселому Струмкові?! — жахнулися Бджілки.— Він же такий хороший, напуває всіх нас. Не смій його ображати!</w:t>
      </w:r>
    </w:p>
    <w:p>
      <w:r>
        <w:br/>
        <w:t>!— А чого він кирпу гне? — затявся Ґедзь.— Подумаєш, коржі з маком, Ряску йому треба проганяти!</w:t>
      </w:r>
    </w:p>
    <w:p>
      <w:r>
        <w:br/>
        <w:t>— Він для всіх клопочеться,— ще пробували переконати Бджілки Ґедзя.</w:t>
      </w:r>
    </w:p>
    <w:p>
      <w:r>
        <w:br/>
        <w:t>— Всі ви про себе добре думаєте! — невгавав Ґедзь і скубнув ближчу Бджілку за крильце.</w:t>
      </w:r>
    </w:p>
    <w:p>
      <w:r>
        <w:br/>
        <w:t>— Ах ти ж, нікчемна комахо! —не втрималася Бджілка, а її подруги з обох боків шпигонули Ґедзя, аж тому дух перехопило. Але вжалили його не на-спраівжіки, а тільки для науки.</w:t>
      </w:r>
    </w:p>
    <w:p>
      <w:r>
        <w:br/>
        <w:t>Відтоді сердитий Ґедзь десятою дорогою обминає Бджілок, але сердитим лишився і до сьогоднішнього 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Сердитий ґедзь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