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Сербо-хорватська</w:t>
      </w:r>
    </w:p>
    <w:p>
      <w:r>
        <w:br/>
        <w:t xml:space="preserve"> Юна сербка переходить вулицю,&lt;br /&gt;</w:t>
        <w:br/>
        <w:t>і оминаючи осінній базар з розвішаним крамом,&lt;br /&gt;</w:t>
        <w:br/>
        <w:t>помічає, що цієї осені багато золота в хустках і городині —&lt;br /&gt;</w:t>
        <w:br/>
        <w:t>он його скільки в теплій цибулі;&lt;br /&gt;</w:t>
        <w:br/>
        <w:t>багато світла в ресторанах,&lt;br /&gt;</w:t>
        <w:br/>
        <w:t>де на стінах висять&lt;br /&gt;</w:t>
        <w:br/>
        <w:t>портрети цісаря.</w:t>
      </w:r>
    </w:p>
    <w:p>
      <w:r>
        <w:br/>
        <w:t>Тепло цієї осені воно торкається і тебе,&lt;br /&gt;</w:t>
        <w:br/>
        <w:t>і ця юна жінка щось шукає в своєму наплічнику,&lt;br /&gt;</w:t>
        <w:br/>
        <w:t>викладає на стіл то слухавку то олівці;&lt;br /&gt;</w:t>
        <w:br/>
        <w:t>буде тобі зима,&lt;br /&gt;</w:t>
        <w:br/>
        <w:t>будуть тобі сновидіння,&lt;br /&gt;</w:t>
        <w:br/>
        <w:t>але небо щоосені важчає&lt;br /&gt;</w:t>
        <w:br/>
        <w:t>і хитрий диявол&lt;br /&gt;</w:t>
        <w:br/>
        <w:t>хапає собі грішників,&lt;br /&gt;</w:t>
        <w:br/>
        <w:t>мов жирні фініки&lt;br /&gt;</w:t>
        <w:br/>
        <w:t>з кольорових упаковок.</w:t>
      </w:r>
    </w:p>
    <w:p>
      <w:r>
        <w:br/>
        <w:t>Терпкі слов'янські синтагми;&lt;br /&gt;</w:t>
        <w:br/>
        <w:t>вона розповідає, як купувала конверти в тютюновій лавці,&lt;br /&gt;</w:t>
        <w:br/>
        <w:t>як зайшла до підземки&lt;br /&gt;</w:t>
        <w:br/>
        <w:t>і голуби, злітаючи, бились об неї, наче об дощ;&lt;br /&gt;</w:t>
        <w:br/>
        <w:t>за її розповіддю ніхто не зауважує, як заходить сонце,&lt;br /&gt;</w:t>
        <w:br/>
        <w:t>зауважують тільки, що її вилиці&lt;br /&gt;</w:t>
        <w:br/>
        <w:t>дещо темнішають.</w:t>
      </w:r>
    </w:p>
    <w:p>
      <w:r>
        <w:br/>
        <w:t>Спробуй зараз пояснити їй,&lt;br /&gt;</w:t>
        <w:br/>
        <w:t>що ці осінні годинники,&lt;br /&gt;</w:t>
        <w:br/>
        <w:t>якщо їх вчасно не зібрати,&lt;br /&gt;</w:t>
        <w:br/>
        <w:t>просто перестигають і бризкають&lt;br /&gt;</w:t>
        <w:br/>
        <w:t>на одяг і на долоні соком,&lt;br /&gt;</w:t>
        <w:br/>
        <w:t>на який потім злітаються оси&lt;br /&gt;</w:t>
        <w:br/>
        <w:t>і пробивають жалами твою шкіру&lt;br /&gt;</w:t>
        <w:br/>
        <w:t>аж до самого серця.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Сербо-хорватська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