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Сенсація на Марсі</w:t>
      </w:r>
    </w:p>
    <w:p>
      <w:r>
        <w:br/>
        <w:t xml:space="preserve"> &lt;p&gt;Сухорлявий Фа мав постійну перепустку на поверхню планети і користався з цього дуже часто. На конт-рольному пункті його знали в обличчя, і старий Спостерігач неба не завжди й виймав свою чорну картку з бі-лими цятками зірок. Тільки-но доторкнеться до лівої нарукавної кишені, вже й чує:</w:t>
      </w:r>
    </w:p>
    <w:p>
      <w:r>
        <w:br/>
        <w:t>— Проходьте!</w:t>
      </w:r>
    </w:p>
    <w:p>
      <w:r>
        <w:br/>
        <w:t>Фа вмощувався у блискучий металевий човник, вимикав електромагніт і, зажмуривши очі, мчав униз. Тунель зроблено по такій параболі, що силою інерції човника виносило до самісінької поверхні. У верхній точці його захоплював причальний електромагніт — і, будь ласка, виходь. Півгодини цього падіння й руху за інерці-єю — то солодке умлівання, суцільне блаженство, але Фа ніколи й нікому про це не обмовився, бо то ж і фізич-на, тілесна втіха, а він — романтичний містик, всі його помисли спрямовані в чорне провалля неба.</w:t>
      </w:r>
    </w:p>
    <w:p>
      <w:r>
        <w:br/>
        <w:t>"Я мушу стояти віч-на-віч з Космосом, — Фа полюбляв пишномовні вислови, — мушу заглядати в зоряні зіниці, щоб сповістити марсіан, коли що трапиться". І ніхто не знав, окрім нього самого та Архінфа , що нічого зараз він не бачить, бо пилова буря жовтою млою застує усе. "Мабуть, очі Космосу не вирізняють вас серед тіней", — кривився Архінф.</w:t>
      </w:r>
    </w:p>
    <w:p>
      <w:r>
        <w:br/>
        <w:t>Стиснувши тонкі губи, Фа знову й знову вибирався на поверхню у нестихаюче вирування пилюки. Може, з упертості, а може, тому, що любив полоскотати собі нерви.</w:t>
      </w:r>
    </w:p>
    <w:p>
      <w:r>
        <w:br/>
        <w:t>Та нарешті його наполегливість була винагороджена, ще й як! Настав час тріумфу!</w:t>
      </w:r>
    </w:p>
    <w:p>
      <w:r>
        <w:br/>
        <w:t>Як і в попередні рази, Фа, натягнувши маску на обличчя, брів по курному піску до Спостережного пунк-ту, коли крізь посвист вітру почув, як угорі щось захурчало. Підвів голову і завмер: у небі, як дивовижне видін-ня, летить якийсь осяйний предмет. Прорвавши пилову запону, він опустився неподалік — за валом кратера.</w:t>
      </w:r>
    </w:p>
    <w:p>
      <w:r>
        <w:br/>
        <w:t>Фа потрухикав туди, але, видершись на вал, заліг і до гребеня повз на своєму хітиновому череві. Адже невідомо, що там: а раптом інопланетники, хоча їх і не може бути.</w:t>
      </w:r>
    </w:p>
    <w:p>
      <w:r>
        <w:br/>
        <w:t>Обережно визирнув — на схилі бовваніє якийсь округлий апарат, навколо нього вже завихрюється пісок. Якщо там — прихідці з Космосу (а їх бути не може), то вони зовсім невеличкі, в кожному разі, посадити туди марсіанина аж ніяк не зможуть. Люків не видно, тільки блискучі лінзи, ніби очі, дивляться навколо.</w:t>
      </w:r>
    </w:p>
    <w:p>
      <w:r>
        <w:br/>
        <w:t>Переборюючи страх, Фа підвівся й, хоч суглоби нижніх кінцівок тремтіли, змусив себе рухатись до тає-мничого предмета. Підкрадався, описуючи довгі спіралі, готовий кожної миті кинутись навтікача. Та Посланець неба стояв спокійно, наче прислухаючись до вітровіння. Фа осмілів і наблизився впритул. Тепер остаточно пе-реконався: це ж космічний апарат! Доторкнувся верхніми кінцівками й відчув тепло: металевий корпус розігрі-вся, пронизуючи збурену атмосферу Марса.</w:t>
      </w:r>
    </w:p>
    <w:p>
      <w:r>
        <w:br/>
        <w:t>"Оце сенсація! — аж потерпав од радості Фа.— Всепланетна слава забезпечена!"</w:t>
      </w:r>
    </w:p>
    <w:p>
      <w:r>
        <w:br/>
        <w:t>Уява вже малювала зігнуту в поклоні постать Архін-фа, улесливий тон і запобігливу міміку, коли він ві-татиме його, відтепер славетного Спостерігача неба, з таким винятковим успіхом. І певно, що славетного, бо хіба ж після цього ним не зацікавиться Вершина Мудрості, резиденція якого розташована в самісінькому ядрі планети? Авжеж, зацікавиться! Фа побуде там деякий час у стані невагомості, а набере ваги на все своє існу-вання!</w:t>
      </w:r>
    </w:p>
    <w:p>
      <w:r>
        <w:br/>
        <w:t>Озирнувся — ніде нікого. Але не виключена можливість, що якась експедиція може натрапити…</w:t>
      </w:r>
    </w:p>
    <w:p>
      <w:r>
        <w:br/>
        <w:t>Засипавши апарат і запримітивши місце, Фа подався до люка, щоб якнайшвидше пірнути в теплі надра планети.</w:t>
      </w:r>
    </w:p>
    <w:p>
      <w:r>
        <w:br/>
        <w:t>Чим далі читав Архінф, тим дужче кривилася його жовтава фізіономія. Ніякого захоплення, захвату, ек-стазу! Архінфове обличчя набрало такого виразу, наче він проковтнув колючу мишу.</w:t>
      </w:r>
    </w:p>
    <w:p>
      <w:r>
        <w:br/>
        <w:t>— Чи у вас заблокувався блок думання? — прошипів, ледве стримуючи обурення, Архінф. — "Як зав-жди, цього разу я вийшов на поверхню планети… Я був страшенно вражений і сміливо наблизився… притулив свої кінцівки… Мене охопив екстаз, і я подумав: починається Космічна ера…" Соромтеся, Фа! Будемо вважати, що ви не подавали, а я не сприймав цього безглуздя.</w:t>
      </w:r>
    </w:p>
    <w:p>
      <w:r>
        <w:br/>
        <w:t>Архінф жбурнув "сенсаційну новину" у коробку біля тумби, в якій він сидів.</w:t>
      </w:r>
    </w:p>
    <w:p>
      <w:r>
        <w:br/>
        <w:t>Фа підскочив на одній кінцівці, потім на другій, що означало крайню межу обурення.</w:t>
      </w:r>
    </w:p>
    <w:p>
      <w:r>
        <w:br/>
        <w:t>— Як ви кваліфікували?!</w:t>
      </w:r>
    </w:p>
    <w:p>
      <w:r>
        <w:br/>
        <w:t>— Безглуздя, — скривив губи Архінф, — тобто те, в чому немає глузду.</w:t>
      </w:r>
    </w:p>
    <w:p>
      <w:r>
        <w:br/>
        <w:t>— Але ж це свідчення очевидця! Я можу показати! Це ж сенсація! — Обличчя Фа почало темніти, очі спалахнули золотистим блиском. — Та як ви наважуєтесь…</w:t>
      </w:r>
    </w:p>
    <w:p>
      <w:r>
        <w:br/>
        <w:t>Раптом із тумби зашипіли густі цівки рідини, Фа зіщулився, закрутився на місці. Коли нарешті злива припинилася, мокрий, як хлющ, Спостерігач неба кілька хвилин не міг вимовити й слова, а тільки глипав уже зовсім не золотистими очима.</w:t>
      </w:r>
    </w:p>
    <w:p>
      <w:r>
        <w:br/>
        <w:t>— Тепер до вас дійшло, що написали нонсенс? — лагідно спитав Архінф. — Ви осмілились твердити, що на нашу планету з Космосу…</w:t>
      </w:r>
    </w:p>
    <w:p>
      <w:r>
        <w:br/>
        <w:t>— Але ж це так! — не втерпів Фа. — Це така ж реальність, як те, що я ось… отримав заспокійливий душ.</w:t>
      </w:r>
    </w:p>
    <w:p>
      <w:r>
        <w:br/>
        <w:t>— Мене дивує, — провадив далі Архінф, — що ви подаєте цю реальність як реальність, позначену зна-ком плюс. Ви забули, вельмишановний, те, чого ніколи не слід забувати. Гулясті вже давно довели, що тільки наша планета є осередком життя в його найвищій формі, і Вершина Мудрості ствердив це як незаперечну істину.</w:t>
      </w:r>
    </w:p>
    <w:p>
      <w:r>
        <w:br/>
        <w:t>— Ну, звичайно ж… еге… а я… — забелькотав Фа. — Ви маєте… так, так… цілковиту рацію!</w:t>
      </w:r>
    </w:p>
    <w:p>
      <w:r>
        <w:br/>
        <w:t>— Отже, поява якихось апаратів просто неможлива — тепер вам ясно?</w:t>
      </w:r>
    </w:p>
    <w:p>
      <w:r>
        <w:br/>
        <w:t>— Цілком! — Фа зігнувся в поклоні. — Це цілком вірогідна очевидність!</w:t>
      </w:r>
    </w:p>
    <w:p>
      <w:r>
        <w:br/>
        <w:t>Спритним рухом він вихопив з коробки свій манускрипт і швидко вискочив із секції. Щоб не потрапити на очі знайомим, пробирався до свого житла малоосвітленими вулицями-тунелями.</w:t>
      </w:r>
    </w:p>
    <w:p>
      <w:r>
        <w:br/>
        <w:t>Щойно проминула відпочинкова половина малого біоциклу, як перед Архінфом знову з’явився Фа і зно-ву поклав манускрипт!</w:t>
      </w:r>
    </w:p>
    <w:p>
      <w:r>
        <w:br/>
        <w:t>— Що це? — вирячився Архінф.</w:t>
      </w:r>
    </w:p>
    <w:p>
      <w:r>
        <w:br/>
        <w:t>— "Сенсаційна новина".</w:t>
      </w:r>
    </w:p>
    <w:p>
      <w:r>
        <w:br/>
        <w:t>— Те саме? — Архінф заворушився, і Фа скрикнув:</w:t>
      </w:r>
    </w:p>
    <w:p>
      <w:r>
        <w:br/>
        <w:t>— Заждіть! Не вмикайте, я ж іще зовсім спокійний!</w:t>
      </w:r>
    </w:p>
    <w:p>
      <w:r>
        <w:br/>
        <w:t>Подивіться хоч початок. Це те й зовсім не те!</w:t>
      </w:r>
    </w:p>
    <w:p>
      <w:r>
        <w:br/>
        <w:t>Архінф почав читати, і вже наступної миті вираз його жовтуватого обличчя полагіднішав, а в очах з’яви-лися зелені вогники. Ніби мимоволі його мовний апарат почав відтворювати текст:</w:t>
      </w:r>
    </w:p>
    <w:p>
      <w:r>
        <w:br/>
        <w:t>— "Як не завжди, цього разу я не виходив на поверхню планети. Я не бачив того космічного апарата, який не опустився переді мною. Це не був циліндр з овальною головкою, і він не зарився наполовину в пісок і не дивився на похмурий марсіанський краєвид своїми лінзами. Я не був страшенно вражений, сміливо не на-близився та не притулив своїх кінцівок до ще теплого металу. Мене не охопив екстаз, і я не подумав, що не по-чинається Космічна ера…"</w:t>
      </w:r>
    </w:p>
    <w:p>
      <w:r>
        <w:br/>
        <w:t>Архінф викреслив останнє "не" і вигукнув:</w:t>
      </w:r>
    </w:p>
    <w:p>
      <w:r>
        <w:br/>
        <w:t>— Оце інша річ! Це буде сенсація, якої давно не знав наш старий Марсі</w:t>
      </w:r>
    </w:p>
    <w:p>
      <w:r>
        <w:br/>
        <w:t>— Бачите, а ви хотіли знову… душ… — ображено промовив Фа.</w:t>
      </w:r>
    </w:p>
    <w:p>
      <w:r>
        <w:br/>
        <w:t>— Забудьте про душ, — Архінфове обличчя запобігливо скривилося. — Сподіваюся, коли будете там… — Він вказав униз.</w:t>
      </w:r>
    </w:p>
    <w:p>
      <w:r>
        <w:br/>
        <w:t>— У планетному ядрі? Ну, що ви, я не дріб’язковий! Тим більше, що мою упаковку, деформовану ріди-ною, ви, звичайно, заміните. — Спостерігши, як при цих словах Архінф заплямкав, Фа усміхнувся: — То, може, ми не. дістанемось на поверхню і не подивимось?</w:t>
      </w:r>
    </w:p>
    <w:p>
      <w:r>
        <w:br/>
        <w:t>— Щоб не переконатися на власні очі? — Архінф підвівся. — Хто з марсіан цього б не хотів?</w:t>
      </w:r>
    </w:p>
    <w:p>
      <w:r>
        <w:br/>
        <w:t>Архінф вибрався з тумби, і вони подалися до виходу.</w:t>
      </w:r>
    </w:p>
    <w:p>
      <w:r>
        <w:br/>
        <w:t>…А на Землі, в Центрі далекого космічного зв’язку, було зареєстровано раптове припинення відеосигна-лів з поверхні Марса.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Сенсація на Марсі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