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Семен Палій</w:t>
      </w:r>
    </w:p>
    <w:p>
      <w:r>
        <w:br/>
        <w:t xml:space="preserve"> &lt;blockquote&gt;Пише, пише та гетьман Мазепа&lt;br /&gt;</w:t>
        <w:br/>
        <w:t>та й до Палія листи ...&lt;br /&gt;</w:t>
        <w:br/>
        <w:t>Народна пісня.&lt;br /&gt;</w:t>
        <w:br/>
        <w:t>&lt;/blockquote&gt;&lt;br /&gt;</w:t>
        <w:br/>
        <w:t>"Здоров, здоров, Палію Семене,&lt;br /&gt;</w:t>
        <w:br/>
        <w:t>прибувай до мене,&lt;br /&gt;</w:t>
        <w:br/>
        <w:t>а я тебе буду зустрічати,&lt;br /&gt;</w:t>
        <w:br/>
        <w:t>військо шикувати.&lt;br /&gt;</w:t>
        <w:br/>
        <w:t>А як, сівши зі мною на лаву,&lt;br /&gt;</w:t>
        <w:br/>
        <w:t>поєднаєш славу, —&lt;br /&gt;</w:t>
        <w:br/>
        <w:t>Україна й компанійське військо&lt;br /&gt;</w:t>
        <w:br/>
        <w:t>поклоняться низько" . . .&lt;br /&gt;</w:t>
        <w:br/>
        <w:t>їде, їде фастівський полковник,&lt;br /&gt;</w:t>
        <w:br/>
        <w:t>сонце рвуть підкови;&lt;br /&gt;</w:t>
        <w:br/>
        <w:t>мають, мають шлики, як вітрила,&lt;br /&gt;</w:t>
        <w:br/>
        <w:t>на вороних гривах;&lt;br /&gt;</w:t>
        <w:br/>
        <w:t>Іржать коні й простягають морди&lt;br /&gt;</w:t>
        <w:br/>
        <w:t>у Сеймові води;&lt;br /&gt;</w:t>
        <w:br/>
        <w:t>і Батурин теє зачуває,&lt;br /&gt;</w:t>
        <w:br/>
        <w:t>брами відчиняє;&lt;br /&gt;</w:t>
        <w:br/>
        <w:t>і Мазепа булаву з гербами&lt;br /&gt;</w:t>
        <w:br/>
        <w:t>підніма над брами:</w:t>
      </w:r>
    </w:p>
    <w:p>
      <w:r>
        <w:br/>
        <w:t>"Ушанував ти мою столицю,&lt;br /&gt;</w:t>
        <w:br/>
        <w:t>заходь у світлицю —</w:t>
      </w:r>
    </w:p>
    <w:p>
      <w:r>
        <w:br/>
        <w:t>І килими тобі простелились,&lt;br /&gt;</w:t>
        <w:br/>
        <w:t>столи застелились!"</w:t>
      </w:r>
    </w:p>
    <w:p>
      <w:r>
        <w:br/>
        <w:t>Ой, сів Палій з Мазепою поруч&lt;br /&gt;</w:t>
        <w:br/>
        <w:t>у не добру пору;</w:t>
      </w:r>
    </w:p>
    <w:p>
      <w:r>
        <w:br/>
        <w:t>Гей, ще й келих з винами, медами&lt;br /&gt;</w:t>
        <w:br/>
        <w:t>не торкнув губами,</w:t>
      </w:r>
    </w:p>
    <w:p>
      <w:r>
        <w:br/>
        <w:t>як Мазепа вже почав гукати:&lt;br /&gt;</w:t>
        <w:br/>
        <w:t>"Бийте із гармати!"</w:t>
      </w:r>
    </w:p>
    <w:p>
      <w:r>
        <w:br/>
        <w:t>Ой, випив же Палій аж до денця&lt;br /&gt;</w:t>
        <w:br/>
        <w:t>від щирого серця,</w:t>
      </w:r>
    </w:p>
    <w:p>
      <w:r>
        <w:br/>
        <w:t>а Мазепа в долоні лунає,&lt;br /&gt;</w:t>
        <w:br/>
        <w:t>сердюкам звеляє:</w:t>
      </w:r>
    </w:p>
    <w:p>
      <w:r>
        <w:br/>
        <w:t>"Шиком, хлопці!" — і в чорнії лави&lt;br /&gt;</w:t>
        <w:br/>
        <w:t>козаки ставали:</w:t>
      </w:r>
    </w:p>
    <w:p>
      <w:r>
        <w:br/>
        <w:t>"Тоді ж тобі, преславний Семене,&lt;br /&gt;</w:t>
        <w:br/>
        <w:t>в столиці у мене</w:t>
      </w:r>
    </w:p>
    <w:p>
      <w:r>
        <w:br/>
        <w:t>Україна й компанійське військо&lt;br /&gt;</w:t>
        <w:br/>
        <w:t>поклоняться низько,</w:t>
      </w:r>
    </w:p>
    <w:p>
      <w:r>
        <w:br/>
        <w:t>як у Сеймик батуринські брами&lt;br /&gt;</w:t>
        <w:br/>
        <w:t>вмочаться верхами,&lt;br /&gt;</w:t>
        <w:br/>
        <w:t>а зараз же тобі тільки й шани —&lt;br /&gt;</w:t>
        <w:br/>
        <w:t>жити з москалями! .. "&lt;br /&gt;</w:t>
        <w:br/>
        <w:t>— "Гей, Мазепо, славний наш Гетьмане,&lt;br /&gt;</w:t>
        <w:br/>
        <w:t>не дай моря полю,&lt;br /&gt;</w:t>
        <w:br/>
        <w:t>а як в тебе ще совісти стане,&lt;br /&gt;</w:t>
        <w:br/>
        <w:t>вволи мою волю:&lt;br /&gt;</w:t>
        <w:br/>
        <w:t>Нехай кінь мій вірний підо мною&lt;br /&gt;</w:t>
        <w:br/>
        <w:t>й тоді буде грати,&lt;br /&gt;</w:t>
        <w:br/>
        <w:t>як но стане з кордону ногою&lt;br /&gt;</w:t>
        <w:br/>
        <w:t>на той шлях проклятий!"&lt;br /&gt;</w:t>
        <w:br/>
        <w:t>І Мазепа махнув булавою&lt;br /&gt;</w:t>
        <w:br/>
        <w:t>на вікно зелене,&lt;br /&gt;</w:t>
        <w:br/>
        <w:t>і сердюки грізною чотою&lt;br /&gt;</w:t>
        <w:br/>
        <w:t>вивели Семена . . .&lt;br /&gt;</w:t>
        <w:br/>
        <w:t>— ,,Вези ж, коню, мене, нещасливий,&lt;br /&gt;</w:t>
        <w:br/>
        <w:t>у Москву собою,&lt;br /&gt;</w:t>
        <w:br/>
        <w:t>не гукну я із твоєї гриви&lt;br /&gt;</w:t>
        <w:br/>
        <w:t>поклику до бою . . .&lt;br /&gt;</w:t>
        <w:br/>
        <w:t>Й не уловиш зірку світовую&lt;br /&gt;</w:t>
        <w:br/>
        <w:t>копитом пекучим,&lt;br /&gt;</w:t>
        <w:br/>
        <w:t>й не засліпиш ляцькую, німую&lt;br /&gt;</w:t>
        <w:br/>
        <w:t>кінноту, летючи . . .&lt;br /&gt;</w:t>
        <w:br/>
        <w:t>Бо матиму на двобій лиш мрії&lt;br /&gt;</w:t>
        <w:br/>
        <w:t>з лицарів поляків,&lt;br /&gt;</w:t>
        <w:br/>
        <w:t>й не потопчеш, коню, у крові їм&lt;br /&gt;</w:t>
        <w:br/>
        <w:t>золоті ознаки! .&lt;br /&gt;</w:t>
        <w:br/>
        <w:t>І кінь все, все зрозумів у мові&lt;br /&gt;</w:t>
        <w:br/>
        <w:t>тай почав іржати:&lt;br /&gt;</w:t>
        <w:br/>
        <w:t>бахнули всі попруги шовкові&lt;br /&gt;</w:t>
        <w:br/>
        <w:t>під сідлом багатим,&lt;br /&gt;</w:t>
        <w:br/>
        <w:t>і впав румак не на паші в сіні,&lt;br /&gt;</w:t>
        <w:br/>
        <w:t>а серед дороги,&lt;br /&gt;</w:t>
        <w:br/>
        <w:t>й дарма кров'ю закипіли в піні&lt;br /&gt;</w:t>
        <w:br/>
        <w:t>лицарські остроги ...&lt;br /&gt;</w:t>
        <w:br/>
        <w:t>— "І ти зрадив, коню мій могутній,&lt;br /&gt;</w:t>
        <w:br/>
        <w:t>Палія Семена?..&lt;br /&gt;</w:t>
        <w:br/>
        <w:t>Прийми ж, Сейме, Сейме каламутний,&lt;br /&gt;</w:t>
        <w:br/>
        <w:t>бо це кров нужденна!"&lt;br /&gt;</w:t>
        <w:br/>
        <w:t>І шаблею перерізав горло&lt;br /&gt;</w:t>
        <w:br/>
        <w:t>коневі в дорозі,&lt;br /&gt;</w:t>
        <w:br/>
        <w:t>а сам крикнув до сердюків гордо:&lt;br /&gt;</w:t>
        <w:br/>
        <w:t>— "Поїду й на возі!"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Семен Палій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