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 співці</w:t>
      </w:r>
    </w:p>
    <w:p>
      <w:r>
        <w:br/>
        <w:t xml:space="preserve"> Ой із моря із глибокого&lt;br /&gt;</w:t>
        <w:br/>
        <w:t>Крута скеля піднімається;&lt;br /&gt;</w:t>
        <w:br/>
        <w:t>Проміж хвилями одним одна&lt;br /&gt;</w:t>
        <w:br/>
        <w:t>Та й у бурю не хитається.</w:t>
      </w:r>
    </w:p>
    <w:p>
      <w:r>
        <w:br/>
        <w:t>Поверх каменя сіденького&lt;br /&gt;</w:t>
        <w:br/>
        <w:t>Молоденький в'яз видніється;&lt;br /&gt;</w:t>
        <w:br/>
        <w:t>Він росте-цвіте одним один,&lt;br /&gt;</w:t>
        <w:br/>
        <w:t>Самотній він зеленіється.</w:t>
      </w:r>
    </w:p>
    <w:p>
      <w:r>
        <w:br/>
        <w:t>І рибалочка самісінька&lt;br /&gt;</w:t>
        <w:br/>
        <w:t>І снується, і виспівує;&lt;br /&gt;</w:t>
        <w:br/>
        <w:t>На зелений в'яз прилітує,&lt;br /&gt;</w:t>
        <w:br/>
        <w:t>Діточки свої провідує.</w:t>
      </w:r>
    </w:p>
    <w:p>
      <w:r>
        <w:br/>
        <w:t>Любо самотнім жить на світі,&lt;br /&gt;</w:t>
        <w:br/>
        <w:t>Скеле, в'язе і рибалочко...&lt;br /&gt;</w:t>
        <w:br/>
        <w:t>Любо, любо... коли се гень-гень&lt;br /&gt;</w:t>
        <w:br/>
        <w:t>Налітає чорна хмарочка.</w:t>
      </w:r>
    </w:p>
    <w:p>
      <w:r>
        <w:br/>
        <w:t>Буря-хвиля розходилася&lt;br /&gt;</w:t>
        <w:br/>
        <w:t>І на камінь напустилася;&lt;br /&gt;</w:t>
        <w:br/>
        <w:t>Розхитався, розшатався він,&lt;br /&gt;</w:t>
        <w:br/>
        <w:t>З ним зелений в'яз пішов на дно...</w:t>
      </w:r>
    </w:p>
    <w:p>
      <w:r>
        <w:br/>
        <w:t>І рибалочка снувалася,&lt;br /&gt;</w:t>
        <w:br/>
        <w:t>Поки дуже притомилася&lt;br /&gt;</w:t>
        <w:br/>
        <w:t>І в водицю опустилася,&lt;br /&gt;</w:t>
        <w:br/>
        <w:t>Відтіля вже не верталася...</w:t>
      </w:r>
    </w:p>
    <w:p>
      <w:r>
        <w:br/>
        <w:t>Хай же я вам нагадаю,&lt;br /&gt;</w:t>
        <w:br/>
        <w:t>Гей, ви, самотні співці,&lt;br /&gt;</w:t>
        <w:br/>
        <w:t>Що нікчемнії для краю&lt;br /&gt;</w:t>
        <w:br/>
        <w:t>Всі самотнії співці!</w:t>
      </w:r>
    </w:p>
    <w:p>
      <w:r>
        <w:br/>
        <w:t>Той пустився в синє море,&lt;br /&gt;</w:t>
        <w:br/>
        <w:t>Той на темний чужий край;&lt;br /&gt;</w:t>
        <w:br/>
        <w:t>Мов не вчули (щоб їм горе!),&lt;br /&gt;</w:t>
        <w:br/>
        <w:t>Що мовляв розумний цар.</w:t>
      </w:r>
    </w:p>
    <w:p>
      <w:r>
        <w:br/>
        <w:t>Є в нас віра, цар і мова&lt;br /&gt;</w:t>
        <w:br/>
        <w:t>І чимало нас, словен,&lt;br /&gt;</w:t>
        <w:br/>
        <w:t>Все своє в нас... ну, чого вам&lt;br /&gt;</w:t>
        <w:br/>
        <w:t>Ще шукати в бусурмен?</w:t>
      </w:r>
    </w:p>
    <w:p>
      <w:r>
        <w:br/>
        <w:t>Гей ви, злітайтеся, хлопці-співці:&lt;br /&gt;</w:t>
        <w:br/>
        <w:t>Голосніше заспіває стая!&lt;br /&gt;</w:t>
        <w:br/>
        <w:t>Край не малий в нас, великий в нас цар!&lt;br /&gt;</w:t>
        <w:br/>
        <w:t>Щоб була ж і пісня голосная!</w:t>
      </w:r>
    </w:p>
    <w:p>
      <w:r>
        <w:br/>
        <w:t>Станемо корнем на рідній землі,&lt;br /&gt;</w:t>
        <w:br/>
        <w:t>Міцно, лісом, нас не скине око!&lt;br /&gt;</w:t>
        <w:br/>
        <w:t>Тільки брехню чужина прокричить,&lt;br /&gt;</w:t>
        <w:br/>
        <w:t>Гряне пісня із Русі широко!</w:t>
      </w:r>
    </w:p>
    <w:p>
      <w:r>
        <w:br/>
        <w:t>Скелями-валом врости б нам, співці!&lt;br /&gt;</w:t>
        <w:br/>
        <w:t>Були б ми царству вал замість плотини:&lt;br /&gt;</w:t>
        <w:br/>
        <w:t>Нечисть, як вродиться в нашій землі,&lt;br /&gt;</w:t>
        <w:br/>
        <w:t>Не пустив би в край наш із чужини.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 співці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