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Самогубець</w:t>
      </w:r>
    </w:p>
    <w:p>
      <w:r>
        <w:br/>
        <w:t xml:space="preserve"> &lt;p&gt;Переклад: Юрій Керекеш</w:t>
      </w:r>
    </w:p>
    <w:p>
      <w:r>
        <w:br/>
        <w:t>Ішов урок арифметики. На чорній таблиці розв'язувалися складні приклади. Здавалося навіть, що оті ланцюгові дроби вибрязкують кільцями. Бені Пап стояв біля таблиці з крейдою в руці й мудрував над цифрами. Він аж упрів, поки вибрався з лабіринта чисел.</w:t>
      </w:r>
    </w:p>
    <w:p>
      <w:r>
        <w:br/>
        <w:t>А за партами, посхилявшись над зошитами, сиділи учні, і кожному одне лиш було в голові: аби не потрапити на очі панові вчителеві, коли Вені Папу знадобиться підмога. Навіть кращі учні з тривогою поглядали на таблицю й потерпали, щоб їх не спитали. А слабші хапливо переписували кожне число, яке Вені Пап вимовляв уголос і записував на таблиці. Шварц з поквапу розілляв чорнило і. тепер намагався непомітно витерти його з парти...</w:t>
      </w:r>
    </w:p>
    <w:p>
      <w:r>
        <w:br/>
        <w:t>Одним словом, у класі панувала тривожна, гнітюча тиша. Це був такий урок, що його згадаєш і в старості: "Ох і гаряче ж було мені тоді!"</w:t>
      </w:r>
    </w:p>
    <w:p>
      <w:r>
        <w:br/>
        <w:t>Тільки один хлопець — Палі Петрі — сидів спокійно. Він добре зрозумів і правило, і приклад, тому граючись виводив у зошиті цифри, гарно, охайно, без помилок. Свідомий своєї сили, Палі тихо посміхався і раз по раз скидав очима на товаришів, що тремтіли зі страху. Учора пан учитель вперше пояснював ланцюгові дроби, і сьогодні ще більша частина класу не вміла розв'язати загаданий приклад. Уранці багато учнів поприбігали до школи й стурбовано заговорили про те, що з важким завданням годі було впоратися.</w:t>
      </w:r>
    </w:p>
    <w:p>
      <w:r>
        <w:br/>
        <w:t>Палі Петрі задовго до уроків подужав приклад на листку паперу і передав його хлопцям. Троє чи четверо учнів заходилися гуртом списувати з листка у зошити. А за чверть години Палі ще раз розв'язав і пояснив приклад на таблиці, так що навіть найтупіші учні могли вже переписати завдання в зошити.</w:t>
      </w:r>
    </w:p>
    <w:p>
      <w:r>
        <w:br/>
        <w:t>Тепер Палі Петрі зневажливо поглядав то на таблицю, то на клас. І приклад, і страх учнів здавалися йому забавкою.</w:t>
      </w:r>
    </w:p>
    <w:p>
      <w:r>
        <w:br/>
        <w:t>Одна лиха доля подивилася на хлопців спокій заздрими очима й несподівано всипала йому перцю.</w:t>
      </w:r>
    </w:p>
    <w:p>
      <w:r>
        <w:br/>
        <w:t>Коли врешті приклад розв'язали, пан учитель озвався гучним голосом:</w:t>
      </w:r>
    </w:p>
    <w:p>
      <w:r>
        <w:br/>
        <w:t>— А зараз нехай кожний викладе на парту свій зошит: подивлюся в усіх сьогоднішнє домашнє завдання.</w:t>
      </w:r>
    </w:p>
    <w:p>
      <w:r>
        <w:br/>
        <w:t>Клас полегшено зітхнув. Вихорцем знявся веселий шепіт. Захрускотів, зашурхотів папір, завовтузилися учні. Ще б пак, адже із зошитом у кожного все гаразд.</w:t>
      </w:r>
    </w:p>
    <w:p>
      <w:r>
        <w:br/>
        <w:t>Тільки в одного хлопця на душі похололо — у Палі Петрі.</w:t>
      </w:r>
    </w:p>
    <w:p>
      <w:r>
        <w:br/>
        <w:t>Правду сказати, він зробив той приклад, і не раз, а кілька разів. Однак Палі був трохи недбалий і не переписав його начисто до зошита. І тепер він з розпачем думав, якого сорому він набереться, коли всі; крім нього, покажуть домашнє завдання.</w:t>
      </w:r>
    </w:p>
    <w:p>
      <w:r>
        <w:br/>
        <w:t>Пан учитель обходив клас і оглядав усі зошити. Його похмуре обличчя полагіднішало, коли побачив, що сварити нікого не доведеться.</w:t>
      </w:r>
    </w:p>
    <w:p>
      <w:r>
        <w:br/>
        <w:t>— Так, так. Добре, добре,— тільки й примовляв він.</w:t>
      </w:r>
    </w:p>
    <w:p>
      <w:r>
        <w:br/>
        <w:t>Нарешті наблизився до Палі Петрі. Той мовчки підвівся.</w:t>
      </w:r>
    </w:p>
    <w:p>
      <w:r>
        <w:br/>
        <w:t>— А де ж твій зошит?</w:t>
      </w:r>
    </w:p>
    <w:p>
      <w:r>
        <w:br/>
        <w:t>Палі страшенно розгубився й відказав:</w:t>
      </w:r>
    </w:p>
    <w:p>
      <w:r>
        <w:br/>
        <w:t>— Мій зошит залишився дома.</w:t>
      </w:r>
    </w:p>
    <w:p>
      <w:r>
        <w:br/>
        <w:t>Учитель подивився на хлопця; той дуже хвилювався, і це викликало підозру.</w:t>
      </w:r>
    </w:p>
    <w:p>
      <w:r>
        <w:br/>
        <w:t>— Ти виконав завдання? — спитав пан учитель.</w:t>
      </w:r>
    </w:p>
    <w:p>
      <w:r>
        <w:br/>
        <w:t>— Виконав, — поквапливо відповів Палі й почервонів по саме волосся.</w:t>
      </w:r>
    </w:p>
    <w:p>
      <w:r>
        <w:br/>
        <w:t>Поміркувавши трохи, вчитель сказав:</w:t>
      </w:r>
    </w:p>
    <w:p>
      <w:r>
        <w:br/>
        <w:t>— Ану, принеси зошит.</w:t>
      </w:r>
    </w:p>
    <w:p>
      <w:r>
        <w:br/>
        <w:t>Палі схопив свого капелюха й побіг.</w:t>
      </w:r>
    </w:p>
    <w:p>
      <w:r>
        <w:br/>
        <w:t>А пан учитель далі опитував учнів.</w:t>
      </w:r>
    </w:p>
    <w:p>
      <w:r>
        <w:br/>
        <w:t>Збентежений Палі, прибігши додому, знайшов зошит і записав приклади. Одна хвилина — і все готове.</w:t>
      </w:r>
    </w:p>
    <w:p>
      <w:r>
        <w:br/>
        <w:t>Палі подався назад. Іти недалеко, бо жив він поряд з колегіумом.</w:t>
      </w:r>
    </w:p>
    <w:p>
      <w:r>
        <w:br/>
        <w:t>Та страшенно довга здавалася йому путь.</w:t>
      </w:r>
    </w:p>
    <w:p>
      <w:r>
        <w:br/>
        <w:t>Хлопець зупинявся на кожному кроці, і жахливі думки дедалі тісніше обсідали його. Ох і важкий же той зошит!</w:t>
      </w:r>
    </w:p>
    <w:p>
      <w:r>
        <w:br/>
        <w:t>— Це ж брехня. Чистісінька брехня. По-перше: зошит не залишився дома, а був у школі. По-друге: я записав завдання у новий зошит. По-третє: коли я не зізнаюся в брехні, то це буде моя найбільша провина!</w:t>
      </w:r>
    </w:p>
    <w:p>
      <w:r>
        <w:br/>
        <w:t>А коли спіймають?! Коли все уже знають! Адже справжній його зошит лежить у парті!</w:t>
      </w:r>
    </w:p>
    <w:p>
      <w:r>
        <w:br/>
        <w:t>Серце защеміло, ніби його здавили у жмені. Палі зупинився й ридма заридав.</w:t>
      </w:r>
    </w:p>
    <w:p>
      <w:r>
        <w:br/>
        <w:t>Ні, більше він не піде до школи: незмога показатися вчителеві на очі. Адже допустився великого злочину. За це, гляди, і з школи виключать. Як же приїде він додому й гляне в материні добрі очі?</w:t>
      </w:r>
    </w:p>
    <w:p>
      <w:r>
        <w:br/>
        <w:t>Палі повернувся й прожогом кинувся вздовж вулиці. Коли минав будинок, де жив, господиня саме висунулася з вікна — витріпувала ганчірку.</w:t>
      </w:r>
    </w:p>
    <w:p>
      <w:r>
        <w:br/>
        <w:t>— Куди, куди, Палі?</w:t>
      </w:r>
    </w:p>
    <w:p>
      <w:r>
        <w:br/>
        <w:t>— Прощавайте, тітко! — гукнув він і плачучи побіг далі. На розі завернув на Залізничну вулицю.</w:t>
      </w:r>
    </w:p>
    <w:p>
      <w:r>
        <w:br/>
        <w:t>Спочатку хлопець хотів був пуститися в мандри. А зараз уже забігла йому в голову інша думка.</w:t>
      </w:r>
    </w:p>
    <w:p>
      <w:r>
        <w:br/>
        <w:t>— Заподію собі смерть! Кинуся під потяг! — шепотів він.</w:t>
      </w:r>
    </w:p>
    <w:p>
      <w:r>
        <w:br/>
        <w:t>Бічною вулицею Палі подався в напрямку залізничного насипу. Коли добрався туди, від довгого бігу та хвилювання йому тремтіли ноги.</w:t>
      </w:r>
    </w:p>
    <w:p>
      <w:r>
        <w:br/>
        <w:t>Хлопець видерся насипом угору. Рейки, наче гадюки, бігли перед ним і там, далеко, зливалися одна з одною. Непевними кроками ступав по колії. Геть у поле, подалі від містка! Нехай люди не бачать, а то ще не дадуть йому вмерти.</w:t>
      </w:r>
    </w:p>
    <w:p>
      <w:r>
        <w:br/>
        <w:t>Під ногами хрустіла рінь. Очі в хлопця зайшли сльозами: як би зраділа мала сестричка, коли б знайшов для неї кремінець — вона б ним гралася. Нахилився, аби підняти кругленький камінчик, білий і прозорий. Та не підняв: подумав, що йому ж уже кінець. Вже ніколи не побачить маленьку сестричку.</w:t>
      </w:r>
    </w:p>
    <w:p>
      <w:r>
        <w:br/>
        <w:t>Ця думка завдала великого жалю; затулившися руками, хлопчик знов гірко заплакав.</w:t>
      </w:r>
    </w:p>
    <w:p>
      <w:r>
        <w:br/>
        <w:t>Палі спіткнувся й мало не впав. Це знов перебило думки. Плакав далі, однак сягнистим кроком, майже стрибаючи, переступав з однієї шпали на іншу.</w:t>
      </w:r>
    </w:p>
    <w:p>
      <w:r>
        <w:br/>
        <w:t>Хлопець захопився цим і потроху заспокоївся. Правда, з своїм життям, із своєю долею він покінчив. Гадав собі, що з цим у нього все гаразд. Часто поглядав перед себе в долину — чекав, коли покажеться страховище і розчавить його.</w:t>
      </w:r>
    </w:p>
    <w:p>
      <w:r>
        <w:br/>
        <w:t>А потяга чогось не було, і хлопець вже відійшов далеченько од містка.</w:t>
      </w:r>
    </w:p>
    <w:p>
      <w:r>
        <w:br/>
        <w:t>Раптом Палі почув позад себе стукіт, грюкіт. Повернувся й побачив: потяг наближається ззаду, від станції.</w:t>
      </w:r>
    </w:p>
    <w:p>
      <w:r>
        <w:br/>
        <w:t>Невже ж смерть уже тут? Його пойняв холодний дрож, заклякло серце. І він мимохіть стрибнув з колії, скотився з насипу і впав у рів.</w:t>
      </w:r>
    </w:p>
    <w:p>
      <w:r>
        <w:br/>
        <w:t>Палі приник до землі, поки залізне чудовисько промчало повз нього.</w:t>
      </w:r>
    </w:p>
    <w:p>
      <w:r>
        <w:br/>
        <w:t>— Підожду ще одного,— простогнав він.</w:t>
      </w:r>
    </w:p>
    <w:p>
      <w:r>
        <w:br/>
        <w:t>Ой, не легко вмерти! Мабуть, куди важче, ніж зазнати кари.</w:t>
      </w:r>
    </w:p>
    <w:p>
      <w:r>
        <w:br/>
        <w:t>Подумав про те, що могло статися, відколи він утік. Уже проминули уроки арифметики та латини. Дзвонять на обід. Хлопці повертаються зі школи. Кожен простує додому весело, підбігцем, а тільки його нема. І мов увіч, Палі почув, як бідкається його господиня, як бурчить господар і дивуються діти.</w:t>
      </w:r>
    </w:p>
    <w:p>
      <w:r>
        <w:br/>
        <w:t>А він додому таки не вернеться. Що б сказав, аби спитали, де був?</w:t>
      </w:r>
    </w:p>
    <w:p>
      <w:r>
        <w:br/>
        <w:t>Звівся на ноги і сам-самісінький тихо поплентався далі уздовж колії до лісу.</w:t>
      </w:r>
    </w:p>
    <w:p>
      <w:r>
        <w:br/>
        <w:t>Очі в нього висохли, губи потріскалися, і так захотілося їсти, що аж за живіт потягло.</w:t>
      </w:r>
    </w:p>
    <w:p>
      <w:r>
        <w:br/>
        <w:t>Уперед, тільки вперед!</w:t>
      </w:r>
    </w:p>
    <w:p>
      <w:r>
        <w:br/>
        <w:t>Коли дотягся до лісу, то далеко, край поля, побачив міські вежі. Знов перелякався і вигукнув зненацька:</w:t>
      </w:r>
    </w:p>
    <w:p>
      <w:r>
        <w:br/>
        <w:t>— Господи, таж я запізнився вже і на післяобідні уроки!</w:t>
      </w:r>
    </w:p>
    <w:p>
      <w:r>
        <w:br/>
        <w:t>Палі щодуху помчав назад, але закололо в боці — і він зупинився. Не міг далі бігти.</w:t>
      </w:r>
    </w:p>
    <w:p>
      <w:r>
        <w:br/>
        <w:t>— Ой! — зойкнув відчайдушно. — Таки заподію собі смерть!</w:t>
      </w:r>
    </w:p>
    <w:p>
      <w:r>
        <w:br/>
        <w:t>І Палі знов повернувся до насипу, з якого допіру біг. Але в ту ж мить повз нього простукотів швидкий потяг.</w:t>
      </w:r>
    </w:p>
    <w:p>
      <w:r>
        <w:br/>
        <w:t>— Я знову спізнився, — зітхнув. — Тепер уже тільки увечері буде потяг!</w:t>
      </w:r>
    </w:p>
    <w:p>
      <w:r>
        <w:br/>
        <w:t>Палі насилу волік притомлені ноги. На узліссі, недалеко від насипу, приліг у затінку дерева й поринув у мрії. Добре було б, коли б нагодився вовк і з'їв його. Або нехай би навідалася до нього рідна мати. Він би їй все розказав. Вона б йому простила.</w:t>
      </w:r>
    </w:p>
    <w:p>
      <w:r>
        <w:br/>
        <w:t>Ця втішна думка заколисала його, і він заснув солодким сном.</w:t>
      </w:r>
    </w:p>
    <w:p>
      <w:r>
        <w:br/>
        <w:t>А в той час у школі зняли тривогу. Ніхто не знав, де Палі, але всі думали про те, що він наклав на себе руки.</w:t>
      </w:r>
    </w:p>
    <w:p>
      <w:r>
        <w:br/>
        <w:t>Пригнічені хлопці з тривогою обговорювали подію. Нарешті домовилися вибрати з-поміж себе посланців, які підуть до пана вчителя й скажуть, що Палі Петрі розв'язав для всіх приклад, а собі забув переписати в зошит. А тепер бідний Палі сховався, і не знати, чи й живе.</w:t>
      </w:r>
    </w:p>
    <w:p>
      <w:r>
        <w:br/>
        <w:t>Пан учитель сам дуже стурбувався. Після уроків затримав увесь клас і подався з ним на розшуки.</w:t>
      </w:r>
    </w:p>
    <w:p>
      <w:r>
        <w:br/>
        <w:t>Сліди показували, куди школяра лихо помчало. Дійшли чутки про хлопчину, що простував до залізничного насипу і потім пішов колією.</w:t>
      </w:r>
    </w:p>
    <w:p>
      <w:r>
        <w:br/>
        <w:t>Це була справжня військова розвідка. Пішли й учні інших класів. Як собаки-шукачі, принюхуючись та оглядаючись, нишпорили вони по полю.</w:t>
      </w:r>
    </w:p>
    <w:p>
      <w:r>
        <w:br/>
        <w:t>І що ж? Під деревом знайшли Палі Петрі! Він солодко спав.</w:t>
      </w:r>
    </w:p>
    <w:p>
      <w:r>
        <w:br/>
        <w:t>Радіючи, повели розбурканого хлопця до пана вчителя. Той глянув на Палі й мовив похмуро:</w:t>
      </w:r>
    </w:p>
    <w:p>
      <w:r>
        <w:br/>
        <w:t>— Бачиш, синку! Легко завинити, та нелегко спокутувати. І якщо колись ти ще раз забредеш на залізничний насип, не знаю, чи прийде цілий колегіум розшукувати тебе.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Самогубець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