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Самі собі шкідники</w:t>
      </w:r>
    </w:p>
    <w:p>
      <w:r>
        <w:br/>
        <w:t xml:space="preserve"> &lt;p&gt;Колись, давненько вже, поїхав я навеснi до одного мого доброго приятеля, директора радгоспу на чудеснiй нашiй Полтавщинi.</w:t>
      </w:r>
    </w:p>
    <w:p>
      <w:r>
        <w:br/>
        <w:t>Просто так поїхав: на лани подивитися, на луки, на зеленi веснянi пшеницi...</w:t>
      </w:r>
    </w:p>
    <w:p>
      <w:r>
        <w:br/>
        <w:t>Та й ходили ото ми з приятелем межами та обнiжками, рвали сокирки, волошки, чудесну ромашку.</w:t>
      </w:r>
    </w:p>
    <w:p>
      <w:r>
        <w:br/>
        <w:t>Директор прикидав, який у нього маі бути цього року врожай, ремствував, що в пшеницi березки чимало, синi волошки й нiжнi сокирки та дзвоники виривав люто i кидав на межу:</w:t>
      </w:r>
    </w:p>
    <w:p>
      <w:r>
        <w:br/>
        <w:t>— Бур'ян! Шкiдники!</w:t>
      </w:r>
    </w:p>
    <w:p>
      <w:r>
        <w:br/>
        <w:t>— Красивi ж, — я кажу, — квiти!</w:t>
      </w:r>
    </w:p>
    <w:p>
      <w:r>
        <w:br/>
        <w:t>— Красивi, та вреднi. Краще б я цiї краси не бачив. Бiльше б центнерiв у мене в засiках зерна було.</w:t>
      </w:r>
    </w:p>
    <w:p>
      <w:r>
        <w:br/>
        <w:t>— Та то так! — кажу.</w:t>
      </w:r>
    </w:p>
    <w:p>
      <w:r>
        <w:br/>
        <w:t>— Я б краще, — каже директор, — гектарiв би два-три видiлив, щоб насадовити там i волошок, i сокирок, i ромашки, i березки, i дзвоникiв... Для таких, як ти. Iдiть i любуйтеся, рвiть, робiть букети та вiнки. А щоб вони менi не стирчали, отут серед жита та пшеницi... На тих двох гектарах хай би собi поети декламували:</w:t>
      </w:r>
    </w:p>
    <w:p>
      <w:r>
        <w:br/>
        <w:t>Колокольчики мои,</w:t>
      </w:r>
    </w:p>
    <w:p>
      <w:r>
        <w:br/>
        <w:t>Цветики степные...</w:t>
      </w:r>
    </w:p>
    <w:p>
      <w:r>
        <w:br/>
        <w:t>— Ох, як би було добре, щоб уже не бачити на пшеничних та на житнiх ланах отих "степных цветиков", — додав директор.</w:t>
      </w:r>
    </w:p>
    <w:p>
      <w:r>
        <w:br/>
        <w:t>В цей час директор якось так раптово задер догори голову, скинув кашкета, махаі ним i кричить:</w:t>
      </w:r>
    </w:p>
    <w:p>
      <w:r>
        <w:br/>
        <w:t>— Привiт! Привiт! Пожалуйте, пожалуйте!.. Куди це ви лiтали, друзi мої найщирiшiї? Я подивився вгору. Над нами летiла величезна зграя чибiсiв.</w:t>
      </w:r>
    </w:p>
    <w:p>
      <w:r>
        <w:br/>
        <w:t>— От якби рушниця, — кажу я, — можна було б кiлька штук з одного пострiлу збити! Скiльки ж їх!</w:t>
      </w:r>
    </w:p>
    <w:p>
      <w:r>
        <w:br/>
        <w:t>— Я б тебе, — каже директор, — стрельнув. Я б тебе так стрельнув, що навряд чи ти б пiсля того вже стрiляв...</w:t>
      </w:r>
    </w:p>
    <w:p>
      <w:r>
        <w:br/>
        <w:t>I серйозно каже.</w:t>
      </w:r>
    </w:p>
    <w:p>
      <w:r>
        <w:br/>
        <w:t>— А що таке? — питаю.</w:t>
      </w:r>
    </w:p>
    <w:p>
      <w:r>
        <w:br/>
        <w:t>— Та ти знаіш, що для мене оцi птахи значать? Та я б кожному з них по карбованцю б у день платив, якби вони вмiли брати.</w:t>
      </w:r>
    </w:p>
    <w:p>
      <w:r>
        <w:br/>
        <w:t>— За вiщо?</w:t>
      </w:r>
    </w:p>
    <w:p>
      <w:r>
        <w:br/>
        <w:t>— Та ти ж нiчого не знаіш! Дивись: сiдають, сiдають, сiдають. Ах, ви ж мої хорошi, — дивлячись, як сiдають на полi чибiси, ласкаво говорить мiй директор. — То ж у мене бурякова плантацiя. Буряки зiйшли добре, дружно. I на тобi: озима совка, пiд'їдень. Та як чесонула! Пропали, думаю, буряки. Я й рiвчаки покопав, i людей змобiлiзував... А черви тої, ну, як черви! Коли де не вiзьмись — чибiси! Оця зграя! Сiли на мої буряки та як чусонули совку! Аж дим iде. Та так полюбили мої буряки, — щодня на них пасуться. Полетять кудись, чи на рiчку, чи на озера, води нап'ються й знову на буряки. Бурячки в мене тепер ростуть, а я собi посвистую... Нарада була оце в райземвiддiлi про боротьбу з озимою совкою. Питають в мене:</w:t>
      </w:r>
    </w:p>
    <w:p>
      <w:r>
        <w:br/>
        <w:t>— А як у вас, Федоре Михайловичу, справи з совкою?</w:t>
      </w:r>
    </w:p>
    <w:p>
      <w:r>
        <w:br/>
        <w:t>— У мене, — кажу, — благополучно. Спочатку було чималенько її з'явилося, ну я вжив заходiв, — знищив.</w:t>
      </w:r>
    </w:p>
    <w:p>
      <w:r>
        <w:br/>
        <w:t>— Як?</w:t>
      </w:r>
    </w:p>
    <w:p>
      <w:r>
        <w:br/>
        <w:t>— Як? Так, як i всi. Канави, людей змобiлiзував... Взагалi — вжив рiшучих заходiв. А про чибiсiв мовчу. Голова зборiв на директора та на агрономiв:</w:t>
      </w:r>
    </w:p>
    <w:p>
      <w:r>
        <w:br/>
        <w:t>— От бачите, — каже, — як у Федора Михайловича. Вжила людина заходiв, не прогавила, от i наслiдки: совки нема! А ви... — i т. д. i т. iн.</w:t>
      </w:r>
    </w:p>
    <w:p>
      <w:r>
        <w:br/>
        <w:t>— Взагалi — я героім вернувся з наради! Так тепер я заборонив i ходити, й їздити повз буряки, щоб не наполохати моїх найкращих друзiв-чибiсiв! I чим я оддячу? Пiвлiтри ж їм не поставиш! А їй-богу, я б їм банкета влаштував! А ти — стрiлять. Я б себе стрельнув!</w:t>
      </w:r>
    </w:p>
    <w:p>
      <w:r>
        <w:br/>
        <w:t>* * *</w:t>
      </w:r>
    </w:p>
    <w:p>
      <w:r>
        <w:br/>
        <w:t>Птахи — друзi нашi.</w:t>
      </w:r>
    </w:p>
    <w:p>
      <w:r>
        <w:br/>
        <w:t>Це всiм вiдомо, i доводити цього не треба. Колись у дитинствi ми видирали пташинi яйця, руйнували пташинi гнiзда.</w:t>
      </w:r>
    </w:p>
    <w:p>
      <w:r>
        <w:br/>
        <w:t>Не було це, розумiіться, масове винищення наших чудесних пташенят, бiльше зазнавали лиха вiд таких, як ми були, безштанних агресорiв, — горобцi. Ми лазили попiд стрiхами, а в клунi чи в хлiвi гасали по бантинах, засовуючи руки в солом'янi дiрки, де на м'якому пiр'ячку намацували тепленькi рябесенькi яічка.</w:t>
      </w:r>
    </w:p>
    <w:p>
      <w:r>
        <w:br/>
        <w:t>Як ми туди видиралися — i досi недопойму.</w:t>
      </w:r>
    </w:p>
    <w:p>
      <w:r>
        <w:br/>
        <w:t>Тепер би нiколи не видерся.</w:t>
      </w:r>
    </w:p>
    <w:p>
      <w:r>
        <w:br/>
        <w:t>I перелазиш з бантини на бантину, аж доки в тебе не сприснуть руки i не погирить тебе нечиста сила вниз.</w:t>
      </w:r>
    </w:p>
    <w:p>
      <w:r>
        <w:br/>
        <w:t>Гепнеш було так, що самому годi пiдвестися.</w:t>
      </w:r>
    </w:p>
    <w:p>
      <w:r>
        <w:br/>
        <w:t>Тодi бiжать мати або баба, беруть тебе на руки, несуть додому, по дорозi дотовкують, приказуючи:</w:t>
      </w:r>
    </w:p>
    <w:p>
      <w:r>
        <w:br/>
        <w:t>— Та в людей же ж i бешиха, i шкарлятин, i обклади, i кiр. Прибираі ж таки господь потроху. А мого, маковцвiтного, нiщо не бере. Сам собi голову скрутить. Лазитимеш, лазитимеш по бантинах?! Лазитимеш? А тодi скажуть, що мати не доглядiла! Гасатимеш, гасатимеш, гасатимеш?!</w:t>
      </w:r>
    </w:p>
    <w:p>
      <w:r>
        <w:br/>
        <w:t>Покладуть на лаву, а тодi до сестри:</w:t>
      </w:r>
    </w:p>
    <w:p>
      <w:r>
        <w:br/>
        <w:t>— Бiжи скорiш до баби Мелашки та скажи, що мати прохали, хай прийдуть! Йванько, скажи, заслаб. Та щоб менi одна нога тут, а друга там! Та втри носа, як у хату до баби входитимеш, та не забудь сказати: "Драстуйте!"</w:t>
      </w:r>
    </w:p>
    <w:p>
      <w:r>
        <w:br/>
        <w:t>А тодi нахиляться та:</w:t>
      </w:r>
    </w:p>
    <w:p>
      <w:r>
        <w:br/>
        <w:t>— Де тобi болить, синочку?</w:t>
      </w:r>
    </w:p>
    <w:p>
      <w:r>
        <w:br/>
        <w:t>— Отут, мамо!</w:t>
      </w:r>
    </w:p>
    <w:p>
      <w:r>
        <w:br/>
        <w:t>— Боже мiй, боже мiй! I чого б ото я лазив, i чого б ото я падав?!.</w:t>
      </w:r>
    </w:p>
    <w:p>
      <w:r>
        <w:br/>
        <w:t>— Я не буду бiльше, мамо!</w:t>
      </w:r>
    </w:p>
    <w:p>
      <w:r>
        <w:br/>
        <w:t>— Так i калiкою ж можна бути. Боже мiй, боже мiй. Дуже болить?</w:t>
      </w:r>
    </w:p>
    <w:p>
      <w:r>
        <w:br/>
        <w:t>— Дуже.</w:t>
      </w:r>
    </w:p>
    <w:p>
      <w:r>
        <w:br/>
        <w:t>— О царице моя небесна. Хоч би баба Мелашка скорше. Може, тобi молочка?</w:t>
      </w:r>
    </w:p>
    <w:p>
      <w:r>
        <w:br/>
        <w:t>Приходить баба Мелашка, шепчуть, варять якесь зiлля.</w:t>
      </w:r>
    </w:p>
    <w:p>
      <w:r>
        <w:br/>
        <w:t>— Та вмочи чистеньку ганчiрочку в оце зiллячко й прикладеш. Воно й полегшаі.</w:t>
      </w:r>
    </w:p>
    <w:p>
      <w:r>
        <w:br/>
        <w:t>Пiсля такої гороб'ячої аварiї довгенько було одвертаішся вiд бантини, i вiд горобцiв:</w:t>
      </w:r>
    </w:p>
    <w:p>
      <w:r>
        <w:br/>
        <w:t>— Подохли б вони йому! Горобцi! Терпiли вiд хлопчакiв i ластiвочки, та й садовi та лiсовi пташки: соловейки, шпаки, щиглики, чижi...</w:t>
      </w:r>
    </w:p>
    <w:p>
      <w:r>
        <w:br/>
        <w:t>— Я соловейка у верболозi назнав!</w:t>
      </w:r>
    </w:p>
    <w:p>
      <w:r>
        <w:br/>
        <w:t>Або:</w:t>
      </w:r>
    </w:p>
    <w:p>
      <w:r>
        <w:br/>
        <w:t>— А горличка, знаіш, де кубельце звила? I не пам'ятаю, щоб хтось вдома чи в школi говорив нам про те, щоб не займали ми, хлопчаки, пташиних гнiздечок.</w:t>
      </w:r>
    </w:p>
    <w:p>
      <w:r>
        <w:br/>
        <w:t>Хiба ото як принесеш у пазусi додому гороб'ятко-пiдлiтка, ще з "заїдами", та пустиш у хатi, то бабуся, було, скажуть:</w:t>
      </w:r>
    </w:p>
    <w:p>
      <w:r>
        <w:br/>
        <w:t>— I навiщо б ото я пташенятко мучив? Воно ж iще маненьке. Пусти його, не муч!</w:t>
      </w:r>
    </w:p>
    <w:p>
      <w:r>
        <w:br/>
        <w:t>* * *</w:t>
      </w:r>
    </w:p>
    <w:p>
      <w:r>
        <w:br/>
        <w:t>Ми знаімо, що дiти трiшки варвари.</w:t>
      </w:r>
    </w:p>
    <w:p>
      <w:r>
        <w:br/>
        <w:t>Наш обов'язок з дитинства прищеплювати любов до лрироди, до рослин, до тварин.</w:t>
      </w:r>
    </w:p>
    <w:p>
      <w:r>
        <w:br/>
        <w:t>I до свiйських, i до диких.</w:t>
      </w:r>
    </w:p>
    <w:p>
      <w:r>
        <w:br/>
        <w:t>Чи не вiд того нашi птахи i тварини дикi, що ми самi дикi?</w:t>
      </w:r>
    </w:p>
    <w:p>
      <w:r>
        <w:br/>
        <w:t>Пам'ятаю, був я в Асканiї-Новiй.</w:t>
      </w:r>
    </w:p>
    <w:p>
      <w:r>
        <w:br/>
        <w:t>Вiдомо, що там аклiматизуються найдикiшi тварини.</w:t>
      </w:r>
    </w:p>
    <w:p>
      <w:r>
        <w:br/>
        <w:t>Але що мене найбiльше вразило?</w:t>
      </w:r>
    </w:p>
    <w:p>
      <w:r>
        <w:br/>
        <w:t>В Асканiї тодi був великий ставок, навiть кiлька ставкiв, де багато було дикого птаства: диких качок, гусей, лебедiв i т. iн.</w:t>
      </w:r>
    </w:p>
    <w:p>
      <w:r>
        <w:br/>
        <w:t>Нiкого вони не боялись, плавали собi спокiйно, коли ви пiдходили до ставка.</w:t>
      </w:r>
    </w:p>
    <w:p>
      <w:r>
        <w:br/>
        <w:t>Недалечко вiд стежки, пiд очеретом, сидiла на яйцах дика гуска.</w:t>
      </w:r>
    </w:p>
    <w:p>
      <w:r>
        <w:br/>
        <w:t>А пiд ганком, в будинку, де нас помiстили, спокiйно висиджувала дiточок дика качка-крижень.</w:t>
      </w:r>
    </w:p>
    <w:p>
      <w:r>
        <w:br/>
        <w:t>Ми ходили по тому ганку, стугонiли, отже, ногами, а крижень спокiйно собi сидiв на гнiздi.</w:t>
      </w:r>
    </w:p>
    <w:p>
      <w:r>
        <w:br/>
        <w:t>Чому це так?</w:t>
      </w:r>
    </w:p>
    <w:p>
      <w:r>
        <w:br/>
        <w:t>Тому, що нiхто в Асканiї-Новiй не полохав птахiв, не тюкав на них i не кидав грудками.</w:t>
      </w:r>
    </w:p>
    <w:p>
      <w:r>
        <w:br/>
        <w:t>Сидить в нас усерединi якась така лиха личина, що нiяк ти не можеш спокiйно утриматися, як побачиш щось дике.</w:t>
      </w:r>
    </w:p>
    <w:p>
      <w:r>
        <w:br/>
        <w:t>От вгледить хтось, примiром, зайця. Хоч вiн малий, хоч вiн старий, чи ж вiн стримаіться, щоб зразу не:</w:t>
      </w:r>
    </w:p>
    <w:p>
      <w:r>
        <w:br/>
        <w:t>— А-ря-ря! Тю! Тю! Тю! Ф'юїть! Го! Го! Го! Заіць з переляку вже в другiй областi, а вiн бiжить за ним i арярякаі:</w:t>
      </w:r>
    </w:p>
    <w:p>
      <w:r>
        <w:br/>
        <w:t>— А-ря-ря! А-ря-ря!</w:t>
      </w:r>
    </w:p>
    <w:p>
      <w:r>
        <w:br/>
        <w:t>Я нiяк не можу забути Л. М. Толстого, як вiн змалював, пам'ятаіте, бариню.</w:t>
      </w:r>
    </w:p>
    <w:p>
      <w:r>
        <w:br/>
        <w:t>пхала бариня санками, взимку, значить. Снiгу було багато. Бариня, як бариня, в мiховiй ротондi i т. д. I вискочив заіць. Так бариня не втрималась, вискочила iз саней i помчала, арярякаючи, за тим зайцем. Упiймати хотiла. Бiжить, плутаіться в ротондi, падаі... А бiжить i арярякаі.</w:t>
      </w:r>
    </w:p>
    <w:p>
      <w:r>
        <w:br/>
        <w:t>Як це характерно! Як це типово!</w:t>
      </w:r>
    </w:p>
    <w:p>
      <w:r>
        <w:br/>
        <w:t>А дику козу, коли ми побачимо:</w:t>
      </w:r>
    </w:p>
    <w:p>
      <w:r>
        <w:br/>
        <w:t>I "тю!", i "го-го-го!", i "аря-ря-ря!"</w:t>
      </w:r>
    </w:p>
    <w:p>
      <w:r>
        <w:br/>
        <w:t>Так хiба ж пiсля цього тварини не будуть дикi?</w:t>
      </w:r>
    </w:p>
    <w:p>
      <w:r>
        <w:br/>
        <w:t>А скiльки знаімо прикладiв, коли в заповiдниках чи в заказниках тi ж самi зайцi, тi ж самi дикi кози вiд людей не тiкають, людей не бояться i часто-густо пiдходять до людини й беруть корм iз людських рук.</w:t>
      </w:r>
    </w:p>
    <w:p>
      <w:r>
        <w:br/>
        <w:t>Та хiба не можна всю нашу чудесну країну зробити таким заповiдником?!</w:t>
      </w:r>
    </w:p>
    <w:p>
      <w:r>
        <w:br/>
        <w:t>Це — залежить од самих нас!</w:t>
      </w:r>
    </w:p>
    <w:p>
      <w:r>
        <w:br/>
        <w:t>* * *</w:t>
      </w:r>
    </w:p>
    <w:p>
      <w:r>
        <w:br/>
        <w:t>Серед птахiв i серед звiрiв дуже небагато і шкiдливих.</w:t>
      </w:r>
    </w:p>
    <w:p>
      <w:r>
        <w:br/>
        <w:t>Звичайно, не можна милувати таких птахiв, як деякi кiбцi, щулiки, як сiра ворона i т. д., що нищать корисних птахiв.</w:t>
      </w:r>
    </w:p>
    <w:p>
      <w:r>
        <w:br/>
        <w:t>I їх самих, i їхнi гнiзда треба нищити, руйнувати.</w:t>
      </w:r>
    </w:p>
    <w:p>
      <w:r>
        <w:br/>
        <w:t>Не можна, ясна рiч, залишати в спокої вовчi лiгва i самих вовкiв, цих ворогiв нашого господарства.</w:t>
      </w:r>
    </w:p>
    <w:p>
      <w:r>
        <w:br/>
        <w:t>А яке ми маімо право руйнувати, наприклад, качачi гнiзда?</w:t>
      </w:r>
    </w:p>
    <w:p>
      <w:r>
        <w:br/>
        <w:t>А ми ж знаімо, що по деяких мiсцях навеснi мiсцевi пожильцi виїздять човнами на морськi коси, на озера i збирають повнiсiнькi човни качачих яіць.</w:t>
      </w:r>
    </w:p>
    <w:p>
      <w:r>
        <w:br/>
        <w:t>Хiба ми не знаімо, що серед нас чимало і "мисливцiв", що назнавши лисичачу нору з маленькими лисиченятами, беруть лопати, йдуть i розкопують тi нори, нищачи цiлi лисичачi виводки.</w:t>
      </w:r>
    </w:p>
    <w:p>
      <w:r>
        <w:br/>
        <w:t>Хiба ми не знаімо, що ість "мисливцi", що не слiдкують за своїми собаками-гончаками, собаки бiгають-навеснi по полю й нищать маленьких зайченят.</w:t>
      </w:r>
    </w:p>
    <w:p>
      <w:r>
        <w:br/>
        <w:t>Прибiжить такий собака додому, пузо в нього як не лусне, а хазяїн ляпаі його по пузi й самозадоволено всмiхаіться:</w:t>
      </w:r>
    </w:p>
    <w:p>
      <w:r>
        <w:br/>
        <w:t>— Ну, скiльки сьогоднi зайченят iсхамкав? Га?</w:t>
      </w:r>
    </w:p>
    <w:p>
      <w:r>
        <w:br/>
        <w:t>I це роблять не дiти. Далеко не дiти!</w:t>
      </w:r>
    </w:p>
    <w:p>
      <w:r>
        <w:br/>
        <w:t>Ясно, що в таких батькiв i дiти такi, що не минають жодного пташиного кубельця...</w:t>
      </w:r>
    </w:p>
    <w:p>
      <w:r>
        <w:br/>
        <w:t>Боротися з цим нам треба люто.</w:t>
      </w:r>
    </w:p>
    <w:p>
      <w:r>
        <w:br/>
        <w:t>* * *</w:t>
      </w:r>
    </w:p>
    <w:p>
      <w:r>
        <w:br/>
        <w:t>А вiзьмiть нищення по наших рiчках та по ставках риби гранатами та пляшками з вапном. Це ж звiрство?</w:t>
      </w:r>
    </w:p>
    <w:p>
      <w:r>
        <w:br/>
        <w:t>Скiльки гине малька вiд такого вибуху. А ми робимо. А коли скажеш такому "рибальцi":</w:t>
      </w:r>
    </w:p>
    <w:p>
      <w:r>
        <w:br/>
        <w:t>— Що ви ото робите? Навiщо ви нищите рибу? Вiн на вас подивиться i прохрипить:</w:t>
      </w:r>
    </w:p>
    <w:p>
      <w:r>
        <w:br/>
        <w:t>— Що? Мо' хочеш спробувати бомби? Паняй, доки цiлий!</w:t>
      </w:r>
    </w:p>
    <w:p>
      <w:r>
        <w:br/>
        <w:t>* * *</w:t>
      </w:r>
    </w:p>
    <w:p>
      <w:r>
        <w:br/>
        <w:t>I родина, i школа, i пiонери, i комсомольцi, i мисливськi товариства, i вся громадськiсть повиннi взятися за охорону нашої чарiвної природи: i птахiв, i звiрiв, i садiв, i лiсiв...</w:t>
      </w:r>
    </w:p>
    <w:p>
      <w:r>
        <w:br/>
        <w:t>Не можна сказати, що в цiй справi в нас нiчого не робиться.</w:t>
      </w:r>
    </w:p>
    <w:p>
      <w:r>
        <w:br/>
        <w:t>Робиться.</w:t>
      </w:r>
    </w:p>
    <w:p>
      <w:r>
        <w:br/>
        <w:t>Є у нас i юннати, i школа, i пiонери не стоять осторонь вiд охорони нашої природи, але цей рух, рух за природничий розквiт нашої Батькiвщини маі бути всенародним.</w:t>
      </w:r>
    </w:p>
    <w:p>
      <w:r>
        <w:br/>
        <w:t>Берегти треба наше багатство, наше народне господарство!</w:t>
      </w:r>
    </w:p>
    <w:p>
      <w:r>
        <w:br/>
        <w:t>Берегти як зiницю ока!</w:t>
      </w:r>
    </w:p>
    <w:p>
      <w:r>
        <w:br/>
        <w:t>Нема стiльки шкiдникiв серед тварин, як і їх серед нас, серед людей!</w:t>
      </w:r>
    </w:p>
    <w:p>
      <w:r>
        <w:br/>
        <w:t>Ми — самi собi шкiдники!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Самі собі шкідники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