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 себе перехитрив</w:t>
      </w:r>
    </w:p>
    <w:p>
      <w:r>
        <w:br/>
        <w:t xml:space="preserve"> &lt;p&gt;У неділю Юрко залишився вдома сам. Татко з мамою подалися на ринок, а йому наказали замкнути двері і нікому не відчиняти.</w:t>
      </w:r>
    </w:p>
    <w:p>
      <w:r>
        <w:br/>
        <w:t>Юрко важко зітхнув, прислухавшись до веселих голосів, що долинали з подвір'я, і сів за підручник.</w:t>
      </w:r>
    </w:p>
    <w:p>
      <w:r>
        <w:br/>
        <w:t>Не пройшло й кількох хвилин, як задзвенів дзвінок.</w:t>
      </w:r>
    </w:p>
    <w:p>
      <w:r>
        <w:br/>
        <w:t>— І хто б це міг бути? — пробурмотів собі під носа Юрко.— Не сидиться комусь удома.</w:t>
      </w:r>
    </w:p>
    <w:p>
      <w:r>
        <w:br/>
        <w:t>Він навкарачки почав підкрадатися до дверей.</w:t>
      </w:r>
    </w:p>
    <w:p>
      <w:r>
        <w:br/>
        <w:t>Можливо, це сусіда, дядько Вадим, прийшов повідомити мамі про те, що Юрко учора його котові пофарбував хвоста у червоний колір.</w:t>
      </w:r>
    </w:p>
    <w:p>
      <w:r>
        <w:br/>
        <w:t>Та за дверима чувся шепіт.</w:t>
      </w:r>
    </w:p>
    <w:p>
      <w:r>
        <w:br/>
        <w:t>Юрко повільно підвівся й тихенько зіп'явся навшпиньки, щоб у вічко розгледіти незваних гостей. Проте як він не старався, але в "перископ" нікого не побачив.</w:t>
      </w:r>
    </w:p>
    <w:p>
      <w:r>
        <w:br/>
        <w:t>"Ховається,— вирішив.— Щоб не помітили. Та мене не проведеш. Бачили ми таких!"</w:t>
      </w:r>
    </w:p>
    <w:p>
      <w:r>
        <w:br/>
        <w:t>Юрко ліг на живіт і, загрібаючи килимову доріжку руками, мов веслами, поплазував із коридора у вітальню.</w:t>
      </w:r>
    </w:p>
    <w:p>
      <w:r>
        <w:br/>
        <w:t>Звичайно, сусіда дядько Вадим був не такий страшний, як, приміром, дідусь Панас чи класний керівник Віктор Макарович. Ці спуску не дадуть. Треба бути подалі від гріха.</w:t>
      </w:r>
    </w:p>
    <w:p>
      <w:r>
        <w:br/>
        <w:t>"Нічого з ними не трапиться, вирішив про себе хлопець і, зручніше вмостившись у м'якому кріслі, знову заглибився у книжку. Мовляв, потупцюють і підуть.</w:t>
      </w:r>
    </w:p>
    <w:p>
      <w:r>
        <w:br/>
        <w:t>Гості виявилися впертими. За якусь мить дзвінок залунав знову.</w:t>
      </w:r>
    </w:p>
    <w:p>
      <w:r>
        <w:br/>
        <w:t>— От нахаба,— просичав Юрко.</w:t>
      </w:r>
    </w:p>
    <w:p>
      <w:r>
        <w:br/>
        <w:t>Він знову припав до вічка, але нічого толком не розгледів. Для певності нечутно накинув на вхідні міцний металевий гачок. Такого не то людина, а сам трактор не зірве. Тепер нехай грюкають хоч до ранку.</w:t>
      </w:r>
    </w:p>
    <w:p>
      <w:r>
        <w:br/>
        <w:t>Він уже збирався навшпиньки пробиратися назад, як раптом випадково зачепив ліктем телефон, який стояв поруч на тумбочці. Той звалився на підлогу з таким грюкотом, ніби почалося виверження вулкана. Юрко аж закам'янів з переляку. Прийшов до тями, коли за дверима залунали дитячі голоси.</w:t>
      </w:r>
    </w:p>
    <w:p>
      <w:r>
        <w:br/>
        <w:t>Там стояли, очевидно, хлопчик і дівчина і про щось палко сперечалися.</w:t>
      </w:r>
    </w:p>
    <w:p>
      <w:r>
        <w:br/>
        <w:t>Дзвінка уже не сіпали, а бухали у двері чимось таким, що аж штукатурка сипалася із одвірків.</w:t>
      </w:r>
    </w:p>
    <w:p>
      <w:r>
        <w:br/>
        <w:t>Такого штурму Юрко не витримав і щосили закричав:</w:t>
      </w:r>
    </w:p>
    <w:p>
      <w:r>
        <w:br/>
        <w:t>— Ви що там, з глузду з'їхали? Чому у двері ногами гатите, фарбу оббиваєте? Міліцію викличу!</w:t>
      </w:r>
    </w:p>
    <w:p>
      <w:r>
        <w:br/>
        <w:t>— Вибач, будь ласка, почулося з-за дверей. А куди ми потрапили?</w:t>
      </w:r>
    </w:p>
    <w:p>
      <w:r>
        <w:br/>
        <w:t>— Вам яка вулиця потрібна? — перепитав, припавши вухом до дверей і вже збираючись їх відчинити, щоб дати прочухана.</w:t>
      </w:r>
    </w:p>
    <w:p>
      <w:r>
        <w:br/>
        <w:t>— Алмазна,— почулося хором.</w:t>
      </w:r>
    </w:p>
    <w:p>
      <w:r>
        <w:br/>
        <w:t>— А будинок?</w:t>
      </w:r>
    </w:p>
    <w:p>
      <w:r>
        <w:br/>
        <w:t>— Двадцять шість.</w:t>
      </w:r>
    </w:p>
    <w:p>
      <w:r>
        <w:br/>
        <w:t>Квартира? протягнув одними губами.</w:t>
      </w:r>
    </w:p>
    <w:p>
      <w:r>
        <w:br/>
        <w:t>— Двадцять шоста.</w:t>
      </w:r>
    </w:p>
    <w:p>
      <w:r>
        <w:br/>
        <w:t>Юркові руки шарпонулися від замка, мов від гарячої сковорідки.</w:t>
      </w:r>
    </w:p>
    <w:p>
      <w:r>
        <w:br/>
        <w:t>— Хто це?</w:t>
      </w:r>
    </w:p>
    <w:p>
      <w:r>
        <w:br/>
        <w:t>— Не впізнав, чи що? Маринка з Василем. Що з тобою, Юрку? — тоненький дівчачий голос звучав стривожено.</w:t>
      </w:r>
    </w:p>
    <w:p>
      <w:r>
        <w:br/>
        <w:t>Помилки не могло бути: за дверима принишкли Юркові однокласники Маринка і Василько. Чого це вони приперлися? У квартирі паркет натерто, килимки чисті..</w:t>
      </w:r>
    </w:p>
    <w:p>
      <w:r>
        <w:br/>
        <w:t>— Ми до тебе погуляти,— сказав Василько.— Приготували уроки — і до тебе.</w:t>
      </w:r>
    </w:p>
    <w:p>
      <w:r>
        <w:br/>
        <w:t>— А я до своїх ще й не торкався,— сказав Юрко.— Мені ніколи.</w:t>
      </w:r>
    </w:p>
    <w:p>
      <w:r>
        <w:br/>
        <w:t>Маринка і Василько в один голос заторохкотіли:</w:t>
      </w:r>
    </w:p>
    <w:p>
      <w:r>
        <w:br/>
        <w:t>— Не хвилюйся. Ми тобі допоможемо.</w:t>
      </w:r>
    </w:p>
    <w:p>
      <w:r>
        <w:br/>
        <w:t>Запала коротка пауза, мов затишшя перед бурею.</w:t>
      </w:r>
    </w:p>
    <w:p>
      <w:r>
        <w:br/>
        <w:t>— У тебе що, замок зіпсувався? — спитав у шпарину Василько.</w:t>
      </w:r>
    </w:p>
    <w:p>
      <w:r>
        <w:br/>
        <w:t>— Ні! — сердито прохрипів Юрко.</w:t>
      </w:r>
    </w:p>
    <w:p>
      <w:r>
        <w:br/>
        <w:t>— То в чому ж річ?</w:t>
      </w:r>
    </w:p>
    <w:p>
      <w:r>
        <w:br/>
        <w:t>Юрко на хвилину задумався і категорично заявив:</w:t>
      </w:r>
    </w:p>
    <w:p>
      <w:r>
        <w:br/>
        <w:t>— Мене... Мене просто немає вдома.</w:t>
      </w:r>
    </w:p>
    <w:p>
      <w:r>
        <w:br/>
        <w:t>Маринка й Василько замовкли надовго.</w:t>
      </w:r>
    </w:p>
    <w:p>
      <w:r>
        <w:br/>
        <w:t>— Як це так? — перепитали здивовано.</w:t>
      </w:r>
    </w:p>
    <w:p>
      <w:r>
        <w:br/>
        <w:t>— Дуже просто,— сказав Юрко.— Мене в магазин послали. По хліб.</w:t>
      </w:r>
    </w:p>
    <w:p>
      <w:r>
        <w:br/>
        <w:t>За дверима почулося нервове шепотіння.</w:t>
      </w:r>
    </w:p>
    <w:p>
      <w:r>
        <w:br/>
        <w:t>— Куди ти пішов? — перепитав Василько.</w:t>
      </w:r>
    </w:p>
    <w:p>
      <w:r>
        <w:br/>
        <w:t>— У магазин.</w:t>
      </w:r>
    </w:p>
    <w:p>
      <w:r>
        <w:br/>
        <w:t>— Який?</w:t>
      </w:r>
    </w:p>
    <w:p>
      <w:r>
        <w:br/>
        <w:t>— Продовольчий.</w:t>
      </w:r>
    </w:p>
    <w:p>
      <w:r>
        <w:br/>
        <w:t>— Там зараз перерва на обід.</w:t>
      </w:r>
    </w:p>
    <w:p>
      <w:r>
        <w:br/>
        <w:t>Юркові ніби хто відро води на голову вилив.</w:t>
      </w:r>
    </w:p>
    <w:p>
      <w:r>
        <w:br/>
        <w:t>— Ти чого причепився, мов реп'ях до рукава? — загорлав він.— У тебе голова болить, чи що? Ну не в магазині я! На село поїхав до бабусі.</w:t>
      </w:r>
    </w:p>
    <w:p>
      <w:r>
        <w:br/>
        <w:t>— А ось твій сусіда Петрик із четвертого класу сказав, що ти вдома,— не вірили Маринка з Васильком.</w:t>
      </w:r>
    </w:p>
    <w:p>
      <w:r>
        <w:br/>
        <w:t>— Ганьба,— затупав Юрко ногами.— Ніякої совісті у вас. Приперлися і голову моррчите. А Петрик ваш, трієчник, меле казна-що. Як я можу бути вдома, коли іще зранку поїхав до бабусі? Кому ти більше віриш, мені чи отому нещасному трієчнику?</w:t>
      </w:r>
    </w:p>
    <w:p>
      <w:r>
        <w:br/>
        <w:t>За дверима зашушукались.</w:t>
      </w:r>
    </w:p>
    <w:p>
      <w:r>
        <w:br/>
        <w:t>— Звичайно, віримо тобі,— сказала Маринка.— Вибач! А ти довго там будеш?</w:t>
      </w:r>
    </w:p>
    <w:p>
      <w:r>
        <w:br/>
        <w:t>— Де? — вже спокійніше перепитав Юрко.</w:t>
      </w:r>
    </w:p>
    <w:p>
      <w:r>
        <w:br/>
        <w:t>— У бабусі.</w:t>
      </w:r>
    </w:p>
    <w:p>
      <w:r>
        <w:br/>
        <w:t>— Цілий день. Куди мені поспішати? Там так цікаво!</w:t>
      </w:r>
    </w:p>
    <w:p>
      <w:r>
        <w:br/>
        <w:t>— Тепер усе ясно,— зітхнула Маринка.— Ми підемо. Коли повернешся — приходь до нас.</w:t>
      </w:r>
    </w:p>
    <w:p>
      <w:r>
        <w:br/>
        <w:t>— Обов'язково, крикнув Юрко.— Це можна. А чому ти так зітхаєш?</w:t>
      </w:r>
    </w:p>
    <w:p>
      <w:r>
        <w:br/>
        <w:t>— Морозиво розтає,— повідомила Маринка.</w:t>
      </w:r>
    </w:p>
    <w:p>
      <w:r>
        <w:br/>
        <w:t>— Яке?</w:t>
      </w:r>
    </w:p>
    <w:p>
      <w:r>
        <w:br/>
        <w:t>— Ескімо. Шоколадне. Ми тобі дві порції купили. Даремно несли.— І по сходах залопотіли кроки.</w:t>
      </w:r>
    </w:p>
    <w:p>
      <w:r>
        <w:br/>
        <w:t>Юрко швиденько відімкнув замок.</w:t>
      </w:r>
    </w:p>
    <w:p>
      <w:r>
        <w:br/>
        <w:t>— Стійте!</w:t>
      </w:r>
    </w:p>
    <w:p>
      <w:r>
        <w:br/>
        <w:t>Та однокласники вже грюкнули внизу дверима.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 себе перехитрив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