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Сага про старого кенгуру</w:t>
      </w:r>
    </w:p>
    <w:p>
      <w:r>
        <w:br/>
        <w:t xml:space="preserve"> &lt;p&gt;Сага про старого кенгуру</w:t>
      </w:r>
    </w:p>
    <w:p>
      <w:r>
        <w:br/>
        <w:t>Раніше кенгуру виглядав не таким, яким ми звикли його бачити. Це був зовсім інший звірок, із чотирма короткими лапками, сірий, пухнастий та неймовірно чванькуватий. Одного разу, вдосталь наскакавшись гірськими пагорбами у самісінькому центрі Австралії, попрямував він до молодшого божества Нка.</w:t>
      </w:r>
    </w:p>
    <w:p>
      <w:r>
        <w:br/>
        <w:t>Отже, прийшов наш герой до нього о шостій ранку, якраз перед сніданком, і заявив:</w:t>
      </w:r>
    </w:p>
    <w:p>
      <w:r>
        <w:br/>
        <w:t>— Зроби мене несхожим на решту звірів уже до п'ятої години сьогоднішнього вечора.</w:t>
      </w:r>
    </w:p>
    <w:p>
      <w:r>
        <w:br/>
        <w:t>Підхопився рвучко Нка з піщаної відмілини, на якій сидів, гукнувши:</w:t>
      </w:r>
    </w:p>
    <w:p>
      <w:r>
        <w:br/>
        <w:t>— Забирайся геть!</w:t>
      </w:r>
    </w:p>
    <w:p>
      <w:r>
        <w:br/>
        <w:t>Потому, вдосталь наплигавшись скелястими бескидами[49] у самісінькому центрі Австралії, вирушив сірий, пухнастий та неймовірно чванькуватий кенгуру до середульшого божества Нквінга.</w:t>
      </w:r>
    </w:p>
    <w:p>
      <w:r>
        <w:br/>
        <w:t>Отже, прийшов наш герой до нього о восьмій ранку, якраз після сніданку, і заявив:</w:t>
      </w:r>
    </w:p>
    <w:p>
      <w:r>
        <w:br/>
        <w:t>— Зроби мене несхожим на решту звірів, а також допоможи мені прославитися уже до п'ятої години сьогоднішнього вечора.</w:t>
      </w:r>
    </w:p>
    <w:p>
      <w:r>
        <w:br/>
        <w:t>Вистромився Нквінг зі свого барлогу під терновим кущем, гукнувши:</w:t>
      </w:r>
    </w:p>
    <w:p>
      <w:r>
        <w:br/>
        <w:t>— Забирайся геть!</w:t>
      </w:r>
    </w:p>
    <w:p>
      <w:r>
        <w:br/>
        <w:t>Відтак, удосталь настрибавшись піщаною рівниною в самісінькому центрі Австралії, подався сірий, пухнастий і неймовірно чванькуватий кенгуру до старшого божества Нквонга.[50]</w:t>
      </w:r>
    </w:p>
    <w:p>
      <w:r>
        <w:br/>
        <w:t>Отже, прийшов наш герой до нього о десятій, ще задовго перед обідом, і заявив:</w:t>
      </w:r>
    </w:p>
    <w:p>
      <w:r>
        <w:br/>
        <w:t>— Зроби мене несхожим на решту звірів, допоможи мені прославитися, а також стати чудовим бігуном уже до п'ятої години сьогоднішнього вечора.</w:t>
      </w:r>
    </w:p>
    <w:p>
      <w:r>
        <w:br/>
        <w:t>Вибрався Нквонг зі своєї купелі в солоному озерці й мовив:</w:t>
      </w:r>
    </w:p>
    <w:p>
      <w:r>
        <w:br/>
        <w:t>— Гаразд, зроблю.</w:t>
      </w:r>
    </w:p>
    <w:p>
      <w:r>
        <w:br/>
        <w:t>Тож покликав Нквонг дінго, жовтошкурого собаку дінго, завжди голодного, брудного та нечесаного, і, вказуючи на кенгуру, сказав:</w:t>
      </w:r>
    </w:p>
    <w:p>
      <w:r>
        <w:br/>
        <w:t>— Агов, дінго! Прокидайся! Бачиш отого добродія-стрибунця? Він бажає бути знаменитим та чудово бігати. Ану, допоможи йому в цьому!</w:t>
      </w:r>
    </w:p>
    <w:p>
      <w:r>
        <w:br/>
        <w:t>Схопився рвучко дінго, жовтошкурий пес дінго, зі словами:</w:t>
      </w:r>
    </w:p>
    <w:p>
      <w:r>
        <w:br/>
        <w:t>— Кому, оцьому котячому кролику?</w:t>
      </w:r>
    </w:p>
    <w:p>
      <w:r>
        <w:br/>
        <w:t>І кинувся дінго, жовтошкурий собака дінго, завжди голодний, з вишкіреними зубами у бік нахаби.</w:t>
      </w:r>
    </w:p>
    <w:p>
      <w:r>
        <w:br/>
        <w:t>Щосили дременув від нього зарозумілий кенгуру на своїх чотирьох коротких, немов у кролика, лапках.</w:t>
      </w:r>
    </w:p>
    <w:p>
      <w:r>
        <w:br/>
        <w:t>Тут, мої любі, закінчується перша частина оповіді.</w:t>
      </w:r>
    </w:p>
    <w:p>
      <w:r>
        <w:br/>
        <w:t>Біг він крізь пустелю, гори, солончаки, зарості тростини, блакитних евкаліптів[51] й гущавінь терену, поки в нього не стомилися передні лапи.</w:t>
      </w:r>
    </w:p>
    <w:p>
      <w:r>
        <w:br/>
        <w:t>А що вдієш!</w:t>
      </w:r>
    </w:p>
    <w:p>
      <w:r>
        <w:br/>
        <w:t>А за ним продовжував гнатися дінго, жовтошкурий собака дінго, завжди голодний, з вишкіреними зубами, не наближаючись, але й не відстаючи од утікача.</w:t>
      </w:r>
    </w:p>
    <w:p>
      <w:r>
        <w:br/>
        <w:t>А що вдієш!</w:t>
      </w:r>
    </w:p>
    <w:p>
      <w:r>
        <w:br/>
        <w:t>З останніх сил мчав старий кенгуру. Він нісся крізь чагарники, зарості акації, високі та низькі трави, тропіки Козерога і Рака[52], доки в нього не стомилися задні лапи.</w:t>
      </w:r>
    </w:p>
    <w:p>
      <w:r>
        <w:br/>
        <w:t>А що вдієш!</w:t>
      </w:r>
    </w:p>
    <w:p>
      <w:r>
        <w:br/>
        <w:t>А за ним продовжував гнатися дінго, жовтошкурий собака дінго з вишкіреними зубами (якому дедалі сильніше дошкуляв нестерпний голод), не наближаючись, але й не відстаючи од утікача, аж поки обидва не прибігли до річки Воллгонг.[53]</w:t>
      </w:r>
    </w:p>
    <w:p>
      <w:r>
        <w:br/>
        <w:t>У ті часи на річці ще не було мосту або хоча б порому, і кенгуру не знав, як дістатися іншого берега. Отож він встав на задні лапи і стрибнув.</w:t>
      </w:r>
    </w:p>
    <w:p>
      <w:r>
        <w:br/>
        <w:t>А що вдієш!</w:t>
      </w:r>
    </w:p>
    <w:p>
      <w:r>
        <w:br/>
        <w:t>Одним махом перескочив річку Фліндерс[54], а потім стрибав через застиглу вулканічну лаву та пустелі в самісінькому центрі Австралії. Скакав як кенгуру.</w:t>
      </w:r>
    </w:p>
    <w:p>
      <w:r>
        <w:br/>
        <w:t>Спочатку він плигав на один ярд[55], потім — на три ярди, згодом — на п'ять, і його лапи ставали усе сильнішими й довшими. У кенгуру зовсім не було часу відпочити або підживитися, хоча сердега так цього потребував.</w:t>
      </w:r>
    </w:p>
    <w:p>
      <w:r>
        <w:br/>
        <w:t>А за ним продовжував гнатися дінго, жовтошкурий собака дінго, надзвичайно голодний та збентежений, вражено розмірковуючи: "З якого дива застрибав старина кенгуру?"</w:t>
      </w:r>
    </w:p>
    <w:p>
      <w:r>
        <w:br/>
        <w:t>Адже той плигав, ніби іграшкова жабка, ніби горошина в каструлі чи новий гумовий м'ячик у дитячій кімнаті на підлозі.</w:t>
      </w:r>
    </w:p>
    <w:p>
      <w:r>
        <w:br/>
        <w:t>А що вдієш!</w:t>
      </w:r>
    </w:p>
    <w:p>
      <w:r>
        <w:br/>
        <w:t>Він підібрав передні лапи, стрибаючи на задніх; витягнув хвіст як противагу позаду себе і гайнув пагорбами Дарлінга.[56]</w:t>
      </w:r>
    </w:p>
    <w:p>
      <w:r>
        <w:br/>
        <w:t>А що вдієш!</w:t>
      </w:r>
    </w:p>
    <w:p>
      <w:r>
        <w:br/>
        <w:t>А за ним продовжував гнатися дінго, втомлений собака дінго, страшенно голодний та збентежений, вражено дивуючись: "Коли ж нарешті зупиниться старий кенгуру?"</w:t>
      </w:r>
    </w:p>
    <w:p>
      <w:r>
        <w:br/>
        <w:t>Нараз зі своєї купелі в солоному озерці виліз Нквонг і вирік:</w:t>
      </w:r>
    </w:p>
    <w:p>
      <w:r>
        <w:br/>
        <w:t>— П'ята година.</w:t>
      </w:r>
    </w:p>
    <w:p>
      <w:r>
        <w:br/>
        <w:t>Й одразу всівся дінго, бідолашний собака дінго, постійно голодний, брудний та нечесаний, висолопивши язика, і протяжно завив.</w:t>
      </w:r>
    </w:p>
    <w:p>
      <w:r>
        <w:br/>
        <w:t>Спинився також кенгуру, старий кенгуру, виставивши власний хвіст позаду себе, і знесилено прохрипів:</w:t>
      </w:r>
    </w:p>
    <w:p>
      <w:r>
        <w:br/>
        <w:t>— Слава Богу, все скінчилося.</w:t>
      </w:r>
    </w:p>
    <w:p>
      <w:r>
        <w:br/>
        <w:t>Тоді Нквонг, який завжди славився вихованістю та порядністю, спитав його:</w:t>
      </w:r>
    </w:p>
    <w:p>
      <w:r>
        <w:br/>
        <w:t>— Чому ти не дякуєш жовтошкурому собаці дінго за все, що він для тебе зробив?</w:t>
      </w:r>
    </w:p>
    <w:p>
      <w:r>
        <w:br/>
        <w:t>І відповів кенгуру, втомлений старий кенгуру:</w:t>
      </w:r>
    </w:p>
    <w:p>
      <w:r>
        <w:br/>
        <w:t>— Він вигнав мене з місць, де минуло моє дитинство, він зруйнував мій режим харчування, він змінив мій вигляд, і я вже ніколи не буду колишнім, а ще він скалічив мої лапи.</w:t>
      </w:r>
    </w:p>
    <w:p>
      <w:r>
        <w:br/>
        <w:t>Зауважив на це Нквонг:</w:t>
      </w:r>
    </w:p>
    <w:p>
      <w:r>
        <w:br/>
        <w:t>— Може, я помиляюся, та хіба це не ти прохав зробити тебе несхожим на решту звірів, допомогти прославитися, а також стати чудовим бігуном? Зараз саме п'ята година вечора.</w:t>
      </w:r>
    </w:p>
    <w:p>
      <w:r>
        <w:br/>
        <w:t>— Еге, — зітхнув кенгуру, — але краще б не просив. Я ж гадав, що ти застосуєш якісь чари й заклинання, а ти вочевидь посміявся з мене.</w:t>
      </w:r>
    </w:p>
    <w:p>
      <w:r>
        <w:br/>
        <w:t>— Посміявся?! — перепитав зі своєї купелі серед блакитних евкаліптів Нквонг, неабияк обурений. — Ану повтори, і я знову гукну дінго й заганяю тебе так, що взагалі будеш без задніх лап.</w:t>
      </w:r>
    </w:p>
    <w:p>
      <w:r>
        <w:br/>
        <w:t>— Ой, ні, — схаменувся кенгуру. — Прошу вибачення. Лапи — це лапи, і, на мою думку, ВАМ не варто нічого з ними робити. Я лише хотів пояснити ВАШІЙ СВЯТОСТІ, що зранку не мав макової росинки в роті, а в животі в мене зовсім порожньо.</w:t>
      </w:r>
    </w:p>
    <w:p>
      <w:r>
        <w:br/>
        <w:t>— У мене теж, — буркнув і собі дінго, жовтошкурий собака дінго. — Я зробив його несхожим на інших звірів, та чи перепаде мені за це бодай щось на вечерю?</w:t>
      </w:r>
    </w:p>
    <w:p>
      <w:r>
        <w:br/>
        <w:t>— Щодо особистих справ заходьте завтра, — почулося з купелі у солоному озерці, — бо зараз я збираюся прийняти ванну.</w:t>
      </w:r>
    </w:p>
    <w:p>
      <w:r>
        <w:br/>
        <w:t>Тож лишилися посеред Австралії старий кенгуру й жовтошкурий собака дінго, гнівно дорікаючи один одному:</w:t>
      </w:r>
    </w:p>
    <w:p>
      <w:r>
        <w:br/>
        <w:t>— Це ти в усьому винен!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Сага про старого кенгуру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