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Садко</w:t>
      </w:r>
    </w:p>
    <w:p>
      <w:r>
        <w:br/>
        <w:t xml:space="preserve"> А колись у славному Новгороді&lt;br /&gt;</w:t>
        <w:br/>
        <w:t>Був Садко гусляр, великий гусляр був.&lt;br /&gt;</w:t>
        <w:br/>
        <w:t>І скільки б не було незліченної скарбниці золотої,&lt;br /&gt;</w:t>
        <w:br/>
        <w:t>Як тільки ходив він на бенкети звані,&lt;br /&gt;</w:t>
        <w:br/>
        <w:t>Славно забавляв він купців та бояр,&lt;br /&gt;</w:t>
        <w:br/>
        <w:t>Веселив їх на почесних бенкетах.&lt;br /&gt;</w:t>
        <w:br/>
        <w:t>Тепер зі Садком біда трапилася:&lt;br /&gt;</w:t>
        <w:br/>
        <w:t>Не кличуть вже цілий день на званий бенкет,&lt;br /&gt;</w:t>
        <w:br/>
        <w:t>Не кличуть і на другий день,&lt;br /&gt;</w:t>
        <w:br/>
        <w:t>І на третій день теж не кличуть.&lt;br /&gt;</w:t>
        <w:br/>
        <w:t>І як тепер заскучив Садко,&lt;br /&gt;</w:t>
        <w:br/>
        <w:t>І пішов він на берег Ільмень — озера,&lt;br /&gt;</w:t>
        <w:br/>
        <w:t>Сів біля хвилі на гарячий камінь&lt;br /&gt;</w:t>
        <w:br/>
        <w:t>Та як почав грати він в гуслі кленові.&lt;br /&gt;</w:t>
        <w:br/>
        <w:t>І грав зранку цілий день до вечора.&lt;br /&gt;</w:t>
        <w:br/>
        <w:t>А ввечері зовсім пізно,&lt;br /&gt;</w:t>
        <w:br/>
        <w:t>Коли хвиля в озері вже сходилася,&lt;br /&gt;</w:t>
        <w:br/>
        <w:t>Раптом та вода піском замутилася;&lt;br /&gt;</w:t>
        <w:br/>
        <w:t>І злякався Садко тепер там сидіти,&lt;br /&gt;</w:t>
        <w:br/>
        <w:t>І здолав Садка страх великий,&lt;br /&gt;</w:t>
        <w:br/>
        <w:t>І пішов він геть від озера того,&lt;br /&gt;</w:t>
        <w:br/>
        <w:t>І пішов Садко додому в Новгород.&lt;br /&gt;</w:t>
        <w:br/>
        <w:t>І знову, як пройшла ніч темна,&lt;br /&gt;</w:t>
        <w:br/>
        <w:t>І знову на другий день&lt;br /&gt;</w:t>
        <w:br/>
        <w:t>Не кличуть Садка на званий бенкет.&lt;br /&gt;</w:t>
        <w:br/>
        <w:t>І на другий день не кличуть його,&lt;br /&gt;</w:t>
        <w:br/>
        <w:t>І на третій день теж не кличуть.&lt;br /&gt;</w:t>
        <w:br/>
        <w:t>І знову заскучив Садко — гусляр,&lt;br /&gt;</w:t>
        <w:br/>
        <w:t>І пішов він на берег Ільмень-озера,&lt;br /&gt;</w:t>
        <w:br/>
        <w:t>Сів біля хвилі на гарячий камінь&lt;br /&gt;</w:t>
        <w:br/>
        <w:t>Ільмень — озера.&lt;br /&gt;</w:t>
        <w:br/>
        <w:t>А як почав грати знову на гуслях кленових,&lt;br /&gt;</w:t>
        <w:br/>
        <w:t>То грав так аж зранку цілий день до вечора.&lt;br /&gt;</w:t>
        <w:br/>
        <w:t>А вечора знову пізнього,&lt;br /&gt;</w:t>
        <w:br/>
        <w:t>Коли хвиля в озері зійшлася,&lt;br /&gt;</w:t>
        <w:br/>
        <w:t>І вода з піском замутилася;&lt;br /&gt;</w:t>
        <w:br/>
        <w:t>Злякався знову Садко новгородський,&lt;br /&gt;</w:t>
        <w:br/>
        <w:t>Здолав Садка страх великий.&lt;br /&gt;</w:t>
        <w:br/>
        <w:t>І пішов знову від Ільмень — озера,&lt;br /&gt;</w:t>
        <w:br/>
        <w:t>І пішов у свій Новгород.&lt;br /&gt;</w:t>
        <w:br/>
        <w:t>І знову над ним біда сталася,&lt;br /&gt;</w:t>
        <w:br/>
        <w:t>Не кличуть Садка на почесний бенкет,&lt;br /&gt;</w:t>
        <w:br/>
        <w:t>І на другий день не кличуть,&lt;br /&gt;</w:t>
        <w:br/>
        <w:t>І коли на третій день не покликали,&lt;br /&gt;</w:t>
        <w:br/>
        <w:t>Заскучив знову Садко,&lt;br /&gt;</w:t>
        <w:br/>
        <w:t>І пішов до Ільмень — озера,&lt;br /&gt;</w:t>
        <w:br/>
        <w:t>Сів на морський камінь гарячий.&lt;br /&gt;</w:t>
        <w:br/>
        <w:t>А як почав грати на гуслях кленових,&lt;br /&gt;</w:t>
        <w:br/>
        <w:t>То грав зранку цілий день до вечора.&lt;br /&gt;</w:t>
        <w:br/>
        <w:t>А як хвиля в озері вже сходила,&lt;br /&gt;</w:t>
        <w:br/>
        <w:t>То вода з піском замутилась.&lt;br /&gt;</w:t>
        <w:br/>
        <w:t>І насмілився Садко новгородський&lt;br /&gt;</w:t>
        <w:br/>
        <w:t>І сидіти, і грати далі.&lt;br /&gt;</w:t>
        <w:br/>
        <w:t>І вийшов цар водяний з озера&lt;br /&gt;</w:t>
        <w:br/>
        <w:t>І сказав сам цар водяний слова такі:&lt;br /&gt;</w:t>
        <w:br/>
        <w:t>"Дякую тобі, Садко новгородський,&lt;br /&gt;</w:t>
        <w:br/>
        <w:t>Бо потішив нас тепер ти в озері:&lt;br /&gt;</w:t>
        <w:br/>
        <w:t>А був у мене озерний&lt;br /&gt;</w:t>
        <w:br/>
        <w:t>Стіл частування та почесний бенкет,&lt;br /&gt;</w:t>
        <w:br/>
        <w:t>І розвеселив ти усіх на моєму бенкеті,&lt;br /&gt;</w:t>
        <w:br/>
        <w:t>Усіх любих гостей моїх.&lt;br /&gt;</w:t>
        <w:br/>
        <w:t>І не знаю тепер я чим, Садко, нагородити тебе:&lt;br /&gt;</w:t>
        <w:br/>
        <w:t>Іди, Садко, тепер у свій Новгород,&lt;br /&gt;</w:t>
        <w:br/>
        <w:t>А завтра, як покличуть тебе на бенкет почесний&lt;br /&gt;</w:t>
        <w:br/>
        <w:t>За званий стіл частування,&lt;br /&gt;</w:t>
        <w:br/>
        <w:t>І буде багато купців там новгородських.&lt;br /&gt;</w:t>
        <w:br/>
        <w:t>Будуть напої випивати,&lt;br /&gt;</w:t>
        <w:br/>
        <w:t>Будуть наїдками ласувати,&lt;br /&gt;</w:t>
        <w:br/>
        <w:t>Хвалами себе вихваляти.&lt;br /&gt;</w:t>
        <w:br/>
        <w:t>І хто чим буде себе хвалити,&lt;br /&gt;</w:t>
        <w:br/>
        <w:t>І хто чим буде себе вихваляти:&lt;br /&gt;</w:t>
        <w:br/>
        <w:t>Хто казною своєю незліченною,&lt;br /&gt;</w:t>
        <w:br/>
        <w:t>Хто конем добрим похвалиться,&lt;br /&gt;</w:t>
        <w:br/>
        <w:t>Хто силою чи вдачею молодецькою,&lt;br /&gt;</w:t>
        <w:br/>
        <w:t>А хто молодший молодістю своєю,&lt;br /&gt;</w:t>
        <w:br/>
        <w:t>А хто розумний , буде той хвалитися&lt;br /&gt;</w:t>
        <w:br/>
        <w:t>Старим батьком та старою матір'ю своїми,&lt;br /&gt;</w:t>
        <w:br/>
        <w:t>А хто нерозумний дурень –&lt;br /&gt;</w:t>
        <w:br/>
        <w:t>Своєю молодою дружиною.&lt;br /&gt;</w:t>
        <w:br/>
        <w:t>А ти, Садко, та й похвалися:&lt;br /&gt;</w:t>
        <w:br/>
        <w:t>"А я знаю, що в Ільмень — озері&lt;br /&gt;</w:t>
        <w:br/>
        <w:t>Є риба з плавниками золотими".&lt;br /&gt;</w:t>
        <w:br/>
        <w:t>А як будуть купці багаті&lt;br /&gt;</w:t>
        <w:br/>
        <w:t>Спорити з тобою,&lt;br /&gt;</w:t>
        <w:br/>
        <w:t>Що нема у світі риби&lt;br /&gt;</w:t>
        <w:br/>
        <w:t>золотої такої.&lt;br /&gt;</w:t>
        <w:br/>
        <w:t>А ти бийся з ними в заклад великий&lt;br /&gt;</w:t>
        <w:br/>
        <w:t>За свою буйну голову&lt;br /&gt;</w:t>
        <w:br/>
        <w:t>Їхніми рядами торговими&lt;br /&gt;</w:t>
        <w:br/>
        <w:t>З крамом дорогим.&lt;br /&gt;</w:t>
        <w:br/>
        <w:t>Приїжджайте ви ловити в Ільмень — озеро&lt;br /&gt;</w:t>
        <w:br/>
        <w:t>І закиньте три неводи,&lt;br /&gt;</w:t>
        <w:br/>
        <w:t>І в кожен невід озеро&lt;br /&gt;</w:t>
        <w:br/>
        <w:t>Дасть по рибині&lt;br /&gt;</w:t>
        <w:br/>
        <w:t>З плавниками із золота.&lt;br /&gt;</w:t>
        <w:br/>
        <w:t>І візьмеш ти ряди торгові&lt;br /&gt;</w:t>
        <w:br/>
        <w:t>З крамом дорогим,&lt;br /&gt;</w:t>
        <w:br/>
        <w:t>І станеш купцем ти, Садко, новгородським,&lt;br /&gt;</w:t>
        <w:br/>
        <w:t>І багатим купцем будеш".&lt;br /&gt;</w:t>
        <w:br/>
        <w:t>І пішов Садко у рідний Новгород,&lt;br /&gt;</w:t>
        <w:br/>
        <w:t>А на другий день&lt;br /&gt;</w:t>
        <w:br/>
        <w:t>Покликали Садка на почесний бенкет&lt;br /&gt;</w:t>
        <w:br/>
        <w:t>До купця багатого.&lt;br /&gt;</w:t>
        <w:br/>
        <w:t>І багато гостей зібралося&lt;br /&gt;</w:t>
        <w:br/>
        <w:t>На гостину звану&lt;br /&gt;</w:t>
        <w:br/>
        <w:t>Купців багатих новгородських.&lt;br /&gt;</w:t>
        <w:br/>
        <w:t>І всі тепер на бенкеті напої випивали,&lt;br /&gt;</w:t>
        <w:br/>
        <w:t>Смачні наїдки ласували,&lt;br /&gt;</w:t>
        <w:br/>
        <w:t>Хвалилися та нахвалялися.&lt;br /&gt;</w:t>
        <w:br/>
        <w:t>Хто чим похвалялися:&lt;br /&gt;</w:t>
        <w:br/>
        <w:t>А хто своєю казною незліченною,&lt;br /&gt;</w:t>
        <w:br/>
        <w:t>А хто своїм конем вірним,&lt;br /&gt;</w:t>
        <w:br/>
        <w:t>А хто силою та вдачею молодецькою.&lt;br /&gt;</w:t>
        <w:br/>
        <w:t>А хто розумний, той хвалиться&lt;br /&gt;</w:t>
        <w:br/>
        <w:t>Старим батьком та старою матір'ю.&lt;br /&gt;</w:t>
        <w:br/>
        <w:t>А хто нерозумний дурень дуже хвалиться&lt;br /&gt;</w:t>
        <w:br/>
        <w:t>Не нахвалиться дружиною молодою.&lt;br /&gt;</w:t>
        <w:br/>
        <w:t>А Садко сидить, та нічим не хвалиться&lt;br /&gt;</w:t>
        <w:br/>
        <w:t>І сидить, нічим не нахваляється.&lt;br /&gt;</w:t>
        <w:br/>
        <w:t>А сидять поруч купці новгородські&lt;br /&gt;</w:t>
        <w:br/>
        <w:t>І говорять Садку слова такі:&lt;br /&gt;</w:t>
        <w:br/>
        <w:t>"А що ж ти, Садко, сидиш, нічим не хвалишся,&lt;br /&gt;</w:t>
        <w:br/>
        <w:t>Чому нічим не похвалишся?"&lt;br /&gt;</w:t>
        <w:br/>
        <w:t>І відповідає Садко словами такими:&lt;br /&gt;</w:t>
        <w:br/>
        <w:t>"Ой купці багаті новгородські,&lt;br /&gt;</w:t>
        <w:br/>
        <w:t>А як і чим мені похвалитися,&lt;br /&gt;</w:t>
        <w:br/>
        <w:t>А як і чим мені нахвалитися?&lt;br /&gt;</w:t>
        <w:br/>
        <w:t>Нема у мене незліченної казни золотої,&lt;br /&gt;</w:t>
        <w:br/>
        <w:t>Нема у мене дружини молодої прекрасної,&lt;br /&gt;</w:t>
        <w:br/>
        <w:t>Тільки одним похвалитися можу:&lt;br /&gt;</w:t>
        <w:br/>
        <w:t>В Ільмень — озері&lt;br /&gt;</w:t>
        <w:br/>
        <w:t>Водиться риба з плавниками золотими".&lt;br /&gt;</w:t>
        <w:br/>
        <w:t>І почали купці новгородські&lt;br /&gt;</w:t>
        <w:br/>
        <w:t>Із Садком спорити:&lt;br /&gt;</w:t>
        <w:br/>
        <w:t>"В Ільмень — озері&lt;br /&gt;</w:t>
        <w:br/>
        <w:t>Нема риби такої,&lt;br /&gt;</w:t>
        <w:br/>
        <w:t>Щоб плавники золоті мала".&lt;br /&gt;</w:t>
        <w:br/>
        <w:t>І сказав Садко новгородський:&lt;br /&gt;</w:t>
        <w:br/>
        <w:t>"Закладу свою голову буйну,&lt;br /&gt;</w:t>
        <w:br/>
        <w:t>Більше закласти не маю що".&lt;br /&gt;</w:t>
        <w:br/>
        <w:t>А вони говорять: "Ми закладемо ряди торгові&lt;br /&gt;</w:t>
        <w:br/>
        <w:t>Шести купців, шести багатих".&lt;br /&gt;</w:t>
        <w:br/>
        <w:t>І заклали по ряду&lt;br /&gt;</w:t>
        <w:br/>
        <w:t>З дорогим крамом.&lt;br /&gt;</w:t>
        <w:br/>
        <w:t>А після цього зв'язали невід шовковий&lt;br /&gt;</w:t>
        <w:br/>
        <w:t>І поїхали ловити на Ільмень — озеро&lt;br /&gt;</w:t>
        <w:br/>
        <w:t>І закидали невід в Ільмень — озеро&lt;br /&gt;</w:t>
        <w:br/>
        <w:t>І рибу, яку добули, з плавниками золотими була.&lt;br /&gt;</w:t>
        <w:br/>
        <w:t>А як закинули другий невід в Ільмень — озеро,&lt;br /&gt;</w:t>
        <w:br/>
        <w:t>А як добули другу рибу, з плавниками золотими була.&lt;br /&gt;</w:t>
        <w:br/>
        <w:t>А як закинули третій невід в Ільмень — озеро,&lt;br /&gt;</w:t>
        <w:br/>
        <w:t>А як добули третю рибу, з плавниками золотими була.&lt;br /&gt;</w:t>
        <w:br/>
        <w:t>І побачили багаті купці новгородські,&lt;br /&gt;</w:t>
        <w:br/>
        <w:t>Що робити їм нічого,&lt;br /&gt;</w:t>
        <w:br/>
        <w:t>Вірно говорив Садко новгородський,&lt;br /&gt;</w:t>
        <w:br/>
        <w:t>Відкрили йому вікна лавок&lt;br /&gt;</w:t>
        <w:br/>
        <w:t>В рядах торгових&lt;br /&gt;</w:t>
        <w:br/>
        <w:t>З дорогими товарами.&lt;br /&gt;</w:t>
        <w:br/>
        <w:t>І отримав Садко новгородський&lt;br /&gt;</w:t>
        <w:br/>
        <w:t>В ряді торговому&lt;br /&gt;</w:t>
        <w:br/>
        <w:t>Шість лавок з товаром дорогим,&lt;br /&gt;</w:t>
        <w:br/>
        <w:t>І записався Садко в купці новгородські,&lt;br /&gt;</w:t>
        <w:br/>
        <w:t>І став тепер Садко купцем багатим.&lt;br /&gt;</w:t>
        <w:br/>
        <w:t>І став торгувати тепер у місті рідному,&lt;br /&gt;</w:t>
        <w:br/>
        <w:t>Їздити торгувати по всіх містах,&lt;br /&gt;</w:t>
        <w:br/>
        <w:t>По різних містах дальніх.&lt;br /&gt;</w:t>
        <w:br/>
        <w:t>І став одержувати прибутки великі,&lt;br /&gt;</w:t>
        <w:br/>
        <w:t>І після усього&lt;br /&gt;</w:t>
        <w:br/>
        <w:t>Женився купець багатий новгородський,&lt;br /&gt;</w:t>
        <w:br/>
        <w:t>А ще після усього&lt;br /&gt;</w:t>
        <w:br/>
        <w:t>Вибудував палати білокам'яні.&lt;br /&gt;</w:t>
        <w:br/>
        <w:t>А як чудово зробив Садко у своїх палатах,&lt;br /&gt;</w:t>
        <w:br/>
        <w:t>Прикрасив тереми по-небесному.&lt;br /&gt;</w:t>
        <w:br/>
        <w:t>І як у небі пригріє ясне сонечко,&lt;br /&gt;</w:t>
        <w:br/>
        <w:t>Так у палатах його пригріє ясне сонечко.&lt;br /&gt;</w:t>
        <w:br/>
        <w:t>І як на небі світить молодий місяць,&lt;br /&gt;</w:t>
        <w:br/>
        <w:t>Так у палатах його світить молодий місяць.&lt;br /&gt;</w:t>
        <w:br/>
        <w:t>І як на небі палають безліч зірок,&lt;br /&gt;</w:t>
        <w:br/>
        <w:t>Так у палатах його палають безліч зірок.&lt;br /&gt;</w:t>
        <w:br/>
        <w:t>Чудово всім прикрасив Садко палати білокам'яні.&lt;br /&gt;</w:t>
        <w:br/>
        <w:t>Тоді після усього&lt;br /&gt;</w:t>
        <w:br/>
        <w:t>Зібрав Садко застілля та званий бенкет.&lt;br /&gt;</w:t>
        <w:br/>
        <w:t>Усіх своїх купців багатих новгородських,&lt;br /&gt;</w:t>
        <w:br/>
        <w:t>Усіх панів своїх та новгородських,&lt;br /&gt;</w:t>
        <w:br/>
        <w:t>Усіх настоятелів новгородських.&lt;br /&gt;</w:t>
        <w:br/>
        <w:t>І були настоятелі новгородські:&lt;br /&gt;</w:t>
        <w:br/>
        <w:t>І Лука Зіновієв, і Фома Назарієв.&lt;br /&gt;</w:t>
        <w:br/>
        <w:t>А ще зібрав він усіх мужиків новгородських,&lt;br /&gt;</w:t>
        <w:br/>
        <w:t>І почалось застілля – званий бенкет багатий,&lt;br /&gt;</w:t>
        <w:br/>
        <w:t>А тепер усі у Садка на чесному бенкеті&lt;br /&gt;</w:t>
        <w:br/>
        <w:t>Напої випивали,&lt;br /&gt;</w:t>
        <w:br/>
        <w:t>Наїдки куштували,&lt;br /&gt;</w:t>
        <w:br/>
        <w:t>Похвалами нахвалялися.&lt;br /&gt;</w:t>
        <w:br/>
        <w:t>І хто чим на бенкеті хвалиться,&lt;br /&gt;</w:t>
        <w:br/>
        <w:t>І хто чим на бенкеті вихваляється.&lt;br /&gt;</w:t>
        <w:br/>
        <w:t>А хто своєю казною незліченною золотою,&lt;br /&gt;</w:t>
        <w:br/>
        <w:t>А хто своїм конем добрим,&lt;br /&gt;</w:t>
        <w:br/>
        <w:t>А хто силою могутньою богатирською,&lt;br /&gt;</w:t>
        <w:br/>
        <w:t>А хто хвалиться славною вітчизною,&lt;br /&gt;</w:t>
        <w:br/>
        <w:t>А хто хвалиться молодістю чи молодецтвом,&lt;br /&gt;</w:t>
        <w:br/>
        <w:t>А хто розумний, той хвалиться&lt;br /&gt;</w:t>
        <w:br/>
        <w:t>Старим батьком та старою матір'ю.&lt;br /&gt;</w:t>
        <w:br/>
        <w:t>А хто нерозумний дурень — дуже хвалиться,&lt;br /&gt;</w:t>
        <w:br/>
        <w:t>Не нахвалиться дружиною молодою.&lt;br /&gt;</w:t>
        <w:br/>
        <w:t>А Садко по палатах гуляє&lt;br /&gt;</w:t>
        <w:br/>
        <w:t>Та примовляє:&lt;br /&gt;</w:t>
        <w:br/>
        <w:t>"Ви, купці новгородські, ви багатії&lt;br /&gt;</w:t>
        <w:br/>
        <w:t>І всі панове новгородські,&lt;br /&gt;</w:t>
        <w:br/>
        <w:t>І всі настоятелі новгородські,&lt;br /&gt;</w:t>
        <w:br/>
        <w:t>І мужики всі новгородські,&lt;br /&gt;</w:t>
        <w:br/>
        <w:t>У мене ви всі на бенкеті святковому,&lt;br /&gt;</w:t>
        <w:br/>
        <w:t>Всі ви у мене п'яні та веселі.&lt;br /&gt;</w:t>
        <w:br/>
        <w:t>А як ви на бенкеті випивали,&lt;br /&gt;</w:t>
        <w:br/>
        <w:t>А як ви на бенкеті наїдалися&lt;br /&gt;</w:t>
        <w:br/>
        <w:t>Та похвальбами нахвалялися.&lt;br /&gt;</w:t>
        <w:br/>
        <w:t>І хто чим у вас хвалиться,&lt;br /&gt;</w:t>
        <w:br/>
        <w:t>А хто хвалиться бувальщиною,&lt;br /&gt;</w:t>
        <w:br/>
        <w:t>А хто хвалиться небилицею.&lt;br /&gt;</w:t>
        <w:br/>
        <w:t>А чим мені, Садку, тепер похвалитися?&lt;br /&gt;</w:t>
        <w:br/>
        <w:t>А і у мене, у Садка новгородського,&lt;br /&gt;</w:t>
        <w:br/>
        <w:t>Золота казна тепер у мене не худне,&lt;br /&gt;</w:t>
        <w:br/>
        <w:t>А свято тепер не переводиться,&lt;br /&gt;</w:t>
        <w:br/>
        <w:t>А дружина хоробра вірна є.&lt;br /&gt;</w:t>
        <w:br/>
        <w:t>А мені тепер можна похвалитися&lt;br /&gt;</w:t>
        <w:br/>
        <w:t>І своєю казною незліченною.&lt;br /&gt;</w:t>
        <w:br/>
        <w:t>А на свою незліченну золоту казну&lt;br /&gt;</w:t>
        <w:br/>
        <w:t>Викуплю я всі товари новгородські,&lt;br /&gt;</w:t>
        <w:br/>
        <w:t>І погані, і добрі,&lt;br /&gt;</w:t>
        <w:br/>
        <w:t>І не залишиться товару в Новгороді.&lt;br /&gt;</w:t>
        <w:br/>
        <w:t>А як повставали тоді настоятелі новгородські,&lt;br /&gt;</w:t>
        <w:br/>
        <w:t>І Фома Назарієв,&lt;br /&gt;</w:t>
        <w:br/>
        <w:t>І Лука Зіновієв.&lt;br /&gt;</w:t>
        <w:br/>
        <w:t>І піднялися вони на повний зріст,&lt;br /&gt;</w:t>
        <w:br/>
        <w:t>І промовили слова такі:&lt;br /&gt;</w:t>
        <w:br/>
        <w:t>"Ти купець, багатий новгородський!&lt;br /&gt;</w:t>
        <w:br/>
        <w:t>А чи не забагато. Чи б'єш з нами великий заклад,&lt;br /&gt;</w:t>
        <w:br/>
        <w:t>Коли викупиш увесь товар новгородський&lt;br /&gt;</w:t>
        <w:br/>
        <w:t>І поганий, і добрий,&lt;br /&gt;</w:t>
        <w:br/>
        <w:t>Що не буде в продажі товару та у всьому місті?".&lt;br /&gt;</w:t>
        <w:br/>
        <w:t>І відповідає їм Садко такими словами:&lt;br /&gt;</w:t>
        <w:br/>
        <w:t>" Ай же ви, настоятелі новгородські!&lt;br /&gt;</w:t>
        <w:br/>
        <w:t>На все мені вистачить незліченної золотої казни".&lt;br /&gt;</w:t>
        <w:br/>
        <w:t>І кажуть настоятелі новгородські:&lt;br /&gt;</w:t>
        <w:br/>
        <w:t>"Ой же ти, Садко новгородський!&lt;br /&gt;</w:t>
        <w:br/>
        <w:t>А бий заклад з нами на тридцять тисяч".&lt;br /&gt;</w:t>
        <w:br/>
        <w:t>І закладався Садко на тисяч тридцять,&lt;br /&gt;</w:t>
        <w:br/>
        <w:t>І з бенкету сумно роз'їжджались,&lt;br /&gt;</w:t>
        <w:br/>
        <w:t>Зі званого розходилися&lt;br /&gt;</w:t>
        <w:br/>
        <w:t>По домах своїх, по місцях.&lt;br /&gt;</w:t>
        <w:br/>
        <w:t>А Садко, купець новгородський,&lt;br /&gt;</w:t>
        <w:br/>
        <w:t>На другий день вставав зранку раннього,&lt;br /&gt;</w:t>
        <w:br/>
        <w:t>Розбудив дружину хоробру свою,&lt;br /&gt;</w:t>
        <w:br/>
        <w:t>Роздавав він дружинникам&lt;br /&gt;</w:t>
        <w:br/>
        <w:t>Дари незліченної золотої казни&lt;br /&gt;</w:t>
        <w:br/>
        <w:t>І пускав їх по вулицях торгових.&lt;br /&gt;</w:t>
        <w:br/>
        <w:t>І сам гордо йшов в ряду першому&lt;br /&gt;</w:t>
        <w:br/>
        <w:t>Та викуповував товари новгородські&lt;br /&gt;</w:t>
        <w:br/>
        <w:t>І погані, і добрі.&lt;br /&gt;</w:t>
        <w:br/>
        <w:t>А як наступив другий день&lt;br /&gt;</w:t>
        <w:br/>
        <w:t>Садко, купець багатий новгородський,&lt;br /&gt;</w:t>
        <w:br/>
        <w:t>Будив дружинників хоробрих,&lt;br /&gt;</w:t>
        <w:br/>
        <w:t>Давав улюблену незліченну золоту казну,&lt;br /&gt;</w:t>
        <w:br/>
        <w:t>Подалися вони по вулицях торгових.&lt;br /&gt;</w:t>
        <w:br/>
        <w:t>Сам гордо йшов в гостинний ряд,&lt;br /&gt;</w:t>
        <w:br/>
        <w:t>Але як багато товару привезено,&lt;br /&gt;</w:t>
        <w:br/>
        <w:t>Багатьма товарами все наповнене&lt;br /&gt;</w:t>
        <w:br/>
        <w:t>На славу велику новгородську.&lt;br /&gt;</w:t>
        <w:br/>
        <w:t>А він викупляв знову товари новгородські,&lt;br /&gt;</w:t>
        <w:br/>
        <w:t>Всі – і погані, і добрі.&lt;br /&gt;</w:t>
        <w:br/>
        <w:t>І на третій день Садко, купець багатий новгородський,&lt;br /&gt;</w:t>
        <w:br/>
        <w:t>Будив дружину свою хоробру&lt;br /&gt;</w:t>
        <w:br/>
        <w:t>Та давав вірним дружинникам&lt;br /&gt;</w:t>
        <w:br/>
        <w:t>Багато з казни незліченної золотої.&lt;br /&gt;</w:t>
        <w:br/>
        <w:t>І відправляв він дружинників по вулицях торгових,&lt;br /&gt;</w:t>
        <w:br/>
        <w:t>І сам гордо йшов прямо в перший ряд.&lt;br /&gt;</w:t>
        <w:br/>
        <w:t>І теж на славу велику новгородську&lt;br /&gt;</w:t>
        <w:br/>
        <w:t>Знову надійшли товари московські.&lt;br /&gt;</w:t>
        <w:br/>
        <w:t>І наповнився ряд торговий&lt;br /&gt;</w:t>
        <w:br/>
        <w:t>Дорогими товарами із Московії.&lt;br /&gt;</w:t>
        <w:br/>
        <w:t>І Садко тепер так роздумував:&lt;br /&gt;</w:t>
        <w:br/>
        <w:t>"А як викуплю ще товари всі московські,&lt;br /&gt;</w:t>
        <w:br/>
        <w:t>То на славу велику новгородську&lt;br /&gt;</w:t>
        <w:br/>
        <w:t>Прибудуть товари заморські.&lt;br /&gt;</w:t>
        <w:br/>
        <w:t>І уже тоді мені, Садку,&lt;br /&gt;</w:t>
        <w:br/>
        <w:t>Не викупити товари із усього білого світу.&lt;br /&gt;</w:t>
        <w:br/>
        <w:t>Тому не я найбагатший&lt;br /&gt;</w:t>
        <w:br/>
        <w:t>Купець новгородський,&lt;br /&gt;</w:t>
        <w:br/>
        <w:t>А багатший від мене славний Новгород".&lt;br /&gt;</w:t>
        <w:br/>
        <w:t>Бо не зможу я так викупити&lt;br /&gt;</w:t>
        <w:br/>
        <w:t>Всіх товарів новгородських,&lt;br /&gt;</w:t>
        <w:br/>
        <w:t>Щоб не було продажу у всьому місті.&lt;br /&gt;</w:t>
        <w:br/>
        <w:t>А краще віддам я грошенят тридцять тисячею,&lt;br /&gt;</w:t>
        <w:br/>
        <w:t>Заставу свою велику! "&lt;br /&gt;</w:t>
        <w:br/>
        <w:t>А як віддав грошенят тридцять тисячею,&lt;br /&gt;</w:t>
        <w:br/>
        <w:t>Відкупився від закладу великого.&lt;br /&gt;</w:t>
        <w:br/>
        <w:t>А потім як побудував тридцять кораблів,&lt;br /&gt;</w:t>
        <w:br/>
        <w:t>Тридцять кораблів, тридцять чорних,&lt;br /&gt;</w:t>
        <w:br/>
        <w:t>І як звалив він товари новгородські&lt;br /&gt;</w:t>
        <w:br/>
        <w:t>І на ті чорні, на кораблі,&lt;br /&gt;</w:t>
        <w:br/>
        <w:t>І поїхав торгувати купець багатий новгородський&lt;br /&gt;</w:t>
        <w:br/>
        <w:t>На своїх на чорних, на кораблях.&lt;br /&gt;</w:t>
        <w:br/>
        <w:t>А поїхав він по Волхові,&lt;br /&gt;</w:t>
        <w:br/>
        <w:t>А із Волхова він на Ладозьке,&lt;br /&gt;</w:t>
        <w:br/>
        <w:t>А з Ладозького випливав у Неву — річку,&lt;br /&gt;</w:t>
        <w:br/>
        <w:t>А із Неви — річки виїхав у синє море.&lt;br /&gt;</w:t>
        <w:br/>
        <w:t>І їхав він по синьому морю,&lt;br /&gt;</w:t>
        <w:br/>
        <w:t>І завернув він в Золоту Орду.&lt;br /&gt;</w:t>
        <w:br/>
        <w:t>А як там продавав він товари новгородські,&lt;br /&gt;</w:t>
        <w:br/>
        <w:t>І отримував прибутки тепер величезні,&lt;br /&gt;</w:t>
        <w:br/>
        <w:t>І засипав він бочки сорока пудові&lt;br /&gt;</w:t>
        <w:br/>
        <w:t>Золотом червоним;&lt;br /&gt;</w:t>
        <w:br/>
        <w:t>Та насипав він багато бочок чистим сріблом,&lt;br /&gt;</w:t>
        <w:br/>
        <w:t>А ще насипав він багато бочок перлами різними: і дрібними, і великими.&lt;br /&gt;</w:t>
        <w:br/>
        <w:t>А потім поїхав він із Золотої Орди,&lt;br /&gt;</w:t>
        <w:br/>
        <w:t>І виїхав тепер знову на синє море.&lt;br /&gt;</w:t>
        <w:br/>
        <w:t>А у синьому морі вперлися чорні кораблі,&lt;br /&gt;</w:t>
        <w:br/>
        <w:t>І як хвиля не б'є і вітрила рве,&lt;br /&gt;</w:t>
        <w:br/>
        <w:t>Та ламає чорні кораблі,&lt;br /&gt;</w:t>
        <w:br/>
        <w:t>А все з місця не йдуть чорні кораблі.&lt;br /&gt;</w:t>
        <w:br/>
        <w:t>І мовив Садко, купець багатий новгородський,&lt;br /&gt;</w:t>
        <w:br/>
        <w:t>До своєї він дружини хороброї:&lt;br /&gt;</w:t>
        <w:br/>
        <w:t>"А й же ти, дружина найхоробріша!&lt;br /&gt;</w:t>
        <w:br/>
        <w:t>А і скільки ми по морю не їздили,&lt;br /&gt;</w:t>
        <w:br/>
        <w:t>А морському царю данини та не виплачували.&lt;br /&gt;</w:t>
        <w:br/>
        <w:t>А тепер данини вимагає морський цар в синє море".&lt;br /&gt;</w:t>
        <w:br/>
        <w:t>Продовжує говорити Садко, купець багатий новгородський:&lt;br /&gt;</w:t>
        <w:br/>
        <w:t>"Гей ти, дружина найхоробріша!&lt;br /&gt;</w:t>
        <w:br/>
        <w:t>А візьміть ви і метніть в синє море&lt;br /&gt;</w:t>
        <w:br/>
        <w:t>Бочку сорока пудову червоного золота".&lt;br /&gt;</w:t>
        <w:br/>
        <w:t>І та дружина найхоробріша&lt;br /&gt;</w:t>
        <w:br/>
        <w:t>І брала бочку сорока пудову червоного золота,&lt;br /&gt;</w:t>
        <w:br/>
        <w:t>І кидала бочку в синє море.&lt;br /&gt;</w:t>
        <w:br/>
        <w:t>І знову все хвиля б'є, вітрила рве,&lt;br /&gt;</w:t>
        <w:br/>
        <w:t>Ламає чорні кораблі у синьому морі,&lt;br /&gt;</w:t>
        <w:br/>
        <w:t>Все не зійдуть з місця кораблі на синьому морі.&lt;br /&gt;</w:t>
        <w:br/>
        <w:t>І знову промовив Садко, купець багатий новгородський&lt;br /&gt;</w:t>
        <w:br/>
        <w:t>До своєї дружини найхоробрішої:&lt;br /&gt;</w:t>
        <w:br/>
        <w:t>"Гей, ти, дружина моя найхоробріша!&lt;br /&gt;</w:t>
        <w:br/>
        <w:t>А видно мало цієї данини царю морському в синє море:&lt;br /&gt;</w:t>
        <w:br/>
        <w:t>А візьміть ви і метніть в синє море&lt;br /&gt;</w:t>
        <w:br/>
        <w:t>Ще іншу бочку чистого срібла ".&lt;br /&gt;</w:t>
        <w:br/>
        <w:t>І та дружина найхоробріша&lt;br /&gt;</w:t>
        <w:br/>
        <w:t>І кидали іншу бочку в синє море&lt;br /&gt;</w:t>
        <w:br/>
        <w:t>З чистими сріблом.&lt;br /&gt;</w:t>
        <w:br/>
        <w:t>І знову все хвиля б'є, вітрила рве,&lt;br /&gt;</w:t>
        <w:br/>
        <w:t>Ламає чорні кораблі на синьому морі,&lt;br /&gt;</w:t>
        <w:br/>
        <w:t>Все не зійдуть з місця кораблі на синьому морі.&lt;br /&gt;</w:t>
        <w:br/>
        <w:t>І знову мовив Садко, купець багатий новгородський,&lt;br /&gt;</w:t>
        <w:br/>
        <w:t>До своєї дружини найхоробрішої:&lt;br /&gt;</w:t>
        <w:br/>
        <w:t>"Гей ти, дружина найхоробріша!&lt;br /&gt;</w:t>
        <w:br/>
        <w:t>Видно, мало цієї данини в синє море:&lt;br /&gt;</w:t>
        <w:br/>
        <w:t>А беріть третю бочку перлів великих та дрібних,&lt;br /&gt;</w:t>
        <w:br/>
        <w:t>І кидайте ту бочку в синє море ".&lt;br /&gt;</w:t>
        <w:br/>
        <w:t>І та дружина найхоробріша&lt;br /&gt;</w:t>
        <w:br/>
        <w:t>Брала бочку з великими та дрібними перлами,&lt;br /&gt;</w:t>
        <w:br/>
        <w:t>А кидали бочку в синє море.&lt;br /&gt;</w:t>
        <w:br/>
        <w:t>І ще на синьому морі стоять кораблі чорні.&lt;br /&gt;</w:t>
        <w:br/>
        <w:t>А хвиля б'є, вітрила рве,&lt;br /&gt;</w:t>
        <w:br/>
        <w:t>І ламає чорні кораблі,&lt;br /&gt;</w:t>
        <w:br/>
        <w:t>Та все з місця не зійдуть кораблі чорні.&lt;br /&gt;</w:t>
        <w:br/>
        <w:t>І мовив Садко, купець багатий новгородський&lt;br /&gt;</w:t>
        <w:br/>
        <w:t>До своєї дружини найхоробрішої :&lt;br /&gt;</w:t>
        <w:br/>
        <w:t>"Гей ти, люб'язна дружина найхоробріша!&lt;br /&gt;</w:t>
        <w:br/>
        <w:t>Видно, морський цар хоче живу душу в синє море.&lt;br /&gt;</w:t>
        <w:br/>
        <w:t>Гей ти, дружина найхоробріша!&lt;br /&gt;</w:t>
        <w:br/>
        <w:t>А візьміть та зробіть&lt;br /&gt;</w:t>
        <w:br/>
        <w:t>Жереб для себе&lt;br /&gt;</w:t>
        <w:br/>
        <w:t>І кожен своє ім'я хай напише на жеребі,&lt;br /&gt;</w:t>
        <w:br/>
        <w:t>І пускайте на синє море;&lt;br /&gt;</w:t>
        <w:br/>
        <w:t>А я зроблю собі той жереб з червоного золота.&lt;br /&gt;</w:t>
        <w:br/>
        <w:t>А як пустимо жереб на море синє:&lt;br /&gt;</w:t>
        <w:br/>
        <w:t>"Той, чий жереб тоді до дна піде,&lt;br /&gt;</w:t>
        <w:br/>
        <w:t>Іти тому в море синє".&lt;br /&gt;</w:t>
        <w:br/>
        <w:t>І у всієї дружини найхоробрішої&lt;br /&gt;</w:t>
        <w:br/>
        <w:t>Жереби качуром по воді пливуть,&lt;br /&gt;</w:t>
        <w:br/>
        <w:t>А Садка купця ключем на дно пішов.&lt;br /&gt;</w:t>
        <w:br/>
        <w:t>І каже Садко такі слова:&lt;br /&gt;</w:t>
        <w:br/>
        <w:t>"Жереби ці не є правильними;&lt;br /&gt;</w:t>
        <w:br/>
        <w:t>А зробіть ви жереби з червоного золота,&lt;br /&gt;</w:t>
        <w:br/>
        <w:t>А я зроблю жереб дубовий.&lt;br /&gt;</w:t>
        <w:br/>
        <w:t>І пишіть кожен імена на жеребах,&lt;br /&gt;</w:t>
        <w:br/>
        <w:t>І пускайте їх на синє море:&lt;br /&gt;</w:t>
        <w:br/>
        <w:t>"А чий жереб до дна піде,&lt;br /&gt;</w:t>
        <w:br/>
        <w:t>Тому йти тоді в синє море".&lt;br /&gt;</w:t>
        <w:br/>
        <w:t>І вся та дружина найхоробріша&lt;br /&gt;</w:t>
        <w:br/>
        <w:t>І пускала жереб на синє море,&lt;br /&gt;</w:t>
        <w:br/>
        <w:t>І у всієї дружини найхоробрішої&lt;br /&gt;</w:t>
        <w:br/>
        <w:t>Всі жереби качуром пливуть,&lt;br /&gt;</w:t>
        <w:br/>
        <w:t>А жереб Садка ключем на дно пішов.&lt;br /&gt;</w:t>
        <w:br/>
        <w:t>І знову промовив Садко такі слова:&lt;br /&gt;</w:t>
        <w:br/>
        <w:t>"І ці жереби є неправильними.&lt;br /&gt;</w:t>
        <w:br/>
        <w:t>Гей ти, дружина найхоробріша!&lt;br /&gt;</w:t>
        <w:br/>
        <w:t>А зробіть ви жереби дубові,&lt;br /&gt;</w:t>
        <w:br/>
        <w:t>А я зроблю жереб липовий,&lt;br /&gt;</w:t>
        <w:br/>
        <w:t>І як напишемо імена всі на жеребах,&lt;br /&gt;</w:t>
        <w:br/>
        <w:t>І як пустимо жереби на синє море,&lt;br /&gt;</w:t>
        <w:br/>
        <w:t>Тепер в останнє:&lt;br /&gt;</w:t>
        <w:br/>
        <w:t>Чий жереб до дна піде,&lt;br /&gt;</w:t>
        <w:br/>
        <w:t>Тому йти із нас в синє море ".&lt;br /&gt;</w:t>
        <w:br/>
        <w:t>І вся дружина найхоробріша&lt;br /&gt;</w:t>
        <w:br/>
        <w:t>Зробила жереби собі дубові,&lt;br /&gt;</w:t>
        <w:br/>
        <w:t>Він робив жереб собі липовий,&lt;br /&gt;</w:t>
        <w:br/>
        <w:t>І як всяк свої імена написав на жеребі,&lt;br /&gt;</w:t>
        <w:br/>
        <w:t>Пустили жереби на синє море.&lt;br /&gt;</w:t>
        <w:br/>
        <w:t>І у всієї дружини найхоробрішої&lt;br /&gt;</w:t>
        <w:br/>
        <w:t>Всі жереби качуром пливуть по синьому морі,&lt;br /&gt;</w:t>
        <w:br/>
        <w:t>А у Садка, купця багатого новгородського, ключем на дно пішов.&lt;br /&gt;</w:t>
        <w:br/>
        <w:t>І сказав Садко такі слова:&lt;br /&gt;</w:t>
        <w:br/>
        <w:t>"Як видно, Садку робити тепер нічого,&lt;br /&gt;</w:t>
        <w:br/>
        <w:t>Самого Садка вимагає цар морський в синє море.&lt;br /&gt;</w:t>
        <w:br/>
        <w:t>Гей ти, дружина моя хоробра та люб'язна!&lt;br /&gt;</w:t>
        <w:br/>
        <w:t>А візьміть ви і принесіть&lt;br /&gt;</w:t>
        <w:br/>
        <w:t>Мою чорнильницю ви розпорядчу,&lt;br /&gt;</w:t>
        <w:br/>
        <w:t>Принесіть перо лебедине,&lt;br /&gt;</w:t>
        <w:br/>
        <w:t>Принесіть ви папір гербовий".&lt;br /&gt;</w:t>
        <w:br/>
        <w:t>І дружина його найхоробріша&lt;br /&gt;</w:t>
        <w:br/>
        <w:t>Принесла йому чорнильницю розпорядчу,&lt;br /&gt;</w:t>
        <w:br/>
        <w:t>Принесла і перо лебедине,&lt;br /&gt;</w:t>
        <w:br/>
        <w:t>Принесла і папір гербовий.&lt;br /&gt;</w:t>
        <w:br/>
        <w:t>І тут Садко, купець багатий новгородський,&lt;br /&gt;</w:t>
        <w:br/>
        <w:t>Сів на стілець&lt;br /&gt;</w:t>
        <w:br/>
        <w:t>За столик дубовий,&lt;br /&gt;</w:t>
        <w:br/>
        <w:t>І почав він помістя своє відписувати:&lt;br /&gt;</w:t>
        <w:br/>
        <w:t>І відписував він маєтки Божим церквам,&lt;br /&gt;</w:t>
        <w:br/>
        <w:t>І багато маєтків злиденній братії,&lt;br /&gt;</w:t>
        <w:br/>
        <w:t>А одне помістя він відписував молодій дружині,&lt;br /&gt;</w:t>
        <w:br/>
        <w:t>А решта своїй дружині найхоробрішій.&lt;br /&gt;</w:t>
        <w:br/>
        <w:t>А як сам потім заплакав він,&lt;br /&gt;</w:t>
        <w:br/>
        <w:t>Говорив він дружині найхоробрішій:&lt;br /&gt;</w:t>
        <w:br/>
        <w:t>"Гей ти, дружина найхоробріша!&lt;br /&gt;</w:t>
        <w:br/>
        <w:t>Опустіть ви дошку дубову на синє море,&lt;br /&gt;</w:t>
        <w:br/>
        <w:t>Щоб мені впасти, Садку, на дошку,&lt;br /&gt;</w:t>
        <w:br/>
        <w:t>Бо страшно прийняти смерть на синьому морі ".&lt;br /&gt;</w:t>
        <w:br/>
        <w:t>І знімав він гуслі кленові свої забуті,&lt;br /&gt;</w:t>
        <w:br/>
        <w:t>І заплакав гірко, прощався він з дружиною хороброю,&lt;br /&gt;</w:t>
        <w:br/>
        <w:t>Прощався він тепер зі всім білим світом,&lt;br /&gt;</w:t>
        <w:br/>
        <w:t>І прощався він тепер&lt;br /&gt;</w:t>
        <w:br/>
        <w:t>Зі своїм Новим містом.&lt;br /&gt;</w:t>
        <w:br/>
        <w:t>А потім звалився на дошку він на дубову,&lt;br /&gt;</w:t>
        <w:br/>
        <w:t>Та й понесло Садка на дошці по синьому морі.&lt;br /&gt;</w:t>
        <w:br/>
        <w:t>І тут же побігли чорні ті кораблі,&lt;br /&gt;</w:t>
        <w:br/>
        <w:t>Ніби полетіли чорні ворони.&lt;br /&gt;</w:t>
        <w:br/>
        <w:t>І залишився тепер Садко на синьому морі,&lt;br /&gt;</w:t>
        <w:br/>
        <w:t>А зі страху великого&lt;br /&gt;</w:t>
        <w:br/>
        <w:t>Заснув Садко на тій дошці на дубовій.&lt;br /&gt;</w:t>
        <w:br/>
        <w:t>А як прокинувся Садко, купець багатий новгородський,&lt;br /&gt;</w:t>
        <w:br/>
        <w:t>В Океані морів та на самому дні,&lt;br /&gt;</w:t>
        <w:br/>
        <w:t>А побачив — крізь воду гріє ясне сонечко,&lt;br /&gt;</w:t>
        <w:br/>
        <w:t>І опинився поруч палац Білокам'яний.&lt;br /&gt;</w:t>
        <w:br/>
        <w:t>Зайшов він в палац Білокам'яний:&lt;br /&gt;</w:t>
        <w:br/>
        <w:t>І сидить тепер у палаці білокам'яному&lt;br /&gt;</w:t>
        <w:br/>
        <w:t>Цар морський вже тепер на стільці.&lt;br /&gt;</w:t>
        <w:br/>
        <w:t>І каже цар морський слова такі:&lt;br /&gt;</w:t>
        <w:br/>
        <w:t>"Вітаю, купець багатий,&lt;br /&gt;</w:t>
        <w:br/>
        <w:t>Садко новгородський!&lt;br /&gt;</w:t>
        <w:br/>
        <w:t>А скільки ти по морю не їздив,&lt;br /&gt;</w:t>
        <w:br/>
        <w:t>Морському царю данини не платив в синє море,&lt;br /&gt;</w:t>
        <w:br/>
        <w:t>То тепер вже сам увесь прийшов до мене подаруночком.&lt;br /&gt;</w:t>
        <w:br/>
        <w:t>Ах, кажуть, ти майстер грати під гуслі кленові.&lt;br /&gt;</w:t>
        <w:br/>
        <w:t>А пограй мені в гуслі кленові ".&lt;br /&gt;</w:t>
        <w:br/>
        <w:t>А як тут Садко бачить, в синьому морі робити нічого:&lt;br /&gt;</w:t>
        <w:br/>
        <w:t>Мусить він грати під гуслі кленові.&lt;br /&gt;</w:t>
        <w:br/>
        <w:t>І як почав грати Садко під гуслі кленові,&lt;br /&gt;</w:t>
        <w:br/>
        <w:t>Як почав танцювати цар морський тепер в синьому морі,&lt;br /&gt;</w:t>
        <w:br/>
        <w:t>А від нього збурилося все синє море,&lt;br /&gt;</w:t>
        <w:br/>
        <w:t>І піднялася хвиля на синьому морі,&lt;br /&gt;</w:t>
        <w:br/>
        <w:t>І став він розбивати багато чорних кораблів на синьому морі,&lt;br /&gt;</w:t>
        <w:br/>
        <w:t>І багато стало тонути народу в синьому морі&lt;br /&gt;</w:t>
        <w:br/>
        <w:t>І багато стало гинути добра в синьому морі,&lt;br /&gt;</w:t>
        <w:br/>
        <w:t>І тепер на синьому морі багато люду доброго,&lt;br /&gt;</w:t>
        <w:br/>
        <w:t>Багато люду православного&lt;br /&gt;</w:t>
        <w:br/>
        <w:t>Усе молилося до Миколи Можайського,&lt;br /&gt;</w:t>
        <w:br/>
        <w:t>Щоб виніс їх Микола — угодник з синього моря.&lt;br /&gt;</w:t>
        <w:br/>
        <w:t>І тут Садка новгородського хтось штовхнув у плече праве,&lt;br /&gt;</w:t>
        <w:br/>
        <w:t>І обернувся назад Садко, купець багатий новгородський.&lt;br /&gt;</w:t>
        <w:br/>
        <w:t>Бачить, що стоїть дідок позаду білий від сивини,&lt;br /&gt;</w:t>
        <w:br/>
        <w:t>І промовив дідок той такі слова:&lt;br /&gt;</w:t>
        <w:br/>
        <w:t>"Досить тобі грати, Садко, під гуслі кленові в синьому морі!"&lt;br /&gt;</w:t>
        <w:br/>
        <w:t>І відповідає Садко такими словами:&lt;br /&gt;</w:t>
        <w:br/>
        <w:t>"Тепер у мене не своя воля у синьому морі,&lt;br /&gt;</w:t>
        <w:br/>
        <w:t>Змушує так грати мене цар морський".&lt;br /&gt;</w:t>
        <w:br/>
        <w:t>І сказав знову дідок такі слова:&lt;br /&gt;</w:t>
        <w:br/>
        <w:t>"А ти, Садко, купець багатий новгородський!&lt;br /&gt;</w:t>
        <w:br/>
        <w:t>А ти струни повиривай,&lt;br /&gt;</w:t>
        <w:br/>
        <w:t>А кілочки поламай".&lt;br /&gt;</w:t>
        <w:br/>
        <w:t>І скажи ти тепер царю морському:&lt;br /&gt;</w:t>
        <w:br/>
        <w:t>"А нема у мене струн запасних,&lt;br /&gt;</w:t>
        <w:br/>
        <w:t>І кілочки б мені пригодилися,&lt;br /&gt;</w:t>
        <w:br/>
        <w:t>А так більше нема грати на чому".&lt;br /&gt;</w:t>
        <w:br/>
        <w:t>А тобі скаже цар морський:&lt;br /&gt;</w:t>
        <w:br/>
        <w:t>"Чи не завгодно тобі, Садко, женитися&lt;br /&gt;</w:t>
        <w:br/>
        <w:t>в синьому морі на душеньці, на прекрасній дівчині? "&lt;br /&gt;</w:t>
        <w:br/>
        <w:t>А ти скажи йому тепер в синьому морі,&lt;br /&gt;</w:t>
        <w:br/>
        <w:t>Скажи: "Цар морський, воля твоя тепер в синьому морі,&lt;br /&gt;</w:t>
        <w:br/>
        <w:t>І як що ти вважаєш, те й роби".&lt;br /&gt;</w:t>
        <w:br/>
        <w:t>І як він скаже тобі так тепер:&lt;br /&gt;</w:t>
        <w:br/>
        <w:t>"З самого ранку приготуйся ти,&lt;br /&gt;</w:t>
        <w:br/>
        <w:t>Садко, купець багатий новгородський,&lt;br /&gt;</w:t>
        <w:br/>
        <w:t>І вибирай ти дівицю собі по мудрості своїй та по розуму ".&lt;br /&gt;</w:t>
        <w:br/>
        <w:t>"Так ти дивись, перші триста дівчат пропусти,&lt;br /&gt;</w:t>
        <w:br/>
        <w:t>І інших триста теж пропусти,&lt;br /&gt;</w:t>
        <w:br/>
        <w:t>А як третю сотню дівчат приведуть,&lt;br /&gt;</w:t>
        <w:br/>
        <w:t>В тій сотні на кінці на останньому&lt;br /&gt;</w:t>
        <w:br/>
        <w:t>Йтиме дівиця-красуня,&lt;br /&gt;</w:t>
        <w:br/>
        <w:t>І прізвище Чернава її.&lt;br /&gt;</w:t>
        <w:br/>
        <w:t>Так ти цю Чернаву бери в заміжжя,&lt;br /&gt;</w:t>
        <w:br/>
        <w:t>І тоді ти, Садко, та щасливий будеш.&lt;br /&gt;</w:t>
        <w:br/>
        <w:t>А як будеш спати першої ночі,&lt;br /&gt;</w:t>
        <w:br/>
        <w:t>То дивись, не твори нічого поганого&lt;br /&gt;</w:t>
        <w:br/>
        <w:t>З тією дівчиною зі Чернави.&lt;br /&gt;</w:t>
        <w:br/>
        <w:t>То прокинешся ти в синьому морі,&lt;br /&gt;</w:t>
        <w:br/>
        <w:t>Так опинишся в Новгороді на крутому кряжі,&lt;br /&gt;</w:t>
        <w:br/>
        <w:t>Біля річечки своєї Чернави.&lt;br /&gt;</w:t>
        <w:br/>
        <w:t>А якщо погано поступиш ти в синьому морі,&lt;br /&gt;</w:t>
        <w:br/>
        <w:t>Так ти залишишся навіки в синьому морі.&lt;br /&gt;</w:t>
        <w:br/>
        <w:t>А коли ти будеш вже на святій Русі,&lt;br /&gt;</w:t>
        <w:br/>
        <w:t>То у своєму ти місті Новому,&lt;br /&gt;</w:t>
        <w:br/>
        <w:t>Побудуй ти церкву соборну&lt;br /&gt;</w:t>
        <w:br/>
        <w:t>Миколи Можайського,&lt;br /&gt;</w:t>
        <w:br/>
        <w:t>А я і є Микола Можайський".&lt;br /&gt;</w:t>
        <w:br/>
        <w:t>І пропав тут же дідок сивий.&lt;br /&gt;</w:t>
        <w:br/>
        <w:t>А Садко, купець багатий новгородський, в синьому морі,&lt;br /&gt;</w:t>
        <w:br/>
        <w:t>Струни вириває,&lt;br /&gt;</w:t>
        <w:br/>
        <w:t>Та кілочки ламає,&lt;br /&gt;</w:t>
        <w:br/>
        <w:t>А не став він більше грати під гуслі кленові.&lt;br /&gt;</w:t>
        <w:br/>
        <w:t>І заспокоївся цар морський,&lt;br /&gt;</w:t>
        <w:br/>
        <w:t>Перестав танцювати він тепер в синьому морі,&lt;br /&gt;</w:t>
        <w:br/>
        <w:t>І сам вже цар казав такі слова:&lt;br /&gt;</w:t>
        <w:br/>
        <w:t>"А що ж ти не граєш, Садко, купець багатий новгородський,&lt;br /&gt;</w:t>
        <w:br/>
        <w:t>У гуслі свої кленові? "&lt;br /&gt;</w:t>
        <w:br/>
        <w:t>І відповідав Садко такими словами:&lt;br /&gt;</w:t>
        <w:br/>
        <w:t>"А тепер струни як порвалися,&lt;br /&gt;</w:t>
        <w:br/>
        <w:t>Кілочки поламалися,&lt;br /&gt;</w:t>
        <w:br/>
        <w:t>У мене з собою інших нема",&lt;br /&gt;</w:t>
        <w:br/>
        <w:t>І говорив цар морський:&lt;br /&gt;</w:t>
        <w:br/>
        <w:t>"Чи не бажаєте одружитися, Садко, в синьому морі,&lt;br /&gt;</w:t>
        <w:br/>
        <w:t>На душеньці, на прекрасній дівчині? "&lt;br /&gt;</w:t>
        <w:br/>
        <w:t>А він відповідав йому:&lt;br /&gt;</w:t>
        <w:br/>
        <w:t>"Воленька твоя тепер наді мною в синьому морі".&lt;br /&gt;</w:t>
        <w:br/>
        <w:t>І сказав вже цар морський:&lt;br /&gt;</w:t>
        <w:br/>
        <w:t>"Гей Садко, купець багатий новгородський!&lt;br /&gt;</w:t>
        <w:br/>
        <w:t>Зранку вибирай собі дівицю та красуню&lt;br /&gt;</w:t>
        <w:br/>
        <w:t>По мудрості своїй та по розуму".&lt;br /&gt;</w:t>
        <w:br/>
        <w:t>А як настав ранок ранній,&lt;br /&gt;</w:t>
        <w:br/>
        <w:t>Став Садко, купець багатий новгородський,&lt;br /&gt;</w:t>
        <w:br/>
        <w:t>Вибирати собі дівицю красуню,&lt;br /&gt;</w:t>
        <w:br/>
        <w:t>Дивиться, вже стоїть цар морський.&lt;br /&gt;</w:t>
        <w:br/>
        <w:t>І як триста дівчат повели повз них,&lt;br /&gt;</w:t>
        <w:br/>
        <w:t>То він перших сто дівчат пропустив,&lt;br /&gt;</w:t>
        <w:br/>
        <w:t>І другу сотню дівчат теж пропустив,&lt;br /&gt;</w:t>
        <w:br/>
        <w:t>Вже і третю сотню дівчат пропускає.&lt;br /&gt;</w:t>
        <w:br/>
        <w:t>І бачить , позаду йде дівиця красуня,&lt;br /&gt;</w:t>
        <w:br/>
        <w:t>А на прізвище звуть Чернавою.&lt;br /&gt;</w:t>
        <w:br/>
        <w:t>І він Чернавою милувався та оженився.&lt;br /&gt;</w:t>
        <w:br/>
        <w:t>І промовив тут цар морський такі слова:&lt;br /&gt;</w:t>
        <w:br/>
        <w:t>"А і як ти зумів так женитися, Садко, в синьому морі".&lt;br /&gt;</w:t>
        <w:br/>
        <w:t>І почався бенкет та застілля в синьому морі,&lt;br /&gt;</w:t>
        <w:br/>
        <w:t>І як закінчився званий бенкет,&lt;br /&gt;</w:t>
        <w:br/>
        <w:t>І полягали спати Садко, купець багатий новгородський,&lt;br /&gt;</w:t>
        <w:br/>
        <w:t>В синьому морі з дівицею-красунею&lt;br /&gt;</w:t>
        <w:br/>
        <w:t>У спальні, у теплій;&lt;br /&gt;</w:t>
        <w:br/>
        <w:t>А повівся добре він та заснув міцним сном.&lt;br /&gt;</w:t>
        <w:br/>
        <w:t>А як прокинувся, Садко, купець багатий новгородський,&lt;br /&gt;</w:t>
        <w:br/>
        <w:t>То опинився Садко у місті рідному,&lt;br /&gt;</w:t>
        <w:br/>
        <w:t>На крутому кряжі річки Чернави.&lt;br /&gt;</w:t>
        <w:br/>
        <w:t>І тут побачив — біжать по Волхові&lt;br /&gt;</w:t>
        <w:br/>
        <w:t>Його чорні кораблі,&lt;br /&gt;</w:t>
        <w:br/>
        <w:t>І дружина його найхоробріша&lt;br /&gt;</w:t>
        <w:br/>
        <w:t>Поминає Садка в синьому морі,&lt;br /&gt;</w:t>
        <w:br/>
        <w:t>Садка, купця багатого, дружиненька його&lt;br /&gt;</w:t>
        <w:br/>
        <w:t>Поминає Садка з дружиною його хороброю.&lt;br /&gt;</w:t>
        <w:br/>
        <w:t>А як тут побачила дружина&lt;br /&gt;</w:t>
        <w:br/>
        <w:t>З Волхова, що стоїть Садко на крутому кряжу,&lt;br /&gt;</w:t>
        <w:br/>
        <w:t>І тут дружина розхвилювалася&lt;br /&gt;</w:t>
        <w:br/>
        <w:t>І як чуду вже дивувалася:&lt;br /&gt;</w:t>
        <w:br/>
        <w:t>"А залишили ми Садка на синьому морі,&lt;br /&gt;</w:t>
        <w:br/>
        <w:t>А Садко попереду нас в місті рідному".&lt;br /&gt;</w:t>
        <w:br/>
        <w:t>І зустрів Садко дружину найхоробрішу,&lt;br /&gt;</w:t>
        <w:br/>
        <w:t>Всі чорні кораблі свої тут.&lt;br /&gt;</w:t>
        <w:br/>
        <w:t>А як тепер віталися, то&lt;br /&gt;</w:t>
        <w:br/>
        <w:t>Пішли у палати Садка, купця багатого.&lt;br /&gt;</w:t>
        <w:br/>
        <w:t>І вітався він зі своєю молодою дружиненькою.&lt;br /&gt;</w:t>
        <w:br/>
        <w:t>І як після усього цього&lt;br /&gt;</w:t>
        <w:br/>
        <w:t>Вивантажив він із кораблів&lt;br /&gt;</w:t>
        <w:br/>
        <w:t>Все своє добро,&lt;br /&gt;</w:t>
        <w:br/>
        <w:t>Та на всю свою незліченну золоту скарбницю,&lt;br /&gt;</w:t>
        <w:br/>
        <w:t>На свою незліченну золоту казну&lt;br /&gt;</w:t>
        <w:br/>
        <w:t>Зробив церкву соборну Миколи Можайського,&lt;br /&gt;</w:t>
        <w:br/>
        <w:t>І іншу церкву зробив Пресвятої Богородиці.&lt;br /&gt;</w:t>
        <w:br/>
        <w:t>Та як то після цього&lt;br /&gt;</w:t>
        <w:br/>
        <w:t>Почав Господу Богу він так молитися,&lt;br /&gt;</w:t>
        <w:br/>
        <w:t>Про свої гріхи прощу випрошувати.&lt;br /&gt;</w:t>
        <w:br/>
        <w:t>Не став більше виїжджати на синє море,&lt;br /&gt;</w:t>
        <w:br/>
        <w:t>І став проживати у місті рідному.&lt;br /&gt;</w:t>
        <w:br/>
        <w:t>То тепер після всього&lt;br /&gt;</w:t>
        <w:br/>
        <w:t>Та по усьому тому йому славу співають.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